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ED1B6" w14:textId="17FAD659" w:rsidR="002F1A3C" w:rsidRDefault="006D57A5" w:rsidP="00EA453E">
      <w:pPr>
        <w:spacing w:before="0" w:after="0" w:line="360" w:lineRule="auto"/>
        <w:rPr>
          <w:b/>
          <w:bCs/>
          <w:sz w:val="28"/>
          <w:szCs w:val="28"/>
          <w:lang w:val="nl-NL"/>
        </w:rPr>
      </w:pPr>
      <w:r w:rsidRPr="00CE1F71">
        <w:rPr>
          <w:rFonts w:ascii="Calibri" w:hAnsi="Calibri"/>
          <w:noProof/>
          <w:sz w:val="21"/>
          <w:szCs w:val="22"/>
          <w:lang w:val="nl-NL"/>
        </w:rPr>
        <w:drawing>
          <wp:anchor distT="0" distB="0" distL="114300" distR="114300" simplePos="0" relativeHeight="251658240" behindDoc="1" locked="0" layoutInCell="1" allowOverlap="1" wp14:anchorId="1EE4586B" wp14:editId="780F3D7A">
            <wp:simplePos x="0" y="0"/>
            <wp:positionH relativeFrom="column">
              <wp:posOffset>-1186063</wp:posOffset>
            </wp:positionH>
            <wp:positionV relativeFrom="paragraph">
              <wp:posOffset>-902208</wp:posOffset>
            </wp:positionV>
            <wp:extent cx="7893101" cy="11841097"/>
            <wp:effectExtent l="0" t="0" r="0" b="8255"/>
            <wp:wrapNone/>
            <wp:docPr id="2111333158" name="Afbeelding 3" descr="Afbeelding met tekst, poster, grafische vormgeving,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33158" name="Afbeelding 3" descr="Afbeelding met tekst, poster, grafische vormgeving, Graphics&#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3101" cy="118410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F31">
        <w:rPr>
          <w:b/>
          <w:bCs/>
          <w:sz w:val="28"/>
          <w:szCs w:val="28"/>
          <w:lang w:val="nl-NL"/>
        </w:rPr>
        <w:t>Werkboek AI-geletterdheid</w:t>
      </w:r>
      <w:r w:rsidR="00BD0F31">
        <w:rPr>
          <w:b/>
          <w:bCs/>
          <w:sz w:val="28"/>
          <w:szCs w:val="28"/>
          <w:lang w:val="nl-NL"/>
        </w:rPr>
        <w:br/>
      </w:r>
      <w:r w:rsidRPr="006D57A5">
        <w:rPr>
          <w:b/>
          <w:bCs/>
          <w:sz w:val="28"/>
          <w:szCs w:val="28"/>
          <w:lang w:val="nl-NL"/>
        </w:rPr>
        <w:t>Versie januari 202</w:t>
      </w:r>
      <w:r w:rsidR="00420DFD">
        <w:rPr>
          <w:b/>
          <w:bCs/>
          <w:sz w:val="28"/>
          <w:szCs w:val="28"/>
          <w:lang w:val="nl-NL"/>
        </w:rPr>
        <w:t>6</w:t>
      </w:r>
    </w:p>
    <w:p w14:paraId="01B5C18B" w14:textId="34CEAA11" w:rsidR="00EA453E" w:rsidRDefault="00EA453E" w:rsidP="00EA453E">
      <w:pPr>
        <w:spacing w:before="0" w:after="0" w:line="360" w:lineRule="auto"/>
        <w:rPr>
          <w:lang w:val="nl-NL"/>
        </w:rPr>
      </w:pPr>
      <w:r w:rsidRPr="006D57A5">
        <w:rPr>
          <w:b/>
          <w:bCs/>
          <w:sz w:val="28"/>
          <w:szCs w:val="28"/>
          <w:lang w:val="nl-NL"/>
        </w:rPr>
        <w:t xml:space="preserve">Marcel van </w:t>
      </w:r>
      <w:proofErr w:type="spellStart"/>
      <w:r w:rsidRPr="006D57A5">
        <w:rPr>
          <w:b/>
          <w:bCs/>
          <w:sz w:val="28"/>
          <w:szCs w:val="28"/>
          <w:lang w:val="nl-NL"/>
        </w:rPr>
        <w:t>Kuijk</w:t>
      </w:r>
      <w:proofErr w:type="spellEnd"/>
      <w:r>
        <w:rPr>
          <w:b/>
          <w:bCs/>
          <w:sz w:val="28"/>
          <w:szCs w:val="28"/>
          <w:lang w:val="nl-NL"/>
        </w:rPr>
        <w:t>, Juridische Hogeschool</w:t>
      </w:r>
    </w:p>
    <w:p w14:paraId="169BC636" w14:textId="735EE3FF" w:rsidR="00CE1F71" w:rsidRDefault="00CE1F71" w:rsidP="00CE1F71">
      <w:pPr>
        <w:spacing w:after="0" w:line="240" w:lineRule="auto"/>
        <w:rPr>
          <w:lang w:val="nl-NL"/>
        </w:rPr>
      </w:pPr>
    </w:p>
    <w:p w14:paraId="0445137F" w14:textId="57049CB6" w:rsidR="00CE1F71" w:rsidRDefault="00CE1F71" w:rsidP="00CE1F71">
      <w:pPr>
        <w:spacing w:after="0" w:line="240" w:lineRule="auto"/>
        <w:rPr>
          <w:lang w:val="nl-NL"/>
        </w:rPr>
      </w:pPr>
    </w:p>
    <w:p w14:paraId="32512B77" w14:textId="77777777" w:rsidR="00CE1F71" w:rsidRDefault="00CE1F71" w:rsidP="00CE1F71">
      <w:pPr>
        <w:spacing w:after="0" w:line="240" w:lineRule="auto"/>
        <w:rPr>
          <w:lang w:val="nl-NL"/>
        </w:rPr>
      </w:pPr>
    </w:p>
    <w:p w14:paraId="06809C06" w14:textId="77777777" w:rsidR="00CE1F71" w:rsidRDefault="00CE1F71" w:rsidP="00CE1F71">
      <w:pPr>
        <w:spacing w:after="0" w:line="240" w:lineRule="auto"/>
        <w:rPr>
          <w:lang w:val="nl-NL"/>
        </w:rPr>
      </w:pPr>
    </w:p>
    <w:p w14:paraId="68C76F1C" w14:textId="77777777" w:rsidR="00CE1F71" w:rsidRDefault="00CE1F71" w:rsidP="00CE1F71">
      <w:pPr>
        <w:spacing w:after="0" w:line="240" w:lineRule="auto"/>
        <w:rPr>
          <w:lang w:val="nl-NL"/>
        </w:rPr>
      </w:pPr>
    </w:p>
    <w:p w14:paraId="4FD6CAFA" w14:textId="77777777" w:rsidR="00CE1F71" w:rsidRDefault="00CE1F71" w:rsidP="00CE1F71">
      <w:pPr>
        <w:spacing w:after="0" w:line="240" w:lineRule="auto"/>
        <w:rPr>
          <w:lang w:val="nl-NL"/>
        </w:rPr>
      </w:pPr>
    </w:p>
    <w:p w14:paraId="6FF3ADF5" w14:textId="77777777" w:rsidR="00CE1F71" w:rsidRDefault="00CE1F71" w:rsidP="00CE1F71">
      <w:pPr>
        <w:spacing w:after="0" w:line="240" w:lineRule="auto"/>
        <w:rPr>
          <w:lang w:val="nl-NL"/>
        </w:rPr>
      </w:pPr>
    </w:p>
    <w:p w14:paraId="3A6EB4A0" w14:textId="77777777" w:rsidR="00CE1F71" w:rsidRDefault="00CE1F71" w:rsidP="00CE1F71">
      <w:pPr>
        <w:spacing w:after="0" w:line="240" w:lineRule="auto"/>
        <w:rPr>
          <w:lang w:val="nl-NL"/>
        </w:rPr>
      </w:pPr>
    </w:p>
    <w:p w14:paraId="574949AD" w14:textId="77777777" w:rsidR="00CE1F71" w:rsidRDefault="00CE1F71" w:rsidP="00CE1F71">
      <w:pPr>
        <w:spacing w:after="0" w:line="240" w:lineRule="auto"/>
        <w:rPr>
          <w:lang w:val="nl-NL"/>
        </w:rPr>
      </w:pPr>
    </w:p>
    <w:p w14:paraId="566095F8" w14:textId="77777777" w:rsidR="00CE1F71" w:rsidRDefault="00CE1F71" w:rsidP="00CE1F71">
      <w:pPr>
        <w:spacing w:after="0" w:line="240" w:lineRule="auto"/>
        <w:rPr>
          <w:lang w:val="nl-NL"/>
        </w:rPr>
      </w:pPr>
    </w:p>
    <w:p w14:paraId="32D4BFCF" w14:textId="77777777" w:rsidR="00CE1F71" w:rsidRDefault="00CE1F71" w:rsidP="00CE1F71">
      <w:pPr>
        <w:spacing w:after="0" w:line="240" w:lineRule="auto"/>
        <w:rPr>
          <w:lang w:val="nl-NL"/>
        </w:rPr>
      </w:pPr>
    </w:p>
    <w:p w14:paraId="768D1DAA" w14:textId="77777777" w:rsidR="00CE1F71" w:rsidRDefault="00CE1F71" w:rsidP="00CE1F71">
      <w:pPr>
        <w:spacing w:after="0" w:line="240" w:lineRule="auto"/>
        <w:rPr>
          <w:lang w:val="nl-NL"/>
        </w:rPr>
      </w:pPr>
    </w:p>
    <w:p w14:paraId="15BAD915" w14:textId="77777777" w:rsidR="00CE1F71" w:rsidRDefault="00CE1F71" w:rsidP="00CE1F71">
      <w:pPr>
        <w:spacing w:after="0" w:line="240" w:lineRule="auto"/>
        <w:rPr>
          <w:lang w:val="nl-NL"/>
        </w:rPr>
      </w:pPr>
    </w:p>
    <w:p w14:paraId="3214BD71" w14:textId="77777777" w:rsidR="00CE1F71" w:rsidRDefault="00CE1F71" w:rsidP="00CE1F71">
      <w:pPr>
        <w:spacing w:after="0" w:line="240" w:lineRule="auto"/>
        <w:rPr>
          <w:lang w:val="nl-NL"/>
        </w:rPr>
      </w:pPr>
    </w:p>
    <w:p w14:paraId="01409A85" w14:textId="77777777" w:rsidR="00CE1F71" w:rsidRDefault="00CE1F71" w:rsidP="00CE1F71">
      <w:pPr>
        <w:spacing w:after="0" w:line="240" w:lineRule="auto"/>
        <w:rPr>
          <w:lang w:val="nl-NL"/>
        </w:rPr>
      </w:pPr>
    </w:p>
    <w:p w14:paraId="5F9ED834" w14:textId="77777777" w:rsidR="00CE1F71" w:rsidRDefault="00CE1F71" w:rsidP="00CE1F71">
      <w:pPr>
        <w:spacing w:after="0" w:line="240" w:lineRule="auto"/>
        <w:rPr>
          <w:lang w:val="nl-NL"/>
        </w:rPr>
      </w:pPr>
    </w:p>
    <w:p w14:paraId="075903A8" w14:textId="77777777" w:rsidR="00CE1F71" w:rsidRDefault="00CE1F71" w:rsidP="00CE1F71">
      <w:pPr>
        <w:spacing w:after="0" w:line="240" w:lineRule="auto"/>
        <w:rPr>
          <w:lang w:val="nl-NL"/>
        </w:rPr>
      </w:pPr>
    </w:p>
    <w:p w14:paraId="50D2812C" w14:textId="77777777" w:rsidR="00CE1F71" w:rsidRDefault="00CE1F71" w:rsidP="00CE1F71">
      <w:pPr>
        <w:spacing w:after="0" w:line="240" w:lineRule="auto"/>
        <w:rPr>
          <w:lang w:val="nl-NL"/>
        </w:rPr>
      </w:pPr>
    </w:p>
    <w:p w14:paraId="73DCAB6C" w14:textId="77777777" w:rsidR="00CE1F71" w:rsidRDefault="00CE1F71" w:rsidP="00CE1F71">
      <w:pPr>
        <w:spacing w:after="0" w:line="240" w:lineRule="auto"/>
        <w:rPr>
          <w:lang w:val="nl-NL"/>
        </w:rPr>
      </w:pPr>
    </w:p>
    <w:p w14:paraId="3F27C7F9" w14:textId="77777777" w:rsidR="00CE1F71" w:rsidRDefault="00CE1F71" w:rsidP="00CE1F71">
      <w:pPr>
        <w:spacing w:after="0" w:line="240" w:lineRule="auto"/>
        <w:rPr>
          <w:lang w:val="nl-NL"/>
        </w:rPr>
      </w:pPr>
    </w:p>
    <w:p w14:paraId="5A1B88A5" w14:textId="77777777" w:rsidR="00CE1F71" w:rsidRDefault="00CE1F71" w:rsidP="00CE1F71">
      <w:pPr>
        <w:spacing w:after="0" w:line="240" w:lineRule="auto"/>
        <w:rPr>
          <w:lang w:val="nl-NL"/>
        </w:rPr>
      </w:pPr>
    </w:p>
    <w:p w14:paraId="180D694B" w14:textId="77777777" w:rsidR="00CE1F71" w:rsidRDefault="00CE1F71" w:rsidP="00CE1F71">
      <w:pPr>
        <w:spacing w:after="0" w:line="240" w:lineRule="auto"/>
        <w:rPr>
          <w:lang w:val="nl-NL"/>
        </w:rPr>
      </w:pPr>
    </w:p>
    <w:p w14:paraId="2463FF65" w14:textId="77777777" w:rsidR="00CE1F71" w:rsidRDefault="00CE1F71" w:rsidP="00CE1F71">
      <w:pPr>
        <w:spacing w:after="0" w:line="240" w:lineRule="auto"/>
        <w:rPr>
          <w:lang w:val="nl-NL"/>
        </w:rPr>
      </w:pPr>
    </w:p>
    <w:p w14:paraId="3CEDF5F7" w14:textId="77777777" w:rsidR="00CE1F71" w:rsidRDefault="00CE1F71" w:rsidP="00CE1F71">
      <w:pPr>
        <w:spacing w:after="0" w:line="240" w:lineRule="auto"/>
        <w:rPr>
          <w:lang w:val="nl-NL"/>
        </w:rPr>
      </w:pPr>
    </w:p>
    <w:p w14:paraId="3314D517" w14:textId="77777777" w:rsidR="00CE1F71" w:rsidRDefault="00CE1F71" w:rsidP="00CE1F71">
      <w:pPr>
        <w:spacing w:after="0" w:line="240" w:lineRule="auto"/>
        <w:rPr>
          <w:lang w:val="nl-NL"/>
        </w:rPr>
      </w:pPr>
    </w:p>
    <w:p w14:paraId="42C76A21" w14:textId="77777777" w:rsidR="00CE1F71" w:rsidRDefault="00CE1F71" w:rsidP="00CE1F71">
      <w:pPr>
        <w:spacing w:after="0" w:line="240" w:lineRule="auto"/>
        <w:rPr>
          <w:lang w:val="nl-NL"/>
        </w:rPr>
      </w:pPr>
    </w:p>
    <w:p w14:paraId="52F58B8C" w14:textId="77777777" w:rsidR="00CE1F71" w:rsidRDefault="00CE1F71" w:rsidP="00CE1F71">
      <w:pPr>
        <w:spacing w:after="0" w:line="240" w:lineRule="auto"/>
        <w:rPr>
          <w:lang w:val="nl-NL"/>
        </w:rPr>
      </w:pPr>
    </w:p>
    <w:p w14:paraId="1E8326F9" w14:textId="77777777" w:rsidR="00CE1F71" w:rsidRDefault="00CE1F71" w:rsidP="00CE1F71">
      <w:pPr>
        <w:spacing w:after="0" w:line="240" w:lineRule="auto"/>
        <w:rPr>
          <w:lang w:val="nl-NL"/>
        </w:rPr>
      </w:pPr>
    </w:p>
    <w:p w14:paraId="0D97AFAF" w14:textId="77777777" w:rsidR="00CE1F71" w:rsidRDefault="00CE1F71" w:rsidP="00CE1F71">
      <w:pPr>
        <w:spacing w:after="0" w:line="240" w:lineRule="auto"/>
        <w:rPr>
          <w:lang w:val="nl-NL"/>
        </w:rPr>
      </w:pPr>
    </w:p>
    <w:p w14:paraId="7BE81F25" w14:textId="77777777" w:rsidR="00CE1F71" w:rsidRDefault="00CE1F71" w:rsidP="00CE1F71">
      <w:pPr>
        <w:spacing w:after="0" w:line="240" w:lineRule="auto"/>
        <w:rPr>
          <w:lang w:val="nl-NL"/>
        </w:rPr>
      </w:pPr>
    </w:p>
    <w:p w14:paraId="7AF21E53" w14:textId="77777777" w:rsidR="00CE1F71" w:rsidRDefault="00CE1F71" w:rsidP="00CE1F71">
      <w:pPr>
        <w:spacing w:after="0" w:line="240" w:lineRule="auto"/>
        <w:rPr>
          <w:lang w:val="nl-NL"/>
        </w:rPr>
      </w:pPr>
    </w:p>
    <w:p w14:paraId="60A2BBFC" w14:textId="77777777" w:rsidR="00CE1F71" w:rsidRDefault="00CE1F71" w:rsidP="00CE1F71">
      <w:pPr>
        <w:spacing w:after="0" w:line="240" w:lineRule="auto"/>
        <w:rPr>
          <w:lang w:val="nl-NL"/>
        </w:rPr>
      </w:pPr>
    </w:p>
    <w:p w14:paraId="0A1912B3" w14:textId="77777777" w:rsidR="00CE1F71" w:rsidRDefault="00CE1F71" w:rsidP="00CE1F71">
      <w:pPr>
        <w:spacing w:after="0" w:line="240" w:lineRule="auto"/>
        <w:rPr>
          <w:lang w:val="nl-NL"/>
        </w:rPr>
      </w:pPr>
    </w:p>
    <w:p w14:paraId="33DD5C19" w14:textId="77777777" w:rsidR="00CE1F71" w:rsidRDefault="00CE1F71" w:rsidP="00CE1F71">
      <w:pPr>
        <w:spacing w:after="0" w:line="240" w:lineRule="auto"/>
        <w:rPr>
          <w:lang w:val="nl-NL"/>
        </w:rPr>
      </w:pPr>
    </w:p>
    <w:p w14:paraId="646F32F7" w14:textId="77777777" w:rsidR="00F6127E" w:rsidRDefault="00F6127E" w:rsidP="00B07954">
      <w:pPr>
        <w:rPr>
          <w:b/>
          <w:bCs/>
          <w:lang w:val="nl-NL"/>
        </w:rPr>
      </w:pPr>
      <w:r>
        <w:rPr>
          <w:b/>
          <w:bCs/>
          <w:lang w:val="nl-NL"/>
        </w:rPr>
        <w:br w:type="page"/>
      </w:r>
      <w:r>
        <w:rPr>
          <w:b/>
          <w:bCs/>
          <w:lang w:val="nl-NL"/>
        </w:rPr>
        <w:lastRenderedPageBreak/>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p>
    <w:p w14:paraId="06953C4A" w14:textId="29C514A6" w:rsidR="00B07954" w:rsidRDefault="00F6127E">
      <w:pPr>
        <w:rPr>
          <w:b/>
          <w:bCs/>
          <w:lang w:val="nl-NL"/>
        </w:rPr>
      </w:pP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Pr>
          <w:b/>
          <w:bCs/>
          <w:lang w:val="nl-NL"/>
        </w:rPr>
        <w:br/>
      </w:r>
      <w:r w:rsidR="00B07954" w:rsidRPr="00B07954">
        <w:rPr>
          <w:b/>
          <w:bCs/>
          <w:lang w:val="nl-NL"/>
        </w:rPr>
        <w:t>[</w:t>
      </w:r>
      <w:r w:rsidR="00B07954">
        <w:rPr>
          <w:b/>
          <w:bCs/>
          <w:lang w:val="nl-NL"/>
        </w:rPr>
        <w:t>Werkboek AI-Geletterdheid</w:t>
      </w:r>
      <w:r w:rsidR="00307DAE">
        <w:rPr>
          <w:b/>
          <w:bCs/>
          <w:lang w:val="nl-NL"/>
        </w:rPr>
        <w:t>, versie januari 2026</w:t>
      </w:r>
      <w:r w:rsidR="00B07954" w:rsidRPr="00B07954">
        <w:rPr>
          <w:b/>
          <w:bCs/>
          <w:lang w:val="nl-NL"/>
        </w:rPr>
        <w:t xml:space="preserve">] © </w:t>
      </w:r>
      <w:r w:rsidR="00307DAE">
        <w:rPr>
          <w:b/>
          <w:bCs/>
          <w:lang w:val="nl-NL"/>
        </w:rPr>
        <w:t>[2026</w:t>
      </w:r>
      <w:r w:rsidR="00B07954" w:rsidRPr="00B07954">
        <w:rPr>
          <w:b/>
          <w:bCs/>
          <w:lang w:val="nl-NL"/>
        </w:rPr>
        <w:t xml:space="preserve">] Juridische Hogeschool </w:t>
      </w:r>
      <w:proofErr w:type="spellStart"/>
      <w:r w:rsidR="00B07954" w:rsidRPr="00B07954">
        <w:rPr>
          <w:b/>
          <w:bCs/>
          <w:lang w:val="nl-NL"/>
        </w:rPr>
        <w:t>Avans</w:t>
      </w:r>
      <w:proofErr w:type="spellEnd"/>
      <w:r w:rsidR="00B07954" w:rsidRPr="00B07954">
        <w:rPr>
          <w:b/>
          <w:bCs/>
          <w:lang w:val="nl-NL"/>
        </w:rPr>
        <w:t xml:space="preserve"> &amp; </w:t>
      </w:r>
      <w:proofErr w:type="spellStart"/>
      <w:r w:rsidR="00B07954" w:rsidRPr="00B07954">
        <w:rPr>
          <w:b/>
          <w:bCs/>
          <w:lang w:val="nl-NL"/>
        </w:rPr>
        <w:t>Fontys</w:t>
      </w:r>
      <w:proofErr w:type="spellEnd"/>
      <w:r w:rsidR="00B07954" w:rsidRPr="00B07954">
        <w:rPr>
          <w:b/>
          <w:bCs/>
          <w:lang w:val="nl-NL"/>
        </w:rPr>
        <w:t xml:space="preserve"> is </w:t>
      </w:r>
      <w:proofErr w:type="spellStart"/>
      <w:r w:rsidR="00B07954" w:rsidRPr="00B07954">
        <w:rPr>
          <w:b/>
          <w:bCs/>
          <w:lang w:val="nl-NL"/>
        </w:rPr>
        <w:t>gelicenseerd</w:t>
      </w:r>
      <w:proofErr w:type="spellEnd"/>
      <w:r w:rsidR="00B07954" w:rsidRPr="00B07954">
        <w:rPr>
          <w:b/>
          <w:bCs/>
          <w:lang w:val="nl-NL"/>
        </w:rPr>
        <w:t xml:space="preserve"> onder CC BY-NC 4.0, zie </w:t>
      </w:r>
      <w:hyperlink r:id="rId9" w:history="1">
        <w:r w:rsidR="00B07954" w:rsidRPr="00B07954">
          <w:rPr>
            <w:rStyle w:val="Hyperlink"/>
            <w:b/>
            <w:bCs/>
            <w:lang w:val="nl-NL"/>
          </w:rPr>
          <w:t>https://creativecommons.org/licenses/by-nc/4.0/deed.nl</w:t>
        </w:r>
      </w:hyperlink>
      <w:r w:rsidR="00B07954" w:rsidRPr="00B07954">
        <w:rPr>
          <w:b/>
          <w:bCs/>
          <w:lang w:val="nl-NL"/>
        </w:rPr>
        <w:t>”</w:t>
      </w:r>
    </w:p>
    <w:p w14:paraId="3AC3A7FD" w14:textId="4CD4462E" w:rsidR="008B08AB" w:rsidRPr="00596702" w:rsidRDefault="00E7400F" w:rsidP="00936394">
      <w:pPr>
        <w:spacing w:before="0" w:after="0" w:line="240" w:lineRule="auto"/>
        <w:rPr>
          <w:b/>
          <w:bCs/>
          <w:lang w:val="nl-NL"/>
        </w:rPr>
      </w:pPr>
      <w:r w:rsidRPr="00596702">
        <w:rPr>
          <w:b/>
          <w:bCs/>
          <w:lang w:val="nl-NL"/>
        </w:rPr>
        <w:lastRenderedPageBreak/>
        <w:t>Werkwijze</w:t>
      </w:r>
    </w:p>
    <w:p w14:paraId="1D65FC98" w14:textId="03F36202" w:rsidR="005B114E" w:rsidRDefault="00596702" w:rsidP="00936394">
      <w:pPr>
        <w:spacing w:after="0" w:line="240" w:lineRule="auto"/>
        <w:rPr>
          <w:lang w:val="nl-NL"/>
        </w:rPr>
      </w:pPr>
      <w:r>
        <w:rPr>
          <w:lang w:val="nl-NL"/>
        </w:rPr>
        <w:t xml:space="preserve">Dit werkboek bevat </w:t>
      </w:r>
      <w:r w:rsidR="00B27D7D">
        <w:rPr>
          <w:lang w:val="nl-NL"/>
        </w:rPr>
        <w:t xml:space="preserve">twee delen, deel 1 </w:t>
      </w:r>
      <w:r w:rsidR="005B114E">
        <w:rPr>
          <w:lang w:val="nl-NL"/>
        </w:rPr>
        <w:t xml:space="preserve">van het werkboek bevat </w:t>
      </w:r>
      <w:r>
        <w:rPr>
          <w:lang w:val="nl-NL"/>
        </w:rPr>
        <w:t>een aantal werkbladen</w:t>
      </w:r>
      <w:r w:rsidR="00B27D7D">
        <w:rPr>
          <w:lang w:val="nl-NL"/>
        </w:rPr>
        <w:t>, deel 2 is een kort n</w:t>
      </w:r>
      <w:r w:rsidR="00B27D7D" w:rsidRPr="00B27D7D">
        <w:rPr>
          <w:lang w:val="nl-NL"/>
        </w:rPr>
        <w:t xml:space="preserve">aslagdeel AI-geletterdheid </w:t>
      </w:r>
      <w:r w:rsidR="005B114E">
        <w:rPr>
          <w:lang w:val="nl-NL"/>
        </w:rPr>
        <w:t>waarbij wordt ingegaan op</w:t>
      </w:r>
      <w:r w:rsidR="00B27D7D" w:rsidRPr="00B27D7D">
        <w:rPr>
          <w:lang w:val="nl-NL"/>
        </w:rPr>
        <w:t xml:space="preserve"> </w:t>
      </w:r>
      <w:r w:rsidR="00F6127E">
        <w:rPr>
          <w:lang w:val="nl-NL"/>
        </w:rPr>
        <w:t xml:space="preserve">beleidsmatige en juridische </w:t>
      </w:r>
      <w:r w:rsidR="00B27D7D" w:rsidRPr="00B27D7D">
        <w:rPr>
          <w:lang w:val="nl-NL"/>
        </w:rPr>
        <w:t xml:space="preserve">kaders </w:t>
      </w:r>
      <w:r w:rsidR="00F6127E">
        <w:rPr>
          <w:lang w:val="nl-NL"/>
        </w:rPr>
        <w:t xml:space="preserve">van het gebruik van AI </w:t>
      </w:r>
      <w:r w:rsidR="00B27D7D" w:rsidRPr="00B27D7D">
        <w:rPr>
          <w:lang w:val="nl-NL"/>
        </w:rPr>
        <w:t>en risico</w:t>
      </w:r>
      <w:r w:rsidR="005B114E">
        <w:rPr>
          <w:lang w:val="nl-NL"/>
        </w:rPr>
        <w:t>’</w:t>
      </w:r>
      <w:r w:rsidR="00B27D7D" w:rsidRPr="00B27D7D">
        <w:rPr>
          <w:lang w:val="nl-NL"/>
        </w:rPr>
        <w:t>s</w:t>
      </w:r>
      <w:r w:rsidR="005B114E">
        <w:rPr>
          <w:lang w:val="nl-NL"/>
        </w:rPr>
        <w:t xml:space="preserve"> van het gebruik van AI</w:t>
      </w:r>
      <w:r>
        <w:rPr>
          <w:lang w:val="nl-NL"/>
        </w:rPr>
        <w:t xml:space="preserve">. </w:t>
      </w:r>
    </w:p>
    <w:p w14:paraId="23BDB8DE" w14:textId="77777777" w:rsidR="005B114E" w:rsidRDefault="005B114E" w:rsidP="00936394">
      <w:pPr>
        <w:spacing w:after="0" w:line="240" w:lineRule="auto"/>
        <w:rPr>
          <w:lang w:val="nl-NL"/>
        </w:rPr>
      </w:pPr>
    </w:p>
    <w:p w14:paraId="2A873EEB" w14:textId="4C5D0BC3" w:rsidR="00325D2C" w:rsidRDefault="00596702" w:rsidP="00936394">
      <w:pPr>
        <w:spacing w:before="0" w:after="0" w:line="240" w:lineRule="auto"/>
        <w:rPr>
          <w:lang w:val="nl-NL"/>
        </w:rPr>
      </w:pPr>
      <w:r>
        <w:rPr>
          <w:lang w:val="nl-NL"/>
        </w:rPr>
        <w:t>De werkbladen gaan in op een bepaald</w:t>
      </w:r>
      <w:r w:rsidR="00B27D7D">
        <w:rPr>
          <w:lang w:val="nl-NL"/>
        </w:rPr>
        <w:t xml:space="preserve">e leervraag en </w:t>
      </w:r>
      <w:r w:rsidR="005B114E">
        <w:rPr>
          <w:lang w:val="nl-NL"/>
        </w:rPr>
        <w:t>zijn bedoeld</w:t>
      </w:r>
      <w:r w:rsidR="00B27D7D">
        <w:rPr>
          <w:lang w:val="nl-NL"/>
        </w:rPr>
        <w:t xml:space="preserve"> om, middels een stappenplan</w:t>
      </w:r>
      <w:r w:rsidR="001C5A09">
        <w:rPr>
          <w:lang w:val="nl-NL"/>
        </w:rPr>
        <w:t xml:space="preserve"> met opdrachten</w:t>
      </w:r>
      <w:r w:rsidR="00B27D7D">
        <w:rPr>
          <w:lang w:val="nl-NL"/>
        </w:rPr>
        <w:t xml:space="preserve"> en reflectievragen</w:t>
      </w:r>
      <w:r w:rsidR="00271C2E">
        <w:rPr>
          <w:lang w:val="nl-NL"/>
        </w:rPr>
        <w:t>, zelf</w:t>
      </w:r>
      <w:r w:rsidR="00B27D7D">
        <w:rPr>
          <w:lang w:val="nl-NL"/>
        </w:rPr>
        <w:t xml:space="preserve"> </w:t>
      </w:r>
      <w:r w:rsidR="001A5932">
        <w:rPr>
          <w:lang w:val="nl-NL"/>
        </w:rPr>
        <w:t xml:space="preserve">actief </w:t>
      </w:r>
      <w:r w:rsidR="00B27D7D">
        <w:rPr>
          <w:lang w:val="nl-NL"/>
        </w:rPr>
        <w:t>aan de slag te gaan met generatieve AI</w:t>
      </w:r>
      <w:r w:rsidR="001A5932">
        <w:rPr>
          <w:lang w:val="nl-NL"/>
        </w:rPr>
        <w:t xml:space="preserve">. </w:t>
      </w:r>
      <w:r w:rsidR="008F0FCD">
        <w:rPr>
          <w:lang w:val="nl-NL"/>
        </w:rPr>
        <w:br/>
      </w:r>
      <w:r w:rsidR="008F0FCD">
        <w:rPr>
          <w:lang w:val="nl-NL"/>
        </w:rPr>
        <w:br/>
      </w:r>
      <w:r w:rsidR="001A5932">
        <w:rPr>
          <w:lang w:val="nl-NL"/>
        </w:rPr>
        <w:t xml:space="preserve">Het doel van deze werkbladen en het naslagdeel is om de AI-geletterdheid binnen de medewerkers van de JHS te verhogen. </w:t>
      </w:r>
      <w:r w:rsidR="00475142">
        <w:rPr>
          <w:lang w:val="nl-NL"/>
        </w:rPr>
        <w:t xml:space="preserve">Voorkom </w:t>
      </w:r>
      <w:r w:rsidR="00271C2E">
        <w:rPr>
          <w:lang w:val="nl-NL"/>
        </w:rPr>
        <w:t xml:space="preserve">dan ook </w:t>
      </w:r>
      <w:r w:rsidR="00475142">
        <w:rPr>
          <w:lang w:val="nl-NL"/>
        </w:rPr>
        <w:t xml:space="preserve">dat je </w:t>
      </w:r>
      <w:r w:rsidR="00F44E7F">
        <w:rPr>
          <w:lang w:val="nl-NL"/>
        </w:rPr>
        <w:t>alleen maar aan het lezen bent in deze bijeenkomst</w:t>
      </w:r>
      <w:r w:rsidR="00855A6E">
        <w:rPr>
          <w:lang w:val="nl-NL"/>
        </w:rPr>
        <w:t xml:space="preserve"> en ga actief aan de slag, </w:t>
      </w:r>
      <w:r w:rsidR="00F44E7F">
        <w:rPr>
          <w:lang w:val="nl-NL"/>
        </w:rPr>
        <w:t xml:space="preserve">want </w:t>
      </w:r>
      <w:r w:rsidR="00855A6E">
        <w:rPr>
          <w:lang w:val="nl-NL"/>
        </w:rPr>
        <w:t xml:space="preserve">anders </w:t>
      </w:r>
      <w:r w:rsidR="00F44E7F">
        <w:rPr>
          <w:lang w:val="nl-NL"/>
        </w:rPr>
        <w:t xml:space="preserve">mis je echt iets! </w:t>
      </w:r>
    </w:p>
    <w:p w14:paraId="1959AC72" w14:textId="77777777" w:rsidR="0066700A" w:rsidRDefault="0066700A" w:rsidP="00936394">
      <w:pPr>
        <w:spacing w:before="0" w:after="0" w:line="240" w:lineRule="auto"/>
        <w:rPr>
          <w:lang w:val="nl-NL"/>
        </w:rPr>
      </w:pPr>
    </w:p>
    <w:p w14:paraId="3CFCE90E" w14:textId="0E5315E0" w:rsidR="00243664" w:rsidRDefault="00243664" w:rsidP="00936394">
      <w:pPr>
        <w:spacing w:before="0" w:after="0" w:line="240" w:lineRule="auto"/>
        <w:rPr>
          <w:lang w:val="nl-NL"/>
        </w:rPr>
      </w:pPr>
      <w:r>
        <w:rPr>
          <w:lang w:val="nl-NL"/>
        </w:rPr>
        <w:t>Dit is het overzicht van de werkbladen</w:t>
      </w:r>
      <w:r w:rsidR="008F0FCD">
        <w:rPr>
          <w:lang w:val="nl-NL"/>
        </w:rPr>
        <w:t>:</w:t>
      </w:r>
    </w:p>
    <w:p w14:paraId="311CE2EE" w14:textId="24CDB87F" w:rsidR="00243664" w:rsidRPr="00491FCE" w:rsidRDefault="00243664" w:rsidP="00936394">
      <w:pPr>
        <w:spacing w:before="0" w:after="0" w:line="240" w:lineRule="auto"/>
        <w:rPr>
          <w:b/>
          <w:bCs/>
          <w:lang w:val="nl-NL"/>
        </w:rPr>
      </w:pPr>
      <w:hyperlink w:anchor="_Werkblad_1_–" w:history="1">
        <w:r w:rsidRPr="00747DD3">
          <w:rPr>
            <w:rStyle w:val="Hyperlink"/>
            <w:b/>
            <w:bCs/>
            <w:lang w:val="nl-NL"/>
          </w:rPr>
          <w:t>Werkblad 1 – Ik wil beginnen met AI</w:t>
        </w:r>
        <w:r w:rsidR="00491FCE" w:rsidRPr="00747DD3">
          <w:rPr>
            <w:rStyle w:val="Hyperlink"/>
            <w:lang w:val="nl-NL"/>
          </w:rPr>
          <w:t xml:space="preserve">, </w:t>
        </w:r>
        <w:r w:rsidR="00491FCE" w:rsidRPr="00747DD3">
          <w:rPr>
            <w:rStyle w:val="Hyperlink"/>
            <w:b/>
            <w:bCs/>
            <w:lang w:val="nl-NL"/>
          </w:rPr>
          <w:t>maar ik heb nog niet zoveel ervaring</w:t>
        </w:r>
      </w:hyperlink>
    </w:p>
    <w:p w14:paraId="3C3A9921" w14:textId="43FED383" w:rsidR="00243664" w:rsidRPr="00243664" w:rsidRDefault="00243664" w:rsidP="00936394">
      <w:pPr>
        <w:spacing w:before="0" w:after="0" w:line="240" w:lineRule="auto"/>
        <w:rPr>
          <w:b/>
          <w:bCs/>
          <w:lang w:val="nl-NL"/>
        </w:rPr>
      </w:pPr>
      <w:hyperlink w:anchor="_Werkblad_2_–" w:history="1">
        <w:r w:rsidRPr="008202D5">
          <w:rPr>
            <w:rStyle w:val="Hyperlink"/>
            <w:b/>
            <w:bCs/>
            <w:lang w:val="nl-NL"/>
          </w:rPr>
          <w:t xml:space="preserve">Werkblad 2 – </w:t>
        </w:r>
        <w:r w:rsidR="00FE28F2" w:rsidRPr="008202D5">
          <w:rPr>
            <w:rStyle w:val="Hyperlink"/>
            <w:b/>
            <w:bCs/>
            <w:lang w:val="nl-NL"/>
          </w:rPr>
          <w:t xml:space="preserve">Ik wil </w:t>
        </w:r>
        <w:r w:rsidR="00354D0F" w:rsidRPr="008202D5">
          <w:rPr>
            <w:rStyle w:val="Hyperlink"/>
            <w:b/>
            <w:bCs/>
            <w:lang w:val="nl-NL"/>
          </w:rPr>
          <w:t xml:space="preserve">leren </w:t>
        </w:r>
        <w:r w:rsidR="00FE28F2" w:rsidRPr="008202D5">
          <w:rPr>
            <w:rStyle w:val="Hyperlink"/>
            <w:b/>
            <w:bCs/>
            <w:lang w:val="nl-NL"/>
          </w:rPr>
          <w:t xml:space="preserve">wat een student met </w:t>
        </w:r>
        <w:r w:rsidRPr="008202D5">
          <w:rPr>
            <w:rStyle w:val="Hyperlink"/>
            <w:b/>
            <w:bCs/>
            <w:lang w:val="nl-NL"/>
          </w:rPr>
          <w:t>AI</w:t>
        </w:r>
        <w:r w:rsidR="00FE28F2" w:rsidRPr="008202D5">
          <w:rPr>
            <w:rStyle w:val="Hyperlink"/>
            <w:b/>
            <w:bCs/>
            <w:lang w:val="nl-NL"/>
          </w:rPr>
          <w:t xml:space="preserve"> kan doen</w:t>
        </w:r>
      </w:hyperlink>
    </w:p>
    <w:p w14:paraId="2F116A92" w14:textId="75584646" w:rsidR="00243664" w:rsidRPr="00243664" w:rsidRDefault="00243664" w:rsidP="00936394">
      <w:pPr>
        <w:spacing w:before="0" w:after="0" w:line="240" w:lineRule="auto"/>
        <w:rPr>
          <w:b/>
          <w:bCs/>
          <w:lang w:val="nl-NL"/>
        </w:rPr>
      </w:pPr>
      <w:hyperlink w:anchor="_Werkblad_3_–" w:history="1">
        <w:r w:rsidRPr="008202D5">
          <w:rPr>
            <w:rStyle w:val="Hyperlink"/>
            <w:b/>
            <w:bCs/>
            <w:lang w:val="nl-NL"/>
          </w:rPr>
          <w:t xml:space="preserve">Werkblad 3 – Ik wil leren </w:t>
        </w:r>
        <w:proofErr w:type="spellStart"/>
        <w:r w:rsidRPr="008202D5">
          <w:rPr>
            <w:rStyle w:val="Hyperlink"/>
            <w:b/>
            <w:bCs/>
            <w:lang w:val="nl-NL"/>
          </w:rPr>
          <w:t>prompten</w:t>
        </w:r>
        <w:proofErr w:type="spellEnd"/>
      </w:hyperlink>
    </w:p>
    <w:p w14:paraId="4A3225E0" w14:textId="06A3E7BD" w:rsidR="00243664" w:rsidRPr="00243664" w:rsidRDefault="00243664" w:rsidP="00936394">
      <w:pPr>
        <w:spacing w:before="0" w:after="0" w:line="240" w:lineRule="auto"/>
        <w:rPr>
          <w:b/>
          <w:bCs/>
          <w:lang w:val="nl-NL"/>
        </w:rPr>
      </w:pPr>
      <w:hyperlink w:anchor="_Werkblad_4_–" w:history="1">
        <w:r w:rsidRPr="008202D5">
          <w:rPr>
            <w:rStyle w:val="Hyperlink"/>
            <w:b/>
            <w:bCs/>
            <w:lang w:val="nl-NL"/>
          </w:rPr>
          <w:t xml:space="preserve">Werkblad 4 – </w:t>
        </w:r>
        <w:bookmarkStart w:id="0" w:name="_Hlk218672399"/>
        <w:r w:rsidRPr="008202D5">
          <w:rPr>
            <w:rStyle w:val="Hyperlink"/>
            <w:b/>
            <w:bCs/>
            <w:lang w:val="nl-NL"/>
          </w:rPr>
          <w:t xml:space="preserve">Ik kan </w:t>
        </w:r>
        <w:proofErr w:type="spellStart"/>
        <w:r w:rsidRPr="008202D5">
          <w:rPr>
            <w:rStyle w:val="Hyperlink"/>
            <w:b/>
            <w:bCs/>
            <w:lang w:val="nl-NL"/>
          </w:rPr>
          <w:t>prompten</w:t>
        </w:r>
        <w:proofErr w:type="spellEnd"/>
        <w:r w:rsidRPr="008202D5">
          <w:rPr>
            <w:rStyle w:val="Hyperlink"/>
            <w:b/>
            <w:bCs/>
            <w:lang w:val="nl-NL"/>
          </w:rPr>
          <w:t xml:space="preserve">, </w:t>
        </w:r>
        <w:r w:rsidR="00FE28F2" w:rsidRPr="008202D5">
          <w:rPr>
            <w:rStyle w:val="Hyperlink"/>
            <w:b/>
            <w:bCs/>
            <w:lang w:val="nl-NL"/>
          </w:rPr>
          <w:t>maar ik wil leren hoe ik dat nog beter kan doen</w:t>
        </w:r>
        <w:bookmarkEnd w:id="0"/>
      </w:hyperlink>
    </w:p>
    <w:p w14:paraId="00E3DD1E" w14:textId="15456DCB" w:rsidR="00243664" w:rsidRPr="00243664" w:rsidRDefault="00243664" w:rsidP="00936394">
      <w:pPr>
        <w:spacing w:before="0" w:after="0" w:line="240" w:lineRule="auto"/>
        <w:rPr>
          <w:b/>
          <w:bCs/>
          <w:lang w:val="nl-NL"/>
        </w:rPr>
      </w:pPr>
      <w:hyperlink w:anchor="_Werkblad_5_–" w:history="1">
        <w:r w:rsidRPr="008202D5">
          <w:rPr>
            <w:rStyle w:val="Hyperlink"/>
            <w:b/>
            <w:bCs/>
            <w:lang w:val="nl-NL"/>
          </w:rPr>
          <w:t>Werkblad 5 – Ik wil een filmpje maken met een AI-avatar</w:t>
        </w:r>
      </w:hyperlink>
    </w:p>
    <w:p w14:paraId="40A67A1A" w14:textId="537FFF64" w:rsidR="00243664" w:rsidRPr="00243664" w:rsidRDefault="00243664" w:rsidP="00936394">
      <w:pPr>
        <w:spacing w:before="0" w:after="0" w:line="240" w:lineRule="auto"/>
        <w:rPr>
          <w:b/>
          <w:bCs/>
          <w:lang w:val="nl-NL"/>
        </w:rPr>
      </w:pPr>
      <w:hyperlink w:anchor="_Werkblad_6_–" w:history="1">
        <w:r w:rsidRPr="008202D5">
          <w:rPr>
            <w:rStyle w:val="Hyperlink"/>
            <w:b/>
            <w:bCs/>
            <w:lang w:val="nl-NL"/>
          </w:rPr>
          <w:t>Werkblad 6 – Ik wil een kennisclip laten maken door AI</w:t>
        </w:r>
      </w:hyperlink>
    </w:p>
    <w:p w14:paraId="4DA705BF" w14:textId="7D4973EB" w:rsidR="00243664" w:rsidRPr="00243664" w:rsidRDefault="00243664" w:rsidP="00936394">
      <w:pPr>
        <w:spacing w:before="0" w:after="0" w:line="240" w:lineRule="auto"/>
        <w:rPr>
          <w:b/>
          <w:bCs/>
          <w:lang w:val="nl-NL"/>
        </w:rPr>
      </w:pPr>
      <w:hyperlink w:anchor="_Werkblad_7_–" w:history="1">
        <w:r w:rsidRPr="008202D5">
          <w:rPr>
            <w:rStyle w:val="Hyperlink"/>
            <w:b/>
            <w:bCs/>
            <w:lang w:val="nl-NL"/>
          </w:rPr>
          <w:t xml:space="preserve">Werkblad 7 – </w:t>
        </w:r>
        <w:r w:rsidR="00FE28F2" w:rsidRPr="008202D5">
          <w:rPr>
            <w:rStyle w:val="Hyperlink"/>
            <w:b/>
            <w:bCs/>
            <w:lang w:val="nl-NL"/>
          </w:rPr>
          <w:t xml:space="preserve">Ik wil onderwijs maken </w:t>
        </w:r>
        <w:r w:rsidRPr="008202D5">
          <w:rPr>
            <w:rStyle w:val="Hyperlink"/>
            <w:b/>
            <w:bCs/>
            <w:lang w:val="nl-NL"/>
          </w:rPr>
          <w:t xml:space="preserve">met </w:t>
        </w:r>
        <w:r w:rsidR="00FE28F2" w:rsidRPr="008202D5">
          <w:rPr>
            <w:rStyle w:val="Hyperlink"/>
            <w:b/>
            <w:bCs/>
            <w:lang w:val="nl-NL"/>
          </w:rPr>
          <w:t xml:space="preserve">behulp van </w:t>
        </w:r>
        <w:r w:rsidRPr="008202D5">
          <w:rPr>
            <w:rStyle w:val="Hyperlink"/>
            <w:b/>
            <w:bCs/>
            <w:lang w:val="nl-NL"/>
          </w:rPr>
          <w:t>AI</w:t>
        </w:r>
      </w:hyperlink>
    </w:p>
    <w:p w14:paraId="1B944E93" w14:textId="1E1F64CF" w:rsidR="00243664" w:rsidRPr="00243664" w:rsidRDefault="00243664" w:rsidP="00936394">
      <w:pPr>
        <w:spacing w:before="0" w:after="0" w:line="240" w:lineRule="auto"/>
        <w:rPr>
          <w:b/>
          <w:bCs/>
          <w:lang w:val="nl-NL"/>
        </w:rPr>
      </w:pPr>
      <w:hyperlink w:anchor="_Werkblad_8_–" w:history="1">
        <w:r w:rsidRPr="008202D5">
          <w:rPr>
            <w:rStyle w:val="Hyperlink"/>
            <w:b/>
            <w:bCs/>
            <w:lang w:val="nl-NL"/>
          </w:rPr>
          <w:t xml:space="preserve">Werkblad 8 – </w:t>
        </w:r>
        <w:r w:rsidR="00FE28F2" w:rsidRPr="008202D5">
          <w:rPr>
            <w:rStyle w:val="Hyperlink"/>
            <w:b/>
            <w:bCs/>
            <w:lang w:val="nl-NL"/>
          </w:rPr>
          <w:t>Ik wil een eigen AI-</w:t>
        </w:r>
        <w:proofErr w:type="spellStart"/>
        <w:r w:rsidR="00FE28F2" w:rsidRPr="008202D5">
          <w:rPr>
            <w:rStyle w:val="Hyperlink"/>
            <w:b/>
            <w:bCs/>
            <w:lang w:val="nl-NL"/>
          </w:rPr>
          <w:t>chatbot</w:t>
        </w:r>
        <w:proofErr w:type="spellEnd"/>
        <w:r w:rsidR="00FE28F2" w:rsidRPr="008202D5">
          <w:rPr>
            <w:rStyle w:val="Hyperlink"/>
            <w:b/>
            <w:bCs/>
            <w:lang w:val="nl-NL"/>
          </w:rPr>
          <w:t xml:space="preserve"> bouwen</w:t>
        </w:r>
      </w:hyperlink>
    </w:p>
    <w:p w14:paraId="23971D3E" w14:textId="5D1A19AC" w:rsidR="00243664" w:rsidRPr="00243664" w:rsidRDefault="00243664" w:rsidP="00936394">
      <w:pPr>
        <w:spacing w:before="0" w:after="0" w:line="240" w:lineRule="auto"/>
        <w:rPr>
          <w:b/>
          <w:bCs/>
          <w:lang w:val="nl-NL"/>
        </w:rPr>
      </w:pPr>
      <w:hyperlink w:anchor="_Werkblad_9_–" w:history="1">
        <w:r w:rsidRPr="008202D5">
          <w:rPr>
            <w:rStyle w:val="Hyperlink"/>
            <w:b/>
            <w:bCs/>
            <w:lang w:val="nl-NL"/>
          </w:rPr>
          <w:t xml:space="preserve">Werkblad 9 – Ik wil leren werken met Google </w:t>
        </w:r>
        <w:proofErr w:type="spellStart"/>
        <w:r w:rsidRPr="008202D5">
          <w:rPr>
            <w:rStyle w:val="Hyperlink"/>
            <w:b/>
            <w:bCs/>
            <w:lang w:val="nl-NL"/>
          </w:rPr>
          <w:t>NotebookLM</w:t>
        </w:r>
        <w:proofErr w:type="spellEnd"/>
      </w:hyperlink>
    </w:p>
    <w:p w14:paraId="7749A411" w14:textId="13B8EB27" w:rsidR="00243664" w:rsidRPr="00243664" w:rsidRDefault="00243664" w:rsidP="00936394">
      <w:pPr>
        <w:spacing w:before="0" w:after="0" w:line="240" w:lineRule="auto"/>
        <w:rPr>
          <w:b/>
          <w:bCs/>
          <w:lang w:val="nl-NL"/>
        </w:rPr>
      </w:pPr>
      <w:hyperlink w:anchor="_Werkblad_10_–" w:history="1">
        <w:r w:rsidRPr="008202D5">
          <w:rPr>
            <w:rStyle w:val="Hyperlink"/>
            <w:b/>
            <w:bCs/>
            <w:lang w:val="nl-NL"/>
          </w:rPr>
          <w:t xml:space="preserve">Werkblad 10 – Ik wil leren </w:t>
        </w:r>
        <w:proofErr w:type="spellStart"/>
        <w:r w:rsidRPr="008202D5">
          <w:rPr>
            <w:rStyle w:val="Hyperlink"/>
            <w:b/>
            <w:bCs/>
            <w:lang w:val="nl-NL"/>
          </w:rPr>
          <w:t>vibecoden</w:t>
        </w:r>
        <w:proofErr w:type="spellEnd"/>
        <w:r w:rsidRPr="008202D5">
          <w:rPr>
            <w:rStyle w:val="Hyperlink"/>
            <w:b/>
            <w:bCs/>
            <w:lang w:val="nl-NL"/>
          </w:rPr>
          <w:t xml:space="preserve"> (coderen zonder te kunnen coderen</w:t>
        </w:r>
      </w:hyperlink>
      <w:r w:rsidRPr="00243664">
        <w:rPr>
          <w:b/>
          <w:bCs/>
          <w:lang w:val="nl-NL"/>
        </w:rPr>
        <w:t>)</w:t>
      </w:r>
    </w:p>
    <w:p w14:paraId="4B861B67" w14:textId="162A7452" w:rsidR="00243664" w:rsidRDefault="00243664" w:rsidP="00936394">
      <w:pPr>
        <w:spacing w:before="0" w:after="0" w:line="240" w:lineRule="auto"/>
        <w:rPr>
          <w:b/>
          <w:bCs/>
          <w:lang w:val="nl-NL"/>
        </w:rPr>
      </w:pPr>
      <w:hyperlink w:anchor="_Werkblad_11_–" w:history="1">
        <w:r w:rsidRPr="008202D5">
          <w:rPr>
            <w:rStyle w:val="Hyperlink"/>
            <w:b/>
            <w:bCs/>
            <w:lang w:val="nl-NL"/>
          </w:rPr>
          <w:t xml:space="preserve">Werkblad 11 – </w:t>
        </w:r>
        <w:r w:rsidR="00354D0F" w:rsidRPr="008202D5">
          <w:rPr>
            <w:rStyle w:val="Hyperlink"/>
            <w:b/>
            <w:bCs/>
            <w:lang w:val="nl-NL"/>
          </w:rPr>
          <w:t>I</w:t>
        </w:r>
        <w:r w:rsidR="00FE28F2" w:rsidRPr="008202D5">
          <w:rPr>
            <w:rStyle w:val="Hyperlink"/>
            <w:b/>
            <w:bCs/>
            <w:lang w:val="nl-NL"/>
          </w:rPr>
          <w:t xml:space="preserve">k wil </w:t>
        </w:r>
        <w:r w:rsidRPr="008202D5">
          <w:rPr>
            <w:rStyle w:val="Hyperlink"/>
            <w:b/>
            <w:bCs/>
            <w:lang w:val="nl-NL"/>
          </w:rPr>
          <w:t>I</w:t>
        </w:r>
        <w:r w:rsidR="00354D0F" w:rsidRPr="008202D5">
          <w:rPr>
            <w:rStyle w:val="Hyperlink"/>
            <w:b/>
            <w:bCs/>
            <w:lang w:val="nl-NL"/>
          </w:rPr>
          <w:t>eren om AI in te z</w:t>
        </w:r>
        <w:r w:rsidRPr="008202D5">
          <w:rPr>
            <w:rStyle w:val="Hyperlink"/>
            <w:b/>
            <w:bCs/>
            <w:lang w:val="nl-NL"/>
          </w:rPr>
          <w:t>etten om mijn dagelijkse werk makkelijker te maken</w:t>
        </w:r>
      </w:hyperlink>
    </w:p>
    <w:p w14:paraId="1E0C1652" w14:textId="0D232334" w:rsidR="009539C9" w:rsidRDefault="009539C9" w:rsidP="00936394">
      <w:pPr>
        <w:spacing w:before="0" w:after="0" w:line="240" w:lineRule="auto"/>
        <w:rPr>
          <w:b/>
          <w:bCs/>
          <w:lang w:val="nl-NL"/>
        </w:rPr>
      </w:pPr>
      <w:hyperlink w:anchor="_Werkblad_12_–" w:history="1">
        <w:r w:rsidRPr="008202D5">
          <w:rPr>
            <w:rStyle w:val="Hyperlink"/>
            <w:b/>
            <w:bCs/>
            <w:lang w:val="nl-NL"/>
          </w:rPr>
          <w:t>Werkblad 1</w:t>
        </w:r>
        <w:r w:rsidR="002C5908" w:rsidRPr="008202D5">
          <w:rPr>
            <w:rStyle w:val="Hyperlink"/>
            <w:b/>
            <w:bCs/>
            <w:lang w:val="nl-NL"/>
          </w:rPr>
          <w:t>2</w:t>
        </w:r>
        <w:r w:rsidRPr="008202D5">
          <w:rPr>
            <w:rStyle w:val="Hyperlink"/>
            <w:b/>
            <w:bCs/>
            <w:lang w:val="nl-NL"/>
          </w:rPr>
          <w:t xml:space="preserve"> – </w:t>
        </w:r>
        <w:r w:rsidR="00354D0F" w:rsidRPr="008202D5">
          <w:rPr>
            <w:rStyle w:val="Hyperlink"/>
            <w:b/>
            <w:bCs/>
            <w:lang w:val="nl-NL"/>
          </w:rPr>
          <w:t>Ik wil leren hoe ik mijn studenten verder kan helpen met AI</w:t>
        </w:r>
      </w:hyperlink>
    </w:p>
    <w:p w14:paraId="3F9992E9" w14:textId="1BF0CF58" w:rsidR="007B53BF" w:rsidRDefault="007B53BF" w:rsidP="00936394">
      <w:pPr>
        <w:spacing w:before="0" w:after="0" w:line="240" w:lineRule="auto"/>
        <w:rPr>
          <w:b/>
          <w:bCs/>
          <w:lang w:val="nl-NL"/>
        </w:rPr>
      </w:pPr>
      <w:hyperlink w:anchor="_Werkblad_13_–" w:history="1">
        <w:r w:rsidRPr="008202D5">
          <w:rPr>
            <w:rStyle w:val="Hyperlink"/>
            <w:b/>
            <w:bCs/>
            <w:lang w:val="nl-NL"/>
          </w:rPr>
          <w:t>Werkblad 13 – Ik wil iets nieuws leren met behulp van AI</w:t>
        </w:r>
      </w:hyperlink>
    </w:p>
    <w:p w14:paraId="6552CED0" w14:textId="6ED71A8E" w:rsidR="00400A1B" w:rsidRDefault="00400A1B" w:rsidP="00936394">
      <w:pPr>
        <w:spacing w:before="0" w:after="0" w:line="240" w:lineRule="auto"/>
        <w:rPr>
          <w:b/>
          <w:bCs/>
          <w:lang w:val="nl-NL"/>
        </w:rPr>
      </w:pPr>
      <w:hyperlink w:anchor="_Werkblad_14_–" w:history="1">
        <w:r w:rsidRPr="008202D5">
          <w:rPr>
            <w:rStyle w:val="Hyperlink"/>
            <w:b/>
            <w:bCs/>
            <w:lang w:val="nl-NL"/>
          </w:rPr>
          <w:t>Werkblad 14 – Ik wil leren waarvoor ik A</w:t>
        </w:r>
        <w:r w:rsidR="0000516C" w:rsidRPr="008202D5">
          <w:rPr>
            <w:rStyle w:val="Hyperlink"/>
            <w:b/>
            <w:bCs/>
            <w:lang w:val="nl-NL"/>
          </w:rPr>
          <w:t xml:space="preserve">I </w:t>
        </w:r>
        <w:r w:rsidRPr="008202D5">
          <w:rPr>
            <w:rStyle w:val="Hyperlink"/>
            <w:b/>
            <w:bCs/>
            <w:lang w:val="nl-NL"/>
          </w:rPr>
          <w:t>n</w:t>
        </w:r>
        <w:r w:rsidR="0000516C" w:rsidRPr="008202D5">
          <w:rPr>
            <w:rStyle w:val="Hyperlink"/>
            <w:b/>
            <w:bCs/>
            <w:lang w:val="nl-NL"/>
          </w:rPr>
          <w:t>iet moet gebruiken</w:t>
        </w:r>
      </w:hyperlink>
    </w:p>
    <w:bookmarkStart w:id="1" w:name="_Hlk218861187"/>
    <w:p w14:paraId="18325D80" w14:textId="5DE0F81E" w:rsidR="009539C9" w:rsidRDefault="008202D5" w:rsidP="00936394">
      <w:pPr>
        <w:spacing w:before="0" w:after="0" w:line="240" w:lineRule="auto"/>
        <w:rPr>
          <w:b/>
          <w:bCs/>
          <w:lang w:val="nl-NL"/>
        </w:rPr>
      </w:pPr>
      <w:r>
        <w:rPr>
          <w:b/>
          <w:bCs/>
          <w:lang w:val="nl-NL"/>
        </w:rPr>
        <w:fldChar w:fldCharType="begin"/>
      </w:r>
      <w:r>
        <w:rPr>
          <w:b/>
          <w:bCs/>
          <w:lang w:val="nl-NL"/>
        </w:rPr>
        <w:instrText>HYPERLINK  \l "_Werkblad_15_–"</w:instrText>
      </w:r>
      <w:r>
        <w:rPr>
          <w:b/>
          <w:bCs/>
          <w:lang w:val="nl-NL"/>
        </w:rPr>
      </w:r>
      <w:r>
        <w:rPr>
          <w:b/>
          <w:bCs/>
          <w:lang w:val="nl-NL"/>
        </w:rPr>
        <w:fldChar w:fldCharType="separate"/>
      </w:r>
      <w:r w:rsidR="009539C9" w:rsidRPr="008202D5">
        <w:rPr>
          <w:rStyle w:val="Hyperlink"/>
          <w:b/>
          <w:bCs/>
          <w:lang w:val="nl-NL"/>
        </w:rPr>
        <w:t>Werkblad 1</w:t>
      </w:r>
      <w:r w:rsidR="00400A1B" w:rsidRPr="008202D5">
        <w:rPr>
          <w:rStyle w:val="Hyperlink"/>
          <w:b/>
          <w:bCs/>
          <w:lang w:val="nl-NL"/>
        </w:rPr>
        <w:t>5</w:t>
      </w:r>
      <w:r w:rsidR="009539C9" w:rsidRPr="008202D5">
        <w:rPr>
          <w:rStyle w:val="Hyperlink"/>
          <w:b/>
          <w:bCs/>
          <w:lang w:val="nl-NL"/>
        </w:rPr>
        <w:t xml:space="preserve"> – </w:t>
      </w:r>
      <w:r w:rsidR="00354D0F" w:rsidRPr="008202D5">
        <w:rPr>
          <w:rStyle w:val="Hyperlink"/>
          <w:b/>
          <w:bCs/>
          <w:lang w:val="nl-NL"/>
        </w:rPr>
        <w:t xml:space="preserve">Ik wil leren wat ik na vandaag kan doen om </w:t>
      </w:r>
      <w:r w:rsidR="0054122E" w:rsidRPr="008202D5">
        <w:rPr>
          <w:rStyle w:val="Hyperlink"/>
          <w:b/>
          <w:bCs/>
          <w:lang w:val="nl-NL"/>
        </w:rPr>
        <w:t>m</w:t>
      </w:r>
      <w:r w:rsidR="00354D0F" w:rsidRPr="008202D5">
        <w:rPr>
          <w:rStyle w:val="Hyperlink"/>
          <w:b/>
          <w:bCs/>
          <w:lang w:val="nl-NL"/>
        </w:rPr>
        <w:t>e verder te ontwikkelen in AI</w:t>
      </w:r>
      <w:r>
        <w:rPr>
          <w:b/>
          <w:bCs/>
          <w:lang w:val="nl-NL"/>
        </w:rPr>
        <w:fldChar w:fldCharType="end"/>
      </w:r>
    </w:p>
    <w:bookmarkEnd w:id="1"/>
    <w:p w14:paraId="1AEBE7F6" w14:textId="77777777" w:rsidR="00243664" w:rsidRDefault="00243664" w:rsidP="00C45B04">
      <w:pPr>
        <w:spacing w:before="0" w:after="0" w:line="240" w:lineRule="auto"/>
        <w:rPr>
          <w:b/>
          <w:bCs/>
          <w:lang w:val="nl-NL"/>
        </w:rPr>
      </w:pPr>
    </w:p>
    <w:p w14:paraId="1A9FA48F" w14:textId="7872511A" w:rsidR="00271C2E" w:rsidRPr="00271C2E" w:rsidRDefault="00271C2E" w:rsidP="00C45B04">
      <w:pPr>
        <w:spacing w:before="0" w:after="0" w:line="240" w:lineRule="auto"/>
        <w:rPr>
          <w:b/>
          <w:bCs/>
          <w:lang w:val="nl-NL"/>
        </w:rPr>
      </w:pPr>
      <w:r w:rsidRPr="00271C2E">
        <w:rPr>
          <w:b/>
          <w:bCs/>
          <w:lang w:val="nl-NL"/>
        </w:rPr>
        <w:t>Hoe begin je in dit werkboek?</w:t>
      </w:r>
    </w:p>
    <w:p w14:paraId="072AE2C6" w14:textId="247AEB3F" w:rsidR="009A66BD" w:rsidRDefault="00243664" w:rsidP="00936394">
      <w:pPr>
        <w:spacing w:before="0" w:after="0" w:line="240" w:lineRule="auto"/>
        <w:rPr>
          <w:lang w:val="nl-NL"/>
        </w:rPr>
      </w:pPr>
      <w:r w:rsidRPr="00243664">
        <w:rPr>
          <w:lang w:val="nl-NL"/>
        </w:rPr>
        <w:t xml:space="preserve">Je kunt </w:t>
      </w:r>
      <w:r>
        <w:rPr>
          <w:lang w:val="nl-NL"/>
        </w:rPr>
        <w:t xml:space="preserve">deze werkbladen op verschillende manieren gebruiken. </w:t>
      </w:r>
    </w:p>
    <w:p w14:paraId="65F3F383" w14:textId="77777777" w:rsidR="007F76A4" w:rsidRDefault="007F76A4" w:rsidP="00936394">
      <w:pPr>
        <w:spacing w:before="0" w:after="0" w:line="240" w:lineRule="auto"/>
        <w:rPr>
          <w:lang w:val="nl-NL"/>
        </w:rPr>
      </w:pPr>
    </w:p>
    <w:p w14:paraId="15E9450D" w14:textId="2B321AA8" w:rsidR="009A66BD" w:rsidRDefault="00243664" w:rsidP="00936394">
      <w:pPr>
        <w:spacing w:before="0" w:after="0" w:line="240" w:lineRule="auto"/>
        <w:rPr>
          <w:lang w:val="nl-NL"/>
        </w:rPr>
      </w:pPr>
      <w:r>
        <w:rPr>
          <w:lang w:val="nl-NL"/>
        </w:rPr>
        <w:t xml:space="preserve">Je kunt beginnen bij werkblad 1 en vervolgens alle opvolgende werkbladen </w:t>
      </w:r>
      <w:r w:rsidR="009A66BD">
        <w:rPr>
          <w:lang w:val="nl-NL"/>
        </w:rPr>
        <w:t>doorwerken.</w:t>
      </w:r>
      <w:r w:rsidR="008C10D5">
        <w:rPr>
          <w:lang w:val="nl-NL"/>
        </w:rPr>
        <w:t xml:space="preserve"> Dat gaat waarschijnlijk niet lukken in de tijd die we vandaag hebben.</w:t>
      </w:r>
      <w:r w:rsidR="007F76A4">
        <w:rPr>
          <w:lang w:val="nl-NL"/>
        </w:rPr>
        <w:t xml:space="preserve"> Heb je nog weinig tot geen ervaring met AI-tools dan het is waarschijnlijk slim om met de eerste 3 werkbladen te beginnen</w:t>
      </w:r>
      <w:r w:rsidR="00FE504C">
        <w:rPr>
          <w:lang w:val="nl-NL"/>
        </w:rPr>
        <w:t xml:space="preserve"> en daarna je interesse te volgen</w:t>
      </w:r>
      <w:r w:rsidR="007F76A4">
        <w:rPr>
          <w:lang w:val="nl-NL"/>
        </w:rPr>
        <w:t>.</w:t>
      </w:r>
    </w:p>
    <w:p w14:paraId="2BC290FA" w14:textId="77777777" w:rsidR="008C10D5" w:rsidRDefault="008C10D5" w:rsidP="00936394">
      <w:pPr>
        <w:spacing w:before="0" w:after="0" w:line="240" w:lineRule="auto"/>
        <w:rPr>
          <w:lang w:val="nl-NL"/>
        </w:rPr>
      </w:pPr>
    </w:p>
    <w:p w14:paraId="2D902064" w14:textId="5FF624D2" w:rsidR="009A66BD" w:rsidRDefault="009A66BD" w:rsidP="00936394">
      <w:pPr>
        <w:spacing w:before="0" w:after="0" w:line="240" w:lineRule="auto"/>
        <w:rPr>
          <w:lang w:val="nl-NL"/>
        </w:rPr>
      </w:pPr>
      <w:r>
        <w:rPr>
          <w:lang w:val="nl-NL"/>
        </w:rPr>
        <w:t>Je kunt ook beginnen met het werkblad dat aansluit bij de leervraag die je nu al hebt.</w:t>
      </w:r>
      <w:r w:rsidR="00BD5ECE">
        <w:rPr>
          <w:lang w:val="nl-NL"/>
        </w:rPr>
        <w:t xml:space="preserve"> Let op, bij de eerste werkbladen worden processtappen (wat voer ik exact waar in, in de </w:t>
      </w:r>
      <w:proofErr w:type="spellStart"/>
      <w:r w:rsidR="00BD5ECE">
        <w:rPr>
          <w:lang w:val="nl-NL"/>
        </w:rPr>
        <w:t>chatbot</w:t>
      </w:r>
      <w:proofErr w:type="spellEnd"/>
      <w:r w:rsidR="005E3493">
        <w:rPr>
          <w:lang w:val="nl-NL"/>
        </w:rPr>
        <w:t>)</w:t>
      </w:r>
      <w:r w:rsidR="00BD5ECE">
        <w:rPr>
          <w:lang w:val="nl-NL"/>
        </w:rPr>
        <w:t xml:space="preserve"> veel explicieter gemaakt</w:t>
      </w:r>
      <w:r w:rsidR="005E3493">
        <w:rPr>
          <w:lang w:val="nl-NL"/>
        </w:rPr>
        <w:t>, bij de latere werkbladen wordt een basiskennis van het gebruik van AI aangenomen en zijn de processtappen in de stappenplannen korter.</w:t>
      </w:r>
    </w:p>
    <w:p w14:paraId="61160AF5" w14:textId="77777777" w:rsidR="008C10D5" w:rsidRDefault="008C10D5" w:rsidP="00936394">
      <w:pPr>
        <w:spacing w:before="0" w:after="0" w:line="240" w:lineRule="auto"/>
        <w:rPr>
          <w:lang w:val="nl-NL"/>
        </w:rPr>
      </w:pPr>
    </w:p>
    <w:p w14:paraId="5AEA3C13" w14:textId="76C1C30F" w:rsidR="009A66BD" w:rsidRDefault="009A66BD" w:rsidP="00936394">
      <w:pPr>
        <w:spacing w:before="0" w:after="0" w:line="240" w:lineRule="auto"/>
        <w:rPr>
          <w:lang w:val="nl-NL"/>
        </w:rPr>
      </w:pPr>
      <w:r>
        <w:rPr>
          <w:lang w:val="nl-NL"/>
        </w:rPr>
        <w:t xml:space="preserve">Je kunt ook de onderwerpen </w:t>
      </w:r>
      <w:r w:rsidR="008C10D5">
        <w:rPr>
          <w:lang w:val="nl-NL"/>
        </w:rPr>
        <w:t xml:space="preserve">hierboven </w:t>
      </w:r>
      <w:r>
        <w:rPr>
          <w:lang w:val="nl-NL"/>
        </w:rPr>
        <w:t>bekijken en op basis van je interesse beginnen met een bepaald werkblad.</w:t>
      </w:r>
      <w:r w:rsidR="007C24AF">
        <w:rPr>
          <w:lang w:val="nl-NL"/>
        </w:rPr>
        <w:t xml:space="preserve"> Na afloop van de eerste werkbladen wordt een advies gegeven over welke werkblad logisch is om mee verder te gaan.</w:t>
      </w:r>
      <w:r w:rsidR="004A5BC0">
        <w:rPr>
          <w:lang w:val="nl-NL"/>
        </w:rPr>
        <w:t xml:space="preserve"> Bij sommige werkbladen wordt ook een suggestie gegeven </w:t>
      </w:r>
      <w:r w:rsidR="00387BA6">
        <w:rPr>
          <w:lang w:val="nl-NL"/>
        </w:rPr>
        <w:t xml:space="preserve">over welk werkblad </w:t>
      </w:r>
      <w:r w:rsidR="004E32A7">
        <w:rPr>
          <w:lang w:val="nl-NL"/>
        </w:rPr>
        <w:t xml:space="preserve">waarschijnlijk </w:t>
      </w:r>
      <w:r w:rsidR="00387BA6">
        <w:rPr>
          <w:lang w:val="nl-NL"/>
        </w:rPr>
        <w:t>slim is om eerst te volgen.</w:t>
      </w:r>
    </w:p>
    <w:p w14:paraId="4D9B854A" w14:textId="77777777" w:rsidR="009A66BD" w:rsidRDefault="009A66BD" w:rsidP="00936394">
      <w:pPr>
        <w:spacing w:before="0" w:after="0" w:line="240" w:lineRule="auto"/>
        <w:rPr>
          <w:lang w:val="nl-NL"/>
        </w:rPr>
      </w:pPr>
    </w:p>
    <w:p w14:paraId="367E03F5" w14:textId="00E37A99" w:rsidR="009A66BD" w:rsidRDefault="009A66BD" w:rsidP="00936394">
      <w:pPr>
        <w:spacing w:before="0" w:after="0" w:line="240" w:lineRule="auto"/>
        <w:rPr>
          <w:lang w:val="nl-NL"/>
        </w:rPr>
      </w:pPr>
      <w:r>
        <w:rPr>
          <w:lang w:val="nl-NL"/>
        </w:rPr>
        <w:t xml:space="preserve">Ieder werkblad begint met een </w:t>
      </w:r>
      <w:r w:rsidR="007C24AF">
        <w:rPr>
          <w:lang w:val="nl-NL"/>
        </w:rPr>
        <w:t xml:space="preserve">schematische </w:t>
      </w:r>
      <w:r>
        <w:rPr>
          <w:lang w:val="nl-NL"/>
        </w:rPr>
        <w:t xml:space="preserve">inhoudsopgave. Die wordt op de volgende pagina uitgelegd. Daarin wordt ingegaan op de doelgroep van het werkblad, het doel, het niveau, hoeveel tijd het werkblad kost, het resultaat en de te gebruiken tools en kaders. </w:t>
      </w:r>
    </w:p>
    <w:p w14:paraId="638B1419" w14:textId="77777777" w:rsidR="009A66BD" w:rsidRDefault="009A66BD" w:rsidP="00936394">
      <w:pPr>
        <w:spacing w:before="0" w:after="0" w:line="240" w:lineRule="auto"/>
        <w:rPr>
          <w:lang w:val="nl-NL"/>
        </w:rPr>
      </w:pPr>
    </w:p>
    <w:p w14:paraId="3C902ADB" w14:textId="691CC47F" w:rsidR="007F76A4" w:rsidRDefault="009A66BD" w:rsidP="00936394">
      <w:pPr>
        <w:spacing w:before="0" w:after="0" w:line="240" w:lineRule="auto"/>
        <w:rPr>
          <w:lang w:val="nl-NL"/>
        </w:rPr>
      </w:pPr>
      <w:r>
        <w:rPr>
          <w:lang w:val="nl-NL"/>
        </w:rPr>
        <w:t xml:space="preserve">Je hoeft een werkblad niet helemaal af te maken en je kunt tussentijds beginnen aan een ander werkblad. </w:t>
      </w:r>
      <w:r w:rsidR="007F76A4">
        <w:rPr>
          <w:lang w:val="nl-NL"/>
        </w:rPr>
        <w:t xml:space="preserve">Het doel van vandaag is leren, dus proberen en experimenteren en niet presteren. Dus schakelen </w:t>
      </w:r>
      <w:r w:rsidR="004D4135">
        <w:rPr>
          <w:lang w:val="nl-NL"/>
        </w:rPr>
        <w:t xml:space="preserve">tussen werkbladen </w:t>
      </w:r>
      <w:r w:rsidR="007F76A4">
        <w:rPr>
          <w:lang w:val="nl-NL"/>
        </w:rPr>
        <w:t>mag</w:t>
      </w:r>
      <w:r w:rsidR="004D4135">
        <w:rPr>
          <w:lang w:val="nl-NL"/>
        </w:rPr>
        <w:t xml:space="preserve">, </w:t>
      </w:r>
      <w:r w:rsidR="004268DE">
        <w:rPr>
          <w:lang w:val="nl-NL"/>
        </w:rPr>
        <w:t>helemaal</w:t>
      </w:r>
      <w:r w:rsidR="004D4135">
        <w:rPr>
          <w:lang w:val="nl-NL"/>
        </w:rPr>
        <w:t xml:space="preserve"> als je het gevoel hebt dat je genoeg geleerd hebt van een </w:t>
      </w:r>
      <w:r w:rsidR="004D4135">
        <w:rPr>
          <w:lang w:val="nl-NL"/>
        </w:rPr>
        <w:lastRenderedPageBreak/>
        <w:t>bepaald werkblad</w:t>
      </w:r>
      <w:r w:rsidR="007F76A4">
        <w:rPr>
          <w:lang w:val="nl-NL"/>
        </w:rPr>
        <w:t>.</w:t>
      </w:r>
      <w:r w:rsidR="002C5908">
        <w:rPr>
          <w:lang w:val="nl-NL"/>
        </w:rPr>
        <w:t xml:space="preserve"> Loop je vast op een werkblad of heb je behoefte aan een showcase, vraag dan onze hulp.</w:t>
      </w:r>
    </w:p>
    <w:p w14:paraId="0F2B1FD3" w14:textId="77777777" w:rsidR="003B43D9" w:rsidRDefault="003B43D9" w:rsidP="00936394">
      <w:pPr>
        <w:spacing w:before="0" w:after="0" w:line="240" w:lineRule="auto"/>
        <w:rPr>
          <w:lang w:val="nl-NL"/>
        </w:rPr>
      </w:pPr>
    </w:p>
    <w:p w14:paraId="12FCE94D" w14:textId="17E389D3" w:rsidR="009A66BD" w:rsidRDefault="009A66BD" w:rsidP="00936394">
      <w:pPr>
        <w:spacing w:before="0" w:after="0" w:line="240" w:lineRule="auto"/>
        <w:rPr>
          <w:lang w:val="nl-NL"/>
        </w:rPr>
      </w:pPr>
      <w:r>
        <w:rPr>
          <w:lang w:val="nl-NL"/>
        </w:rPr>
        <w:t>Aan het einde van het werkblad vind je een aantal reflectievragen. Je kunt je eigen leerrendement vergroten door deze reflectievragen te beantwoorden</w:t>
      </w:r>
      <w:r w:rsidR="0073641A">
        <w:rPr>
          <w:lang w:val="nl-NL"/>
        </w:rPr>
        <w:t xml:space="preserve"> en je antwoorden samen met je collega’s te bespreken</w:t>
      </w:r>
      <w:r>
        <w:rPr>
          <w:lang w:val="nl-NL"/>
        </w:rPr>
        <w:t>.</w:t>
      </w:r>
    </w:p>
    <w:p w14:paraId="042A8099" w14:textId="77777777" w:rsidR="009A66BD" w:rsidRDefault="009A66BD" w:rsidP="00936394">
      <w:pPr>
        <w:spacing w:before="0" w:after="0" w:line="240" w:lineRule="auto"/>
        <w:rPr>
          <w:lang w:val="nl-NL"/>
        </w:rPr>
      </w:pPr>
    </w:p>
    <w:p w14:paraId="60BA75F3" w14:textId="2F8639AD" w:rsidR="007F76A4" w:rsidRDefault="004D4135" w:rsidP="00936394">
      <w:pPr>
        <w:spacing w:before="0" w:after="0" w:line="240" w:lineRule="auto"/>
        <w:rPr>
          <w:lang w:val="nl-NL"/>
        </w:rPr>
      </w:pPr>
      <w:r>
        <w:rPr>
          <w:lang w:val="nl-NL"/>
        </w:rPr>
        <w:t>Op ieder werkblad</w:t>
      </w:r>
      <w:r w:rsidR="009A66BD">
        <w:rPr>
          <w:lang w:val="nl-NL"/>
        </w:rPr>
        <w:t xml:space="preserve"> wordt gevraagd om na te denken over de showcase. Wat kun je straks laten zien en delen met alle collega’s</w:t>
      </w:r>
      <w:r w:rsidR="00491FCE">
        <w:rPr>
          <w:lang w:val="nl-NL"/>
        </w:rPr>
        <w:t>?</w:t>
      </w:r>
      <w:r w:rsidR="009A66BD">
        <w:rPr>
          <w:lang w:val="nl-NL"/>
        </w:rPr>
        <w:t xml:space="preserve"> </w:t>
      </w:r>
      <w:r w:rsidR="00491FCE">
        <w:rPr>
          <w:lang w:val="nl-NL"/>
        </w:rPr>
        <w:t>Z</w:t>
      </w:r>
      <w:r w:rsidR="009A66BD">
        <w:rPr>
          <w:lang w:val="nl-NL"/>
        </w:rPr>
        <w:t>odat we van en met elkaar kunnen leren van alles wat we vandaag doen</w:t>
      </w:r>
      <w:r w:rsidR="0073641A">
        <w:rPr>
          <w:lang w:val="nl-NL"/>
        </w:rPr>
        <w:t xml:space="preserve">. </w:t>
      </w:r>
    </w:p>
    <w:p w14:paraId="32F274C5" w14:textId="77777777" w:rsidR="007F76A4" w:rsidRDefault="007F76A4" w:rsidP="00936394">
      <w:pPr>
        <w:spacing w:before="0" w:after="0" w:line="240" w:lineRule="auto"/>
        <w:rPr>
          <w:lang w:val="nl-NL"/>
        </w:rPr>
      </w:pPr>
    </w:p>
    <w:p w14:paraId="2AA15869" w14:textId="57D421F3" w:rsidR="007F76A4" w:rsidRDefault="007F76A4" w:rsidP="00936394">
      <w:pPr>
        <w:spacing w:before="0" w:after="0" w:line="240" w:lineRule="auto"/>
        <w:rPr>
          <w:lang w:val="nl-NL"/>
        </w:rPr>
      </w:pPr>
      <w:r>
        <w:rPr>
          <w:lang w:val="nl-NL"/>
        </w:rPr>
        <w:t xml:space="preserve">Probeer ook samen te werken met andere collega’s die hetzelfde werkblad gaan gebruiken, </w:t>
      </w:r>
      <w:r w:rsidR="00491FCE">
        <w:rPr>
          <w:lang w:val="nl-NL"/>
        </w:rPr>
        <w:t xml:space="preserve">immers: </w:t>
      </w:r>
      <w:r>
        <w:rPr>
          <w:lang w:val="nl-NL"/>
        </w:rPr>
        <w:t xml:space="preserve">alleen ga je </w:t>
      </w:r>
      <w:r w:rsidR="005A1D34">
        <w:rPr>
          <w:lang w:val="nl-NL"/>
        </w:rPr>
        <w:t>sneller</w:t>
      </w:r>
      <w:r>
        <w:rPr>
          <w:lang w:val="nl-NL"/>
        </w:rPr>
        <w:t xml:space="preserve"> maar samen kom je verder! </w:t>
      </w:r>
    </w:p>
    <w:p w14:paraId="2FB02066" w14:textId="6A37917E" w:rsidR="0066700A" w:rsidRPr="00243664" w:rsidRDefault="0066700A" w:rsidP="00936394">
      <w:pPr>
        <w:spacing w:before="0" w:after="0" w:line="240" w:lineRule="auto"/>
        <w:rPr>
          <w:lang w:val="nl-NL"/>
        </w:rPr>
      </w:pPr>
    </w:p>
    <w:p w14:paraId="4C707BEC" w14:textId="732BFBC9" w:rsidR="00E7400F" w:rsidRPr="00862DF4" w:rsidRDefault="00E7400F" w:rsidP="00936394">
      <w:pPr>
        <w:spacing w:before="0" w:after="0" w:line="240" w:lineRule="auto"/>
        <w:rPr>
          <w:lang w:val="nl-NL"/>
        </w:rPr>
      </w:pPr>
      <w:r>
        <w:rPr>
          <w:lang w:val="nl-NL"/>
        </w:rPr>
        <w:t>Ieder werkblad kent een inhoudsopgave</w:t>
      </w:r>
      <w:r w:rsidR="00B24D24">
        <w:rPr>
          <w:lang w:val="nl-NL"/>
        </w:rPr>
        <w:t>, hieronder vind je de uitleg:</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1"/>
        <w:gridCol w:w="4313"/>
      </w:tblGrid>
      <w:tr w:rsidR="00E7400F" w:rsidRPr="00862DF4" w14:paraId="20CA7E84" w14:textId="77777777" w:rsidTr="00BE7D8A">
        <w:tc>
          <w:tcPr>
            <w:tcW w:w="4311" w:type="dxa"/>
          </w:tcPr>
          <w:p w14:paraId="2164120C" w14:textId="77777777" w:rsidR="00E7400F" w:rsidRPr="00496A67" w:rsidRDefault="00E7400F" w:rsidP="00936394">
            <w:pPr>
              <w:spacing w:before="0" w:after="0" w:line="240" w:lineRule="auto"/>
              <w:rPr>
                <w:b/>
              </w:rPr>
            </w:pPr>
            <w:proofErr w:type="spellStart"/>
            <w:r w:rsidRPr="00496A67">
              <w:rPr>
                <w:b/>
              </w:rPr>
              <w:t>Doelgroep</w:t>
            </w:r>
            <w:proofErr w:type="spellEnd"/>
          </w:p>
        </w:tc>
        <w:tc>
          <w:tcPr>
            <w:tcW w:w="4313" w:type="dxa"/>
          </w:tcPr>
          <w:p w14:paraId="1715221D" w14:textId="0DAACB3D" w:rsidR="0066700A" w:rsidRPr="00496A67" w:rsidRDefault="0066700A" w:rsidP="00936394">
            <w:pPr>
              <w:spacing w:before="0" w:after="0" w:line="240" w:lineRule="auto"/>
              <w:rPr>
                <w:lang w:val="nl-NL"/>
              </w:rPr>
            </w:pPr>
            <w:r w:rsidRPr="00496A67">
              <w:rPr>
                <w:lang w:val="nl-NL"/>
              </w:rPr>
              <w:t xml:space="preserve">Hier wordt benoemd wie de primaire doelgroep van het werkblad is. Dat kan </w:t>
            </w:r>
            <w:r w:rsidR="00E7400F" w:rsidRPr="00496A67">
              <w:rPr>
                <w:lang w:val="nl-NL"/>
              </w:rPr>
              <w:t>OP</w:t>
            </w:r>
            <w:r w:rsidRPr="00496A67">
              <w:rPr>
                <w:lang w:val="nl-NL"/>
              </w:rPr>
              <w:t xml:space="preserve">, OOP of beide doelgroepen zijn. </w:t>
            </w:r>
          </w:p>
        </w:tc>
      </w:tr>
      <w:tr w:rsidR="00E7400F" w:rsidRPr="00B07954" w14:paraId="08C703F8" w14:textId="77777777" w:rsidTr="00BE7D8A">
        <w:tc>
          <w:tcPr>
            <w:tcW w:w="4311" w:type="dxa"/>
          </w:tcPr>
          <w:p w14:paraId="1364487A" w14:textId="77777777" w:rsidR="00E7400F" w:rsidRPr="00496A67" w:rsidRDefault="00E7400F" w:rsidP="00936394">
            <w:pPr>
              <w:spacing w:before="0" w:after="0" w:line="240" w:lineRule="auto"/>
            </w:pPr>
            <w:r w:rsidRPr="00496A67">
              <w:rPr>
                <w:b/>
              </w:rPr>
              <w:t>Doel</w:t>
            </w:r>
          </w:p>
        </w:tc>
        <w:tc>
          <w:tcPr>
            <w:tcW w:w="4313" w:type="dxa"/>
          </w:tcPr>
          <w:p w14:paraId="093D1E7B" w14:textId="42A2E8DE" w:rsidR="00E7400F" w:rsidRPr="00496A67" w:rsidRDefault="0066700A" w:rsidP="00936394">
            <w:pPr>
              <w:spacing w:before="0" w:after="0" w:line="240" w:lineRule="auto"/>
              <w:rPr>
                <w:lang w:val="nl-NL"/>
              </w:rPr>
            </w:pPr>
            <w:r w:rsidRPr="00496A67">
              <w:rPr>
                <w:lang w:val="nl-NL"/>
              </w:rPr>
              <w:t xml:space="preserve">Hier wordt beschreven wat het doel van het werkblad is. </w:t>
            </w:r>
          </w:p>
        </w:tc>
      </w:tr>
      <w:tr w:rsidR="00E7400F" w:rsidRPr="00B07954" w14:paraId="6D89E10B" w14:textId="77777777" w:rsidTr="00BE7D8A">
        <w:tc>
          <w:tcPr>
            <w:tcW w:w="4311" w:type="dxa"/>
          </w:tcPr>
          <w:p w14:paraId="55EFE5CF" w14:textId="77777777" w:rsidR="00E7400F" w:rsidRPr="00496A67" w:rsidRDefault="00E7400F" w:rsidP="00936394">
            <w:pPr>
              <w:spacing w:before="0" w:after="0" w:line="240" w:lineRule="auto"/>
            </w:pPr>
            <w:proofErr w:type="spellStart"/>
            <w:r w:rsidRPr="00496A67">
              <w:rPr>
                <w:b/>
              </w:rPr>
              <w:t>Niveau</w:t>
            </w:r>
            <w:proofErr w:type="spellEnd"/>
          </w:p>
        </w:tc>
        <w:tc>
          <w:tcPr>
            <w:tcW w:w="4313" w:type="dxa"/>
          </w:tcPr>
          <w:p w14:paraId="02A439AA" w14:textId="5FA1BB8E" w:rsidR="0066700A" w:rsidRPr="00496A67" w:rsidRDefault="0066700A" w:rsidP="00936394">
            <w:pPr>
              <w:spacing w:before="0" w:after="0" w:line="240" w:lineRule="auto"/>
              <w:rPr>
                <w:lang w:val="nl-NL"/>
              </w:rPr>
            </w:pPr>
            <w:r w:rsidRPr="00496A67">
              <w:rPr>
                <w:lang w:val="nl-NL"/>
              </w:rPr>
              <w:t xml:space="preserve">Hier wordt benoemd wat het niveau van de opdracht is. Er zijn drie </w:t>
            </w:r>
            <w:proofErr w:type="spellStart"/>
            <w:r w:rsidRPr="00496A67">
              <w:rPr>
                <w:lang w:val="nl-NL"/>
              </w:rPr>
              <w:t>niveau’s</w:t>
            </w:r>
            <w:proofErr w:type="spellEnd"/>
            <w:r w:rsidRPr="00496A67">
              <w:rPr>
                <w:lang w:val="nl-NL"/>
              </w:rPr>
              <w:t xml:space="preserve"> te weten</w:t>
            </w:r>
            <w:r w:rsidR="00C45B04">
              <w:rPr>
                <w:lang w:val="nl-NL"/>
              </w:rPr>
              <w:t>:</w:t>
            </w:r>
          </w:p>
          <w:p w14:paraId="1816E24D" w14:textId="77777777" w:rsidR="00E7400F" w:rsidRPr="00496A67" w:rsidRDefault="00E7400F" w:rsidP="00936394">
            <w:pPr>
              <w:spacing w:before="0" w:after="0" w:line="240" w:lineRule="auto"/>
              <w:rPr>
                <w:lang w:val="nl-NL"/>
              </w:rPr>
            </w:pPr>
            <w:r w:rsidRPr="00496A67">
              <w:rPr>
                <w:lang w:val="nl-NL"/>
              </w:rPr>
              <w:t>Beginners</w:t>
            </w:r>
          </w:p>
          <w:p w14:paraId="7C1C4856" w14:textId="77777777" w:rsidR="0066700A" w:rsidRPr="00496A67" w:rsidRDefault="0066700A" w:rsidP="00936394">
            <w:pPr>
              <w:spacing w:before="0" w:after="0" w:line="240" w:lineRule="auto"/>
              <w:rPr>
                <w:lang w:val="nl-NL"/>
              </w:rPr>
            </w:pPr>
            <w:r w:rsidRPr="00496A67">
              <w:rPr>
                <w:lang w:val="nl-NL"/>
              </w:rPr>
              <w:t>Gevorderd</w:t>
            </w:r>
          </w:p>
          <w:p w14:paraId="6C030368" w14:textId="77777777" w:rsidR="0066700A" w:rsidRPr="00496A67" w:rsidRDefault="0066700A" w:rsidP="00936394">
            <w:pPr>
              <w:spacing w:before="0" w:after="0" w:line="240" w:lineRule="auto"/>
              <w:rPr>
                <w:lang w:val="nl-NL"/>
              </w:rPr>
            </w:pPr>
            <w:r w:rsidRPr="00496A67">
              <w:rPr>
                <w:lang w:val="nl-NL"/>
              </w:rPr>
              <w:t>Experts</w:t>
            </w:r>
          </w:p>
          <w:p w14:paraId="0C0E4D54" w14:textId="77777777" w:rsidR="0066700A" w:rsidRPr="00496A67" w:rsidRDefault="0066700A" w:rsidP="00936394">
            <w:pPr>
              <w:spacing w:before="0" w:after="0" w:line="240" w:lineRule="auto"/>
              <w:rPr>
                <w:lang w:val="nl-NL"/>
              </w:rPr>
            </w:pPr>
            <w:r w:rsidRPr="00496A67">
              <w:rPr>
                <w:lang w:val="nl-NL"/>
              </w:rPr>
              <w:t xml:space="preserve">Je schat voor jezelf in welk niveau op jou van toepassing is. </w:t>
            </w:r>
          </w:p>
          <w:p w14:paraId="5E7F5451" w14:textId="55D29E43" w:rsidR="0066700A" w:rsidRPr="00496A67" w:rsidRDefault="0066700A" w:rsidP="00936394">
            <w:pPr>
              <w:spacing w:before="0" w:after="0" w:line="240" w:lineRule="auto"/>
              <w:rPr>
                <w:lang w:val="nl-NL"/>
              </w:rPr>
            </w:pPr>
            <w:r w:rsidRPr="00496A67">
              <w:rPr>
                <w:lang w:val="nl-NL"/>
              </w:rPr>
              <w:t>Een</w:t>
            </w:r>
            <w:r w:rsidRPr="00496A67">
              <w:rPr>
                <w:b/>
                <w:bCs/>
                <w:lang w:val="nl-NL"/>
              </w:rPr>
              <w:t xml:space="preserve"> beginner</w:t>
            </w:r>
            <w:r w:rsidRPr="00496A67">
              <w:rPr>
                <w:lang w:val="nl-NL"/>
              </w:rPr>
              <w:t xml:space="preserve"> is iemand die geen tot weinig ervaring heeft met het gebruik van AI-tools. </w:t>
            </w:r>
          </w:p>
          <w:p w14:paraId="1B127833" w14:textId="77777777" w:rsidR="0066700A" w:rsidRPr="00496A67" w:rsidRDefault="0066700A" w:rsidP="00936394">
            <w:pPr>
              <w:spacing w:before="0" w:after="0" w:line="240" w:lineRule="auto"/>
              <w:rPr>
                <w:lang w:val="nl-NL"/>
              </w:rPr>
            </w:pPr>
            <w:r w:rsidRPr="00496A67">
              <w:rPr>
                <w:lang w:val="nl-NL"/>
              </w:rPr>
              <w:t xml:space="preserve">Een </w:t>
            </w:r>
            <w:r w:rsidRPr="00496A67">
              <w:rPr>
                <w:b/>
                <w:bCs/>
                <w:lang w:val="nl-NL"/>
              </w:rPr>
              <w:t>gevorderd</w:t>
            </w:r>
            <w:r w:rsidRPr="00496A67">
              <w:rPr>
                <w:lang w:val="nl-NL"/>
              </w:rPr>
              <w:t xml:space="preserve"> gebruiker is iemand die met enige regelmaat AI-tools heeft gebruikt</w:t>
            </w:r>
            <w:r w:rsidR="00001A0A" w:rsidRPr="00496A67">
              <w:rPr>
                <w:lang w:val="nl-NL"/>
              </w:rPr>
              <w:t>,</w:t>
            </w:r>
            <w:r w:rsidR="00F204EE" w:rsidRPr="00496A67">
              <w:rPr>
                <w:lang w:val="nl-NL"/>
              </w:rPr>
              <w:t xml:space="preserve"> bekend is met </w:t>
            </w:r>
            <w:proofErr w:type="spellStart"/>
            <w:r w:rsidR="00F204EE" w:rsidRPr="00496A67">
              <w:rPr>
                <w:lang w:val="nl-NL"/>
              </w:rPr>
              <w:t>prompten</w:t>
            </w:r>
            <w:proofErr w:type="spellEnd"/>
            <w:r w:rsidR="00001A0A" w:rsidRPr="00496A67">
              <w:rPr>
                <w:lang w:val="nl-NL"/>
              </w:rPr>
              <w:t xml:space="preserve"> en/of verschillende tools heeft gebruikt.</w:t>
            </w:r>
          </w:p>
          <w:p w14:paraId="6F50102F" w14:textId="0CDC9A58" w:rsidR="00001A0A" w:rsidRPr="00496A67" w:rsidRDefault="00001A0A" w:rsidP="00936394">
            <w:pPr>
              <w:spacing w:before="0" w:after="0" w:line="240" w:lineRule="auto"/>
              <w:rPr>
                <w:lang w:val="nl-NL"/>
              </w:rPr>
            </w:pPr>
            <w:r w:rsidRPr="00496A67">
              <w:rPr>
                <w:lang w:val="nl-NL"/>
              </w:rPr>
              <w:t xml:space="preserve">Een </w:t>
            </w:r>
            <w:r w:rsidRPr="00496A67">
              <w:rPr>
                <w:b/>
                <w:bCs/>
                <w:lang w:val="nl-NL"/>
              </w:rPr>
              <w:t>expert</w:t>
            </w:r>
            <w:r w:rsidRPr="00496A67">
              <w:rPr>
                <w:lang w:val="nl-NL"/>
              </w:rPr>
              <w:t xml:space="preserve"> is iemand die met grote regelmaat AI-tools gebruikt</w:t>
            </w:r>
            <w:r w:rsidR="003A5E5F" w:rsidRPr="00496A67">
              <w:rPr>
                <w:lang w:val="nl-NL"/>
              </w:rPr>
              <w:t>, die vele tools heeft gebruik</w:t>
            </w:r>
            <w:r w:rsidR="00E26237" w:rsidRPr="00496A67">
              <w:rPr>
                <w:lang w:val="nl-NL"/>
              </w:rPr>
              <w:t>t en de achtergronden en werking effectief in kan zetten in zijn werkzaamheden.</w:t>
            </w:r>
          </w:p>
        </w:tc>
      </w:tr>
      <w:tr w:rsidR="00E7400F" w:rsidRPr="00B07954" w14:paraId="3AA9FB79" w14:textId="77777777" w:rsidTr="00BE7D8A">
        <w:tc>
          <w:tcPr>
            <w:tcW w:w="4311" w:type="dxa"/>
          </w:tcPr>
          <w:p w14:paraId="5D8B5A81" w14:textId="77777777" w:rsidR="00E7400F" w:rsidRPr="00496A67" w:rsidRDefault="00E7400F" w:rsidP="00936394">
            <w:pPr>
              <w:spacing w:before="0" w:after="0" w:line="240" w:lineRule="auto"/>
            </w:pPr>
            <w:proofErr w:type="spellStart"/>
            <w:r w:rsidRPr="00496A67">
              <w:rPr>
                <w:b/>
              </w:rPr>
              <w:t>Tijd</w:t>
            </w:r>
            <w:proofErr w:type="spellEnd"/>
          </w:p>
        </w:tc>
        <w:tc>
          <w:tcPr>
            <w:tcW w:w="4313" w:type="dxa"/>
          </w:tcPr>
          <w:p w14:paraId="461BFC47" w14:textId="11823EA0" w:rsidR="00E7400F" w:rsidRPr="00496A67" w:rsidRDefault="0066700A" w:rsidP="00936394">
            <w:pPr>
              <w:spacing w:before="0" w:after="0" w:line="240" w:lineRule="auto"/>
              <w:rPr>
                <w:lang w:val="nl-NL"/>
              </w:rPr>
            </w:pPr>
            <w:r w:rsidRPr="00496A67">
              <w:rPr>
                <w:lang w:val="nl-NL"/>
              </w:rPr>
              <w:t>Hier is een inschatting gegeven van de tijd die het kost om het werkblad door te werken. Op basis hiervan kun je een inschatting maken welke werkbladen je vandaag wilt behandelen.</w:t>
            </w:r>
          </w:p>
        </w:tc>
      </w:tr>
      <w:tr w:rsidR="00E7400F" w:rsidRPr="00B07954" w14:paraId="6C34C570" w14:textId="77777777" w:rsidTr="00BE7D8A">
        <w:tc>
          <w:tcPr>
            <w:tcW w:w="4311" w:type="dxa"/>
          </w:tcPr>
          <w:p w14:paraId="262115F8" w14:textId="77777777" w:rsidR="00E7400F" w:rsidRPr="00496A67" w:rsidRDefault="00E7400F" w:rsidP="00936394">
            <w:pPr>
              <w:spacing w:before="0" w:after="0" w:line="240" w:lineRule="auto"/>
            </w:pPr>
            <w:proofErr w:type="spellStart"/>
            <w:r w:rsidRPr="00496A67">
              <w:rPr>
                <w:b/>
              </w:rPr>
              <w:t>Resultaat</w:t>
            </w:r>
            <w:proofErr w:type="spellEnd"/>
          </w:p>
        </w:tc>
        <w:tc>
          <w:tcPr>
            <w:tcW w:w="4313" w:type="dxa"/>
          </w:tcPr>
          <w:p w14:paraId="5E5489BB" w14:textId="039E2013" w:rsidR="00E7400F" w:rsidRPr="00496A67" w:rsidRDefault="0066700A" w:rsidP="00936394">
            <w:pPr>
              <w:spacing w:before="0" w:after="0" w:line="240" w:lineRule="auto"/>
              <w:rPr>
                <w:lang w:val="nl-NL"/>
              </w:rPr>
            </w:pPr>
            <w:r w:rsidRPr="00496A67">
              <w:rPr>
                <w:lang w:val="nl-NL"/>
              </w:rPr>
              <w:t xml:space="preserve">Hier wordt benoemd welk resultaat je mag verwachten als je het werkblad doorwerkt. Overigens </w:t>
            </w:r>
            <w:r w:rsidR="00F204EE" w:rsidRPr="00496A67">
              <w:rPr>
                <w:lang w:val="nl-NL"/>
              </w:rPr>
              <w:t>hoef je een werkblad niet helemaal af te maken en mag je tussentijds switchen naar een ander werkblad.</w:t>
            </w:r>
          </w:p>
        </w:tc>
      </w:tr>
      <w:tr w:rsidR="00E7400F" w:rsidRPr="00B07954" w14:paraId="491F7B9D" w14:textId="77777777" w:rsidTr="00BE7D8A">
        <w:tc>
          <w:tcPr>
            <w:tcW w:w="4311" w:type="dxa"/>
          </w:tcPr>
          <w:p w14:paraId="3F875937" w14:textId="77777777" w:rsidR="00E7400F" w:rsidRPr="00496A67" w:rsidRDefault="00E7400F" w:rsidP="00936394">
            <w:pPr>
              <w:spacing w:before="0" w:after="0" w:line="240" w:lineRule="auto"/>
            </w:pPr>
            <w:r w:rsidRPr="00496A67">
              <w:rPr>
                <w:b/>
              </w:rPr>
              <w:t xml:space="preserve">Tools / </w:t>
            </w:r>
            <w:proofErr w:type="spellStart"/>
            <w:r w:rsidRPr="00496A67">
              <w:rPr>
                <w:b/>
              </w:rPr>
              <w:t>kaders</w:t>
            </w:r>
            <w:proofErr w:type="spellEnd"/>
          </w:p>
        </w:tc>
        <w:tc>
          <w:tcPr>
            <w:tcW w:w="4313" w:type="dxa"/>
          </w:tcPr>
          <w:p w14:paraId="467672D0" w14:textId="0F74F0A2" w:rsidR="00E7400F" w:rsidRPr="00496A67" w:rsidRDefault="00F204EE" w:rsidP="00936394">
            <w:pPr>
              <w:spacing w:before="0" w:after="0" w:line="240" w:lineRule="auto"/>
              <w:rPr>
                <w:lang w:val="nl-NL"/>
              </w:rPr>
            </w:pPr>
            <w:r w:rsidRPr="00496A67">
              <w:rPr>
                <w:lang w:val="nl-NL"/>
              </w:rPr>
              <w:t xml:space="preserve">Hier worden de tools en kaders die van toepassing zijn op het werkblad kort geschetst. </w:t>
            </w:r>
          </w:p>
        </w:tc>
      </w:tr>
    </w:tbl>
    <w:p w14:paraId="3D4779E3" w14:textId="77777777" w:rsidR="009A66BD" w:rsidRDefault="009A66BD" w:rsidP="00936394">
      <w:pPr>
        <w:spacing w:before="0" w:after="0" w:line="240" w:lineRule="auto"/>
        <w:rPr>
          <w:lang w:val="nl-NL"/>
        </w:rPr>
      </w:pPr>
    </w:p>
    <w:p w14:paraId="48AD1F5F" w14:textId="38E333AC" w:rsidR="004833D5" w:rsidRDefault="001421B5">
      <w:pPr>
        <w:rPr>
          <w:lang w:val="nl-NL"/>
        </w:rPr>
      </w:pPr>
      <w:r>
        <w:rPr>
          <w:lang w:val="nl-NL"/>
        </w:rPr>
        <w:t>Dit werkboek is gemaakt met hulp van generatieve AI</w:t>
      </w:r>
      <w:r w:rsidR="00671E7F">
        <w:rPr>
          <w:lang w:val="nl-NL"/>
        </w:rPr>
        <w:t xml:space="preserve">, er is gebruik gemaakt van </w:t>
      </w:r>
      <w:proofErr w:type="spellStart"/>
      <w:r w:rsidR="00671E7F">
        <w:rPr>
          <w:lang w:val="nl-NL"/>
        </w:rPr>
        <w:t>ChatGPT</w:t>
      </w:r>
      <w:proofErr w:type="spellEnd"/>
      <w:r w:rsidR="00671E7F">
        <w:rPr>
          <w:lang w:val="nl-NL"/>
        </w:rPr>
        <w:t xml:space="preserve">, Google Gemini, </w:t>
      </w:r>
      <w:r w:rsidR="00496A67">
        <w:rPr>
          <w:lang w:val="nl-NL"/>
        </w:rPr>
        <w:t xml:space="preserve">Claude.AI en </w:t>
      </w:r>
      <w:proofErr w:type="spellStart"/>
      <w:r w:rsidR="00496A67">
        <w:rPr>
          <w:lang w:val="nl-NL"/>
        </w:rPr>
        <w:t>NotebookLM</w:t>
      </w:r>
      <w:proofErr w:type="spellEnd"/>
      <w:r>
        <w:rPr>
          <w:lang w:val="nl-NL"/>
        </w:rPr>
        <w:t xml:space="preserve">. </w:t>
      </w:r>
      <w:r w:rsidR="00671E7F">
        <w:rPr>
          <w:lang w:val="nl-NL"/>
        </w:rPr>
        <w:t xml:space="preserve">De </w:t>
      </w:r>
      <w:r w:rsidR="0031698C">
        <w:rPr>
          <w:lang w:val="nl-NL"/>
        </w:rPr>
        <w:t>afbeelding op het voorblad</w:t>
      </w:r>
      <w:r w:rsidR="00671E7F">
        <w:rPr>
          <w:lang w:val="nl-NL"/>
        </w:rPr>
        <w:t xml:space="preserve"> </w:t>
      </w:r>
      <w:r w:rsidR="0031698C">
        <w:rPr>
          <w:lang w:val="nl-NL"/>
        </w:rPr>
        <w:t xml:space="preserve">is </w:t>
      </w:r>
      <w:r w:rsidR="00671E7F">
        <w:rPr>
          <w:lang w:val="nl-NL"/>
        </w:rPr>
        <w:t xml:space="preserve">gemaakt met </w:t>
      </w:r>
      <w:proofErr w:type="spellStart"/>
      <w:r w:rsidR="00671E7F">
        <w:rPr>
          <w:lang w:val="nl-NL"/>
        </w:rPr>
        <w:t>ChatGPT</w:t>
      </w:r>
      <w:proofErr w:type="spellEnd"/>
      <w:r w:rsidR="00671E7F">
        <w:rPr>
          <w:lang w:val="nl-NL"/>
        </w:rPr>
        <w:t>.</w:t>
      </w:r>
    </w:p>
    <w:p w14:paraId="78ACB2E2" w14:textId="77777777" w:rsidR="004833D5" w:rsidRDefault="004833D5">
      <w:pPr>
        <w:rPr>
          <w:lang w:val="nl-NL"/>
        </w:rPr>
      </w:pPr>
      <w:r>
        <w:rPr>
          <w:lang w:val="nl-NL"/>
        </w:rPr>
        <w:br w:type="page"/>
      </w:r>
    </w:p>
    <w:p w14:paraId="50DC0289" w14:textId="7153D271" w:rsidR="007113BF" w:rsidRDefault="007113BF" w:rsidP="004833D5">
      <w:pPr>
        <w:rPr>
          <w:lang w:val="nl-NL"/>
        </w:rPr>
      </w:pPr>
      <w:r w:rsidRPr="00441C13">
        <w:rPr>
          <w:noProof/>
          <w:lang w:val="nl-NL"/>
        </w:rPr>
        <w:lastRenderedPageBreak/>
        <w:drawing>
          <wp:anchor distT="0" distB="0" distL="114300" distR="114300" simplePos="0" relativeHeight="251682816" behindDoc="0" locked="0" layoutInCell="1" allowOverlap="1" wp14:anchorId="74E1AF96" wp14:editId="6BF2F14E">
            <wp:simplePos x="0" y="0"/>
            <wp:positionH relativeFrom="column">
              <wp:posOffset>315685</wp:posOffset>
            </wp:positionH>
            <wp:positionV relativeFrom="paragraph">
              <wp:posOffset>-609137</wp:posOffset>
            </wp:positionV>
            <wp:extent cx="4757057" cy="8566499"/>
            <wp:effectExtent l="0" t="0" r="5715" b="6350"/>
            <wp:wrapNone/>
            <wp:docPr id="392108829" name="Afbeelding 1" descr="Afbeelding met tekst, wiel, schermopname,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08829" name="Afbeelding 1" descr="Afbeelding met tekst, wiel, schermopname, Landvoertuig&#10;&#10;Door AI gegenereerde inhoud is mogelijk onjuist."/>
                    <pic:cNvPicPr/>
                  </pic:nvPicPr>
                  <pic:blipFill>
                    <a:blip r:embed="rId10"/>
                    <a:stretch>
                      <a:fillRect/>
                    </a:stretch>
                  </pic:blipFill>
                  <pic:spPr>
                    <a:xfrm>
                      <a:off x="0" y="0"/>
                      <a:ext cx="4761396" cy="8574313"/>
                    </a:xfrm>
                    <a:prstGeom prst="rect">
                      <a:avLst/>
                    </a:prstGeom>
                  </pic:spPr>
                </pic:pic>
              </a:graphicData>
            </a:graphic>
            <wp14:sizeRelH relativeFrom="page">
              <wp14:pctWidth>0</wp14:pctWidth>
            </wp14:sizeRelH>
            <wp14:sizeRelV relativeFrom="page">
              <wp14:pctHeight>0</wp14:pctHeight>
            </wp14:sizeRelV>
          </wp:anchor>
        </w:drawing>
      </w:r>
    </w:p>
    <w:p w14:paraId="53521C4D" w14:textId="77777777" w:rsidR="007113BF" w:rsidRDefault="007113BF" w:rsidP="004833D5">
      <w:pPr>
        <w:rPr>
          <w:lang w:val="nl-NL"/>
        </w:rPr>
      </w:pPr>
    </w:p>
    <w:p w14:paraId="7EB5DD8D" w14:textId="77777777" w:rsidR="007113BF" w:rsidRDefault="007113BF" w:rsidP="004833D5">
      <w:pPr>
        <w:rPr>
          <w:lang w:val="nl-NL"/>
        </w:rPr>
      </w:pPr>
    </w:p>
    <w:p w14:paraId="2BAA45EE" w14:textId="471657B6" w:rsidR="007113BF" w:rsidRDefault="007113BF" w:rsidP="004833D5">
      <w:pPr>
        <w:rPr>
          <w:lang w:val="nl-NL"/>
        </w:rPr>
      </w:pPr>
    </w:p>
    <w:p w14:paraId="24C9C0FD" w14:textId="77777777" w:rsidR="007113BF" w:rsidRDefault="007113BF" w:rsidP="004833D5">
      <w:pPr>
        <w:rPr>
          <w:lang w:val="nl-NL"/>
        </w:rPr>
      </w:pPr>
    </w:p>
    <w:p w14:paraId="15F44521" w14:textId="77777777" w:rsidR="007113BF" w:rsidRDefault="007113BF" w:rsidP="004833D5">
      <w:pPr>
        <w:rPr>
          <w:lang w:val="nl-NL"/>
        </w:rPr>
      </w:pPr>
    </w:p>
    <w:p w14:paraId="20392874" w14:textId="77777777" w:rsidR="007113BF" w:rsidRDefault="007113BF" w:rsidP="004833D5">
      <w:pPr>
        <w:rPr>
          <w:lang w:val="nl-NL"/>
        </w:rPr>
      </w:pPr>
    </w:p>
    <w:p w14:paraId="45A3B088" w14:textId="77777777" w:rsidR="007113BF" w:rsidRDefault="007113BF" w:rsidP="004833D5">
      <w:pPr>
        <w:rPr>
          <w:lang w:val="nl-NL"/>
        </w:rPr>
      </w:pPr>
    </w:p>
    <w:p w14:paraId="3DE3C497" w14:textId="77777777" w:rsidR="007113BF" w:rsidRDefault="007113BF" w:rsidP="004833D5">
      <w:pPr>
        <w:rPr>
          <w:lang w:val="nl-NL"/>
        </w:rPr>
      </w:pPr>
    </w:p>
    <w:p w14:paraId="36427940" w14:textId="77777777" w:rsidR="007113BF" w:rsidRDefault="007113BF" w:rsidP="004833D5">
      <w:pPr>
        <w:rPr>
          <w:lang w:val="nl-NL"/>
        </w:rPr>
      </w:pPr>
    </w:p>
    <w:p w14:paraId="3BEACD5F" w14:textId="77777777" w:rsidR="007113BF" w:rsidRDefault="007113BF" w:rsidP="004833D5">
      <w:pPr>
        <w:rPr>
          <w:lang w:val="nl-NL"/>
        </w:rPr>
      </w:pPr>
    </w:p>
    <w:p w14:paraId="3871EFBF" w14:textId="680A61B9" w:rsidR="007113BF" w:rsidRDefault="007113BF" w:rsidP="004833D5">
      <w:pPr>
        <w:rPr>
          <w:lang w:val="nl-NL"/>
        </w:rPr>
      </w:pPr>
    </w:p>
    <w:p w14:paraId="5FDC0C10" w14:textId="3760C489" w:rsidR="007113BF" w:rsidRDefault="007113BF" w:rsidP="004833D5">
      <w:pPr>
        <w:rPr>
          <w:lang w:val="nl-NL"/>
        </w:rPr>
      </w:pPr>
    </w:p>
    <w:p w14:paraId="5FF8C3D9" w14:textId="5AD31B69" w:rsidR="007113BF" w:rsidRDefault="007113BF" w:rsidP="004833D5">
      <w:pPr>
        <w:rPr>
          <w:lang w:val="nl-NL"/>
        </w:rPr>
      </w:pPr>
    </w:p>
    <w:p w14:paraId="365F3356" w14:textId="33649ADA" w:rsidR="007113BF" w:rsidRDefault="007113BF" w:rsidP="004833D5">
      <w:pPr>
        <w:rPr>
          <w:lang w:val="nl-NL"/>
        </w:rPr>
      </w:pPr>
    </w:p>
    <w:p w14:paraId="4CC0C115" w14:textId="77777777" w:rsidR="007113BF" w:rsidRDefault="007113BF" w:rsidP="004833D5">
      <w:pPr>
        <w:rPr>
          <w:lang w:val="nl-NL"/>
        </w:rPr>
      </w:pPr>
    </w:p>
    <w:p w14:paraId="638297E6" w14:textId="77777777" w:rsidR="007113BF" w:rsidRDefault="007113BF" w:rsidP="004833D5">
      <w:pPr>
        <w:rPr>
          <w:lang w:val="nl-NL"/>
        </w:rPr>
      </w:pPr>
    </w:p>
    <w:p w14:paraId="25196B55" w14:textId="77777777" w:rsidR="007113BF" w:rsidRDefault="007113BF" w:rsidP="004833D5">
      <w:pPr>
        <w:rPr>
          <w:lang w:val="nl-NL"/>
        </w:rPr>
      </w:pPr>
    </w:p>
    <w:p w14:paraId="08010DA0" w14:textId="77777777" w:rsidR="007113BF" w:rsidRDefault="007113BF" w:rsidP="004833D5">
      <w:pPr>
        <w:rPr>
          <w:lang w:val="nl-NL"/>
        </w:rPr>
      </w:pPr>
    </w:p>
    <w:p w14:paraId="2DBE9A88" w14:textId="77777777" w:rsidR="007113BF" w:rsidRDefault="007113BF" w:rsidP="004833D5">
      <w:pPr>
        <w:rPr>
          <w:lang w:val="nl-NL"/>
        </w:rPr>
      </w:pPr>
    </w:p>
    <w:p w14:paraId="685E53F1" w14:textId="77777777" w:rsidR="007113BF" w:rsidRDefault="007113BF" w:rsidP="004833D5">
      <w:pPr>
        <w:rPr>
          <w:lang w:val="nl-NL"/>
        </w:rPr>
      </w:pPr>
    </w:p>
    <w:p w14:paraId="47A2BD6D" w14:textId="77777777" w:rsidR="007113BF" w:rsidRDefault="007113BF" w:rsidP="004833D5">
      <w:pPr>
        <w:rPr>
          <w:lang w:val="nl-NL"/>
        </w:rPr>
      </w:pPr>
    </w:p>
    <w:p w14:paraId="2F07291F" w14:textId="77777777" w:rsidR="007113BF" w:rsidRDefault="007113BF" w:rsidP="004833D5">
      <w:pPr>
        <w:rPr>
          <w:lang w:val="nl-NL"/>
        </w:rPr>
      </w:pPr>
    </w:p>
    <w:p w14:paraId="558ED21A" w14:textId="77777777" w:rsidR="007113BF" w:rsidRDefault="007113BF" w:rsidP="004833D5">
      <w:pPr>
        <w:rPr>
          <w:lang w:val="nl-NL"/>
        </w:rPr>
      </w:pPr>
    </w:p>
    <w:p w14:paraId="377D9529" w14:textId="77777777" w:rsidR="007113BF" w:rsidRDefault="007113BF" w:rsidP="004833D5">
      <w:pPr>
        <w:rPr>
          <w:lang w:val="nl-NL"/>
        </w:rPr>
      </w:pPr>
    </w:p>
    <w:p w14:paraId="34029C21" w14:textId="77777777" w:rsidR="007113BF" w:rsidRDefault="007113BF" w:rsidP="004833D5">
      <w:pPr>
        <w:rPr>
          <w:lang w:val="nl-NL"/>
        </w:rPr>
      </w:pPr>
    </w:p>
    <w:p w14:paraId="3962EFB1" w14:textId="77777777" w:rsidR="007113BF" w:rsidRDefault="007113BF" w:rsidP="004833D5">
      <w:pPr>
        <w:rPr>
          <w:lang w:val="nl-NL"/>
        </w:rPr>
      </w:pPr>
    </w:p>
    <w:p w14:paraId="3A3C83B3" w14:textId="5D348B7E" w:rsidR="007113BF" w:rsidRDefault="007113BF" w:rsidP="00293724">
      <w:pPr>
        <w:ind w:firstLine="720"/>
        <w:rPr>
          <w:lang w:val="nl-NL"/>
        </w:rPr>
      </w:pPr>
      <w:r>
        <w:rPr>
          <w:lang w:val="nl-NL"/>
        </w:rPr>
        <w:t>Visual gemaakt</w:t>
      </w:r>
      <w:r w:rsidR="00610AAA">
        <w:rPr>
          <w:lang w:val="nl-NL"/>
        </w:rPr>
        <w:t xml:space="preserve"> met</w:t>
      </w:r>
      <w:r>
        <w:rPr>
          <w:lang w:val="nl-NL"/>
        </w:rPr>
        <w:t xml:space="preserve"> </w:t>
      </w:r>
      <w:proofErr w:type="spellStart"/>
      <w:r>
        <w:rPr>
          <w:lang w:val="nl-NL"/>
        </w:rPr>
        <w:t>NotebookLM</w:t>
      </w:r>
      <w:proofErr w:type="spellEnd"/>
      <w:r>
        <w:rPr>
          <w:lang w:val="nl-NL"/>
        </w:rPr>
        <w:t xml:space="preserve"> </w:t>
      </w:r>
      <w:r w:rsidR="00293724">
        <w:rPr>
          <w:lang w:val="nl-NL"/>
        </w:rPr>
        <w:t>d</w:t>
      </w:r>
      <w:r>
        <w:rPr>
          <w:lang w:val="nl-NL"/>
        </w:rPr>
        <w:t xml:space="preserve">oor </w:t>
      </w:r>
      <w:proofErr w:type="spellStart"/>
      <w:r>
        <w:rPr>
          <w:lang w:val="nl-NL"/>
        </w:rPr>
        <w:t>Abb</w:t>
      </w:r>
      <w:r w:rsidR="00293724">
        <w:rPr>
          <w:lang w:val="nl-NL"/>
        </w:rPr>
        <w:t>oy</w:t>
      </w:r>
      <w:proofErr w:type="spellEnd"/>
      <w:r w:rsidR="00293724">
        <w:rPr>
          <w:lang w:val="nl-NL"/>
        </w:rPr>
        <w:t xml:space="preserve"> Verkuilen</w:t>
      </w:r>
    </w:p>
    <w:p w14:paraId="578EB1D8" w14:textId="256AA08F" w:rsidR="00EA453E" w:rsidRPr="00EA453E" w:rsidRDefault="00EA453E" w:rsidP="00EA453E">
      <w:pPr>
        <w:pStyle w:val="Titel"/>
        <w:spacing w:line="240" w:lineRule="auto"/>
        <w:jc w:val="center"/>
        <w:rPr>
          <w:b/>
          <w:bCs/>
          <w:color w:val="000000" w:themeColor="text1"/>
          <w:lang w:val="nl-NL"/>
        </w:rPr>
      </w:pPr>
      <w:r w:rsidRPr="00EA453E">
        <w:rPr>
          <w:b/>
          <w:bCs/>
          <w:color w:val="000000" w:themeColor="text1"/>
          <w:lang w:val="nl-NL"/>
        </w:rPr>
        <w:lastRenderedPageBreak/>
        <w:t xml:space="preserve">Deel </w:t>
      </w:r>
      <w:r>
        <w:rPr>
          <w:b/>
          <w:bCs/>
          <w:color w:val="000000" w:themeColor="text1"/>
          <w:lang w:val="nl-NL"/>
        </w:rPr>
        <w:t>1</w:t>
      </w:r>
      <w:r w:rsidRPr="00EA453E">
        <w:rPr>
          <w:b/>
          <w:bCs/>
          <w:color w:val="000000" w:themeColor="text1"/>
          <w:lang w:val="nl-NL"/>
        </w:rPr>
        <w:t xml:space="preserve"> </w:t>
      </w:r>
      <w:r>
        <w:rPr>
          <w:b/>
          <w:bCs/>
          <w:color w:val="000000" w:themeColor="text1"/>
          <w:lang w:val="nl-NL"/>
        </w:rPr>
        <w:t>Werkbladen</w:t>
      </w:r>
    </w:p>
    <w:p w14:paraId="1E09DDF6" w14:textId="584CB6DC" w:rsidR="007113BF" w:rsidRDefault="007113BF" w:rsidP="004833D5">
      <w:pPr>
        <w:rPr>
          <w:lang w:val="nl-NL"/>
        </w:rPr>
      </w:pPr>
    </w:p>
    <w:p w14:paraId="1CF3D16A" w14:textId="77777777" w:rsidR="007113BF" w:rsidRDefault="007113BF" w:rsidP="004833D5">
      <w:pPr>
        <w:rPr>
          <w:lang w:val="nl-NL"/>
        </w:rPr>
      </w:pPr>
    </w:p>
    <w:p w14:paraId="5E914DAA" w14:textId="77777777" w:rsidR="007113BF" w:rsidRDefault="007113BF" w:rsidP="004833D5">
      <w:pPr>
        <w:rPr>
          <w:lang w:val="nl-NL"/>
        </w:rPr>
      </w:pPr>
    </w:p>
    <w:p w14:paraId="6FA2992E" w14:textId="1F1A7224" w:rsidR="004833D5" w:rsidRPr="004833D5" w:rsidRDefault="004833D5" w:rsidP="004833D5">
      <w:pPr>
        <w:rPr>
          <w:lang w:val="nl-NL"/>
        </w:rPr>
      </w:pPr>
    </w:p>
    <w:p w14:paraId="394996D7" w14:textId="57A194F9" w:rsidR="00936394" w:rsidRPr="008202D5" w:rsidRDefault="00936394">
      <w:pPr>
        <w:rPr>
          <w:lang w:val="nl-NL"/>
        </w:rPr>
      </w:pPr>
      <w:r>
        <w:rPr>
          <w:lang w:val="nl-NL"/>
        </w:rPr>
        <w:br w:type="page"/>
      </w:r>
    </w:p>
    <w:p w14:paraId="469C003D" w14:textId="6E2FC29B" w:rsidR="0073641A" w:rsidRPr="00862DF4" w:rsidRDefault="0073641A" w:rsidP="00936394">
      <w:pPr>
        <w:pStyle w:val="Kop1"/>
        <w:spacing w:before="0" w:line="240" w:lineRule="auto"/>
        <w:rPr>
          <w:lang w:val="nl-NL"/>
        </w:rPr>
      </w:pPr>
      <w:bookmarkStart w:id="2" w:name="_Werkblad_1_–"/>
      <w:bookmarkEnd w:id="2"/>
      <w:r w:rsidRPr="00862DF4">
        <w:rPr>
          <w:lang w:val="nl-NL"/>
        </w:rPr>
        <w:lastRenderedPageBreak/>
        <w:t>Werkblad 1 – Ik wil beginnen met AI</w:t>
      </w:r>
      <w:r>
        <w:rPr>
          <w:lang w:val="nl-NL"/>
        </w:rPr>
        <w:t>, maar ik heb nog niet zoveel ervaring</w:t>
      </w:r>
    </w:p>
    <w:p w14:paraId="3D4B9F9E" w14:textId="71B88FF9"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1"/>
        <w:gridCol w:w="4313"/>
      </w:tblGrid>
      <w:tr w:rsidR="00E7400F" w:rsidRPr="008B08AB" w14:paraId="7FF521A9" w14:textId="77777777" w:rsidTr="00E7400F">
        <w:tc>
          <w:tcPr>
            <w:tcW w:w="4311" w:type="dxa"/>
          </w:tcPr>
          <w:p w14:paraId="7E5C4951" w14:textId="669AE3AB" w:rsidR="00E7400F" w:rsidRDefault="00E7400F" w:rsidP="00936394">
            <w:pPr>
              <w:spacing w:before="0" w:after="0" w:line="240" w:lineRule="auto"/>
              <w:rPr>
                <w:b/>
              </w:rPr>
            </w:pPr>
            <w:proofErr w:type="spellStart"/>
            <w:r>
              <w:rPr>
                <w:b/>
              </w:rPr>
              <w:t>Doelgroep</w:t>
            </w:r>
            <w:proofErr w:type="spellEnd"/>
          </w:p>
        </w:tc>
        <w:tc>
          <w:tcPr>
            <w:tcW w:w="4313" w:type="dxa"/>
          </w:tcPr>
          <w:p w14:paraId="3575B6DE" w14:textId="1C7DE63A" w:rsidR="00E7400F" w:rsidRPr="00862DF4" w:rsidRDefault="00E7400F" w:rsidP="00936394">
            <w:pPr>
              <w:spacing w:before="0" w:after="0" w:line="240" w:lineRule="auto"/>
              <w:rPr>
                <w:lang w:val="nl-NL"/>
              </w:rPr>
            </w:pPr>
            <w:r>
              <w:rPr>
                <w:lang w:val="nl-NL"/>
              </w:rPr>
              <w:t>OP + OOP</w:t>
            </w:r>
          </w:p>
        </w:tc>
      </w:tr>
      <w:tr w:rsidR="00325D2C" w:rsidRPr="00B07954" w14:paraId="302E2B70" w14:textId="77777777" w:rsidTr="00E7400F">
        <w:tc>
          <w:tcPr>
            <w:tcW w:w="4311" w:type="dxa"/>
          </w:tcPr>
          <w:p w14:paraId="193740E0" w14:textId="77777777" w:rsidR="00325D2C" w:rsidRDefault="0079121F" w:rsidP="00936394">
            <w:pPr>
              <w:spacing w:before="0" w:after="0" w:line="240" w:lineRule="auto"/>
            </w:pPr>
            <w:r>
              <w:rPr>
                <w:b/>
              </w:rPr>
              <w:t>Doel</w:t>
            </w:r>
          </w:p>
        </w:tc>
        <w:tc>
          <w:tcPr>
            <w:tcW w:w="4313" w:type="dxa"/>
          </w:tcPr>
          <w:p w14:paraId="77C087FF" w14:textId="17A5F767" w:rsidR="00325D2C" w:rsidRPr="00862DF4" w:rsidRDefault="0079121F" w:rsidP="00936394">
            <w:pPr>
              <w:spacing w:before="0" w:after="0" w:line="240" w:lineRule="auto"/>
              <w:rPr>
                <w:lang w:val="nl-NL"/>
              </w:rPr>
            </w:pPr>
            <w:r w:rsidRPr="00862DF4">
              <w:rPr>
                <w:lang w:val="nl-NL"/>
              </w:rPr>
              <w:t>Praktisch ontdekken wat generatieve AI is, wat het kan (en niet kan), en hoe jij het kunt gebruiken in je werk en/of onderwijs.</w:t>
            </w:r>
          </w:p>
        </w:tc>
      </w:tr>
      <w:tr w:rsidR="00325D2C" w14:paraId="6897D052" w14:textId="77777777" w:rsidTr="00E7400F">
        <w:tc>
          <w:tcPr>
            <w:tcW w:w="4311" w:type="dxa"/>
          </w:tcPr>
          <w:p w14:paraId="76452D71" w14:textId="77777777" w:rsidR="00325D2C" w:rsidRDefault="0079121F" w:rsidP="00936394">
            <w:pPr>
              <w:spacing w:before="0" w:after="0" w:line="240" w:lineRule="auto"/>
            </w:pPr>
            <w:proofErr w:type="spellStart"/>
            <w:r>
              <w:rPr>
                <w:b/>
              </w:rPr>
              <w:t>Niveau</w:t>
            </w:r>
            <w:proofErr w:type="spellEnd"/>
          </w:p>
        </w:tc>
        <w:tc>
          <w:tcPr>
            <w:tcW w:w="4313" w:type="dxa"/>
          </w:tcPr>
          <w:p w14:paraId="56ED4C60" w14:textId="77777777" w:rsidR="00325D2C" w:rsidRDefault="0079121F" w:rsidP="00936394">
            <w:pPr>
              <w:spacing w:before="0" w:after="0" w:line="240" w:lineRule="auto"/>
            </w:pPr>
            <w:r>
              <w:t>Beginners</w:t>
            </w:r>
          </w:p>
        </w:tc>
      </w:tr>
      <w:tr w:rsidR="00325D2C" w14:paraId="43E55877" w14:textId="77777777" w:rsidTr="00E7400F">
        <w:tc>
          <w:tcPr>
            <w:tcW w:w="4311" w:type="dxa"/>
          </w:tcPr>
          <w:p w14:paraId="231FC4A4" w14:textId="77777777" w:rsidR="00325D2C" w:rsidRDefault="0079121F" w:rsidP="00936394">
            <w:pPr>
              <w:spacing w:before="0" w:after="0" w:line="240" w:lineRule="auto"/>
            </w:pPr>
            <w:proofErr w:type="spellStart"/>
            <w:r>
              <w:rPr>
                <w:b/>
              </w:rPr>
              <w:t>Tijd</w:t>
            </w:r>
            <w:proofErr w:type="spellEnd"/>
          </w:p>
        </w:tc>
        <w:tc>
          <w:tcPr>
            <w:tcW w:w="4313" w:type="dxa"/>
          </w:tcPr>
          <w:p w14:paraId="14C77BCE" w14:textId="6425C04A" w:rsidR="00325D2C" w:rsidRDefault="002D0E77" w:rsidP="00936394">
            <w:pPr>
              <w:spacing w:before="0" w:after="0" w:line="240" w:lineRule="auto"/>
            </w:pPr>
            <w:r>
              <w:t>M</w:t>
            </w:r>
            <w:r w:rsidR="0079121F">
              <w:t>edium</w:t>
            </w:r>
          </w:p>
        </w:tc>
      </w:tr>
      <w:tr w:rsidR="00325D2C" w:rsidRPr="00B07954" w14:paraId="54BAD0D1" w14:textId="77777777" w:rsidTr="00E7400F">
        <w:tc>
          <w:tcPr>
            <w:tcW w:w="4311" w:type="dxa"/>
          </w:tcPr>
          <w:p w14:paraId="507FA3C6" w14:textId="77777777" w:rsidR="00325D2C" w:rsidRDefault="0079121F" w:rsidP="00936394">
            <w:pPr>
              <w:spacing w:before="0" w:after="0" w:line="240" w:lineRule="auto"/>
            </w:pPr>
            <w:proofErr w:type="spellStart"/>
            <w:r>
              <w:rPr>
                <w:b/>
              </w:rPr>
              <w:t>Resultaat</w:t>
            </w:r>
            <w:proofErr w:type="spellEnd"/>
          </w:p>
        </w:tc>
        <w:tc>
          <w:tcPr>
            <w:tcW w:w="4313" w:type="dxa"/>
          </w:tcPr>
          <w:p w14:paraId="4BBAB4E7" w14:textId="77777777" w:rsidR="00325D2C" w:rsidRPr="00862DF4" w:rsidRDefault="0079121F" w:rsidP="00936394">
            <w:pPr>
              <w:spacing w:before="0" w:after="0" w:line="240" w:lineRule="auto"/>
              <w:rPr>
                <w:lang w:val="nl-NL"/>
              </w:rPr>
            </w:pPr>
            <w:r w:rsidRPr="00862DF4">
              <w:rPr>
                <w:lang w:val="nl-NL"/>
              </w:rPr>
              <w:t>Een eerste uitgeprobeerde prompt + output, plus een korte reflectie op wat je opviel.</w:t>
            </w:r>
          </w:p>
        </w:tc>
      </w:tr>
      <w:tr w:rsidR="00325D2C" w14:paraId="50E358C9" w14:textId="77777777" w:rsidTr="00E7400F">
        <w:tc>
          <w:tcPr>
            <w:tcW w:w="4311" w:type="dxa"/>
          </w:tcPr>
          <w:p w14:paraId="1DE9C608" w14:textId="77777777" w:rsidR="00325D2C" w:rsidRDefault="0079121F" w:rsidP="00936394">
            <w:pPr>
              <w:spacing w:before="0" w:after="0" w:line="240" w:lineRule="auto"/>
            </w:pPr>
            <w:r>
              <w:rPr>
                <w:b/>
              </w:rPr>
              <w:t xml:space="preserve">Tools / </w:t>
            </w:r>
            <w:proofErr w:type="spellStart"/>
            <w:r>
              <w:rPr>
                <w:b/>
              </w:rPr>
              <w:t>kaders</w:t>
            </w:r>
            <w:proofErr w:type="spellEnd"/>
          </w:p>
        </w:tc>
        <w:tc>
          <w:tcPr>
            <w:tcW w:w="4313" w:type="dxa"/>
          </w:tcPr>
          <w:p w14:paraId="71B0AF3E" w14:textId="77777777" w:rsidR="004B5A46" w:rsidRDefault="0079121F" w:rsidP="00936394">
            <w:pPr>
              <w:spacing w:before="0" w:after="0" w:line="240" w:lineRule="auto"/>
              <w:rPr>
                <w:lang w:val="nl-NL"/>
              </w:rPr>
            </w:pPr>
            <w:r w:rsidRPr="00862DF4">
              <w:rPr>
                <w:lang w:val="nl-NL"/>
              </w:rPr>
              <w:t xml:space="preserve">Tools: </w:t>
            </w:r>
            <w:proofErr w:type="spellStart"/>
            <w:r w:rsidRPr="00862DF4">
              <w:rPr>
                <w:lang w:val="nl-NL"/>
              </w:rPr>
              <w:t>ChatGPT</w:t>
            </w:r>
            <w:proofErr w:type="spellEnd"/>
            <w:r w:rsidRPr="00862DF4">
              <w:rPr>
                <w:lang w:val="nl-NL"/>
              </w:rPr>
              <w:t xml:space="preserve">, </w:t>
            </w:r>
            <w:proofErr w:type="spellStart"/>
            <w:r w:rsidRPr="00862DF4">
              <w:rPr>
                <w:lang w:val="nl-NL"/>
              </w:rPr>
              <w:t>Copilot</w:t>
            </w:r>
            <w:proofErr w:type="spellEnd"/>
            <w:r w:rsidRPr="00862DF4">
              <w:rPr>
                <w:lang w:val="nl-NL"/>
              </w:rPr>
              <w:t xml:space="preserve"> of een andere toegestane tool binnen de organisatie. </w:t>
            </w:r>
          </w:p>
          <w:p w14:paraId="2C5EEE29" w14:textId="26965E69" w:rsidR="00325D2C" w:rsidRDefault="0079121F" w:rsidP="00936394">
            <w:pPr>
              <w:spacing w:before="0" w:after="0" w:line="240" w:lineRule="auto"/>
            </w:pPr>
            <w:r w:rsidRPr="00862DF4">
              <w:rPr>
                <w:lang w:val="nl-NL"/>
              </w:rPr>
              <w:t xml:space="preserve">Kaders: Gebruik geen persoonsgegevens of vertrouwelijke informatie in je prompt. </w:t>
            </w:r>
            <w:proofErr w:type="spellStart"/>
            <w:r>
              <w:t>Plak</w:t>
            </w:r>
            <w:proofErr w:type="spellEnd"/>
            <w:r>
              <w:t xml:space="preserve"> </w:t>
            </w:r>
            <w:proofErr w:type="spellStart"/>
            <w:r>
              <w:t>geen</w:t>
            </w:r>
            <w:proofErr w:type="spellEnd"/>
            <w:r>
              <w:t xml:space="preserve"> </w:t>
            </w:r>
            <w:proofErr w:type="spellStart"/>
            <w:r>
              <w:t>stukken</w:t>
            </w:r>
            <w:proofErr w:type="spellEnd"/>
            <w:r>
              <w:t xml:space="preserve"> </w:t>
            </w:r>
            <w:proofErr w:type="spellStart"/>
            <w:r>
              <w:t>studentwerk</w:t>
            </w:r>
            <w:proofErr w:type="spellEnd"/>
            <w:r>
              <w:t xml:space="preserve"> of </w:t>
            </w:r>
            <w:proofErr w:type="spellStart"/>
            <w:r>
              <w:t>betaalde</w:t>
            </w:r>
            <w:proofErr w:type="spellEnd"/>
            <w:r>
              <w:t xml:space="preserve"> </w:t>
            </w:r>
            <w:proofErr w:type="spellStart"/>
            <w:r>
              <w:t>boeken</w:t>
            </w:r>
            <w:proofErr w:type="spellEnd"/>
            <w:r>
              <w:t>/</w:t>
            </w:r>
            <w:proofErr w:type="spellStart"/>
            <w:r>
              <w:t>artikelen</w:t>
            </w:r>
            <w:proofErr w:type="spellEnd"/>
            <w:r>
              <w:t>.</w:t>
            </w:r>
          </w:p>
        </w:tc>
      </w:tr>
    </w:tbl>
    <w:p w14:paraId="3CD1F235" w14:textId="2CC02F2D" w:rsidR="00325D2C" w:rsidRDefault="00325D2C" w:rsidP="00936394">
      <w:pPr>
        <w:spacing w:before="0" w:after="0" w:line="240" w:lineRule="auto"/>
      </w:pPr>
    </w:p>
    <w:p w14:paraId="6CD4D18C" w14:textId="1F030E1C" w:rsidR="00C04EE5" w:rsidRPr="00E60E9F" w:rsidRDefault="00C04EE5" w:rsidP="008830E5">
      <w:pPr>
        <w:spacing w:before="0" w:after="0" w:line="240" w:lineRule="auto"/>
        <w:rPr>
          <w:b/>
          <w:bCs/>
          <w:lang w:val="nl-NL"/>
        </w:rPr>
      </w:pPr>
      <w:r w:rsidRPr="00E60E9F">
        <w:rPr>
          <w:b/>
          <w:bCs/>
          <w:lang w:val="nl-NL"/>
        </w:rPr>
        <w:t>Inhoudsopgave werkblad 1</w:t>
      </w:r>
    </w:p>
    <w:p w14:paraId="6A7691F8" w14:textId="2087CFEB" w:rsidR="00EF4A8A" w:rsidRPr="00E60E9F" w:rsidRDefault="00EF4A8A" w:rsidP="008830E5">
      <w:pPr>
        <w:spacing w:before="0" w:after="0" w:line="240" w:lineRule="auto"/>
        <w:rPr>
          <w:b/>
          <w:bCs/>
          <w:lang w:val="nl-NL"/>
        </w:rPr>
      </w:pPr>
      <w:r w:rsidRPr="00E60E9F">
        <w:rPr>
          <w:b/>
          <w:bCs/>
          <w:lang w:val="nl-NL"/>
        </w:rPr>
        <w:t>Start: welke AI-tool kun je gebruiken?</w:t>
      </w:r>
    </w:p>
    <w:p w14:paraId="4EAAA717" w14:textId="5250CA7D" w:rsidR="00C04EE5" w:rsidRPr="00E60E9F" w:rsidRDefault="00C04EE5" w:rsidP="008830E5">
      <w:pPr>
        <w:spacing w:before="0" w:after="0" w:line="240" w:lineRule="auto"/>
        <w:rPr>
          <w:b/>
          <w:bCs/>
          <w:lang w:val="nl-NL"/>
        </w:rPr>
      </w:pPr>
      <w:r w:rsidRPr="00E60E9F">
        <w:rPr>
          <w:b/>
          <w:bCs/>
          <w:lang w:val="nl-NL"/>
        </w:rPr>
        <w:t>Deel 1, een eerste verkenning</w:t>
      </w:r>
    </w:p>
    <w:p w14:paraId="20A53D07" w14:textId="6C791430" w:rsidR="00C04EE5" w:rsidRPr="00E60E9F" w:rsidRDefault="00C04EE5" w:rsidP="008830E5">
      <w:pPr>
        <w:spacing w:before="0" w:after="0" w:line="240" w:lineRule="auto"/>
        <w:rPr>
          <w:b/>
          <w:bCs/>
          <w:lang w:val="nl-NL"/>
        </w:rPr>
      </w:pPr>
      <w:r w:rsidRPr="00E60E9F">
        <w:rPr>
          <w:b/>
          <w:bCs/>
          <w:lang w:val="nl-NL"/>
        </w:rPr>
        <w:t>Deel 2, verschillende AI-tools</w:t>
      </w:r>
    </w:p>
    <w:p w14:paraId="66CD5D6A" w14:textId="2DD56D22" w:rsidR="00C04EE5" w:rsidRPr="00E60E9F" w:rsidRDefault="00C04EE5" w:rsidP="008830E5">
      <w:pPr>
        <w:spacing w:before="0" w:after="0" w:line="240" w:lineRule="auto"/>
        <w:rPr>
          <w:b/>
          <w:bCs/>
          <w:lang w:val="nl-NL"/>
        </w:rPr>
      </w:pPr>
      <w:r w:rsidRPr="00E60E9F">
        <w:rPr>
          <w:b/>
          <w:bCs/>
          <w:lang w:val="nl-NL"/>
        </w:rPr>
        <w:t>Deel 3, verder werken met Ai-ou</w:t>
      </w:r>
      <w:r w:rsidR="00B46449" w:rsidRPr="00E60E9F">
        <w:rPr>
          <w:b/>
          <w:bCs/>
          <w:lang w:val="nl-NL"/>
        </w:rPr>
        <w:t>tput</w:t>
      </w:r>
    </w:p>
    <w:p w14:paraId="6E88D35A" w14:textId="7B3D1E95" w:rsidR="00B46449" w:rsidRPr="00E60E9F" w:rsidRDefault="00B46449" w:rsidP="008830E5">
      <w:pPr>
        <w:spacing w:before="0" w:after="0" w:line="240" w:lineRule="auto"/>
        <w:rPr>
          <w:b/>
          <w:bCs/>
          <w:lang w:val="nl-NL"/>
        </w:rPr>
      </w:pPr>
      <w:r w:rsidRPr="00E60E9F">
        <w:rPr>
          <w:b/>
          <w:bCs/>
          <w:lang w:val="nl-NL"/>
        </w:rPr>
        <w:t>Deel 4, ontelbare toepassingsmogelijkheden</w:t>
      </w:r>
    </w:p>
    <w:p w14:paraId="38287E11" w14:textId="38C8792A" w:rsidR="00B46449" w:rsidRPr="00E60E9F" w:rsidRDefault="00B46449" w:rsidP="008830E5">
      <w:pPr>
        <w:spacing w:before="0" w:after="0" w:line="240" w:lineRule="auto"/>
        <w:rPr>
          <w:b/>
          <w:bCs/>
          <w:lang w:val="nl-NL"/>
        </w:rPr>
      </w:pPr>
      <w:r w:rsidRPr="00E60E9F">
        <w:rPr>
          <w:b/>
          <w:bCs/>
          <w:lang w:val="nl-NL"/>
        </w:rPr>
        <w:t>Deel 5, juridisch onderzoek</w:t>
      </w:r>
    </w:p>
    <w:p w14:paraId="14F991A2" w14:textId="6D4DF9B1" w:rsidR="00B46449" w:rsidRPr="00E60E9F" w:rsidRDefault="00B46449" w:rsidP="008830E5">
      <w:pPr>
        <w:spacing w:before="0" w:after="0" w:line="240" w:lineRule="auto"/>
        <w:rPr>
          <w:b/>
          <w:bCs/>
          <w:lang w:val="nl-NL"/>
        </w:rPr>
      </w:pPr>
      <w:r w:rsidRPr="00E60E9F">
        <w:rPr>
          <w:b/>
          <w:bCs/>
          <w:lang w:val="nl-NL"/>
        </w:rPr>
        <w:t>Deel 6, meer dan tekst genereren</w:t>
      </w:r>
    </w:p>
    <w:p w14:paraId="35C49BA8" w14:textId="2326E58C" w:rsidR="00B46449" w:rsidRPr="00E60E9F" w:rsidRDefault="00B46449" w:rsidP="008830E5">
      <w:pPr>
        <w:spacing w:before="0" w:after="0" w:line="240" w:lineRule="auto"/>
        <w:rPr>
          <w:b/>
          <w:bCs/>
          <w:lang w:val="nl-NL"/>
        </w:rPr>
      </w:pPr>
      <w:r w:rsidRPr="00E60E9F">
        <w:rPr>
          <w:b/>
          <w:bCs/>
          <w:lang w:val="nl-NL"/>
        </w:rPr>
        <w:t>Deel 7, meer dan onderwijs</w:t>
      </w:r>
    </w:p>
    <w:p w14:paraId="17B05219" w14:textId="0B6FCAB6" w:rsidR="009E3016" w:rsidRDefault="009E3016">
      <w:pPr>
        <w:rPr>
          <w:lang w:val="nl-NL"/>
        </w:rPr>
      </w:pPr>
    </w:p>
    <w:p w14:paraId="22408D40" w14:textId="77777777" w:rsidR="0031698C" w:rsidRDefault="0031698C">
      <w:pPr>
        <w:rPr>
          <w:lang w:val="nl-NL"/>
        </w:rPr>
      </w:pPr>
    </w:p>
    <w:p w14:paraId="05524237" w14:textId="77777777" w:rsidR="0031698C" w:rsidRDefault="0031698C">
      <w:pPr>
        <w:rPr>
          <w:lang w:val="nl-NL"/>
        </w:rPr>
      </w:pPr>
    </w:p>
    <w:p w14:paraId="351E9A1C" w14:textId="77777777" w:rsidR="0031698C" w:rsidRDefault="0031698C">
      <w:pPr>
        <w:rPr>
          <w:lang w:val="nl-NL"/>
        </w:rPr>
      </w:pPr>
    </w:p>
    <w:p w14:paraId="2A9A2C72" w14:textId="77777777" w:rsidR="0031698C" w:rsidRDefault="0031698C">
      <w:pPr>
        <w:rPr>
          <w:lang w:val="nl-NL"/>
        </w:rPr>
      </w:pPr>
    </w:p>
    <w:p w14:paraId="7C7256E4" w14:textId="77777777" w:rsidR="0031698C" w:rsidRDefault="0031698C">
      <w:pPr>
        <w:rPr>
          <w:lang w:val="nl-NL"/>
        </w:rPr>
      </w:pPr>
    </w:p>
    <w:p w14:paraId="43383C47" w14:textId="77777777" w:rsidR="0031698C" w:rsidRDefault="0031698C">
      <w:pPr>
        <w:rPr>
          <w:lang w:val="nl-NL"/>
        </w:rPr>
      </w:pPr>
    </w:p>
    <w:p w14:paraId="7C9AD572" w14:textId="77777777" w:rsidR="0031698C" w:rsidRDefault="0031698C">
      <w:pPr>
        <w:rPr>
          <w:lang w:val="nl-NL"/>
        </w:rPr>
      </w:pPr>
    </w:p>
    <w:p w14:paraId="7B364640" w14:textId="77777777" w:rsidR="0031698C" w:rsidRDefault="0031698C">
      <w:pPr>
        <w:rPr>
          <w:lang w:val="nl-NL"/>
        </w:rPr>
      </w:pPr>
    </w:p>
    <w:p w14:paraId="53D1BE70" w14:textId="77777777" w:rsidR="0031698C" w:rsidRDefault="0031698C">
      <w:pPr>
        <w:rPr>
          <w:lang w:val="nl-NL"/>
        </w:rPr>
      </w:pPr>
    </w:p>
    <w:p w14:paraId="48DBF293" w14:textId="77777777" w:rsidR="0031698C" w:rsidRDefault="0031698C">
      <w:pPr>
        <w:rPr>
          <w:lang w:val="nl-NL"/>
        </w:rPr>
      </w:pPr>
    </w:p>
    <w:p w14:paraId="4660B3C4" w14:textId="77777777" w:rsidR="0031698C" w:rsidRDefault="0031698C">
      <w:pPr>
        <w:rPr>
          <w:lang w:val="nl-NL"/>
        </w:rPr>
      </w:pPr>
    </w:p>
    <w:p w14:paraId="5D75C28B" w14:textId="2887249B" w:rsidR="00716283" w:rsidRDefault="00716283">
      <w:pPr>
        <w:rPr>
          <w:lang w:val="nl-NL"/>
        </w:rPr>
      </w:pPr>
      <w:r>
        <w:rPr>
          <w:lang w:val="nl-NL"/>
        </w:rPr>
        <w:br w:type="page"/>
      </w:r>
    </w:p>
    <w:p w14:paraId="0E630642" w14:textId="1D703886" w:rsidR="00EF4A8A" w:rsidRDefault="00EF4A8A" w:rsidP="00EF4A8A">
      <w:pPr>
        <w:pStyle w:val="Kop2"/>
        <w:spacing w:before="0" w:line="240" w:lineRule="auto"/>
        <w:rPr>
          <w:sz w:val="16"/>
          <w:szCs w:val="16"/>
          <w:lang w:val="nl-NL"/>
        </w:rPr>
      </w:pPr>
      <w:r>
        <w:rPr>
          <w:sz w:val="16"/>
          <w:szCs w:val="16"/>
          <w:lang w:val="nl-NL"/>
        </w:rPr>
        <w:lastRenderedPageBreak/>
        <w:t>Welke Ai-tool kun je gebruiken?</w:t>
      </w:r>
    </w:p>
    <w:p w14:paraId="40D1ABAC" w14:textId="7824ABAD" w:rsidR="00EF4A8A" w:rsidRDefault="00EF4A8A" w:rsidP="003258F1">
      <w:pPr>
        <w:spacing w:before="0" w:after="0" w:line="240" w:lineRule="auto"/>
        <w:rPr>
          <w:lang w:val="nl-NL"/>
        </w:rPr>
      </w:pPr>
      <w:r>
        <w:rPr>
          <w:lang w:val="nl-NL"/>
        </w:rPr>
        <w:t>Als je wilt gaan werken met AI, dan moet een keuze maken welke AI-tool je wilt gaan gebruiken. Er zijn daarvoor een aantal verschillende opties</w:t>
      </w:r>
      <w:r w:rsidR="00BA179D">
        <w:rPr>
          <w:lang w:val="nl-NL"/>
        </w:rPr>
        <w:t xml:space="preserve">. </w:t>
      </w:r>
      <w:r w:rsidR="003258F1">
        <w:rPr>
          <w:lang w:val="nl-NL"/>
        </w:rPr>
        <w:t>Hieronder een opsomming van de meest bekend</w:t>
      </w:r>
      <w:r w:rsidR="004B5A46">
        <w:rPr>
          <w:lang w:val="nl-NL"/>
        </w:rPr>
        <w:t>e</w:t>
      </w:r>
      <w:r w:rsidR="003258F1">
        <w:rPr>
          <w:lang w:val="nl-NL"/>
        </w:rPr>
        <w:t xml:space="preserve"> en meest gebruikte algemene AI-tools. </w:t>
      </w:r>
      <w:r w:rsidR="00BA179D">
        <w:rPr>
          <w:lang w:val="nl-NL"/>
        </w:rPr>
        <w:t>Deze worden hieronder kort besproken waarbij wordt ingegaan op enkele voor- en nadelen.</w:t>
      </w:r>
    </w:p>
    <w:p w14:paraId="1B99793C" w14:textId="77777777" w:rsidR="00BA179D" w:rsidRDefault="00BA179D" w:rsidP="003258F1">
      <w:pPr>
        <w:spacing w:before="0" w:after="0" w:line="240" w:lineRule="auto"/>
        <w:rPr>
          <w:lang w:val="nl-NL"/>
        </w:rPr>
      </w:pPr>
    </w:p>
    <w:p w14:paraId="6E553798" w14:textId="5C82AEF3" w:rsidR="00BA179D" w:rsidRPr="00504913" w:rsidRDefault="00BA179D" w:rsidP="003258F1">
      <w:pPr>
        <w:spacing w:before="0" w:after="0" w:line="240" w:lineRule="auto"/>
        <w:rPr>
          <w:b/>
          <w:bCs/>
          <w:lang w:val="nl-NL"/>
        </w:rPr>
      </w:pPr>
      <w:proofErr w:type="spellStart"/>
      <w:r w:rsidRPr="00504913">
        <w:rPr>
          <w:b/>
          <w:bCs/>
          <w:lang w:val="nl-NL"/>
        </w:rPr>
        <w:t>ChatGPT</w:t>
      </w:r>
      <w:proofErr w:type="spellEnd"/>
    </w:p>
    <w:p w14:paraId="6CC11053" w14:textId="241368F6" w:rsidR="001D0156" w:rsidRDefault="00504913" w:rsidP="003258F1">
      <w:pPr>
        <w:spacing w:before="0" w:after="0" w:line="240" w:lineRule="auto"/>
        <w:rPr>
          <w:lang w:val="nl-NL"/>
        </w:rPr>
      </w:pPr>
      <w:r>
        <w:rPr>
          <w:lang w:val="nl-NL"/>
        </w:rPr>
        <w:t xml:space="preserve">Amerikaans, </w:t>
      </w:r>
      <w:r w:rsidR="00D3379D">
        <w:rPr>
          <w:lang w:val="nl-NL"/>
        </w:rPr>
        <w:t xml:space="preserve">van het bedrijf </w:t>
      </w:r>
      <w:proofErr w:type="spellStart"/>
      <w:r w:rsidR="00D3379D">
        <w:rPr>
          <w:lang w:val="nl-NL"/>
        </w:rPr>
        <w:t>OpenAI</w:t>
      </w:r>
      <w:proofErr w:type="spellEnd"/>
      <w:r w:rsidR="00D3379D">
        <w:rPr>
          <w:lang w:val="nl-NL"/>
        </w:rPr>
        <w:t>. W</w:t>
      </w:r>
      <w:r w:rsidR="001D0156">
        <w:rPr>
          <w:lang w:val="nl-NL"/>
        </w:rPr>
        <w:t xml:space="preserve">as de eerste </w:t>
      </w:r>
      <w:proofErr w:type="spellStart"/>
      <w:r w:rsidR="001D0156">
        <w:rPr>
          <w:lang w:val="nl-NL"/>
        </w:rPr>
        <w:t>chatbot</w:t>
      </w:r>
      <w:proofErr w:type="spellEnd"/>
      <w:r w:rsidR="00D3379D">
        <w:rPr>
          <w:lang w:val="nl-NL"/>
        </w:rPr>
        <w:t xml:space="preserve">. </w:t>
      </w:r>
      <w:r w:rsidR="00D45F54">
        <w:rPr>
          <w:lang w:val="nl-NL"/>
        </w:rPr>
        <w:t>H</w:t>
      </w:r>
      <w:r w:rsidR="003A68EC">
        <w:rPr>
          <w:lang w:val="nl-NL"/>
        </w:rPr>
        <w:t>eeft een chatfunctie</w:t>
      </w:r>
      <w:r w:rsidR="002463C1">
        <w:rPr>
          <w:lang w:val="nl-NL"/>
        </w:rPr>
        <w:t>. K</w:t>
      </w:r>
      <w:r w:rsidR="003A68EC">
        <w:rPr>
          <w:lang w:val="nl-NL"/>
        </w:rPr>
        <w:t xml:space="preserve">an </w:t>
      </w:r>
      <w:r w:rsidR="002463C1">
        <w:rPr>
          <w:lang w:val="nl-NL"/>
        </w:rPr>
        <w:t xml:space="preserve">tekst genereren, kan </w:t>
      </w:r>
      <w:r w:rsidR="003A68EC">
        <w:rPr>
          <w:lang w:val="nl-NL"/>
        </w:rPr>
        <w:t>afbeeldingen maken, kan coderen. Stond lang bovenaan de ranglijsten</w:t>
      </w:r>
      <w:r w:rsidR="00A83C9B">
        <w:rPr>
          <w:lang w:val="nl-NL"/>
        </w:rPr>
        <w:t xml:space="preserve"> van snelste en krachtigste </w:t>
      </w:r>
      <w:proofErr w:type="spellStart"/>
      <w:r w:rsidR="00A83C9B">
        <w:rPr>
          <w:lang w:val="nl-NL"/>
        </w:rPr>
        <w:t>chatbot</w:t>
      </w:r>
      <w:proofErr w:type="spellEnd"/>
      <w:r w:rsidR="00873969">
        <w:rPr>
          <w:lang w:val="nl-NL"/>
        </w:rPr>
        <w:t xml:space="preserve">. </w:t>
      </w:r>
    </w:p>
    <w:p w14:paraId="12222F91" w14:textId="77777777" w:rsidR="00DA7542" w:rsidRDefault="00DA7542" w:rsidP="003258F1">
      <w:pPr>
        <w:spacing w:before="0" w:after="0" w:line="240" w:lineRule="auto"/>
        <w:rPr>
          <w:lang w:val="nl-NL"/>
        </w:rPr>
      </w:pPr>
    </w:p>
    <w:p w14:paraId="3452FDC8" w14:textId="0D83BE24" w:rsidR="003A68EC" w:rsidRDefault="00DA7542" w:rsidP="003258F1">
      <w:pPr>
        <w:spacing w:before="0" w:after="0" w:line="240" w:lineRule="auto"/>
        <w:rPr>
          <w:lang w:val="nl-NL"/>
        </w:rPr>
      </w:pPr>
      <w:r>
        <w:rPr>
          <w:lang w:val="nl-NL"/>
        </w:rPr>
        <w:t>Minder privacy-vriendelijk, servers staan vooral in Amerika.</w:t>
      </w:r>
    </w:p>
    <w:p w14:paraId="42BC5E4F" w14:textId="67CABFE2" w:rsidR="00EB3F25" w:rsidRDefault="00EB3F25" w:rsidP="003258F1">
      <w:pPr>
        <w:spacing w:before="0" w:after="0" w:line="240" w:lineRule="auto"/>
        <w:rPr>
          <w:lang w:val="nl-NL"/>
        </w:rPr>
      </w:pPr>
      <w:r>
        <w:rPr>
          <w:lang w:val="nl-NL"/>
        </w:rPr>
        <w:t>Geen verwerkingsovereenkomst. Gebruik kan daarom niet verplicht worden voorgeschreven voor studenten.</w:t>
      </w:r>
      <w:r w:rsidR="004A6FCD">
        <w:rPr>
          <w:lang w:val="nl-NL"/>
        </w:rPr>
        <w:t xml:space="preserve"> Goed om te weten: </w:t>
      </w:r>
      <w:proofErr w:type="spellStart"/>
      <w:r w:rsidR="004A6FCD">
        <w:rPr>
          <w:lang w:val="nl-NL"/>
        </w:rPr>
        <w:t>Avans</w:t>
      </w:r>
      <w:proofErr w:type="spellEnd"/>
      <w:r w:rsidR="004A6FCD">
        <w:rPr>
          <w:lang w:val="nl-NL"/>
        </w:rPr>
        <w:t xml:space="preserve"> heeft overigens desondanks wel toestemming gegeven om </w:t>
      </w:r>
      <w:proofErr w:type="spellStart"/>
      <w:r w:rsidR="004A6FCD">
        <w:rPr>
          <w:lang w:val="nl-NL"/>
        </w:rPr>
        <w:t>ChatGPT</w:t>
      </w:r>
      <w:proofErr w:type="spellEnd"/>
      <w:r w:rsidR="004A6FCD">
        <w:rPr>
          <w:lang w:val="nl-NL"/>
        </w:rPr>
        <w:t xml:space="preserve"> te gebruiken in en voor het onderwijs.</w:t>
      </w:r>
    </w:p>
    <w:p w14:paraId="02343F4E" w14:textId="77777777" w:rsidR="00CC5B57" w:rsidRDefault="00CC5B57" w:rsidP="003258F1">
      <w:pPr>
        <w:spacing w:before="0" w:after="0" w:line="240" w:lineRule="auto"/>
        <w:rPr>
          <w:lang w:val="nl-NL"/>
        </w:rPr>
      </w:pPr>
    </w:p>
    <w:p w14:paraId="4427AFED" w14:textId="77777777" w:rsidR="004D29E5" w:rsidRDefault="00716283" w:rsidP="003258F1">
      <w:pPr>
        <w:spacing w:before="0" w:after="0" w:line="240" w:lineRule="auto"/>
        <w:rPr>
          <w:lang w:val="nl-NL"/>
        </w:rPr>
      </w:pPr>
      <w:r>
        <w:rPr>
          <w:lang w:val="nl-NL"/>
        </w:rPr>
        <w:t>Gratis te gebruiken, kan gebruikt worden zonder in te logge</w:t>
      </w:r>
      <w:r w:rsidR="004D29E5">
        <w:rPr>
          <w:lang w:val="nl-NL"/>
        </w:rPr>
        <w:t>n.</w:t>
      </w:r>
      <w:r>
        <w:rPr>
          <w:lang w:val="nl-NL"/>
        </w:rPr>
        <w:t xml:space="preserve"> </w:t>
      </w:r>
    </w:p>
    <w:p w14:paraId="36FF3965" w14:textId="77777777" w:rsidR="004D29E5" w:rsidRDefault="004D29E5" w:rsidP="003258F1">
      <w:pPr>
        <w:spacing w:before="0" w:after="0" w:line="240" w:lineRule="auto"/>
        <w:rPr>
          <w:lang w:val="nl-NL"/>
        </w:rPr>
      </w:pPr>
      <w:r>
        <w:rPr>
          <w:lang w:val="nl-NL"/>
        </w:rPr>
        <w:t>D</w:t>
      </w:r>
      <w:r w:rsidR="00716283">
        <w:rPr>
          <w:lang w:val="nl-NL"/>
        </w:rPr>
        <w:t xml:space="preserve">oor (gratis) account aan te maken </w:t>
      </w:r>
      <w:r>
        <w:rPr>
          <w:lang w:val="nl-NL"/>
        </w:rPr>
        <w:t xml:space="preserve">en in te </w:t>
      </w:r>
      <w:r w:rsidR="00716283">
        <w:rPr>
          <w:lang w:val="nl-NL"/>
        </w:rPr>
        <w:t xml:space="preserve">inloggen </w:t>
      </w:r>
      <w:r>
        <w:rPr>
          <w:lang w:val="nl-NL"/>
        </w:rPr>
        <w:t xml:space="preserve">krijg je </w:t>
      </w:r>
      <w:r w:rsidR="00716283">
        <w:rPr>
          <w:lang w:val="nl-NL"/>
        </w:rPr>
        <w:t>meer mogelijkheden</w:t>
      </w:r>
      <w:r>
        <w:rPr>
          <w:lang w:val="nl-NL"/>
        </w:rPr>
        <w:t>.</w:t>
      </w:r>
    </w:p>
    <w:p w14:paraId="1933A79A" w14:textId="6E4446A2" w:rsidR="00716283" w:rsidRDefault="004D29E5" w:rsidP="003258F1">
      <w:pPr>
        <w:spacing w:before="0" w:after="0" w:line="240" w:lineRule="auto"/>
        <w:rPr>
          <w:lang w:val="nl-NL"/>
        </w:rPr>
      </w:pPr>
      <w:r>
        <w:rPr>
          <w:lang w:val="nl-NL"/>
        </w:rPr>
        <w:t xml:space="preserve">Betaalde account is ook mogelijk, dan krijg je nog meer </w:t>
      </w:r>
      <w:r w:rsidR="00716283">
        <w:rPr>
          <w:lang w:val="nl-NL"/>
        </w:rPr>
        <w:t>mogelijkheden.</w:t>
      </w:r>
    </w:p>
    <w:p w14:paraId="7390E87B" w14:textId="77777777" w:rsidR="00716283" w:rsidRDefault="00716283" w:rsidP="003258F1">
      <w:pPr>
        <w:spacing w:before="0" w:after="0" w:line="240" w:lineRule="auto"/>
        <w:rPr>
          <w:lang w:val="nl-NL"/>
        </w:rPr>
      </w:pPr>
    </w:p>
    <w:p w14:paraId="5EF7DA1C" w14:textId="5DB4FB7A" w:rsidR="00CC5B57" w:rsidRDefault="00CC5B57" w:rsidP="003258F1">
      <w:pPr>
        <w:spacing w:before="0" w:after="0" w:line="240" w:lineRule="auto"/>
        <w:rPr>
          <w:lang w:val="nl-NL"/>
        </w:rPr>
      </w:pPr>
      <w:r>
        <w:rPr>
          <w:lang w:val="nl-NL"/>
        </w:rPr>
        <w:t xml:space="preserve">Link: </w:t>
      </w:r>
      <w:hyperlink r:id="rId11" w:history="1">
        <w:r w:rsidRPr="009A5643">
          <w:rPr>
            <w:rStyle w:val="Hyperlink"/>
            <w:lang w:val="nl-NL"/>
          </w:rPr>
          <w:t>https://chatgpt.com/</w:t>
        </w:r>
      </w:hyperlink>
      <w:r>
        <w:rPr>
          <w:lang w:val="nl-NL"/>
        </w:rPr>
        <w:t xml:space="preserve"> </w:t>
      </w:r>
    </w:p>
    <w:p w14:paraId="377C72AF" w14:textId="77777777" w:rsidR="00EB3F25" w:rsidRDefault="00EB3F25" w:rsidP="003258F1">
      <w:pPr>
        <w:spacing w:before="0" w:after="0" w:line="240" w:lineRule="auto"/>
        <w:rPr>
          <w:lang w:val="nl-NL"/>
        </w:rPr>
      </w:pPr>
    </w:p>
    <w:p w14:paraId="6FC8B639" w14:textId="67549E8A" w:rsidR="00BA179D" w:rsidRPr="002B16E3" w:rsidRDefault="00BA179D" w:rsidP="003258F1">
      <w:pPr>
        <w:spacing w:before="0" w:after="0" w:line="240" w:lineRule="auto"/>
        <w:rPr>
          <w:b/>
          <w:bCs/>
          <w:lang w:val="nl-NL"/>
        </w:rPr>
      </w:pPr>
      <w:r w:rsidRPr="002B16E3">
        <w:rPr>
          <w:b/>
          <w:bCs/>
          <w:lang w:val="nl-NL"/>
        </w:rPr>
        <w:t>Google Gemini</w:t>
      </w:r>
    </w:p>
    <w:p w14:paraId="3FA4F8E3" w14:textId="03871863" w:rsidR="005C4F0E" w:rsidRDefault="00A83C9B" w:rsidP="003258F1">
      <w:pPr>
        <w:spacing w:before="0" w:after="0" w:line="240" w:lineRule="auto"/>
        <w:rPr>
          <w:lang w:val="nl-NL"/>
        </w:rPr>
      </w:pPr>
      <w:r>
        <w:rPr>
          <w:lang w:val="nl-NL"/>
        </w:rPr>
        <w:t xml:space="preserve">Amerikaans, </w:t>
      </w:r>
      <w:r w:rsidR="005C4F0E">
        <w:rPr>
          <w:lang w:val="nl-NL"/>
        </w:rPr>
        <w:t xml:space="preserve">van </w:t>
      </w:r>
      <w:r w:rsidR="00D3379D">
        <w:rPr>
          <w:lang w:val="nl-NL"/>
        </w:rPr>
        <w:t xml:space="preserve">het bedrijf </w:t>
      </w:r>
      <w:r w:rsidR="005C4F0E">
        <w:rPr>
          <w:lang w:val="nl-NL"/>
        </w:rPr>
        <w:t>Google</w:t>
      </w:r>
      <w:r w:rsidR="002463C1">
        <w:rPr>
          <w:lang w:val="nl-NL"/>
        </w:rPr>
        <w:t>.</w:t>
      </w:r>
      <w:r>
        <w:rPr>
          <w:lang w:val="nl-NL"/>
        </w:rPr>
        <w:t xml:space="preserve"> </w:t>
      </w:r>
      <w:r w:rsidR="00D45F54">
        <w:rPr>
          <w:lang w:val="nl-NL"/>
        </w:rPr>
        <w:t xml:space="preserve">Heeft een chatfunctie. </w:t>
      </w:r>
      <w:r w:rsidR="002463C1">
        <w:rPr>
          <w:lang w:val="nl-NL"/>
        </w:rPr>
        <w:t>Kan tekst genereren, kan afbeeldingen maken, kan coderen.</w:t>
      </w:r>
      <w:r>
        <w:rPr>
          <w:lang w:val="nl-NL"/>
        </w:rPr>
        <w:t xml:space="preserve"> </w:t>
      </w:r>
      <w:r w:rsidR="005C4F0E">
        <w:rPr>
          <w:lang w:val="nl-NL"/>
        </w:rPr>
        <w:t xml:space="preserve">Inmiddels de snelste en krachtigste </w:t>
      </w:r>
      <w:proofErr w:type="spellStart"/>
      <w:r w:rsidR="005C4F0E">
        <w:rPr>
          <w:lang w:val="nl-NL"/>
        </w:rPr>
        <w:t>chatbot</w:t>
      </w:r>
      <w:proofErr w:type="spellEnd"/>
      <w:r w:rsidR="005F1E7C">
        <w:rPr>
          <w:lang w:val="nl-NL"/>
        </w:rPr>
        <w:t>. Gratis te gebruiken, tegen betaling meer mogelijkheden.</w:t>
      </w:r>
    </w:p>
    <w:p w14:paraId="7272814E" w14:textId="36ECEFDC" w:rsidR="003A68EC" w:rsidRDefault="003A68EC" w:rsidP="003258F1">
      <w:pPr>
        <w:spacing w:before="0" w:after="0" w:line="240" w:lineRule="auto"/>
        <w:rPr>
          <w:lang w:val="nl-NL"/>
        </w:rPr>
      </w:pPr>
    </w:p>
    <w:p w14:paraId="7213B677" w14:textId="1F1E40CA" w:rsidR="00DA7542" w:rsidRDefault="00DA7542" w:rsidP="003258F1">
      <w:pPr>
        <w:spacing w:before="0" w:after="0" w:line="240" w:lineRule="auto"/>
        <w:rPr>
          <w:lang w:val="nl-NL"/>
        </w:rPr>
      </w:pPr>
      <w:r>
        <w:rPr>
          <w:lang w:val="nl-NL"/>
        </w:rPr>
        <w:t>Minder privacy-vriendelijk, servers staan vooral in Amerika.</w:t>
      </w:r>
    </w:p>
    <w:p w14:paraId="2A3796C6" w14:textId="77777777" w:rsidR="00EB3F25" w:rsidRDefault="00EB3F25" w:rsidP="003258F1">
      <w:pPr>
        <w:spacing w:before="0" w:after="0" w:line="240" w:lineRule="auto"/>
        <w:rPr>
          <w:lang w:val="nl-NL"/>
        </w:rPr>
      </w:pPr>
      <w:r>
        <w:rPr>
          <w:lang w:val="nl-NL"/>
        </w:rPr>
        <w:t>Geen verwerkingsovereenkomst. Gebruik kan daarom niet verplicht worden voorgeschreven voor studenten.</w:t>
      </w:r>
    </w:p>
    <w:p w14:paraId="69715D4C" w14:textId="77777777" w:rsidR="0004708E" w:rsidRDefault="0004708E" w:rsidP="003258F1">
      <w:pPr>
        <w:spacing w:before="0" w:after="0" w:line="240" w:lineRule="auto"/>
        <w:rPr>
          <w:lang w:val="nl-NL"/>
        </w:rPr>
      </w:pPr>
    </w:p>
    <w:p w14:paraId="3C351DBC" w14:textId="1EABB2F0" w:rsidR="0004708E" w:rsidRDefault="0004708E" w:rsidP="003258F1">
      <w:pPr>
        <w:spacing w:before="0" w:after="0" w:line="240" w:lineRule="auto"/>
        <w:rPr>
          <w:lang w:val="nl-NL"/>
        </w:rPr>
      </w:pPr>
      <w:r>
        <w:rPr>
          <w:lang w:val="nl-NL"/>
        </w:rPr>
        <w:t xml:space="preserve">Gratis te gebruiken, </w:t>
      </w:r>
      <w:r w:rsidR="00070A56">
        <w:rPr>
          <w:lang w:val="nl-NL"/>
        </w:rPr>
        <w:t xml:space="preserve">maar account aanmaken en </w:t>
      </w:r>
      <w:r>
        <w:rPr>
          <w:lang w:val="nl-NL"/>
        </w:rPr>
        <w:t xml:space="preserve">inloggen </w:t>
      </w:r>
      <w:r w:rsidR="00070A56">
        <w:rPr>
          <w:lang w:val="nl-NL"/>
        </w:rPr>
        <w:t xml:space="preserve">is </w:t>
      </w:r>
      <w:r>
        <w:rPr>
          <w:lang w:val="nl-NL"/>
        </w:rPr>
        <w:t xml:space="preserve">noodzakelijk. </w:t>
      </w:r>
      <w:r w:rsidR="00070A56">
        <w:rPr>
          <w:lang w:val="nl-NL"/>
        </w:rPr>
        <w:t xml:space="preserve">Inloggen </w:t>
      </w:r>
      <w:r>
        <w:rPr>
          <w:lang w:val="nl-NL"/>
        </w:rPr>
        <w:t xml:space="preserve">kan bijvoorbeeld met een G-mailaccount. </w:t>
      </w:r>
    </w:p>
    <w:p w14:paraId="2EE8C42A" w14:textId="77777777" w:rsidR="0004708E" w:rsidRDefault="0004708E" w:rsidP="003258F1">
      <w:pPr>
        <w:spacing w:before="0" w:after="0" w:line="240" w:lineRule="auto"/>
        <w:rPr>
          <w:lang w:val="nl-NL"/>
        </w:rPr>
      </w:pPr>
      <w:r>
        <w:rPr>
          <w:lang w:val="nl-NL"/>
        </w:rPr>
        <w:t>Betaalde account is ook mogelijk, dan krijg je nog meer mogelijkheden.</w:t>
      </w:r>
    </w:p>
    <w:p w14:paraId="6B6D072F" w14:textId="31A0068B" w:rsidR="00EB3F25" w:rsidRDefault="00EB3F25" w:rsidP="003258F1">
      <w:pPr>
        <w:spacing w:before="0" w:after="0" w:line="240" w:lineRule="auto"/>
        <w:rPr>
          <w:lang w:val="nl-NL"/>
        </w:rPr>
      </w:pPr>
    </w:p>
    <w:p w14:paraId="4F17CF80" w14:textId="32A2DA1E" w:rsidR="00E30722" w:rsidRPr="000E097B" w:rsidRDefault="000E097B" w:rsidP="003258F1">
      <w:pPr>
        <w:spacing w:before="0" w:after="0" w:line="240" w:lineRule="auto"/>
      </w:pPr>
      <w:r w:rsidRPr="000E097B">
        <w:t xml:space="preserve">Link: </w:t>
      </w:r>
      <w:hyperlink r:id="rId12" w:history="1">
        <w:r w:rsidRPr="000E097B">
          <w:rPr>
            <w:rStyle w:val="Hyperlink"/>
          </w:rPr>
          <w:t>https://gemini.google.com/</w:t>
        </w:r>
      </w:hyperlink>
      <w:r w:rsidRPr="000E097B">
        <w:t xml:space="preserve"> </w:t>
      </w:r>
    </w:p>
    <w:p w14:paraId="574E74CF" w14:textId="77777777" w:rsidR="00E30722" w:rsidRPr="000E097B" w:rsidRDefault="00E30722" w:rsidP="003258F1">
      <w:pPr>
        <w:spacing w:before="0" w:after="0" w:line="240" w:lineRule="auto"/>
      </w:pPr>
    </w:p>
    <w:p w14:paraId="51C9D222" w14:textId="3CD516CC" w:rsidR="002B16E3" w:rsidRPr="000E097B" w:rsidRDefault="002B16E3" w:rsidP="003258F1">
      <w:pPr>
        <w:spacing w:before="0" w:after="0" w:line="240" w:lineRule="auto"/>
        <w:rPr>
          <w:b/>
          <w:bCs/>
        </w:rPr>
      </w:pPr>
      <w:r w:rsidRPr="000E097B">
        <w:rPr>
          <w:b/>
          <w:bCs/>
        </w:rPr>
        <w:t>Copilot</w:t>
      </w:r>
    </w:p>
    <w:p w14:paraId="009D4E9F" w14:textId="1795D917" w:rsidR="002B16E3" w:rsidRDefault="002B16E3" w:rsidP="003258F1">
      <w:pPr>
        <w:spacing w:before="0" w:after="0" w:line="240" w:lineRule="auto"/>
        <w:rPr>
          <w:lang w:val="nl-NL"/>
        </w:rPr>
      </w:pPr>
      <w:r>
        <w:rPr>
          <w:lang w:val="nl-NL"/>
        </w:rPr>
        <w:t xml:space="preserve">Amerikaans, van </w:t>
      </w:r>
      <w:r w:rsidR="00D3379D">
        <w:rPr>
          <w:lang w:val="nl-NL"/>
        </w:rPr>
        <w:t xml:space="preserve">het bedrijf </w:t>
      </w:r>
      <w:r>
        <w:rPr>
          <w:lang w:val="nl-NL"/>
        </w:rPr>
        <w:t xml:space="preserve">Microsoft maar maakt gebruik van een ouder model van </w:t>
      </w:r>
      <w:proofErr w:type="spellStart"/>
      <w:r>
        <w:rPr>
          <w:lang w:val="nl-NL"/>
        </w:rPr>
        <w:t>ChatGPT</w:t>
      </w:r>
      <w:proofErr w:type="spellEnd"/>
      <w:r w:rsidR="002463C1">
        <w:rPr>
          <w:lang w:val="nl-NL"/>
        </w:rPr>
        <w:t>.</w:t>
      </w:r>
      <w:r>
        <w:rPr>
          <w:lang w:val="nl-NL"/>
        </w:rPr>
        <w:t xml:space="preserve"> </w:t>
      </w:r>
      <w:r w:rsidR="00D45F54">
        <w:rPr>
          <w:lang w:val="nl-NL"/>
        </w:rPr>
        <w:t xml:space="preserve">Heeft een chatfunctie. </w:t>
      </w:r>
      <w:r w:rsidR="002463C1">
        <w:rPr>
          <w:lang w:val="nl-NL"/>
        </w:rPr>
        <w:t>Kan tekst genereren, kan afbeeldingen maken, kan coderen.</w:t>
      </w:r>
      <w:r>
        <w:rPr>
          <w:lang w:val="nl-NL"/>
        </w:rPr>
        <w:t xml:space="preserve"> </w:t>
      </w:r>
      <w:r w:rsidR="002463C1">
        <w:rPr>
          <w:lang w:val="nl-NL"/>
        </w:rPr>
        <w:t xml:space="preserve">Integratie met </w:t>
      </w:r>
      <w:proofErr w:type="spellStart"/>
      <w:r w:rsidR="002463C1">
        <w:rPr>
          <w:lang w:val="nl-NL"/>
        </w:rPr>
        <w:t>windows</w:t>
      </w:r>
      <w:proofErr w:type="spellEnd"/>
      <w:r w:rsidR="002463C1">
        <w:rPr>
          <w:lang w:val="nl-NL"/>
        </w:rPr>
        <w:t xml:space="preserve"> en office 365. </w:t>
      </w:r>
      <w:r w:rsidR="00D45F54">
        <w:rPr>
          <w:lang w:val="nl-NL"/>
        </w:rPr>
        <w:t xml:space="preserve">Minder krachtig dan </w:t>
      </w:r>
      <w:proofErr w:type="spellStart"/>
      <w:r w:rsidR="00D45F54">
        <w:rPr>
          <w:lang w:val="nl-NL"/>
        </w:rPr>
        <w:t>ChatGPT</w:t>
      </w:r>
      <w:proofErr w:type="spellEnd"/>
      <w:r w:rsidR="00D45F54">
        <w:rPr>
          <w:lang w:val="nl-NL"/>
        </w:rPr>
        <w:t xml:space="preserve"> </w:t>
      </w:r>
      <w:r w:rsidR="00032473">
        <w:rPr>
          <w:lang w:val="nl-NL"/>
        </w:rPr>
        <w:t xml:space="preserve">en Google Gemini </w:t>
      </w:r>
      <w:r w:rsidR="00D45F54">
        <w:rPr>
          <w:lang w:val="nl-NL"/>
        </w:rPr>
        <w:t xml:space="preserve">omdat het een oudere versie </w:t>
      </w:r>
      <w:r w:rsidR="00032473">
        <w:rPr>
          <w:lang w:val="nl-NL"/>
        </w:rPr>
        <w:t xml:space="preserve">van </w:t>
      </w:r>
      <w:proofErr w:type="spellStart"/>
      <w:r w:rsidR="00032473">
        <w:rPr>
          <w:lang w:val="nl-NL"/>
        </w:rPr>
        <w:t>ChatGPT</w:t>
      </w:r>
      <w:proofErr w:type="spellEnd"/>
      <w:r w:rsidR="00032473">
        <w:rPr>
          <w:lang w:val="nl-NL"/>
        </w:rPr>
        <w:t xml:space="preserve"> onder de motorkap heeft. </w:t>
      </w:r>
      <w:r w:rsidR="005F1E7C">
        <w:rPr>
          <w:lang w:val="nl-NL"/>
        </w:rPr>
        <w:t>Gratis te gebruiken.</w:t>
      </w:r>
    </w:p>
    <w:p w14:paraId="62CC0A65" w14:textId="77777777" w:rsidR="005F1E7C" w:rsidRDefault="005F1E7C" w:rsidP="003258F1">
      <w:pPr>
        <w:spacing w:before="0" w:after="0" w:line="240" w:lineRule="auto"/>
        <w:rPr>
          <w:lang w:val="nl-NL"/>
        </w:rPr>
      </w:pPr>
    </w:p>
    <w:p w14:paraId="79FD4D79" w14:textId="43A90025" w:rsidR="00032473" w:rsidRDefault="00032473" w:rsidP="003258F1">
      <w:pPr>
        <w:spacing w:before="0" w:after="0" w:line="240" w:lineRule="auto"/>
        <w:rPr>
          <w:lang w:val="nl-NL"/>
        </w:rPr>
      </w:pPr>
      <w:proofErr w:type="spellStart"/>
      <w:r>
        <w:rPr>
          <w:lang w:val="nl-NL"/>
        </w:rPr>
        <w:t>Avans</w:t>
      </w:r>
      <w:proofErr w:type="spellEnd"/>
      <w:r>
        <w:rPr>
          <w:lang w:val="nl-NL"/>
        </w:rPr>
        <w:t xml:space="preserve"> heeft een verwerkingsovereenkomst met Microsoft ook voor </w:t>
      </w:r>
      <w:proofErr w:type="spellStart"/>
      <w:r>
        <w:rPr>
          <w:lang w:val="nl-NL"/>
        </w:rPr>
        <w:t>Copilot</w:t>
      </w:r>
      <w:proofErr w:type="spellEnd"/>
      <w:r>
        <w:rPr>
          <w:lang w:val="nl-NL"/>
        </w:rPr>
        <w:t xml:space="preserve">. Daardoor </w:t>
      </w:r>
      <w:r w:rsidR="00DA7542">
        <w:rPr>
          <w:lang w:val="nl-NL"/>
        </w:rPr>
        <w:t xml:space="preserve">zeer </w:t>
      </w:r>
      <w:r>
        <w:rPr>
          <w:lang w:val="nl-NL"/>
        </w:rPr>
        <w:t>privacy</w:t>
      </w:r>
      <w:r w:rsidR="00DA7542">
        <w:rPr>
          <w:lang w:val="nl-NL"/>
        </w:rPr>
        <w:t>-</w:t>
      </w:r>
      <w:r>
        <w:rPr>
          <w:lang w:val="nl-NL"/>
        </w:rPr>
        <w:t xml:space="preserve">vriendelijk. </w:t>
      </w:r>
      <w:r w:rsidR="00EB3F25">
        <w:rPr>
          <w:lang w:val="nl-NL"/>
        </w:rPr>
        <w:t>Gebruik kan daardoor worden voorgeschreven voor studenten.</w:t>
      </w:r>
    </w:p>
    <w:p w14:paraId="523CB93A" w14:textId="77777777" w:rsidR="00032473" w:rsidRDefault="00032473" w:rsidP="003258F1">
      <w:pPr>
        <w:spacing w:before="0" w:after="0" w:line="240" w:lineRule="auto"/>
        <w:rPr>
          <w:lang w:val="nl-NL"/>
        </w:rPr>
      </w:pPr>
    </w:p>
    <w:p w14:paraId="7D237C37" w14:textId="77777777" w:rsidR="00070A56" w:rsidRDefault="00070A56" w:rsidP="003258F1">
      <w:pPr>
        <w:spacing w:before="0" w:after="0" w:line="240" w:lineRule="auto"/>
        <w:rPr>
          <w:lang w:val="nl-NL"/>
        </w:rPr>
      </w:pPr>
      <w:r>
        <w:rPr>
          <w:lang w:val="nl-NL"/>
        </w:rPr>
        <w:t xml:space="preserve">Gratis te gebruiken, kan gebruikt worden zonder in te loggen. </w:t>
      </w:r>
    </w:p>
    <w:p w14:paraId="5D4E0CA4" w14:textId="41EFC11E" w:rsidR="00070A56" w:rsidRDefault="00312BFB" w:rsidP="003258F1">
      <w:pPr>
        <w:spacing w:before="0" w:after="0" w:line="240" w:lineRule="auto"/>
        <w:rPr>
          <w:lang w:val="nl-NL"/>
        </w:rPr>
      </w:pPr>
      <w:r>
        <w:rPr>
          <w:lang w:val="nl-NL"/>
        </w:rPr>
        <w:t>Account aanmaken kan, dan krijg je meer mogelijkheden.</w:t>
      </w:r>
    </w:p>
    <w:p w14:paraId="5B8DF977" w14:textId="77777777" w:rsidR="00070A56" w:rsidRDefault="00070A56" w:rsidP="003258F1">
      <w:pPr>
        <w:spacing w:before="0" w:after="0" w:line="240" w:lineRule="auto"/>
        <w:rPr>
          <w:lang w:val="nl-NL"/>
        </w:rPr>
      </w:pPr>
    </w:p>
    <w:p w14:paraId="2663626D" w14:textId="41485213" w:rsidR="00107ECB" w:rsidRDefault="00107ECB" w:rsidP="003258F1">
      <w:pPr>
        <w:spacing w:before="0" w:after="0" w:line="240" w:lineRule="auto"/>
        <w:rPr>
          <w:lang w:val="nl-NL"/>
        </w:rPr>
      </w:pPr>
      <w:r>
        <w:rPr>
          <w:lang w:val="nl-NL"/>
        </w:rPr>
        <w:t xml:space="preserve">Link: </w:t>
      </w:r>
      <w:hyperlink r:id="rId13" w:history="1">
        <w:r w:rsidRPr="009A5643">
          <w:rPr>
            <w:rStyle w:val="Hyperlink"/>
            <w:lang w:val="nl-NL"/>
          </w:rPr>
          <w:t>https://copilot.microsoft.com/</w:t>
        </w:r>
      </w:hyperlink>
      <w:r>
        <w:rPr>
          <w:lang w:val="nl-NL"/>
        </w:rPr>
        <w:t xml:space="preserve"> Ook te vinden in Windows. Zoek het </w:t>
      </w:r>
      <w:proofErr w:type="spellStart"/>
      <w:r>
        <w:rPr>
          <w:lang w:val="nl-NL"/>
        </w:rPr>
        <w:t>Copilot</w:t>
      </w:r>
      <w:proofErr w:type="spellEnd"/>
      <w:r>
        <w:rPr>
          <w:lang w:val="nl-NL"/>
        </w:rPr>
        <w:t xml:space="preserve">-logo, bijvoorbeeld </w:t>
      </w:r>
      <w:r w:rsidR="001A0AEA">
        <w:rPr>
          <w:lang w:val="nl-NL"/>
        </w:rPr>
        <w:t>op je toetsenbord (bij nieuwere laptops) of in Windows</w:t>
      </w:r>
    </w:p>
    <w:p w14:paraId="152CEE86" w14:textId="77777777" w:rsidR="000E097B" w:rsidRDefault="000E097B" w:rsidP="003258F1">
      <w:pPr>
        <w:spacing w:before="0" w:after="0" w:line="240" w:lineRule="auto"/>
        <w:rPr>
          <w:lang w:val="nl-NL"/>
        </w:rPr>
      </w:pPr>
    </w:p>
    <w:p w14:paraId="19E307F4" w14:textId="77777777" w:rsidR="00925C7B" w:rsidRDefault="00925C7B" w:rsidP="003258F1">
      <w:pPr>
        <w:spacing w:before="0" w:after="0" w:line="240" w:lineRule="auto"/>
        <w:rPr>
          <w:b/>
          <w:bCs/>
          <w:lang w:val="nl-NL"/>
        </w:rPr>
      </w:pPr>
    </w:p>
    <w:p w14:paraId="44311696" w14:textId="77777777" w:rsidR="00925C7B" w:rsidRDefault="00925C7B" w:rsidP="003258F1">
      <w:pPr>
        <w:spacing w:before="0" w:after="0" w:line="240" w:lineRule="auto"/>
        <w:rPr>
          <w:b/>
          <w:bCs/>
          <w:lang w:val="nl-NL"/>
        </w:rPr>
      </w:pPr>
    </w:p>
    <w:p w14:paraId="72F0791B" w14:textId="2A3C3F27" w:rsidR="00EF4A8A" w:rsidRPr="00EB3F25" w:rsidRDefault="00BA179D" w:rsidP="003258F1">
      <w:pPr>
        <w:spacing w:before="0" w:after="0" w:line="240" w:lineRule="auto"/>
        <w:rPr>
          <w:b/>
          <w:bCs/>
          <w:lang w:val="nl-NL"/>
        </w:rPr>
      </w:pPr>
      <w:r w:rsidRPr="00EB3F25">
        <w:rPr>
          <w:b/>
          <w:bCs/>
          <w:lang w:val="nl-NL"/>
        </w:rPr>
        <w:lastRenderedPageBreak/>
        <w:t>Claude.AI</w:t>
      </w:r>
    </w:p>
    <w:p w14:paraId="3FF948EB" w14:textId="0CF7B182" w:rsidR="003A68EC" w:rsidRDefault="00A83C9B" w:rsidP="003258F1">
      <w:pPr>
        <w:spacing w:before="0" w:after="0" w:line="240" w:lineRule="auto"/>
        <w:rPr>
          <w:lang w:val="nl-NL"/>
        </w:rPr>
      </w:pPr>
      <w:r>
        <w:rPr>
          <w:lang w:val="nl-NL"/>
        </w:rPr>
        <w:t>Europees</w:t>
      </w:r>
      <w:r w:rsidR="00D3379D">
        <w:rPr>
          <w:lang w:val="nl-NL"/>
        </w:rPr>
        <w:t xml:space="preserve">, van het bedrijf </w:t>
      </w:r>
      <w:proofErr w:type="spellStart"/>
      <w:r w:rsidR="00D3379D" w:rsidRPr="00D3379D">
        <w:rPr>
          <w:lang w:val="nl-NL"/>
        </w:rPr>
        <w:t>Anthropic</w:t>
      </w:r>
      <w:proofErr w:type="spellEnd"/>
      <w:r w:rsidR="001A0AEA">
        <w:rPr>
          <w:lang w:val="nl-NL"/>
        </w:rPr>
        <w:t>.</w:t>
      </w:r>
      <w:r w:rsidR="00126D3D">
        <w:rPr>
          <w:lang w:val="nl-NL"/>
        </w:rPr>
        <w:t xml:space="preserve"> Kan tekst genereren, kan afbeeldingen maken, kan coderen. </w:t>
      </w:r>
      <w:r w:rsidR="00EB3F25">
        <w:rPr>
          <w:lang w:val="nl-NL"/>
        </w:rPr>
        <w:t>Heeft een chatfunctie. Minder krachtig model, echter nog steeds geschikt voor alle reguliere taken.</w:t>
      </w:r>
    </w:p>
    <w:p w14:paraId="4A972B16" w14:textId="77777777" w:rsidR="00A83C9B" w:rsidRDefault="00A83C9B" w:rsidP="003258F1">
      <w:pPr>
        <w:spacing w:before="0" w:after="0" w:line="240" w:lineRule="auto"/>
        <w:rPr>
          <w:lang w:val="nl-NL"/>
        </w:rPr>
      </w:pPr>
    </w:p>
    <w:p w14:paraId="3C817324" w14:textId="39297BDB" w:rsidR="00DA7542" w:rsidRDefault="00DA7542" w:rsidP="003258F1">
      <w:pPr>
        <w:spacing w:before="0" w:after="0" w:line="240" w:lineRule="auto"/>
        <w:rPr>
          <w:lang w:val="nl-NL"/>
        </w:rPr>
      </w:pPr>
      <w:r>
        <w:rPr>
          <w:lang w:val="nl-NL"/>
        </w:rPr>
        <w:t>Privacy-vriendelijker, servers staan in Europa.</w:t>
      </w:r>
    </w:p>
    <w:p w14:paraId="7F3DA74E" w14:textId="24DB70EE" w:rsidR="00DA7542" w:rsidRDefault="00DA7542" w:rsidP="003258F1">
      <w:pPr>
        <w:spacing w:before="0" w:after="0" w:line="240" w:lineRule="auto"/>
        <w:rPr>
          <w:lang w:val="nl-NL"/>
        </w:rPr>
      </w:pPr>
      <w:r>
        <w:rPr>
          <w:lang w:val="nl-NL"/>
        </w:rPr>
        <w:t>Geen verwerkingsovereenkomst. Gebruik kan daarom niet verplicht worden voorgeschreven voor studenten.</w:t>
      </w:r>
    </w:p>
    <w:p w14:paraId="69543FC5" w14:textId="77777777" w:rsidR="00077903" w:rsidRDefault="00077903" w:rsidP="003258F1">
      <w:pPr>
        <w:spacing w:before="0" w:after="0" w:line="240" w:lineRule="auto"/>
        <w:rPr>
          <w:lang w:val="nl-NL"/>
        </w:rPr>
      </w:pPr>
    </w:p>
    <w:p w14:paraId="041E1B0A" w14:textId="41D6D272" w:rsidR="00312BFB" w:rsidRDefault="00312BFB" w:rsidP="003258F1">
      <w:pPr>
        <w:spacing w:before="0" w:after="0" w:line="240" w:lineRule="auto"/>
        <w:rPr>
          <w:lang w:val="nl-NL"/>
        </w:rPr>
      </w:pPr>
      <w:r>
        <w:rPr>
          <w:lang w:val="nl-NL"/>
        </w:rPr>
        <w:t>Gratis te gebruiken, maar account aanmaken en inloggen is noodzakelijk.</w:t>
      </w:r>
    </w:p>
    <w:p w14:paraId="57E072D6" w14:textId="77777777" w:rsidR="00312BFB" w:rsidRDefault="00312BFB" w:rsidP="003258F1">
      <w:pPr>
        <w:spacing w:before="0" w:after="0" w:line="240" w:lineRule="auto"/>
        <w:rPr>
          <w:lang w:val="nl-NL"/>
        </w:rPr>
      </w:pPr>
      <w:r>
        <w:rPr>
          <w:lang w:val="nl-NL"/>
        </w:rPr>
        <w:t>Betaalde account is ook mogelijk, dan krijg je nog meer mogelijkheden.</w:t>
      </w:r>
    </w:p>
    <w:p w14:paraId="225CA987" w14:textId="77777777" w:rsidR="00312BFB" w:rsidRDefault="00312BFB" w:rsidP="003258F1">
      <w:pPr>
        <w:spacing w:before="0" w:after="0" w:line="240" w:lineRule="auto"/>
        <w:rPr>
          <w:lang w:val="nl-NL"/>
        </w:rPr>
      </w:pPr>
    </w:p>
    <w:p w14:paraId="71F97363" w14:textId="45C40040" w:rsidR="00E30722" w:rsidRPr="005D18BD" w:rsidRDefault="00E30722" w:rsidP="003258F1">
      <w:pPr>
        <w:spacing w:before="0" w:after="0" w:line="240" w:lineRule="auto"/>
        <w:rPr>
          <w:lang w:val="nl-NL"/>
        </w:rPr>
      </w:pPr>
      <w:r w:rsidRPr="005D18BD">
        <w:rPr>
          <w:lang w:val="nl-NL"/>
        </w:rPr>
        <w:t xml:space="preserve">Link: </w:t>
      </w:r>
      <w:hyperlink r:id="rId14" w:history="1">
        <w:r w:rsidRPr="005D18BD">
          <w:rPr>
            <w:rStyle w:val="Hyperlink"/>
            <w:lang w:val="nl-NL"/>
          </w:rPr>
          <w:t>https://claude.ai/</w:t>
        </w:r>
      </w:hyperlink>
      <w:r w:rsidRPr="005D18BD">
        <w:rPr>
          <w:lang w:val="nl-NL"/>
        </w:rPr>
        <w:t xml:space="preserve"> </w:t>
      </w:r>
    </w:p>
    <w:p w14:paraId="06945061" w14:textId="77777777" w:rsidR="00E30722" w:rsidRPr="005D18BD" w:rsidRDefault="00E30722" w:rsidP="003258F1">
      <w:pPr>
        <w:spacing w:before="0" w:after="0" w:line="240" w:lineRule="auto"/>
        <w:rPr>
          <w:lang w:val="nl-NL"/>
        </w:rPr>
      </w:pPr>
    </w:p>
    <w:p w14:paraId="78CB244E" w14:textId="7D7F96D7" w:rsidR="00EF4A8A" w:rsidRPr="005D18BD" w:rsidRDefault="00DA7542" w:rsidP="003258F1">
      <w:pPr>
        <w:spacing w:before="0" w:after="0" w:line="240" w:lineRule="auto"/>
        <w:rPr>
          <w:b/>
          <w:bCs/>
          <w:lang w:val="nl-NL"/>
        </w:rPr>
      </w:pPr>
      <w:r w:rsidRPr="005D18BD">
        <w:rPr>
          <w:b/>
          <w:bCs/>
          <w:lang w:val="nl-NL"/>
        </w:rPr>
        <w:t xml:space="preserve">Le Chat </w:t>
      </w:r>
    </w:p>
    <w:p w14:paraId="47249ACC" w14:textId="4D3E6B99" w:rsidR="00A83C9B" w:rsidRDefault="00A83C9B" w:rsidP="003258F1">
      <w:pPr>
        <w:spacing w:before="0" w:after="0" w:line="240" w:lineRule="auto"/>
        <w:rPr>
          <w:lang w:val="nl-NL"/>
        </w:rPr>
      </w:pPr>
      <w:r>
        <w:rPr>
          <w:lang w:val="nl-NL"/>
        </w:rPr>
        <w:t>Europees</w:t>
      </w:r>
      <w:r w:rsidR="00DA7542">
        <w:rPr>
          <w:lang w:val="nl-NL"/>
        </w:rPr>
        <w:t>, van het bedrijf Mistral</w:t>
      </w:r>
      <w:r w:rsidR="00126D3D">
        <w:rPr>
          <w:lang w:val="nl-NL"/>
        </w:rPr>
        <w:t xml:space="preserve">. </w:t>
      </w:r>
      <w:r w:rsidR="00EB3F25">
        <w:rPr>
          <w:lang w:val="nl-NL"/>
        </w:rPr>
        <w:t xml:space="preserve">Heeft een chatfunctie </w:t>
      </w:r>
      <w:r w:rsidR="00126D3D">
        <w:rPr>
          <w:lang w:val="nl-NL"/>
        </w:rPr>
        <w:t xml:space="preserve">Kan tekst genereren, kan afbeeldingen maken, kan </w:t>
      </w:r>
      <w:proofErr w:type="spellStart"/>
      <w:r w:rsidR="00126D3D">
        <w:rPr>
          <w:lang w:val="nl-NL"/>
        </w:rPr>
        <w:t>coderen.</w:t>
      </w:r>
      <w:r w:rsidR="00EB3F25">
        <w:rPr>
          <w:lang w:val="nl-NL"/>
        </w:rPr>
        <w:t>Meest</w:t>
      </w:r>
      <w:proofErr w:type="spellEnd"/>
      <w:r w:rsidR="00EB3F25">
        <w:rPr>
          <w:lang w:val="nl-NL"/>
        </w:rPr>
        <w:t xml:space="preserve"> p</w:t>
      </w:r>
      <w:r w:rsidR="00CE7745">
        <w:rPr>
          <w:lang w:val="nl-NL"/>
        </w:rPr>
        <w:t>rivacy-vriendelijk</w:t>
      </w:r>
      <w:r w:rsidR="00EB3F25">
        <w:rPr>
          <w:lang w:val="nl-NL"/>
        </w:rPr>
        <w:t>, verzameld de minste gegevens. Minder krachtig model, echter nog steeds geschikt voor alle reguliere taken.</w:t>
      </w:r>
    </w:p>
    <w:p w14:paraId="29BB18CA" w14:textId="77777777" w:rsidR="00CE7745" w:rsidRDefault="00CE7745" w:rsidP="003258F1">
      <w:pPr>
        <w:spacing w:before="0" w:after="0" w:line="240" w:lineRule="auto"/>
        <w:rPr>
          <w:lang w:val="nl-NL"/>
        </w:rPr>
      </w:pPr>
    </w:p>
    <w:p w14:paraId="078177B9" w14:textId="28A6A39C" w:rsidR="00DA7542" w:rsidRDefault="00DA7542" w:rsidP="003258F1">
      <w:pPr>
        <w:spacing w:before="0" w:after="0" w:line="240" w:lineRule="auto"/>
        <w:rPr>
          <w:lang w:val="nl-NL"/>
        </w:rPr>
      </w:pPr>
      <w:r>
        <w:rPr>
          <w:lang w:val="nl-NL"/>
        </w:rPr>
        <w:t>Privacy-vriendelijker, servers staan in Europa.</w:t>
      </w:r>
    </w:p>
    <w:p w14:paraId="1F2689C8" w14:textId="3179C373" w:rsidR="00DA7542" w:rsidRDefault="00DA7542" w:rsidP="003258F1">
      <w:pPr>
        <w:spacing w:before="0" w:after="0" w:line="240" w:lineRule="auto"/>
        <w:rPr>
          <w:lang w:val="nl-NL"/>
        </w:rPr>
      </w:pPr>
      <w:r>
        <w:rPr>
          <w:lang w:val="nl-NL"/>
        </w:rPr>
        <w:t>Geen verwerkingsovereenkomst. Gebruik kan daarom niet verplicht worden voorgeschreven voor studenten.</w:t>
      </w:r>
    </w:p>
    <w:p w14:paraId="0903BADC" w14:textId="77777777" w:rsidR="00077903" w:rsidRDefault="00077903" w:rsidP="003258F1">
      <w:pPr>
        <w:spacing w:before="0" w:after="0" w:line="240" w:lineRule="auto"/>
        <w:rPr>
          <w:lang w:val="nl-NL"/>
        </w:rPr>
      </w:pPr>
    </w:p>
    <w:p w14:paraId="59C7C115" w14:textId="60BEF361" w:rsidR="00077903" w:rsidRDefault="00077903" w:rsidP="003258F1">
      <w:pPr>
        <w:spacing w:before="0" w:after="0" w:line="240" w:lineRule="auto"/>
        <w:rPr>
          <w:lang w:val="nl-NL"/>
        </w:rPr>
      </w:pPr>
      <w:r>
        <w:rPr>
          <w:lang w:val="nl-NL"/>
        </w:rPr>
        <w:t xml:space="preserve">Link: </w:t>
      </w:r>
      <w:hyperlink r:id="rId15" w:history="1">
        <w:r w:rsidR="00986264" w:rsidRPr="009A5643">
          <w:rPr>
            <w:rStyle w:val="Hyperlink"/>
            <w:lang w:val="nl-NL"/>
          </w:rPr>
          <w:t>https://chat.mistral.ai/chat</w:t>
        </w:r>
      </w:hyperlink>
      <w:r w:rsidR="00986264">
        <w:rPr>
          <w:lang w:val="nl-NL"/>
        </w:rPr>
        <w:t xml:space="preserve"> </w:t>
      </w:r>
    </w:p>
    <w:p w14:paraId="4C0962F7" w14:textId="77777777" w:rsidR="00DA7542" w:rsidRDefault="00DA7542" w:rsidP="003258F1">
      <w:pPr>
        <w:spacing w:before="0" w:after="0" w:line="240" w:lineRule="auto"/>
        <w:rPr>
          <w:lang w:val="nl-NL"/>
        </w:rPr>
      </w:pPr>
    </w:p>
    <w:p w14:paraId="4A7CB6B7" w14:textId="77777777" w:rsidR="00077903" w:rsidRDefault="00077903" w:rsidP="003258F1">
      <w:pPr>
        <w:spacing w:before="0" w:after="0" w:line="240" w:lineRule="auto"/>
        <w:rPr>
          <w:lang w:val="nl-NL"/>
        </w:rPr>
      </w:pPr>
      <w:r>
        <w:rPr>
          <w:lang w:val="nl-NL"/>
        </w:rPr>
        <w:t xml:space="preserve">Gratis te gebruiken, kan gebruikt worden zonder in te loggen. </w:t>
      </w:r>
    </w:p>
    <w:p w14:paraId="2D7A5EC7" w14:textId="77777777" w:rsidR="00077903" w:rsidRDefault="00077903" w:rsidP="003258F1">
      <w:pPr>
        <w:spacing w:before="0" w:after="0" w:line="240" w:lineRule="auto"/>
        <w:rPr>
          <w:lang w:val="nl-NL"/>
        </w:rPr>
      </w:pPr>
      <w:r>
        <w:rPr>
          <w:lang w:val="nl-NL"/>
        </w:rPr>
        <w:t>Account aanmaken kan, dan krijg je meer mogelijkheden.</w:t>
      </w:r>
    </w:p>
    <w:p w14:paraId="6D8975A8" w14:textId="77777777" w:rsidR="00077903" w:rsidRDefault="00077903" w:rsidP="003258F1">
      <w:pPr>
        <w:spacing w:before="0" w:after="0" w:line="240" w:lineRule="auto"/>
        <w:rPr>
          <w:lang w:val="nl-NL"/>
        </w:rPr>
      </w:pPr>
      <w:r>
        <w:rPr>
          <w:lang w:val="nl-NL"/>
        </w:rPr>
        <w:t>Betaalde account is ook mogelijk, dan krijg je nog meer mogelijkheden.</w:t>
      </w:r>
    </w:p>
    <w:p w14:paraId="0757B30D" w14:textId="77777777" w:rsidR="00077903" w:rsidRDefault="00077903" w:rsidP="003258F1">
      <w:pPr>
        <w:spacing w:before="0" w:after="0" w:line="240" w:lineRule="auto"/>
        <w:rPr>
          <w:lang w:val="nl-NL"/>
        </w:rPr>
      </w:pPr>
    </w:p>
    <w:p w14:paraId="192A45B4" w14:textId="596F25A7" w:rsidR="001D0156" w:rsidRPr="00DA7542" w:rsidRDefault="001D0156" w:rsidP="003258F1">
      <w:pPr>
        <w:spacing w:before="0" w:after="0" w:line="240" w:lineRule="auto"/>
        <w:rPr>
          <w:b/>
          <w:bCs/>
          <w:lang w:val="nl-NL"/>
        </w:rPr>
      </w:pPr>
      <w:r w:rsidRPr="00DA7542">
        <w:rPr>
          <w:b/>
          <w:bCs/>
          <w:lang w:val="nl-NL"/>
        </w:rPr>
        <w:t>Duck.AI</w:t>
      </w:r>
    </w:p>
    <w:p w14:paraId="57400417" w14:textId="76A4BB58" w:rsidR="002B16E3" w:rsidRDefault="00AB2478" w:rsidP="003258F1">
      <w:pPr>
        <w:spacing w:before="0" w:after="0" w:line="240" w:lineRule="auto"/>
        <w:rPr>
          <w:lang w:val="nl-NL"/>
        </w:rPr>
      </w:pPr>
      <w:r>
        <w:rPr>
          <w:lang w:val="nl-NL"/>
        </w:rPr>
        <w:t>Amerikaans</w:t>
      </w:r>
      <w:r w:rsidR="00986264">
        <w:rPr>
          <w:lang w:val="nl-NL"/>
        </w:rPr>
        <w:t xml:space="preserve">, van het bedrijf </w:t>
      </w:r>
      <w:proofErr w:type="spellStart"/>
      <w:r w:rsidR="00986264">
        <w:rPr>
          <w:lang w:val="nl-NL"/>
        </w:rPr>
        <w:t>DuckDuckGo</w:t>
      </w:r>
      <w:proofErr w:type="spellEnd"/>
      <w:r w:rsidR="00986264">
        <w:rPr>
          <w:lang w:val="nl-NL"/>
        </w:rPr>
        <w:t xml:space="preserve">. </w:t>
      </w:r>
      <w:r w:rsidR="002B16E3">
        <w:rPr>
          <w:lang w:val="nl-NL"/>
        </w:rPr>
        <w:t xml:space="preserve">Heeft geen eigen </w:t>
      </w:r>
      <w:proofErr w:type="spellStart"/>
      <w:r w:rsidR="002B16E3">
        <w:rPr>
          <w:lang w:val="nl-NL"/>
        </w:rPr>
        <w:t>Chatbot</w:t>
      </w:r>
      <w:proofErr w:type="spellEnd"/>
      <w:r>
        <w:rPr>
          <w:lang w:val="nl-NL"/>
        </w:rPr>
        <w:t xml:space="preserve">, maar heeft een </w:t>
      </w:r>
      <w:r w:rsidR="006A05D8">
        <w:rPr>
          <w:lang w:val="nl-NL"/>
        </w:rPr>
        <w:t>pagina gemaakt waarop je</w:t>
      </w:r>
      <w:r w:rsidR="00C46623">
        <w:rPr>
          <w:lang w:val="nl-NL"/>
        </w:rPr>
        <w:t xml:space="preserve"> gratis</w:t>
      </w:r>
      <w:r w:rsidR="006A05D8">
        <w:rPr>
          <w:lang w:val="nl-NL"/>
        </w:rPr>
        <w:t xml:space="preserve"> gebruik kunt maken van verschillende </w:t>
      </w:r>
      <w:proofErr w:type="spellStart"/>
      <w:r w:rsidR="006A05D8">
        <w:rPr>
          <w:lang w:val="nl-NL"/>
        </w:rPr>
        <w:t>chatbot</w:t>
      </w:r>
      <w:proofErr w:type="spellEnd"/>
      <w:r w:rsidR="006A05D8">
        <w:rPr>
          <w:lang w:val="nl-NL"/>
        </w:rPr>
        <w:t xml:space="preserve"> van de bedrijven die hierboven zijn genoemd. </w:t>
      </w:r>
    </w:p>
    <w:p w14:paraId="70DA175D" w14:textId="77777777" w:rsidR="006A05D8" w:rsidRDefault="006A05D8" w:rsidP="003258F1">
      <w:pPr>
        <w:spacing w:before="0" w:after="0" w:line="240" w:lineRule="auto"/>
        <w:rPr>
          <w:lang w:val="nl-NL"/>
        </w:rPr>
      </w:pPr>
    </w:p>
    <w:p w14:paraId="1D59B7FC" w14:textId="735F8E9D" w:rsidR="00C46623" w:rsidRDefault="00C46623" w:rsidP="003258F1">
      <w:pPr>
        <w:spacing w:before="0" w:after="0" w:line="240" w:lineRule="auto"/>
        <w:rPr>
          <w:lang w:val="nl-NL"/>
        </w:rPr>
      </w:pPr>
      <w:r>
        <w:rPr>
          <w:lang w:val="nl-NL"/>
        </w:rPr>
        <w:t>Meest privacy-vriendelijk. Is opgericht om een privacy</w:t>
      </w:r>
      <w:r w:rsidR="0006770B">
        <w:rPr>
          <w:lang w:val="nl-NL"/>
        </w:rPr>
        <w:t>-</w:t>
      </w:r>
      <w:r>
        <w:rPr>
          <w:lang w:val="nl-NL"/>
        </w:rPr>
        <w:t xml:space="preserve">vriendelijk alternatief voor onder andere Google te zijn. </w:t>
      </w:r>
    </w:p>
    <w:p w14:paraId="1083BE95" w14:textId="77777777" w:rsidR="00925C7B" w:rsidRDefault="00925C7B" w:rsidP="00925C7B">
      <w:pPr>
        <w:spacing w:before="0" w:after="0" w:line="240" w:lineRule="auto"/>
        <w:rPr>
          <w:lang w:val="nl-NL"/>
        </w:rPr>
      </w:pPr>
      <w:r>
        <w:rPr>
          <w:lang w:val="nl-NL"/>
        </w:rPr>
        <w:t xml:space="preserve">Geen verwerkingsovereenkomst. Gebruik kan daarom niet verplicht worden voorgeschreven voor studenten. </w:t>
      </w:r>
    </w:p>
    <w:p w14:paraId="4A734388" w14:textId="77777777" w:rsidR="00C46623" w:rsidRDefault="00C46623" w:rsidP="003258F1">
      <w:pPr>
        <w:spacing w:before="0" w:after="0" w:line="240" w:lineRule="auto"/>
        <w:rPr>
          <w:lang w:val="nl-NL"/>
        </w:rPr>
      </w:pPr>
    </w:p>
    <w:p w14:paraId="2E74A78D" w14:textId="77777777" w:rsidR="0006770B" w:rsidRDefault="0006770B" w:rsidP="003258F1">
      <w:pPr>
        <w:spacing w:before="0" w:after="0" w:line="240" w:lineRule="auto"/>
        <w:rPr>
          <w:lang w:val="nl-NL"/>
        </w:rPr>
      </w:pPr>
      <w:r>
        <w:rPr>
          <w:lang w:val="nl-NL"/>
        </w:rPr>
        <w:t xml:space="preserve">Gratis te gebruiken, kan gebruikt worden zonder in te loggen. </w:t>
      </w:r>
    </w:p>
    <w:p w14:paraId="4C4CA922" w14:textId="77777777" w:rsidR="0006770B" w:rsidRDefault="0006770B" w:rsidP="003258F1">
      <w:pPr>
        <w:spacing w:before="0" w:after="0" w:line="240" w:lineRule="auto"/>
        <w:rPr>
          <w:lang w:val="nl-NL"/>
        </w:rPr>
      </w:pPr>
      <w:r>
        <w:rPr>
          <w:lang w:val="nl-NL"/>
        </w:rPr>
        <w:t>Account aanmaken kan, dan krijg je meer mogelijkheden.</w:t>
      </w:r>
    </w:p>
    <w:p w14:paraId="3401602F" w14:textId="77777777" w:rsidR="0006770B" w:rsidRDefault="0006770B" w:rsidP="003258F1">
      <w:pPr>
        <w:spacing w:before="0" w:after="0" w:line="240" w:lineRule="auto"/>
        <w:rPr>
          <w:lang w:val="nl-NL"/>
        </w:rPr>
      </w:pPr>
      <w:r>
        <w:rPr>
          <w:lang w:val="nl-NL"/>
        </w:rPr>
        <w:t>Betaalde account is ook mogelijk, dan krijg je nog meer mogelijkheden.</w:t>
      </w:r>
    </w:p>
    <w:p w14:paraId="47E0A992" w14:textId="77777777" w:rsidR="0006770B" w:rsidRDefault="0006770B" w:rsidP="003258F1">
      <w:pPr>
        <w:spacing w:before="0" w:after="0" w:line="240" w:lineRule="auto"/>
        <w:rPr>
          <w:lang w:val="nl-NL"/>
        </w:rPr>
      </w:pPr>
    </w:p>
    <w:p w14:paraId="3B0B7951" w14:textId="6EACD01C" w:rsidR="006A05D8" w:rsidRDefault="00986264" w:rsidP="003258F1">
      <w:pPr>
        <w:spacing w:before="0" w:after="0" w:line="240" w:lineRule="auto"/>
        <w:rPr>
          <w:lang w:val="nl-NL"/>
        </w:rPr>
      </w:pPr>
      <w:r>
        <w:rPr>
          <w:lang w:val="nl-NL"/>
        </w:rPr>
        <w:t xml:space="preserve">Link: </w:t>
      </w:r>
      <w:hyperlink r:id="rId16" w:history="1">
        <w:r w:rsidR="0006770B">
          <w:rPr>
            <w:rStyle w:val="Hyperlink"/>
            <w:lang w:val="nl-NL"/>
          </w:rPr>
          <w:t>Duck.ai</w:t>
        </w:r>
      </w:hyperlink>
      <w:r w:rsidR="0006770B">
        <w:rPr>
          <w:lang w:val="nl-NL"/>
        </w:rPr>
        <w:t xml:space="preserve"> </w:t>
      </w:r>
    </w:p>
    <w:p w14:paraId="6C5D1732" w14:textId="77777777" w:rsidR="0006770B" w:rsidRDefault="0006770B" w:rsidP="003258F1">
      <w:pPr>
        <w:spacing w:before="0" w:after="0" w:line="240" w:lineRule="auto"/>
        <w:rPr>
          <w:lang w:val="nl-NL"/>
        </w:rPr>
      </w:pPr>
    </w:p>
    <w:p w14:paraId="410A7D3A" w14:textId="77777777" w:rsidR="009C3FD0" w:rsidRDefault="009C3FD0" w:rsidP="009C3FD0">
      <w:pPr>
        <w:spacing w:before="0" w:after="0" w:line="240" w:lineRule="auto"/>
        <w:rPr>
          <w:b/>
          <w:bCs/>
          <w:lang w:val="nl-NL"/>
        </w:rPr>
      </w:pPr>
      <w:r>
        <w:rPr>
          <w:b/>
          <w:bCs/>
          <w:lang w:val="nl-NL"/>
        </w:rPr>
        <w:t xml:space="preserve">Juridische </w:t>
      </w:r>
      <w:proofErr w:type="spellStart"/>
      <w:r>
        <w:rPr>
          <w:b/>
          <w:bCs/>
          <w:lang w:val="nl-NL"/>
        </w:rPr>
        <w:t>chatbot</w:t>
      </w:r>
      <w:proofErr w:type="spellEnd"/>
    </w:p>
    <w:p w14:paraId="0EF47C3D" w14:textId="649DBFF8" w:rsidR="009C3FD0" w:rsidRPr="00B10CD4" w:rsidRDefault="009C3FD0" w:rsidP="009C3FD0">
      <w:pPr>
        <w:spacing w:before="0" w:after="0" w:line="240" w:lineRule="auto"/>
        <w:rPr>
          <w:lang w:val="nl-NL"/>
        </w:rPr>
      </w:pPr>
      <w:proofErr w:type="spellStart"/>
      <w:r w:rsidRPr="009C3FD0">
        <w:rPr>
          <w:b/>
          <w:bCs/>
          <w:lang w:val="nl-NL"/>
        </w:rPr>
        <w:t>Genial</w:t>
      </w:r>
      <w:proofErr w:type="spellEnd"/>
      <w:r w:rsidRPr="009C3FD0">
        <w:rPr>
          <w:b/>
          <w:bCs/>
          <w:lang w:val="nl-NL"/>
        </w:rPr>
        <w:t>.</w:t>
      </w:r>
      <w:r>
        <w:rPr>
          <w:lang w:val="nl-NL"/>
        </w:rPr>
        <w:t xml:space="preserve"> </w:t>
      </w:r>
      <w:proofErr w:type="spellStart"/>
      <w:r>
        <w:rPr>
          <w:lang w:val="nl-NL"/>
        </w:rPr>
        <w:t>Genial</w:t>
      </w:r>
      <w:proofErr w:type="spellEnd"/>
      <w:r>
        <w:rPr>
          <w:lang w:val="nl-NL"/>
        </w:rPr>
        <w:t xml:space="preserve"> is een AI-tool van uitgeverij SDU. Zij hebben deze tool gebouwd bovenop en getraind met hun juridische databank Rechtsorde. Hierdoor heeft deze tool toegang tot deze gehele databank en is de kans op hallucineren een stuk kleiner en is de verwijzing naar bronnen een stuk accurater. </w:t>
      </w:r>
      <w:r>
        <w:rPr>
          <w:lang w:val="nl-NL"/>
        </w:rPr>
        <w:br/>
      </w:r>
      <w:r>
        <w:rPr>
          <w:lang w:val="nl-NL"/>
        </w:rPr>
        <w:br/>
        <w:t xml:space="preserve">Open </w:t>
      </w:r>
      <w:proofErr w:type="spellStart"/>
      <w:r>
        <w:rPr>
          <w:lang w:val="nl-NL"/>
        </w:rPr>
        <w:t>Genial</w:t>
      </w:r>
      <w:proofErr w:type="spellEnd"/>
      <w:r>
        <w:rPr>
          <w:lang w:val="nl-NL"/>
        </w:rPr>
        <w:t xml:space="preserve"> van rechtsorde te vinden via: </w:t>
      </w:r>
      <w:hyperlink r:id="rId17" w:history="1">
        <w:r w:rsidRPr="00DB4872">
          <w:rPr>
            <w:rStyle w:val="Hyperlink"/>
            <w:lang w:val="nl-NL"/>
          </w:rPr>
          <w:t>www.rechtsorde.nl/genial</w:t>
        </w:r>
      </w:hyperlink>
      <w:r>
        <w:rPr>
          <w:lang w:val="nl-NL"/>
        </w:rPr>
        <w:t xml:space="preserve"> Je kunt hier inloggen met je </w:t>
      </w:r>
      <w:proofErr w:type="spellStart"/>
      <w:r>
        <w:rPr>
          <w:lang w:val="nl-NL"/>
        </w:rPr>
        <w:t>avans</w:t>
      </w:r>
      <w:proofErr w:type="spellEnd"/>
      <w:r>
        <w:rPr>
          <w:lang w:val="nl-NL"/>
        </w:rPr>
        <w:t xml:space="preserve">. Rechtsorde heeft overigens een tutorial gemaakt voor </w:t>
      </w:r>
      <w:proofErr w:type="spellStart"/>
      <w:r>
        <w:rPr>
          <w:lang w:val="nl-NL"/>
        </w:rPr>
        <w:t>Genial</w:t>
      </w:r>
      <w:proofErr w:type="spellEnd"/>
      <w:r>
        <w:rPr>
          <w:lang w:val="nl-NL"/>
        </w:rPr>
        <w:t xml:space="preserve">, die kun je hier vinden: </w:t>
      </w:r>
      <w:hyperlink r:id="rId18" w:history="1">
        <w:r w:rsidRPr="00DB4872">
          <w:rPr>
            <w:rStyle w:val="Hyperlink"/>
            <w:lang w:val="nl-NL"/>
          </w:rPr>
          <w:t>www.rechtsorde.nl/tutorial</w:t>
        </w:r>
      </w:hyperlink>
      <w:r>
        <w:rPr>
          <w:lang w:val="nl-NL"/>
        </w:rPr>
        <w:t xml:space="preserve"> </w:t>
      </w:r>
      <w:r w:rsidR="00DC6A06">
        <w:rPr>
          <w:lang w:val="nl-NL"/>
        </w:rPr>
        <w:t>Deze duurt overigens 30 minuten en is daarom niet geschikt om tijdens deze bijeenkomst te volgen</w:t>
      </w:r>
      <w:r w:rsidR="00E373F5">
        <w:rPr>
          <w:lang w:val="nl-NL"/>
        </w:rPr>
        <w:t>, liever ga je er nu mee experimenteren en volg je later deze tutorial</w:t>
      </w:r>
      <w:r w:rsidR="00DC6A06">
        <w:rPr>
          <w:lang w:val="nl-NL"/>
        </w:rPr>
        <w:t>.</w:t>
      </w:r>
    </w:p>
    <w:p w14:paraId="01718147" w14:textId="6DB41C3B" w:rsidR="001250C3" w:rsidRPr="00073F2D" w:rsidRDefault="00253D30" w:rsidP="00253D30">
      <w:pPr>
        <w:spacing w:before="0" w:after="0" w:line="240" w:lineRule="auto"/>
        <w:rPr>
          <w:lang w:val="nl-NL"/>
        </w:rPr>
      </w:pPr>
      <w:r w:rsidRPr="00073F2D">
        <w:rPr>
          <w:lang w:val="nl-NL"/>
        </w:rPr>
        <w:t xml:space="preserve">Bij </w:t>
      </w:r>
      <w:r w:rsidRPr="00073F2D">
        <w:rPr>
          <w:b/>
          <w:bCs/>
          <w:lang w:val="nl-NL"/>
        </w:rPr>
        <w:t>Werkblad 15 – Ik wil leren wat ik na vandaag kan doen om me verder te ontwikkelen in AI</w:t>
      </w:r>
      <w:r w:rsidR="00073F2D">
        <w:rPr>
          <w:lang w:val="nl-NL"/>
        </w:rPr>
        <w:t xml:space="preserve"> vind je overigens een overzicht van veel Legal AI-tools die beschikbaar zijn in de Benelu</w:t>
      </w:r>
      <w:r w:rsidR="0001558E">
        <w:rPr>
          <w:lang w:val="nl-NL"/>
        </w:rPr>
        <w:t>x.</w:t>
      </w:r>
      <w:r w:rsidR="001250C3" w:rsidRPr="00073F2D">
        <w:rPr>
          <w:lang w:val="nl-NL"/>
        </w:rPr>
        <w:br w:type="page"/>
      </w:r>
    </w:p>
    <w:p w14:paraId="4D4A6BD9" w14:textId="15448A12" w:rsidR="00925C7B" w:rsidRPr="00925C7B" w:rsidRDefault="00925C7B" w:rsidP="003258F1">
      <w:pPr>
        <w:spacing w:before="0" w:after="0" w:line="240" w:lineRule="auto"/>
        <w:rPr>
          <w:b/>
          <w:bCs/>
          <w:lang w:val="nl-NL"/>
        </w:rPr>
      </w:pPr>
      <w:r w:rsidRPr="00925C7B">
        <w:rPr>
          <w:b/>
          <w:bCs/>
          <w:lang w:val="nl-NL"/>
        </w:rPr>
        <w:lastRenderedPageBreak/>
        <w:t>Keuzestress?</w:t>
      </w:r>
    </w:p>
    <w:p w14:paraId="25E4DD8E" w14:textId="77777777" w:rsidR="00324AA5" w:rsidRDefault="003258F1" w:rsidP="003258F1">
      <w:pPr>
        <w:spacing w:before="0" w:after="0" w:line="240" w:lineRule="auto"/>
        <w:rPr>
          <w:lang w:val="nl-NL"/>
        </w:rPr>
      </w:pPr>
      <w:r>
        <w:rPr>
          <w:lang w:val="nl-NL"/>
        </w:rPr>
        <w:t xml:space="preserve">Krijg je keuzestress door al deze opties? Dat </w:t>
      </w:r>
      <w:r w:rsidR="000D5B88">
        <w:rPr>
          <w:lang w:val="nl-NL"/>
        </w:rPr>
        <w:t xml:space="preserve">zou niet gek zijn. Om te experimenteren met AI maakt het niet zoveel uit welke AI-tool je gebruikt. </w:t>
      </w:r>
    </w:p>
    <w:p w14:paraId="220D0BBB" w14:textId="77777777" w:rsidR="00324AA5" w:rsidRDefault="00324AA5" w:rsidP="003258F1">
      <w:pPr>
        <w:spacing w:before="0" w:after="0" w:line="240" w:lineRule="auto"/>
        <w:rPr>
          <w:lang w:val="nl-NL"/>
        </w:rPr>
      </w:pPr>
    </w:p>
    <w:p w14:paraId="40543BFA" w14:textId="58146900" w:rsidR="001250C3" w:rsidRDefault="00925C7B" w:rsidP="003258F1">
      <w:pPr>
        <w:spacing w:before="0" w:after="0" w:line="240" w:lineRule="auto"/>
        <w:rPr>
          <w:lang w:val="nl-NL"/>
        </w:rPr>
      </w:pPr>
      <w:r>
        <w:rPr>
          <w:lang w:val="nl-NL"/>
        </w:rPr>
        <w:t>Beginnen met Co-pilot is het veiligst omdat we daar een verwerkingsovereenkomst mee hebben</w:t>
      </w:r>
      <w:r w:rsidR="00F452A1">
        <w:rPr>
          <w:lang w:val="nl-NL"/>
        </w:rPr>
        <w:t>, maar dit is ook de minst krachtige AI</w:t>
      </w:r>
      <w:r>
        <w:rPr>
          <w:lang w:val="nl-NL"/>
        </w:rPr>
        <w:t>.</w:t>
      </w:r>
      <w:r w:rsidR="00F452A1">
        <w:rPr>
          <w:lang w:val="nl-NL"/>
        </w:rPr>
        <w:t xml:space="preserve"> De uitkomsten van deze </w:t>
      </w:r>
      <w:proofErr w:type="spellStart"/>
      <w:r w:rsidR="00F452A1">
        <w:rPr>
          <w:lang w:val="nl-NL"/>
        </w:rPr>
        <w:t>chatbot</w:t>
      </w:r>
      <w:proofErr w:type="spellEnd"/>
      <w:r w:rsidR="00F452A1">
        <w:rPr>
          <w:lang w:val="nl-NL"/>
        </w:rPr>
        <w:t xml:space="preserve"> zijn dus niet </w:t>
      </w:r>
      <w:r w:rsidR="001250C3">
        <w:rPr>
          <w:lang w:val="nl-NL"/>
        </w:rPr>
        <w:t xml:space="preserve">richtinggevend. Met andere woorden, het kan zijn dat de </w:t>
      </w:r>
      <w:r w:rsidR="00C77BCE">
        <w:rPr>
          <w:lang w:val="nl-NL"/>
        </w:rPr>
        <w:t xml:space="preserve">output van een bepaalde prompt niet indrukwekkend is of zelfs gewoon tegenvalt. Wat tot de conclusie zou kunnen leiden dat dat AI </w:t>
      </w:r>
      <w:r w:rsidR="00F414B9">
        <w:rPr>
          <w:lang w:val="nl-NL"/>
        </w:rPr>
        <w:t xml:space="preserve">niet zoveel voorstelt of dat we het zelfs maar links moeten laten liggen. Terwijl als je dezelfde prompt in zou voeren bij een andere, krachtigere, </w:t>
      </w:r>
      <w:proofErr w:type="spellStart"/>
      <w:r w:rsidR="00F414B9">
        <w:rPr>
          <w:lang w:val="nl-NL"/>
        </w:rPr>
        <w:t>chatbot</w:t>
      </w:r>
      <w:proofErr w:type="spellEnd"/>
      <w:r w:rsidR="00F414B9">
        <w:rPr>
          <w:lang w:val="nl-NL"/>
        </w:rPr>
        <w:t xml:space="preserve"> je wel de kwalitatieve resultaten behaald die je graag zou zien. </w:t>
      </w:r>
      <w:r>
        <w:rPr>
          <w:lang w:val="nl-NL"/>
        </w:rPr>
        <w:br/>
      </w:r>
    </w:p>
    <w:p w14:paraId="43EBBFCC" w14:textId="0606661D" w:rsidR="00255139" w:rsidRDefault="00255139" w:rsidP="00255139">
      <w:pPr>
        <w:spacing w:before="0" w:after="0" w:line="240" w:lineRule="auto"/>
        <w:rPr>
          <w:lang w:val="nl-NL"/>
        </w:rPr>
      </w:pPr>
      <w:r w:rsidRPr="00576302">
        <w:rPr>
          <w:noProof/>
          <w:lang w:val="nl-NL"/>
        </w:rPr>
        <w:drawing>
          <wp:anchor distT="0" distB="0" distL="114300" distR="114300" simplePos="0" relativeHeight="251681792" behindDoc="1" locked="0" layoutInCell="1" allowOverlap="1" wp14:anchorId="1F4ED614" wp14:editId="4C207E59">
            <wp:simplePos x="0" y="0"/>
            <wp:positionH relativeFrom="column">
              <wp:posOffset>1518285</wp:posOffset>
            </wp:positionH>
            <wp:positionV relativeFrom="paragraph">
              <wp:posOffset>70568</wp:posOffset>
            </wp:positionV>
            <wp:extent cx="2289976" cy="3437479"/>
            <wp:effectExtent l="0" t="0" r="0" b="0"/>
            <wp:wrapNone/>
            <wp:docPr id="1582304" name="Afbeelding 1" descr="Afbeelding met kleding, Menselijk gezicht, persoon,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04" name="Afbeelding 1" descr="Afbeelding met kleding, Menselijk gezicht, persoon, tafel&#10;&#10;Door AI gegenereerde inhoud is mogelijk onjuist."/>
                    <pic:cNvPicPr/>
                  </pic:nvPicPr>
                  <pic:blipFill>
                    <a:blip r:embed="rId19"/>
                    <a:stretch>
                      <a:fillRect/>
                    </a:stretch>
                  </pic:blipFill>
                  <pic:spPr>
                    <a:xfrm>
                      <a:off x="0" y="0"/>
                      <a:ext cx="2289976" cy="3437479"/>
                    </a:xfrm>
                    <a:prstGeom prst="rect">
                      <a:avLst/>
                    </a:prstGeom>
                  </pic:spPr>
                </pic:pic>
              </a:graphicData>
            </a:graphic>
            <wp14:sizeRelH relativeFrom="page">
              <wp14:pctWidth>0</wp14:pctWidth>
            </wp14:sizeRelH>
            <wp14:sizeRelV relativeFrom="page">
              <wp14:pctHeight>0</wp14:pctHeight>
            </wp14:sizeRelV>
          </wp:anchor>
        </w:drawing>
      </w:r>
    </w:p>
    <w:p w14:paraId="4629DC36" w14:textId="76A72A15" w:rsidR="00255139" w:rsidRDefault="00255139" w:rsidP="00255139">
      <w:pPr>
        <w:spacing w:before="0" w:after="0" w:line="240" w:lineRule="auto"/>
        <w:rPr>
          <w:lang w:val="nl-NL"/>
        </w:rPr>
      </w:pPr>
    </w:p>
    <w:p w14:paraId="4EF1DB0F" w14:textId="6046DE32" w:rsidR="00255139" w:rsidRDefault="00255139" w:rsidP="00255139">
      <w:pPr>
        <w:spacing w:before="0" w:after="0" w:line="240" w:lineRule="auto"/>
        <w:rPr>
          <w:lang w:val="nl-NL"/>
        </w:rPr>
      </w:pPr>
    </w:p>
    <w:p w14:paraId="2F6DA751" w14:textId="288D91D4" w:rsidR="00255139" w:rsidRDefault="00255139" w:rsidP="00255139">
      <w:pPr>
        <w:spacing w:before="0" w:after="0" w:line="240" w:lineRule="auto"/>
        <w:rPr>
          <w:lang w:val="nl-NL"/>
        </w:rPr>
      </w:pPr>
    </w:p>
    <w:p w14:paraId="1CB8923D" w14:textId="77777777" w:rsidR="00255139" w:rsidRDefault="00255139" w:rsidP="00255139">
      <w:pPr>
        <w:spacing w:before="0" w:after="0" w:line="240" w:lineRule="auto"/>
        <w:rPr>
          <w:lang w:val="nl-NL"/>
        </w:rPr>
      </w:pPr>
    </w:p>
    <w:p w14:paraId="6FCEF065" w14:textId="77777777" w:rsidR="00255139" w:rsidRDefault="00255139" w:rsidP="00255139">
      <w:pPr>
        <w:spacing w:before="0" w:after="0" w:line="240" w:lineRule="auto"/>
        <w:rPr>
          <w:lang w:val="nl-NL"/>
        </w:rPr>
      </w:pPr>
    </w:p>
    <w:p w14:paraId="70E94268" w14:textId="77777777" w:rsidR="00255139" w:rsidRDefault="00255139" w:rsidP="00255139">
      <w:pPr>
        <w:spacing w:before="0" w:after="0" w:line="240" w:lineRule="auto"/>
        <w:rPr>
          <w:lang w:val="nl-NL"/>
        </w:rPr>
      </w:pPr>
    </w:p>
    <w:p w14:paraId="3FA58964" w14:textId="77777777" w:rsidR="00255139" w:rsidRDefault="00255139" w:rsidP="00255139">
      <w:pPr>
        <w:spacing w:before="0" w:after="0" w:line="240" w:lineRule="auto"/>
        <w:rPr>
          <w:lang w:val="nl-NL"/>
        </w:rPr>
      </w:pPr>
    </w:p>
    <w:p w14:paraId="4C9493AD" w14:textId="77777777" w:rsidR="00255139" w:rsidRDefault="00255139" w:rsidP="00255139">
      <w:pPr>
        <w:spacing w:before="0" w:after="0" w:line="240" w:lineRule="auto"/>
        <w:rPr>
          <w:lang w:val="nl-NL"/>
        </w:rPr>
      </w:pPr>
    </w:p>
    <w:p w14:paraId="7AF21F39" w14:textId="77777777" w:rsidR="00255139" w:rsidRDefault="00255139" w:rsidP="00255139">
      <w:pPr>
        <w:spacing w:before="0" w:after="0" w:line="240" w:lineRule="auto"/>
        <w:rPr>
          <w:lang w:val="nl-NL"/>
        </w:rPr>
      </w:pPr>
    </w:p>
    <w:p w14:paraId="35A4C392" w14:textId="77777777" w:rsidR="00255139" w:rsidRDefault="00255139" w:rsidP="00255139">
      <w:pPr>
        <w:spacing w:before="0" w:after="0" w:line="240" w:lineRule="auto"/>
        <w:rPr>
          <w:lang w:val="nl-NL"/>
        </w:rPr>
      </w:pPr>
    </w:p>
    <w:p w14:paraId="0CEF873E" w14:textId="77777777" w:rsidR="00255139" w:rsidRDefault="00255139" w:rsidP="00255139">
      <w:pPr>
        <w:spacing w:before="0" w:after="0" w:line="240" w:lineRule="auto"/>
        <w:rPr>
          <w:lang w:val="nl-NL"/>
        </w:rPr>
      </w:pPr>
    </w:p>
    <w:p w14:paraId="5C2408C6" w14:textId="77777777" w:rsidR="00255139" w:rsidRDefault="00255139" w:rsidP="00255139">
      <w:pPr>
        <w:spacing w:before="0" w:after="0" w:line="240" w:lineRule="auto"/>
        <w:rPr>
          <w:lang w:val="nl-NL"/>
        </w:rPr>
      </w:pPr>
    </w:p>
    <w:p w14:paraId="6D71770F" w14:textId="77777777" w:rsidR="00255139" w:rsidRDefault="00255139" w:rsidP="00255139">
      <w:pPr>
        <w:spacing w:before="0" w:after="0" w:line="240" w:lineRule="auto"/>
        <w:rPr>
          <w:lang w:val="nl-NL"/>
        </w:rPr>
      </w:pPr>
    </w:p>
    <w:p w14:paraId="34F16034" w14:textId="77777777" w:rsidR="00255139" w:rsidRDefault="00255139" w:rsidP="00255139">
      <w:pPr>
        <w:spacing w:before="0" w:after="0" w:line="240" w:lineRule="auto"/>
        <w:rPr>
          <w:lang w:val="nl-NL"/>
        </w:rPr>
      </w:pPr>
    </w:p>
    <w:p w14:paraId="2B047825" w14:textId="77777777" w:rsidR="00255139" w:rsidRDefault="00255139" w:rsidP="00255139">
      <w:pPr>
        <w:spacing w:before="0" w:after="0" w:line="240" w:lineRule="auto"/>
        <w:rPr>
          <w:lang w:val="nl-NL"/>
        </w:rPr>
      </w:pPr>
    </w:p>
    <w:p w14:paraId="6581E155" w14:textId="77777777" w:rsidR="00255139" w:rsidRDefault="00255139" w:rsidP="00255139">
      <w:pPr>
        <w:spacing w:before="0" w:after="0" w:line="240" w:lineRule="auto"/>
        <w:rPr>
          <w:lang w:val="nl-NL"/>
        </w:rPr>
      </w:pPr>
    </w:p>
    <w:p w14:paraId="42AE5511" w14:textId="77777777" w:rsidR="00255139" w:rsidRDefault="00255139" w:rsidP="00255139">
      <w:pPr>
        <w:spacing w:before="0" w:after="0" w:line="240" w:lineRule="auto"/>
        <w:rPr>
          <w:lang w:val="nl-NL"/>
        </w:rPr>
      </w:pPr>
    </w:p>
    <w:p w14:paraId="35024930" w14:textId="77777777" w:rsidR="00255139" w:rsidRDefault="00255139" w:rsidP="00255139">
      <w:pPr>
        <w:spacing w:before="0" w:after="0" w:line="240" w:lineRule="auto"/>
        <w:rPr>
          <w:lang w:val="nl-NL"/>
        </w:rPr>
      </w:pPr>
    </w:p>
    <w:p w14:paraId="33BE9260" w14:textId="77777777" w:rsidR="00255139" w:rsidRDefault="00255139" w:rsidP="00255139">
      <w:pPr>
        <w:spacing w:before="0" w:after="0" w:line="240" w:lineRule="auto"/>
        <w:rPr>
          <w:lang w:val="nl-NL"/>
        </w:rPr>
      </w:pPr>
    </w:p>
    <w:p w14:paraId="310241D8" w14:textId="77777777" w:rsidR="00255139" w:rsidRDefault="00255139" w:rsidP="00255139">
      <w:pPr>
        <w:spacing w:before="0" w:after="0" w:line="240" w:lineRule="auto"/>
        <w:rPr>
          <w:lang w:val="nl-NL"/>
        </w:rPr>
      </w:pPr>
    </w:p>
    <w:p w14:paraId="3EA4D48F" w14:textId="77777777" w:rsidR="00255139" w:rsidRDefault="00255139" w:rsidP="00255139">
      <w:pPr>
        <w:spacing w:before="0" w:after="0" w:line="240" w:lineRule="auto"/>
        <w:rPr>
          <w:lang w:val="nl-NL"/>
        </w:rPr>
      </w:pPr>
    </w:p>
    <w:p w14:paraId="547B4AAA" w14:textId="77777777" w:rsidR="00255139" w:rsidRDefault="00255139" w:rsidP="00255139">
      <w:pPr>
        <w:spacing w:before="0" w:after="0" w:line="240" w:lineRule="auto"/>
        <w:rPr>
          <w:lang w:val="nl-NL"/>
        </w:rPr>
      </w:pPr>
    </w:p>
    <w:p w14:paraId="392CFC1E" w14:textId="77777777" w:rsidR="00255139" w:rsidRDefault="00255139" w:rsidP="00255139">
      <w:pPr>
        <w:spacing w:before="0" w:after="0" w:line="240" w:lineRule="auto"/>
        <w:rPr>
          <w:lang w:val="nl-NL"/>
        </w:rPr>
      </w:pPr>
    </w:p>
    <w:p w14:paraId="53FD06D6" w14:textId="29D145FD" w:rsidR="00255139" w:rsidRDefault="00255139" w:rsidP="00255139">
      <w:pPr>
        <w:spacing w:before="0" w:after="0" w:line="240" w:lineRule="auto"/>
        <w:ind w:left="2160"/>
        <w:rPr>
          <w:lang w:val="nl-NL"/>
        </w:rPr>
      </w:pPr>
      <w:r>
        <w:rPr>
          <w:lang w:val="nl-NL"/>
        </w:rPr>
        <w:t xml:space="preserve">      Deze afbeelding is gemaakt met </w:t>
      </w:r>
      <w:proofErr w:type="spellStart"/>
      <w:r>
        <w:rPr>
          <w:lang w:val="nl-NL"/>
        </w:rPr>
        <w:t>ChatGPT</w:t>
      </w:r>
      <w:proofErr w:type="spellEnd"/>
    </w:p>
    <w:p w14:paraId="5E06BF74" w14:textId="77777777" w:rsidR="00255139" w:rsidRDefault="00255139" w:rsidP="003258F1">
      <w:pPr>
        <w:spacing w:before="0" w:after="0" w:line="240" w:lineRule="auto"/>
        <w:rPr>
          <w:lang w:val="nl-NL"/>
        </w:rPr>
      </w:pPr>
    </w:p>
    <w:p w14:paraId="65E427AB" w14:textId="638B4474" w:rsidR="004344F8" w:rsidRDefault="00F414B9" w:rsidP="003258F1">
      <w:pPr>
        <w:spacing w:before="0" w:after="0" w:line="240" w:lineRule="auto"/>
        <w:rPr>
          <w:lang w:val="nl-NL"/>
        </w:rPr>
      </w:pPr>
      <w:r>
        <w:rPr>
          <w:lang w:val="nl-NL"/>
        </w:rPr>
        <w:t xml:space="preserve">Daarom is ons advies. </w:t>
      </w:r>
      <w:r w:rsidR="00925C7B">
        <w:rPr>
          <w:lang w:val="nl-NL"/>
        </w:rPr>
        <w:t>p</w:t>
      </w:r>
      <w:r w:rsidR="000D5B88">
        <w:rPr>
          <w:lang w:val="nl-NL"/>
        </w:rPr>
        <w:t xml:space="preserve">robeer er één </w:t>
      </w:r>
      <w:r>
        <w:rPr>
          <w:lang w:val="nl-NL"/>
        </w:rPr>
        <w:t xml:space="preserve">maar liefst </w:t>
      </w:r>
      <w:r w:rsidR="000D5B88">
        <w:rPr>
          <w:lang w:val="nl-NL"/>
        </w:rPr>
        <w:t xml:space="preserve">meerdere </w:t>
      </w:r>
      <w:r>
        <w:rPr>
          <w:lang w:val="nl-NL"/>
        </w:rPr>
        <w:t xml:space="preserve">chatbots </w:t>
      </w:r>
      <w:r w:rsidR="000D5B88">
        <w:rPr>
          <w:lang w:val="nl-NL"/>
        </w:rPr>
        <w:t xml:space="preserve">uit om te zien wat jouw voorkeur heeft. </w:t>
      </w:r>
      <w:r w:rsidR="004344F8">
        <w:rPr>
          <w:lang w:val="nl-NL"/>
        </w:rPr>
        <w:t>Als je privacy belangrijk vind, is duck.ai een goede optie, omdat je daar privacy</w:t>
      </w:r>
      <w:r w:rsidR="005B2054">
        <w:rPr>
          <w:lang w:val="nl-NL"/>
        </w:rPr>
        <w:t>-</w:t>
      </w:r>
      <w:r w:rsidR="004344F8">
        <w:rPr>
          <w:lang w:val="nl-NL"/>
        </w:rPr>
        <w:t xml:space="preserve">vriendelijk </w:t>
      </w:r>
      <w:r w:rsidR="005B2054">
        <w:rPr>
          <w:lang w:val="nl-NL"/>
        </w:rPr>
        <w:t>verschillende chatbots kunt proberen. Ook hierbij geldt wel dat duck.ai meestal niet toegang heeft tot de laatste en meest krachtige modellen.</w:t>
      </w:r>
    </w:p>
    <w:p w14:paraId="16E583E1" w14:textId="77777777" w:rsidR="00324AA5" w:rsidRDefault="00324AA5" w:rsidP="003258F1">
      <w:pPr>
        <w:spacing w:before="0" w:after="0" w:line="240" w:lineRule="auto"/>
        <w:rPr>
          <w:lang w:val="nl-NL"/>
        </w:rPr>
      </w:pPr>
    </w:p>
    <w:p w14:paraId="09E990B2" w14:textId="4FA64A85" w:rsidR="00324AA5" w:rsidRDefault="00324AA5" w:rsidP="003258F1">
      <w:pPr>
        <w:spacing w:before="0" w:after="0" w:line="240" w:lineRule="auto"/>
        <w:rPr>
          <w:lang w:val="nl-NL"/>
        </w:rPr>
      </w:pPr>
      <w:r>
        <w:rPr>
          <w:lang w:val="nl-NL"/>
        </w:rPr>
        <w:t xml:space="preserve">Kies </w:t>
      </w:r>
      <w:r w:rsidR="00024B8B">
        <w:rPr>
          <w:lang w:val="nl-NL"/>
        </w:rPr>
        <w:t>verder</w:t>
      </w:r>
      <w:r>
        <w:rPr>
          <w:lang w:val="nl-NL"/>
        </w:rPr>
        <w:t xml:space="preserve"> niet </w:t>
      </w:r>
      <w:proofErr w:type="spellStart"/>
      <w:r>
        <w:rPr>
          <w:lang w:val="nl-NL"/>
        </w:rPr>
        <w:t>Genial</w:t>
      </w:r>
      <w:proofErr w:type="spellEnd"/>
      <w:r>
        <w:rPr>
          <w:lang w:val="nl-NL"/>
        </w:rPr>
        <w:t xml:space="preserve"> om de opdrachten op de werkbladen uit te voeren, </w:t>
      </w:r>
      <w:proofErr w:type="spellStart"/>
      <w:r>
        <w:rPr>
          <w:lang w:val="nl-NL"/>
        </w:rPr>
        <w:t>Genial</w:t>
      </w:r>
      <w:proofErr w:type="spellEnd"/>
      <w:r>
        <w:rPr>
          <w:lang w:val="nl-NL"/>
        </w:rPr>
        <w:t xml:space="preserve"> is namelijk geen algemene </w:t>
      </w:r>
      <w:proofErr w:type="spellStart"/>
      <w:r>
        <w:rPr>
          <w:lang w:val="nl-NL"/>
        </w:rPr>
        <w:t>chatbot</w:t>
      </w:r>
      <w:proofErr w:type="spellEnd"/>
      <w:r>
        <w:rPr>
          <w:lang w:val="nl-NL"/>
        </w:rPr>
        <w:t xml:space="preserve">, maar </w:t>
      </w:r>
      <w:r w:rsidR="00934DA1">
        <w:rPr>
          <w:lang w:val="nl-NL"/>
        </w:rPr>
        <w:t xml:space="preserve">deze is echt bedoeld voor juridisch onderzoek. Bij sommige opdrachten op werkblad 2 onder andere wordt in een stappenplan wel gevraagd om </w:t>
      </w:r>
      <w:proofErr w:type="spellStart"/>
      <w:r w:rsidR="00934DA1">
        <w:rPr>
          <w:lang w:val="nl-NL"/>
        </w:rPr>
        <w:t>Genial</w:t>
      </w:r>
      <w:proofErr w:type="spellEnd"/>
      <w:r w:rsidR="00934DA1">
        <w:rPr>
          <w:lang w:val="nl-NL"/>
        </w:rPr>
        <w:t xml:space="preserve"> </w:t>
      </w:r>
      <w:r w:rsidR="00024B8B">
        <w:rPr>
          <w:lang w:val="nl-NL"/>
        </w:rPr>
        <w:t>te gebruiken, dan kun je deze natuurlijk wel openen.</w:t>
      </w:r>
    </w:p>
    <w:p w14:paraId="3A008CAB" w14:textId="77777777" w:rsidR="004344F8" w:rsidRDefault="004344F8" w:rsidP="003258F1">
      <w:pPr>
        <w:spacing w:before="0" w:after="0" w:line="240" w:lineRule="auto"/>
        <w:rPr>
          <w:lang w:val="nl-NL"/>
        </w:rPr>
      </w:pPr>
    </w:p>
    <w:p w14:paraId="56AA3187" w14:textId="77777777" w:rsidR="00255139" w:rsidRDefault="00925C7B" w:rsidP="003258F1">
      <w:pPr>
        <w:spacing w:before="0" w:after="0" w:line="240" w:lineRule="auto"/>
        <w:rPr>
          <w:lang w:val="nl-NL"/>
        </w:rPr>
      </w:pPr>
      <w:r>
        <w:rPr>
          <w:lang w:val="nl-NL"/>
        </w:rPr>
        <w:t xml:space="preserve">In de opdrachten </w:t>
      </w:r>
      <w:r w:rsidR="004344F8">
        <w:rPr>
          <w:lang w:val="nl-NL"/>
        </w:rPr>
        <w:t xml:space="preserve">in de werkbladen </w:t>
      </w:r>
      <w:r>
        <w:rPr>
          <w:lang w:val="nl-NL"/>
        </w:rPr>
        <w:t>wordt</w:t>
      </w:r>
      <w:r w:rsidR="005B2054">
        <w:rPr>
          <w:lang w:val="nl-NL"/>
        </w:rPr>
        <w:t xml:space="preserve"> overigens</w:t>
      </w:r>
      <w:r>
        <w:rPr>
          <w:lang w:val="nl-NL"/>
        </w:rPr>
        <w:t xml:space="preserve"> </w:t>
      </w:r>
      <w:r w:rsidR="004344F8">
        <w:rPr>
          <w:lang w:val="nl-NL"/>
        </w:rPr>
        <w:t xml:space="preserve">ook </w:t>
      </w:r>
      <w:r w:rsidR="005B2054">
        <w:rPr>
          <w:lang w:val="nl-NL"/>
        </w:rPr>
        <w:t xml:space="preserve">meermalen </w:t>
      </w:r>
      <w:r>
        <w:rPr>
          <w:lang w:val="nl-NL"/>
        </w:rPr>
        <w:t xml:space="preserve">gevraagd om op momenten de opdrachten ook in een andere AI-tool uit te proberen, zodat je ervaart welke verschillen er zijn. </w:t>
      </w:r>
    </w:p>
    <w:p w14:paraId="1F577405" w14:textId="77777777" w:rsidR="00255139" w:rsidRDefault="00255139" w:rsidP="003258F1">
      <w:pPr>
        <w:spacing w:before="0" w:after="0" w:line="240" w:lineRule="auto"/>
        <w:rPr>
          <w:lang w:val="nl-NL"/>
        </w:rPr>
      </w:pPr>
    </w:p>
    <w:p w14:paraId="2660A9A9" w14:textId="77777777" w:rsidR="00255139" w:rsidRDefault="00925C7B" w:rsidP="003258F1">
      <w:pPr>
        <w:spacing w:before="0" w:after="0" w:line="240" w:lineRule="auto"/>
        <w:rPr>
          <w:lang w:val="nl-NL"/>
        </w:rPr>
      </w:pPr>
      <w:r>
        <w:rPr>
          <w:lang w:val="nl-NL"/>
        </w:rPr>
        <w:t>Dat kan uiteindelijk ook helpen om een definitieve keuze te maken voor welke AI-tool jij gaat gebruiken.</w:t>
      </w:r>
      <w:r w:rsidR="00B801F6">
        <w:rPr>
          <w:lang w:val="nl-NL"/>
        </w:rPr>
        <w:t xml:space="preserve"> </w:t>
      </w:r>
    </w:p>
    <w:p w14:paraId="36FE6879" w14:textId="77777777" w:rsidR="00255139" w:rsidRDefault="00255139" w:rsidP="003258F1">
      <w:pPr>
        <w:spacing w:before="0" w:after="0" w:line="240" w:lineRule="auto"/>
        <w:rPr>
          <w:lang w:val="nl-NL"/>
        </w:rPr>
      </w:pPr>
    </w:p>
    <w:p w14:paraId="66ACD63B" w14:textId="12CE974E" w:rsidR="00077903" w:rsidRDefault="00B801F6" w:rsidP="003258F1">
      <w:pPr>
        <w:spacing w:before="0" w:after="0" w:line="240" w:lineRule="auto"/>
        <w:rPr>
          <w:lang w:val="nl-NL"/>
        </w:rPr>
      </w:pPr>
      <w:r>
        <w:rPr>
          <w:lang w:val="nl-NL"/>
        </w:rPr>
        <w:t xml:space="preserve">Okay, nu we een keuze hebben gemaakt, kunnen we echt gaan beginnen! </w:t>
      </w:r>
      <w:r w:rsidR="003258F1">
        <w:rPr>
          <w:lang w:val="nl-NL"/>
        </w:rPr>
        <w:br/>
      </w:r>
    </w:p>
    <w:p w14:paraId="3EFE32F9" w14:textId="73552159" w:rsidR="008830E5" w:rsidRDefault="0079121F" w:rsidP="008830E5">
      <w:pPr>
        <w:pStyle w:val="Kop2"/>
        <w:spacing w:before="0" w:line="240" w:lineRule="auto"/>
        <w:rPr>
          <w:sz w:val="16"/>
          <w:szCs w:val="16"/>
          <w:lang w:val="nl-NL"/>
        </w:rPr>
      </w:pPr>
      <w:r w:rsidRPr="00387949">
        <w:rPr>
          <w:sz w:val="16"/>
          <w:szCs w:val="16"/>
          <w:lang w:val="nl-NL"/>
        </w:rPr>
        <w:lastRenderedPageBreak/>
        <w:t>Stappenplan</w:t>
      </w:r>
    </w:p>
    <w:p w14:paraId="5D45B744" w14:textId="5A5AD851" w:rsidR="00325D2C" w:rsidRPr="00387949" w:rsidRDefault="00075B15" w:rsidP="00936394">
      <w:pPr>
        <w:pStyle w:val="Kop2"/>
        <w:spacing w:before="0" w:line="240" w:lineRule="auto"/>
        <w:rPr>
          <w:sz w:val="16"/>
          <w:szCs w:val="16"/>
          <w:lang w:val="nl-NL"/>
        </w:rPr>
      </w:pPr>
      <w:r w:rsidRPr="00387949">
        <w:rPr>
          <w:sz w:val="16"/>
          <w:szCs w:val="16"/>
          <w:lang w:val="nl-NL"/>
        </w:rPr>
        <w:t>Deel 1</w:t>
      </w:r>
      <w:r w:rsidR="00AC425C" w:rsidRPr="00387949">
        <w:rPr>
          <w:sz w:val="16"/>
          <w:szCs w:val="16"/>
          <w:lang w:val="nl-NL"/>
        </w:rPr>
        <w:t>, een eerste verkenning</w:t>
      </w:r>
    </w:p>
    <w:p w14:paraId="569487A4" w14:textId="77777777" w:rsidR="00325D2C" w:rsidRPr="00862DF4" w:rsidRDefault="0079121F" w:rsidP="00936394">
      <w:pPr>
        <w:pStyle w:val="Lijstnummering"/>
        <w:spacing w:before="0" w:after="0" w:line="240" w:lineRule="auto"/>
        <w:rPr>
          <w:lang w:val="nl-NL"/>
        </w:rPr>
      </w:pPr>
      <w:r w:rsidRPr="00862DF4">
        <w:rPr>
          <w:lang w:val="nl-NL"/>
        </w:rPr>
        <w:t>Open een AI-tool naar keuze.</w:t>
      </w:r>
    </w:p>
    <w:p w14:paraId="250B5729" w14:textId="1C63DC05" w:rsidR="0076718C" w:rsidRDefault="00862DF4" w:rsidP="00936394">
      <w:pPr>
        <w:pStyle w:val="Lijstnummering"/>
        <w:numPr>
          <w:ilvl w:val="0"/>
          <w:numId w:val="0"/>
        </w:numPr>
        <w:spacing w:before="0" w:after="0" w:line="240" w:lineRule="auto"/>
        <w:ind w:left="360"/>
        <w:rPr>
          <w:lang w:val="nl-NL"/>
        </w:rPr>
      </w:pPr>
      <w:r>
        <w:rPr>
          <w:lang w:val="nl-NL"/>
        </w:rPr>
        <w:t xml:space="preserve">- </w:t>
      </w:r>
      <w:r w:rsidR="0071447E">
        <w:rPr>
          <w:lang w:val="nl-NL"/>
        </w:rPr>
        <w:t>Zoek online naar</w:t>
      </w:r>
      <w:r>
        <w:rPr>
          <w:lang w:val="nl-NL"/>
        </w:rPr>
        <w:t xml:space="preserve"> Google Gemini, Co-pilot, </w:t>
      </w:r>
      <w:proofErr w:type="spellStart"/>
      <w:r w:rsidR="0071447E">
        <w:rPr>
          <w:lang w:val="nl-NL"/>
        </w:rPr>
        <w:t>ChatGPT</w:t>
      </w:r>
      <w:proofErr w:type="spellEnd"/>
      <w:r w:rsidR="0071447E">
        <w:rPr>
          <w:lang w:val="nl-NL"/>
        </w:rPr>
        <w:t xml:space="preserve">, Claude, </w:t>
      </w:r>
      <w:r w:rsidR="000E00FA">
        <w:rPr>
          <w:lang w:val="nl-NL"/>
        </w:rPr>
        <w:t>Mistral</w:t>
      </w:r>
      <w:r w:rsidR="00C2154F">
        <w:rPr>
          <w:lang w:val="nl-NL"/>
        </w:rPr>
        <w:t>.</w:t>
      </w:r>
      <w:r w:rsidR="00EF4A8A">
        <w:rPr>
          <w:lang w:val="nl-NL"/>
        </w:rPr>
        <w:t xml:space="preserve"> </w:t>
      </w:r>
      <w:r w:rsidR="00C2154F">
        <w:rPr>
          <w:lang w:val="nl-NL"/>
        </w:rPr>
        <w:t xml:space="preserve"> </w:t>
      </w:r>
    </w:p>
    <w:p w14:paraId="30722194" w14:textId="198BFF82" w:rsidR="00862DF4" w:rsidRPr="00862DF4" w:rsidRDefault="00C2154F" w:rsidP="00936394">
      <w:pPr>
        <w:pStyle w:val="Lijstnummering"/>
        <w:numPr>
          <w:ilvl w:val="0"/>
          <w:numId w:val="0"/>
        </w:numPr>
        <w:spacing w:before="0" w:after="0" w:line="240" w:lineRule="auto"/>
        <w:ind w:left="360"/>
        <w:rPr>
          <w:lang w:val="nl-NL"/>
        </w:rPr>
      </w:pPr>
      <w:r>
        <w:rPr>
          <w:lang w:val="nl-NL"/>
        </w:rPr>
        <w:t xml:space="preserve">Het kan zijn dat je </w:t>
      </w:r>
      <w:r w:rsidR="0076718C">
        <w:rPr>
          <w:lang w:val="nl-NL"/>
        </w:rPr>
        <w:t xml:space="preserve">bij sommige </w:t>
      </w:r>
      <w:r w:rsidR="0049606C">
        <w:rPr>
          <w:lang w:val="nl-NL"/>
        </w:rPr>
        <w:t>AI-</w:t>
      </w:r>
      <w:r w:rsidR="00075B15">
        <w:rPr>
          <w:lang w:val="nl-NL"/>
        </w:rPr>
        <w:t>tool</w:t>
      </w:r>
      <w:r w:rsidR="0049606C">
        <w:rPr>
          <w:lang w:val="nl-NL"/>
        </w:rPr>
        <w:t xml:space="preserve">s </w:t>
      </w:r>
      <w:r>
        <w:rPr>
          <w:lang w:val="nl-NL"/>
        </w:rPr>
        <w:t xml:space="preserve">een account moet aanmaken en moet inloggen. Gebruik </w:t>
      </w:r>
      <w:r w:rsidR="0049606C">
        <w:rPr>
          <w:lang w:val="nl-NL"/>
        </w:rPr>
        <w:t xml:space="preserve">daarvoor </w:t>
      </w:r>
      <w:r>
        <w:rPr>
          <w:lang w:val="nl-NL"/>
        </w:rPr>
        <w:t xml:space="preserve">liever niet je zakelijke e-mailadres. </w:t>
      </w:r>
      <w:r w:rsidR="00716168">
        <w:rPr>
          <w:lang w:val="nl-NL"/>
        </w:rPr>
        <w:t xml:space="preserve">Overweeg om een gratis </w:t>
      </w:r>
      <w:r w:rsidR="00387BA6">
        <w:rPr>
          <w:lang w:val="nl-NL"/>
        </w:rPr>
        <w:t xml:space="preserve">en anoniem </w:t>
      </w:r>
      <w:r w:rsidR="00716168">
        <w:rPr>
          <w:lang w:val="nl-NL"/>
        </w:rPr>
        <w:t>e-mailadres aan te maken</w:t>
      </w:r>
      <w:r w:rsidR="0049606C">
        <w:rPr>
          <w:lang w:val="nl-NL"/>
        </w:rPr>
        <w:t xml:space="preserve"> als je een AI-applicatie vaker wilt gebruiken</w:t>
      </w:r>
      <w:r w:rsidR="00716168">
        <w:rPr>
          <w:lang w:val="nl-NL"/>
        </w:rPr>
        <w:t xml:space="preserve">, bijvoorbeeld </w:t>
      </w:r>
      <w:r w:rsidR="007517C4">
        <w:rPr>
          <w:lang w:val="nl-NL"/>
        </w:rPr>
        <w:t xml:space="preserve">een </w:t>
      </w:r>
      <w:r w:rsidR="007517C4" w:rsidRPr="007517C4">
        <w:rPr>
          <w:lang w:val="nl-NL"/>
        </w:rPr>
        <w:t>outlook</w:t>
      </w:r>
      <w:r w:rsidR="0049606C">
        <w:rPr>
          <w:lang w:val="nl-NL"/>
        </w:rPr>
        <w:t xml:space="preserve"> of Gmail</w:t>
      </w:r>
      <w:r w:rsidR="0076718C">
        <w:rPr>
          <w:lang w:val="nl-NL"/>
        </w:rPr>
        <w:t xml:space="preserve"> e-mailadres.</w:t>
      </w:r>
      <w:r w:rsidR="0071447E">
        <w:rPr>
          <w:lang w:val="nl-NL"/>
        </w:rPr>
        <w:br/>
      </w:r>
      <w:r w:rsidR="0076718C">
        <w:rPr>
          <w:lang w:val="nl-NL"/>
        </w:rPr>
        <w:t>- je kunt oo</w:t>
      </w:r>
      <w:r w:rsidR="0049606C">
        <w:rPr>
          <w:lang w:val="nl-NL"/>
        </w:rPr>
        <w:t xml:space="preserve">k </w:t>
      </w:r>
      <w:r w:rsidR="0071447E">
        <w:rPr>
          <w:lang w:val="nl-NL"/>
        </w:rPr>
        <w:t>Duck.ai</w:t>
      </w:r>
      <w:r w:rsidR="0049606C">
        <w:rPr>
          <w:lang w:val="nl-NL"/>
        </w:rPr>
        <w:t xml:space="preserve"> gebruiken. Dat is een gratis A</w:t>
      </w:r>
      <w:r w:rsidR="00406A35">
        <w:rPr>
          <w:lang w:val="nl-NL"/>
        </w:rPr>
        <w:t>I</w:t>
      </w:r>
      <w:r w:rsidR="0049606C">
        <w:rPr>
          <w:lang w:val="nl-NL"/>
        </w:rPr>
        <w:t>-tool waarbij je niet hoeft in te loggen.</w:t>
      </w:r>
      <w:r w:rsidR="00075B15">
        <w:rPr>
          <w:lang w:val="nl-NL"/>
        </w:rPr>
        <w:br/>
        <w:t xml:space="preserve">Bij deze </w:t>
      </w:r>
      <w:r w:rsidR="0002270B">
        <w:rPr>
          <w:lang w:val="nl-NL"/>
        </w:rPr>
        <w:t xml:space="preserve">website </w:t>
      </w:r>
      <w:r w:rsidR="00075B15">
        <w:rPr>
          <w:lang w:val="nl-NL"/>
        </w:rPr>
        <w:t xml:space="preserve">moet je </w:t>
      </w:r>
      <w:r w:rsidR="0002270B">
        <w:rPr>
          <w:lang w:val="nl-NL"/>
        </w:rPr>
        <w:t xml:space="preserve">aanklikken welke AI-tool je wilt gebruiken voor je vraag. Maak hierin een keuze. </w:t>
      </w:r>
    </w:p>
    <w:p w14:paraId="1B24738D" w14:textId="77777777" w:rsidR="00325D2C" w:rsidRPr="00862DF4" w:rsidRDefault="0079121F" w:rsidP="00936394">
      <w:pPr>
        <w:pStyle w:val="Lijstnummering"/>
        <w:spacing w:before="0" w:after="0" w:line="240" w:lineRule="auto"/>
        <w:rPr>
          <w:lang w:val="nl-NL"/>
        </w:rPr>
      </w:pPr>
      <w:r w:rsidRPr="00862DF4">
        <w:rPr>
          <w:lang w:val="nl-NL"/>
        </w:rPr>
        <w:t>Schrijf in 2 zinnen jouw context: functie, vak/domein, en wat je vandaag wilt bereiken.</w:t>
      </w:r>
    </w:p>
    <w:p w14:paraId="60719AF3" w14:textId="0751F0AD" w:rsidR="00325D2C" w:rsidRPr="00862DF4" w:rsidRDefault="0079121F" w:rsidP="00936394">
      <w:pPr>
        <w:pStyle w:val="Lijstnummering"/>
        <w:spacing w:before="0" w:after="0" w:line="240" w:lineRule="auto"/>
        <w:rPr>
          <w:lang w:val="nl-NL"/>
        </w:rPr>
      </w:pPr>
      <w:r w:rsidRPr="00862DF4">
        <w:rPr>
          <w:lang w:val="nl-NL"/>
        </w:rPr>
        <w:t xml:space="preserve">Stel één concrete </w:t>
      </w:r>
      <w:r w:rsidR="0002270B">
        <w:rPr>
          <w:lang w:val="nl-NL"/>
        </w:rPr>
        <w:t xml:space="preserve">juridische </w:t>
      </w:r>
      <w:r w:rsidRPr="00862DF4">
        <w:rPr>
          <w:lang w:val="nl-NL"/>
        </w:rPr>
        <w:t>vraag</w:t>
      </w:r>
      <w:r w:rsidR="0002270B">
        <w:rPr>
          <w:lang w:val="nl-NL"/>
        </w:rPr>
        <w:t xml:space="preserve">. </w:t>
      </w:r>
      <w:r w:rsidR="00F84816">
        <w:rPr>
          <w:lang w:val="nl-NL"/>
        </w:rPr>
        <w:t xml:space="preserve">Wacht op de reactie. </w:t>
      </w:r>
    </w:p>
    <w:p w14:paraId="015234FF" w14:textId="1A7F2EF2" w:rsidR="00325D2C" w:rsidRPr="00862DF4" w:rsidRDefault="0079121F" w:rsidP="00936394">
      <w:pPr>
        <w:pStyle w:val="Lijstnummering"/>
        <w:spacing w:before="0" w:after="0" w:line="240" w:lineRule="auto"/>
        <w:rPr>
          <w:lang w:val="nl-NL"/>
        </w:rPr>
      </w:pPr>
      <w:r w:rsidRPr="00862DF4">
        <w:rPr>
          <w:lang w:val="nl-NL"/>
        </w:rPr>
        <w:t xml:space="preserve">Vraag </w:t>
      </w:r>
      <w:r w:rsidR="00F84816">
        <w:rPr>
          <w:lang w:val="nl-NL"/>
        </w:rPr>
        <w:t xml:space="preserve">nadat je antwoord hebt gekregen </w:t>
      </w:r>
      <w:r w:rsidRPr="00862DF4">
        <w:rPr>
          <w:lang w:val="nl-NL"/>
        </w:rPr>
        <w:t xml:space="preserve">om een gestructureerd antwoord (bijv. in </w:t>
      </w:r>
      <w:proofErr w:type="spellStart"/>
      <w:r w:rsidRPr="00862DF4">
        <w:rPr>
          <w:lang w:val="nl-NL"/>
        </w:rPr>
        <w:t>bullets</w:t>
      </w:r>
      <w:proofErr w:type="spellEnd"/>
      <w:r w:rsidRPr="00862DF4">
        <w:rPr>
          <w:lang w:val="nl-NL"/>
        </w:rPr>
        <w:t xml:space="preserve"> of stappen).</w:t>
      </w:r>
    </w:p>
    <w:p w14:paraId="49C7D083" w14:textId="45665F70" w:rsidR="00325D2C" w:rsidRDefault="0079121F" w:rsidP="00936394">
      <w:pPr>
        <w:pStyle w:val="Lijstnummering"/>
        <w:spacing w:before="0" w:after="0" w:line="240" w:lineRule="auto"/>
        <w:rPr>
          <w:lang w:val="nl-NL"/>
        </w:rPr>
      </w:pPr>
      <w:r w:rsidRPr="00862DF4">
        <w:rPr>
          <w:lang w:val="nl-NL"/>
        </w:rPr>
        <w:t>Stel een vervolgvraag: ‘Welke aannames doe je?’ of ‘Welke bronnen/regels zijn hierbij relevant?’</w:t>
      </w:r>
    </w:p>
    <w:p w14:paraId="4E3AD4CA" w14:textId="5A7EF79B" w:rsidR="00273D10" w:rsidRDefault="00273D10" w:rsidP="00936394">
      <w:pPr>
        <w:pStyle w:val="Lijstnummering"/>
        <w:spacing w:before="0" w:after="0" w:line="240" w:lineRule="auto"/>
        <w:rPr>
          <w:lang w:val="nl-NL"/>
        </w:rPr>
      </w:pPr>
      <w:r>
        <w:rPr>
          <w:lang w:val="nl-NL"/>
        </w:rPr>
        <w:t xml:space="preserve">Stel een andere juridische vraag en doorloop de stappen </w:t>
      </w:r>
      <w:r w:rsidR="00497919">
        <w:rPr>
          <w:lang w:val="nl-NL"/>
        </w:rPr>
        <w:t>4 en 5 nogmaals.</w:t>
      </w:r>
    </w:p>
    <w:p w14:paraId="65B7D065" w14:textId="211F8A0C" w:rsidR="00497919" w:rsidRDefault="00497919" w:rsidP="00936394">
      <w:pPr>
        <w:pStyle w:val="Lijstnummering"/>
        <w:spacing w:before="0" w:after="0" w:line="240" w:lineRule="auto"/>
        <w:rPr>
          <w:lang w:val="nl-NL"/>
        </w:rPr>
      </w:pPr>
      <w:r>
        <w:rPr>
          <w:lang w:val="nl-NL"/>
        </w:rPr>
        <w:t>Probeer een makkelijke vraag te stellen en probeer een moeilijke vraag te stellen.</w:t>
      </w:r>
    </w:p>
    <w:p w14:paraId="5B31CF66" w14:textId="766973E4" w:rsidR="00CB486B" w:rsidRDefault="00CB486B" w:rsidP="00936394">
      <w:pPr>
        <w:pStyle w:val="Lijstnummering"/>
        <w:spacing w:after="0" w:line="240" w:lineRule="auto"/>
        <w:rPr>
          <w:lang w:val="nl-NL"/>
        </w:rPr>
      </w:pPr>
      <w:r>
        <w:rPr>
          <w:lang w:val="nl-NL"/>
        </w:rPr>
        <w:t xml:space="preserve">Het aanbod aan AI-tools kan overweldigd zijn in het begin. Als je online gaat zoeken, dan kom je er al snel achter dat er honderden, zo niet duizenden AI-tools zijn die allemaal beweren dat ze beste zijn. Bovenstaande AI-tools komen uit de meeste testen naar voren als beste geteste AI-tools. Welke AI-tool je het meest gaat gebruiken is een persoonlijke keuze. </w:t>
      </w:r>
      <w:r w:rsidR="00BC6865">
        <w:rPr>
          <w:lang w:val="nl-NL"/>
        </w:rPr>
        <w:t xml:space="preserve">Daar is geen goed of fout in. Althans, er is ook een Chinese tool met de naam </w:t>
      </w:r>
      <w:proofErr w:type="spellStart"/>
      <w:r w:rsidR="00BC6865">
        <w:rPr>
          <w:lang w:val="nl-NL"/>
        </w:rPr>
        <w:t>Deepseek</w:t>
      </w:r>
      <w:proofErr w:type="spellEnd"/>
      <w:r w:rsidR="00BC6865">
        <w:rPr>
          <w:lang w:val="nl-NL"/>
        </w:rPr>
        <w:t xml:space="preserve">, die op sommige vlakken (zoals diepgaand onderzoek) zeer indrukwekkend is, maar van deze tool is ook bekend dat alle gebruikersgegevens in China worden opgeslagen. Die kies je dan ook beter niet. Probeer en experimenteer met een aantal verschillende AI-tools om te ondervinden welke tool voor jou het beste werkt. En probeer af en toe een andere AI-tool uit om bij te blijven. </w:t>
      </w:r>
    </w:p>
    <w:p w14:paraId="3B7AB99E" w14:textId="77777777" w:rsidR="00936394" w:rsidRDefault="00936394" w:rsidP="00936394">
      <w:pPr>
        <w:pStyle w:val="Lijstnummering"/>
        <w:numPr>
          <w:ilvl w:val="0"/>
          <w:numId w:val="0"/>
        </w:numPr>
        <w:spacing w:before="0" w:after="0" w:line="240" w:lineRule="auto"/>
        <w:ind w:left="360"/>
        <w:rPr>
          <w:lang w:val="nl-NL"/>
        </w:rPr>
      </w:pPr>
    </w:p>
    <w:p w14:paraId="59DA2B2F" w14:textId="658EC664" w:rsidR="00075B15" w:rsidRDefault="00075B15" w:rsidP="00936394">
      <w:pPr>
        <w:pStyle w:val="Kop2"/>
        <w:spacing w:before="0" w:line="240" w:lineRule="auto"/>
      </w:pPr>
      <w:r>
        <w:t>Deel 2</w:t>
      </w:r>
      <w:r w:rsidR="00AC425C">
        <w:t>, verschillende AI-tools</w:t>
      </w:r>
    </w:p>
    <w:p w14:paraId="21B78497" w14:textId="1B7ADE4E" w:rsidR="00075B15" w:rsidRDefault="00075B15" w:rsidP="00936394">
      <w:pPr>
        <w:pStyle w:val="Lijstnummering"/>
        <w:numPr>
          <w:ilvl w:val="0"/>
          <w:numId w:val="7"/>
        </w:numPr>
        <w:spacing w:before="0" w:after="0" w:line="240" w:lineRule="auto"/>
        <w:rPr>
          <w:lang w:val="nl-NL"/>
        </w:rPr>
      </w:pPr>
      <w:r w:rsidRPr="00F84816">
        <w:rPr>
          <w:lang w:val="nl-NL"/>
        </w:rPr>
        <w:t>Open een andere AI-tool of kies in Duck.ai</w:t>
      </w:r>
      <w:r w:rsidR="00F84816" w:rsidRPr="00F84816">
        <w:rPr>
          <w:lang w:val="nl-NL"/>
        </w:rPr>
        <w:t xml:space="preserve"> een andere AI-tool.</w:t>
      </w:r>
    </w:p>
    <w:p w14:paraId="11AA4DC7" w14:textId="1068D8C7" w:rsidR="00F84816" w:rsidRDefault="0081796F" w:rsidP="00936394">
      <w:pPr>
        <w:pStyle w:val="Lijstnummering"/>
        <w:numPr>
          <w:ilvl w:val="0"/>
          <w:numId w:val="7"/>
        </w:numPr>
        <w:spacing w:before="0" w:after="0" w:line="240" w:lineRule="auto"/>
        <w:rPr>
          <w:lang w:val="nl-NL"/>
        </w:rPr>
      </w:pPr>
      <w:r>
        <w:rPr>
          <w:lang w:val="nl-NL"/>
        </w:rPr>
        <w:t xml:space="preserve">Voer </w:t>
      </w:r>
      <w:r w:rsidR="003F08E6">
        <w:rPr>
          <w:lang w:val="nl-NL"/>
        </w:rPr>
        <w:t>een</w:t>
      </w:r>
      <w:r>
        <w:rPr>
          <w:lang w:val="nl-NL"/>
        </w:rPr>
        <w:t>zelfde vraag in als je in deel 1 hebt gesteld.  Wacht op de reactie.</w:t>
      </w:r>
    </w:p>
    <w:p w14:paraId="55DE0476" w14:textId="77777777" w:rsidR="00184E4C" w:rsidRPr="00184E4C" w:rsidRDefault="00184E4C" w:rsidP="00936394">
      <w:pPr>
        <w:pStyle w:val="Lijstnummering"/>
        <w:numPr>
          <w:ilvl w:val="0"/>
          <w:numId w:val="7"/>
        </w:numPr>
        <w:spacing w:before="0" w:after="0" w:line="240" w:lineRule="auto"/>
        <w:rPr>
          <w:lang w:val="nl-NL"/>
        </w:rPr>
      </w:pPr>
      <w:r w:rsidRPr="00184E4C">
        <w:rPr>
          <w:lang w:val="nl-NL"/>
        </w:rPr>
        <w:t xml:space="preserve">Vraag nadat je antwoord hebt gekregen om een gestructureerd antwoord (bijv. in </w:t>
      </w:r>
      <w:proofErr w:type="spellStart"/>
      <w:r w:rsidRPr="00184E4C">
        <w:rPr>
          <w:lang w:val="nl-NL"/>
        </w:rPr>
        <w:t>bullets</w:t>
      </w:r>
      <w:proofErr w:type="spellEnd"/>
      <w:r w:rsidRPr="00184E4C">
        <w:rPr>
          <w:lang w:val="nl-NL"/>
        </w:rPr>
        <w:t xml:space="preserve"> of stappen).</w:t>
      </w:r>
    </w:p>
    <w:p w14:paraId="415E0759" w14:textId="77777777" w:rsidR="00184E4C" w:rsidRDefault="00184E4C" w:rsidP="00936394">
      <w:pPr>
        <w:pStyle w:val="Lijstnummering"/>
        <w:numPr>
          <w:ilvl w:val="0"/>
          <w:numId w:val="7"/>
        </w:numPr>
        <w:spacing w:before="0" w:after="0" w:line="240" w:lineRule="auto"/>
        <w:rPr>
          <w:lang w:val="nl-NL"/>
        </w:rPr>
      </w:pPr>
      <w:r w:rsidRPr="00184E4C">
        <w:rPr>
          <w:lang w:val="nl-NL"/>
        </w:rPr>
        <w:t>Stel een vervolgvraag: ‘Welke aannames doe je?’ of ‘Welke bronnen/regels zijn hierbij relevant?’</w:t>
      </w:r>
    </w:p>
    <w:p w14:paraId="2DBC2DFB" w14:textId="77777777" w:rsidR="00184E4C" w:rsidRDefault="00184E4C" w:rsidP="00936394">
      <w:pPr>
        <w:pStyle w:val="Lijstnummering"/>
        <w:numPr>
          <w:ilvl w:val="0"/>
          <w:numId w:val="7"/>
        </w:numPr>
        <w:spacing w:after="0" w:line="240" w:lineRule="auto"/>
        <w:rPr>
          <w:lang w:val="nl-NL"/>
        </w:rPr>
      </w:pPr>
      <w:r>
        <w:rPr>
          <w:lang w:val="nl-NL"/>
        </w:rPr>
        <w:t>Vergelijk: waarin verschillen de antwoorden bij de verschillende AI-tools?</w:t>
      </w:r>
    </w:p>
    <w:p w14:paraId="576AECA6" w14:textId="77777777" w:rsidR="00936394" w:rsidRDefault="00936394" w:rsidP="00936394">
      <w:pPr>
        <w:pStyle w:val="Lijstnummering"/>
        <w:numPr>
          <w:ilvl w:val="0"/>
          <w:numId w:val="0"/>
        </w:numPr>
        <w:spacing w:before="0" w:after="0" w:line="240" w:lineRule="auto"/>
        <w:ind w:left="360"/>
        <w:rPr>
          <w:lang w:val="nl-NL"/>
        </w:rPr>
      </w:pPr>
    </w:p>
    <w:p w14:paraId="72CA9BB7" w14:textId="54140168" w:rsidR="00184E4C" w:rsidRPr="00AC425C" w:rsidRDefault="00184E4C" w:rsidP="00936394">
      <w:pPr>
        <w:pStyle w:val="Kop2"/>
        <w:spacing w:before="0" w:line="240" w:lineRule="auto"/>
        <w:rPr>
          <w:lang w:val="nl-NL"/>
        </w:rPr>
      </w:pPr>
      <w:r w:rsidRPr="00AC425C">
        <w:rPr>
          <w:lang w:val="nl-NL"/>
        </w:rPr>
        <w:t>Deel 3</w:t>
      </w:r>
      <w:r w:rsidR="00AC425C" w:rsidRPr="00AC425C">
        <w:rPr>
          <w:lang w:val="nl-NL"/>
        </w:rPr>
        <w:t xml:space="preserve">, verder werken met </w:t>
      </w:r>
      <w:r w:rsidR="008E4FB8">
        <w:rPr>
          <w:lang w:val="nl-NL"/>
        </w:rPr>
        <w:t>AI-output</w:t>
      </w:r>
    </w:p>
    <w:p w14:paraId="73B22E6A" w14:textId="33DBDAE1" w:rsidR="006C534A" w:rsidRDefault="007173BB" w:rsidP="00936394">
      <w:pPr>
        <w:pStyle w:val="Lijstnummering"/>
        <w:numPr>
          <w:ilvl w:val="0"/>
          <w:numId w:val="8"/>
        </w:numPr>
        <w:spacing w:before="0" w:after="0" w:line="240" w:lineRule="auto"/>
        <w:rPr>
          <w:lang w:val="nl-NL"/>
        </w:rPr>
      </w:pPr>
      <w:r>
        <w:rPr>
          <w:lang w:val="nl-NL"/>
        </w:rPr>
        <w:t xml:space="preserve">Ga door </w:t>
      </w:r>
      <w:r w:rsidR="003F08E6">
        <w:rPr>
          <w:lang w:val="nl-NL"/>
        </w:rPr>
        <w:t xml:space="preserve">op </w:t>
      </w:r>
      <w:r>
        <w:rPr>
          <w:lang w:val="nl-NL"/>
        </w:rPr>
        <w:t xml:space="preserve">een van de vragen uit deel 1. </w:t>
      </w:r>
      <w:r w:rsidR="000400E2">
        <w:rPr>
          <w:lang w:val="nl-NL"/>
        </w:rPr>
        <w:t>Stel je vraag en laat de AI-tool antwoord geven. Vervolgens v</w:t>
      </w:r>
      <w:r>
        <w:rPr>
          <w:lang w:val="nl-NL"/>
        </w:rPr>
        <w:t xml:space="preserve">raag </w:t>
      </w:r>
      <w:r w:rsidR="000400E2">
        <w:rPr>
          <w:lang w:val="nl-NL"/>
        </w:rPr>
        <w:t xml:space="preserve">je </w:t>
      </w:r>
      <w:r>
        <w:rPr>
          <w:lang w:val="nl-NL"/>
        </w:rPr>
        <w:t xml:space="preserve">de AI-tool om het antwoord </w:t>
      </w:r>
      <w:r w:rsidR="003F08E6">
        <w:rPr>
          <w:lang w:val="nl-NL"/>
        </w:rPr>
        <w:t xml:space="preserve">te beoordelen. </w:t>
      </w:r>
      <w:r w:rsidR="000400E2">
        <w:rPr>
          <w:lang w:val="nl-NL"/>
        </w:rPr>
        <w:br/>
      </w:r>
      <w:r w:rsidR="003F08E6">
        <w:rPr>
          <w:lang w:val="nl-NL"/>
        </w:rPr>
        <w:t xml:space="preserve">Je kunt hierbij verschillende </w:t>
      </w:r>
      <w:r w:rsidR="00976F19">
        <w:rPr>
          <w:lang w:val="nl-NL"/>
        </w:rPr>
        <w:t>opties toepassen, hieronder staan er een paar genoemd maar bedenk er zelf ook een paar</w:t>
      </w:r>
      <w:r w:rsidR="00C50043">
        <w:rPr>
          <w:lang w:val="nl-NL"/>
        </w:rPr>
        <w:t>:</w:t>
      </w:r>
    </w:p>
    <w:p w14:paraId="1D901A5D" w14:textId="30DE43C8" w:rsidR="00184E4C" w:rsidRDefault="006C534A" w:rsidP="00936394">
      <w:pPr>
        <w:pStyle w:val="Lijstnummering"/>
        <w:numPr>
          <w:ilvl w:val="0"/>
          <w:numId w:val="0"/>
        </w:numPr>
        <w:spacing w:before="0" w:after="0" w:line="240" w:lineRule="auto"/>
        <w:ind w:left="360"/>
        <w:rPr>
          <w:lang w:val="nl-NL"/>
        </w:rPr>
      </w:pPr>
      <w:r>
        <w:rPr>
          <w:lang w:val="nl-NL"/>
        </w:rPr>
        <w:t>- beoordeel het antwoord kritisch</w:t>
      </w:r>
      <w:r w:rsidR="00C50043">
        <w:rPr>
          <w:lang w:val="nl-NL"/>
        </w:rPr>
        <w:br/>
        <w:t>- beoordeel het antwoord als jurist met 10 jaar ervaring</w:t>
      </w:r>
      <w:r w:rsidR="0054792C">
        <w:rPr>
          <w:lang w:val="nl-NL"/>
        </w:rPr>
        <w:br/>
        <w:t>- beoordeel het antwoord als hoogleraar recht met 30 jaar ervaring</w:t>
      </w:r>
    </w:p>
    <w:p w14:paraId="52EB6E77" w14:textId="0FDD2027" w:rsidR="00976F19" w:rsidRDefault="00976F19" w:rsidP="00936394">
      <w:pPr>
        <w:pStyle w:val="Lijstnummering"/>
        <w:numPr>
          <w:ilvl w:val="0"/>
          <w:numId w:val="0"/>
        </w:numPr>
        <w:spacing w:before="0" w:after="0" w:line="240" w:lineRule="auto"/>
        <w:ind w:left="360"/>
        <w:rPr>
          <w:lang w:val="nl-NL"/>
        </w:rPr>
      </w:pPr>
      <w:r>
        <w:rPr>
          <w:lang w:val="nl-NL"/>
        </w:rPr>
        <w:t>- beoordeeld het antwoord op inte</w:t>
      </w:r>
      <w:r w:rsidR="000400E2">
        <w:rPr>
          <w:lang w:val="nl-NL"/>
        </w:rPr>
        <w:t>rne consistentie</w:t>
      </w:r>
    </w:p>
    <w:p w14:paraId="59C8538B" w14:textId="2C165903" w:rsidR="0054792C" w:rsidRDefault="0029191B" w:rsidP="00936394">
      <w:pPr>
        <w:pStyle w:val="Lijstnummering"/>
        <w:numPr>
          <w:ilvl w:val="0"/>
          <w:numId w:val="8"/>
        </w:numPr>
        <w:spacing w:before="0" w:after="0" w:line="240" w:lineRule="auto"/>
        <w:rPr>
          <w:lang w:val="nl-NL"/>
        </w:rPr>
      </w:pPr>
      <w:r>
        <w:rPr>
          <w:lang w:val="nl-NL"/>
        </w:rPr>
        <w:t xml:space="preserve">Bekijk </w:t>
      </w:r>
      <w:r w:rsidR="00B421FE">
        <w:rPr>
          <w:lang w:val="nl-NL"/>
        </w:rPr>
        <w:t>welke reactie je krijgt.</w:t>
      </w:r>
      <w:r w:rsidR="00134C86">
        <w:rPr>
          <w:lang w:val="nl-NL"/>
        </w:rPr>
        <w:t xml:space="preserve"> Vraag de AI-tool om zijn antwoord aan te passen op zijn eigen feedback. Beoordeel de uitkomst die je hier krijgt</w:t>
      </w:r>
      <w:r w:rsidR="00930FE7">
        <w:rPr>
          <w:lang w:val="nl-NL"/>
        </w:rPr>
        <w:t>, wat is er veranderd? En is deze verandering een verandering ten goede?</w:t>
      </w:r>
    </w:p>
    <w:p w14:paraId="1D09B28B" w14:textId="3D207DD0" w:rsidR="00184E4C" w:rsidRDefault="00930FE7" w:rsidP="00936394">
      <w:pPr>
        <w:pStyle w:val="Lijstnummering"/>
        <w:numPr>
          <w:ilvl w:val="0"/>
          <w:numId w:val="8"/>
        </w:numPr>
        <w:spacing w:after="0" w:line="240" w:lineRule="auto"/>
        <w:rPr>
          <w:lang w:val="nl-NL"/>
        </w:rPr>
      </w:pPr>
      <w:r>
        <w:rPr>
          <w:lang w:val="nl-NL"/>
        </w:rPr>
        <w:t xml:space="preserve">Merk op dat het gebruiken van een AI-tool een gesprek is. En daarin verschilt met bijvoorbeeld een zoekmachine </w:t>
      </w:r>
      <w:r w:rsidR="00474ED6">
        <w:rPr>
          <w:lang w:val="nl-NL"/>
        </w:rPr>
        <w:t xml:space="preserve">waarmee je op zoekt gaat naar het juiste antwoord. </w:t>
      </w:r>
    </w:p>
    <w:p w14:paraId="5544410D" w14:textId="77777777" w:rsidR="00A91862" w:rsidRDefault="00A91862" w:rsidP="00A91862">
      <w:pPr>
        <w:pStyle w:val="Lijstnummering"/>
        <w:numPr>
          <w:ilvl w:val="0"/>
          <w:numId w:val="0"/>
        </w:numPr>
        <w:spacing w:after="0" w:line="240" w:lineRule="auto"/>
        <w:ind w:left="360"/>
        <w:rPr>
          <w:lang w:val="nl-NL"/>
        </w:rPr>
      </w:pPr>
    </w:p>
    <w:p w14:paraId="787DFE0C" w14:textId="77777777" w:rsidR="00A91862" w:rsidRDefault="00A91862" w:rsidP="00A91862">
      <w:pPr>
        <w:pStyle w:val="Lijstnummering"/>
        <w:numPr>
          <w:ilvl w:val="0"/>
          <w:numId w:val="0"/>
        </w:numPr>
        <w:spacing w:after="0" w:line="240" w:lineRule="auto"/>
        <w:ind w:left="360"/>
        <w:rPr>
          <w:lang w:val="nl-NL"/>
        </w:rPr>
      </w:pPr>
    </w:p>
    <w:p w14:paraId="757891CB" w14:textId="77777777" w:rsidR="00936394" w:rsidRPr="00AC425C" w:rsidRDefault="00936394" w:rsidP="00936394">
      <w:pPr>
        <w:pStyle w:val="Lijstnummering"/>
        <w:numPr>
          <w:ilvl w:val="0"/>
          <w:numId w:val="0"/>
        </w:numPr>
        <w:spacing w:before="0" w:after="0" w:line="240" w:lineRule="auto"/>
        <w:ind w:left="360"/>
        <w:rPr>
          <w:lang w:val="nl-NL"/>
        </w:rPr>
      </w:pPr>
    </w:p>
    <w:p w14:paraId="10B0DFFD" w14:textId="3507628C" w:rsidR="00474ED6" w:rsidRDefault="00474ED6" w:rsidP="00936394">
      <w:pPr>
        <w:pStyle w:val="Kop2"/>
        <w:spacing w:before="0" w:line="240" w:lineRule="auto"/>
      </w:pPr>
      <w:r>
        <w:lastRenderedPageBreak/>
        <w:t xml:space="preserve">Deel </w:t>
      </w:r>
      <w:r w:rsidR="009A6430">
        <w:t>4</w:t>
      </w:r>
      <w:r w:rsidR="008E4FB8">
        <w:t>, ontelbare toepassingsmogelijkheden</w:t>
      </w:r>
    </w:p>
    <w:p w14:paraId="6C8D960B" w14:textId="0C61B6B6" w:rsidR="00474ED6" w:rsidRDefault="00474ED6" w:rsidP="00974A8A">
      <w:pPr>
        <w:pStyle w:val="Lijstnummering"/>
        <w:numPr>
          <w:ilvl w:val="0"/>
          <w:numId w:val="10"/>
        </w:numPr>
        <w:spacing w:before="0" w:after="0" w:line="240" w:lineRule="auto"/>
        <w:rPr>
          <w:lang w:val="nl-NL"/>
        </w:rPr>
      </w:pPr>
      <w:r>
        <w:rPr>
          <w:lang w:val="nl-NL"/>
        </w:rPr>
        <w:t xml:space="preserve">We gaan ervaren dat de meeste algemene AI-tools </w:t>
      </w:r>
      <w:r w:rsidR="00BF2816">
        <w:rPr>
          <w:lang w:val="nl-NL"/>
        </w:rPr>
        <w:t xml:space="preserve">niet zijn gemaakt voor 1 specifieke taak. Ze zijn getraind op enorme hoeveelheden data </w:t>
      </w:r>
      <w:r w:rsidR="00C77F7C">
        <w:rPr>
          <w:lang w:val="nl-NL"/>
        </w:rPr>
        <w:t>en kunnen dus bij heel veel verschillende toepassingen helpen. Probeer een aantal van de onderstaande prompts uit</w:t>
      </w:r>
      <w:r w:rsidR="00424212">
        <w:rPr>
          <w:lang w:val="nl-NL"/>
        </w:rPr>
        <w:t>:</w:t>
      </w:r>
    </w:p>
    <w:p w14:paraId="39FFDBFC" w14:textId="785BD0AE" w:rsidR="00C77F7C" w:rsidRDefault="00C77F7C" w:rsidP="00936394">
      <w:pPr>
        <w:pStyle w:val="Lijstnummering"/>
        <w:numPr>
          <w:ilvl w:val="0"/>
          <w:numId w:val="0"/>
        </w:numPr>
        <w:spacing w:before="0" w:after="0" w:line="240" w:lineRule="auto"/>
        <w:ind w:left="360"/>
        <w:rPr>
          <w:lang w:val="nl-NL"/>
        </w:rPr>
      </w:pPr>
      <w:r>
        <w:rPr>
          <w:lang w:val="nl-NL"/>
        </w:rPr>
        <w:t xml:space="preserve">- </w:t>
      </w:r>
      <w:r w:rsidR="00C33427">
        <w:rPr>
          <w:lang w:val="nl-NL"/>
        </w:rPr>
        <w:t>geef 10 tips voor rijden in een sneeuwstorm.</w:t>
      </w:r>
    </w:p>
    <w:p w14:paraId="3CC436E5" w14:textId="3A523930" w:rsidR="00C33427" w:rsidRDefault="00C33427" w:rsidP="00936394">
      <w:pPr>
        <w:pStyle w:val="Lijstnummering"/>
        <w:numPr>
          <w:ilvl w:val="0"/>
          <w:numId w:val="0"/>
        </w:numPr>
        <w:spacing w:before="0" w:after="0" w:line="240" w:lineRule="auto"/>
        <w:ind w:left="360"/>
        <w:rPr>
          <w:lang w:val="nl-NL"/>
        </w:rPr>
      </w:pPr>
      <w:r>
        <w:rPr>
          <w:lang w:val="nl-NL"/>
        </w:rPr>
        <w:t>- kun je me helpen bij het plannen van mijn werkzaamheden?</w:t>
      </w:r>
    </w:p>
    <w:p w14:paraId="708B56A0" w14:textId="30DC608A" w:rsidR="00C33427" w:rsidRDefault="00C33427" w:rsidP="00936394">
      <w:pPr>
        <w:pStyle w:val="Lijstnummering"/>
        <w:numPr>
          <w:ilvl w:val="0"/>
          <w:numId w:val="0"/>
        </w:numPr>
        <w:spacing w:before="0" w:after="0" w:line="240" w:lineRule="auto"/>
        <w:ind w:left="360"/>
        <w:rPr>
          <w:lang w:val="nl-NL"/>
        </w:rPr>
      </w:pPr>
      <w:r>
        <w:rPr>
          <w:lang w:val="nl-NL"/>
        </w:rPr>
        <w:t xml:space="preserve">- ik zoek 2 </w:t>
      </w:r>
      <w:r w:rsidR="001B5119">
        <w:rPr>
          <w:lang w:val="nl-NL"/>
        </w:rPr>
        <w:t xml:space="preserve">interactieve </w:t>
      </w:r>
      <w:r>
        <w:rPr>
          <w:lang w:val="nl-NL"/>
        </w:rPr>
        <w:t xml:space="preserve">werkvormen voor mijn werkgroep </w:t>
      </w:r>
      <w:r w:rsidR="001B5119">
        <w:rPr>
          <w:lang w:val="nl-NL"/>
        </w:rPr>
        <w:t xml:space="preserve">bestuursprocesrecht. </w:t>
      </w:r>
    </w:p>
    <w:p w14:paraId="1BAB82AC" w14:textId="37E4139A" w:rsidR="001B5119" w:rsidRDefault="001B5119" w:rsidP="00936394">
      <w:pPr>
        <w:pStyle w:val="Lijstnummering"/>
        <w:numPr>
          <w:ilvl w:val="0"/>
          <w:numId w:val="0"/>
        </w:numPr>
        <w:spacing w:before="0" w:after="0" w:line="240" w:lineRule="auto"/>
        <w:ind w:left="360"/>
        <w:rPr>
          <w:lang w:val="nl-NL"/>
        </w:rPr>
      </w:pPr>
      <w:r>
        <w:rPr>
          <w:lang w:val="nl-NL"/>
        </w:rPr>
        <w:t>- ik wil meer leren over feedbackgeletterdheid.</w:t>
      </w:r>
    </w:p>
    <w:p w14:paraId="3D9CB366" w14:textId="17A153FF" w:rsidR="001B5119" w:rsidRDefault="001B5119" w:rsidP="00936394">
      <w:pPr>
        <w:pStyle w:val="Lijstnummering"/>
        <w:numPr>
          <w:ilvl w:val="0"/>
          <w:numId w:val="0"/>
        </w:numPr>
        <w:spacing w:before="0" w:after="0" w:line="240" w:lineRule="auto"/>
        <w:ind w:left="360"/>
        <w:rPr>
          <w:lang w:val="nl-NL"/>
        </w:rPr>
      </w:pPr>
      <w:r>
        <w:rPr>
          <w:lang w:val="nl-NL"/>
        </w:rPr>
        <w:t xml:space="preserve">- je bent een expert op het gebied van formatief handelen, </w:t>
      </w:r>
      <w:r w:rsidR="009A6430">
        <w:rPr>
          <w:lang w:val="nl-NL"/>
        </w:rPr>
        <w:t>ontwerp een leergang van 5 lessen die ik kan volgen zodat ik hier ook expert in wordt.</w:t>
      </w:r>
    </w:p>
    <w:p w14:paraId="206D7EC8" w14:textId="2931D583" w:rsidR="001A30B3" w:rsidRDefault="001A30B3" w:rsidP="00936394">
      <w:pPr>
        <w:pStyle w:val="Lijstnummering"/>
        <w:numPr>
          <w:ilvl w:val="0"/>
          <w:numId w:val="0"/>
        </w:numPr>
        <w:spacing w:before="0" w:after="0" w:line="240" w:lineRule="auto"/>
        <w:ind w:left="360"/>
        <w:rPr>
          <w:lang w:val="nl-NL"/>
        </w:rPr>
      </w:pPr>
      <w:r>
        <w:rPr>
          <w:lang w:val="nl-NL"/>
        </w:rPr>
        <w:t xml:space="preserve">- ik ga op vakantie naar … deze zomer. Geef me 10 tips voor deze vakantie. </w:t>
      </w:r>
    </w:p>
    <w:p w14:paraId="790EA1E3" w14:textId="77777777" w:rsidR="00C46BA2" w:rsidRDefault="00C46BA2" w:rsidP="00936394">
      <w:pPr>
        <w:pStyle w:val="Lijstnummering"/>
        <w:numPr>
          <w:ilvl w:val="0"/>
          <w:numId w:val="0"/>
        </w:numPr>
        <w:spacing w:before="0" w:after="0" w:line="240" w:lineRule="auto"/>
        <w:ind w:left="360"/>
        <w:rPr>
          <w:lang w:val="nl-NL"/>
        </w:rPr>
      </w:pPr>
      <w:r>
        <w:rPr>
          <w:lang w:val="nl-NL"/>
        </w:rPr>
        <w:t>- ik heb een e-mail ontvangen van een boze student, geef me 5 tips hoe ik hiermee om kan gaan.</w:t>
      </w:r>
    </w:p>
    <w:p w14:paraId="61865242" w14:textId="7A91FCB7" w:rsidR="00C46BA2" w:rsidRDefault="00C46BA2" w:rsidP="00936394">
      <w:pPr>
        <w:pStyle w:val="Lijstnummering"/>
        <w:numPr>
          <w:ilvl w:val="0"/>
          <w:numId w:val="0"/>
        </w:numPr>
        <w:spacing w:before="0" w:after="0" w:line="240" w:lineRule="auto"/>
        <w:ind w:left="360"/>
        <w:rPr>
          <w:lang w:val="nl-NL"/>
        </w:rPr>
      </w:pPr>
      <w:r>
        <w:rPr>
          <w:lang w:val="nl-NL"/>
        </w:rPr>
        <w:t xml:space="preserve">- een collega is altijd te laat met reageren op mijn e-mails. Ik wil hem hier graag op wijzen, maar dan wel op een vriendelijke manier. Kun je me een voorzet geven voor deze e-mail. </w:t>
      </w:r>
    </w:p>
    <w:p w14:paraId="68A77865" w14:textId="6BB29321" w:rsidR="001A30B3" w:rsidRDefault="001A30B3" w:rsidP="00936394">
      <w:pPr>
        <w:pStyle w:val="Lijstnummering"/>
        <w:numPr>
          <w:ilvl w:val="0"/>
          <w:numId w:val="0"/>
        </w:numPr>
        <w:spacing w:before="0" w:after="0" w:line="240" w:lineRule="auto"/>
        <w:ind w:left="360"/>
        <w:rPr>
          <w:lang w:val="nl-NL"/>
        </w:rPr>
      </w:pPr>
      <w:r>
        <w:rPr>
          <w:lang w:val="nl-NL"/>
        </w:rPr>
        <w:t xml:space="preserve">- bedenk </w:t>
      </w:r>
      <w:r w:rsidR="00CE1D03">
        <w:rPr>
          <w:lang w:val="nl-NL"/>
        </w:rPr>
        <w:t xml:space="preserve">nu </w:t>
      </w:r>
      <w:r>
        <w:rPr>
          <w:lang w:val="nl-NL"/>
        </w:rPr>
        <w:t xml:space="preserve">zelf een prompt. </w:t>
      </w:r>
    </w:p>
    <w:p w14:paraId="64156105" w14:textId="4CBC922C" w:rsidR="0090162A" w:rsidRDefault="0090162A" w:rsidP="00936394">
      <w:pPr>
        <w:pStyle w:val="Lijstnummering"/>
        <w:numPr>
          <w:ilvl w:val="0"/>
          <w:numId w:val="0"/>
        </w:numPr>
        <w:spacing w:before="0" w:after="0" w:line="240" w:lineRule="auto"/>
        <w:ind w:left="360" w:hanging="360"/>
        <w:rPr>
          <w:lang w:val="nl-NL"/>
        </w:rPr>
      </w:pPr>
      <w:r>
        <w:rPr>
          <w:lang w:val="nl-NL"/>
        </w:rPr>
        <w:t xml:space="preserve">2. </w:t>
      </w:r>
      <w:r>
        <w:rPr>
          <w:lang w:val="nl-NL"/>
        </w:rPr>
        <w:tab/>
      </w:r>
      <w:r w:rsidR="00D00FC6" w:rsidRPr="0090162A">
        <w:rPr>
          <w:lang w:val="nl-NL"/>
        </w:rPr>
        <w:t xml:space="preserve">Nu gaan we bekijken hoe we meer uit deze prompts kunnen halen. </w:t>
      </w:r>
      <w:r w:rsidR="007D6DC7" w:rsidRPr="0090162A">
        <w:rPr>
          <w:lang w:val="nl-NL"/>
        </w:rPr>
        <w:t>Probeer</w:t>
      </w:r>
      <w:r w:rsidR="00CE1D03" w:rsidRPr="0090162A">
        <w:rPr>
          <w:lang w:val="nl-NL"/>
        </w:rPr>
        <w:t xml:space="preserve"> de </w:t>
      </w:r>
      <w:r w:rsidR="007D6DC7" w:rsidRPr="0090162A">
        <w:rPr>
          <w:lang w:val="nl-NL"/>
        </w:rPr>
        <w:t>volgende opties</w:t>
      </w:r>
      <w:r w:rsidR="00CE1D03" w:rsidRPr="0090162A">
        <w:rPr>
          <w:lang w:val="nl-NL"/>
        </w:rPr>
        <w:t xml:space="preserve"> </w:t>
      </w:r>
      <w:r w:rsidR="005F13AE" w:rsidRPr="0090162A">
        <w:rPr>
          <w:lang w:val="nl-NL"/>
        </w:rPr>
        <w:t>één voor één uit</w:t>
      </w:r>
      <w:r w:rsidR="007D6DC7" w:rsidRPr="0090162A">
        <w:rPr>
          <w:lang w:val="nl-NL"/>
        </w:rPr>
        <w:t>:</w:t>
      </w:r>
      <w:r w:rsidR="008A3699" w:rsidRPr="0090162A">
        <w:rPr>
          <w:lang w:val="nl-NL"/>
        </w:rPr>
        <w:t xml:space="preserve"> </w:t>
      </w:r>
      <w:r w:rsidR="008A3699" w:rsidRPr="0090162A">
        <w:rPr>
          <w:lang w:val="nl-NL"/>
        </w:rPr>
        <w:br/>
        <w:t xml:space="preserve">Kies een prompt uit het rijtje hierboven, liefst één die je zojuist ook al hebt ingevoerd. Voer deze prompt nogmaals in, maar vul deze prompt aan met </w:t>
      </w:r>
      <w:r w:rsidR="00D71A65" w:rsidRPr="0090162A">
        <w:rPr>
          <w:lang w:val="nl-NL"/>
        </w:rPr>
        <w:t xml:space="preserve">één van de teksten hieronder </w:t>
      </w:r>
    </w:p>
    <w:p w14:paraId="191B6DAB" w14:textId="60597CCB" w:rsidR="007D6DC7" w:rsidRPr="0090162A" w:rsidRDefault="007D6DC7" w:rsidP="00936394">
      <w:pPr>
        <w:pStyle w:val="Lijstnummering"/>
        <w:numPr>
          <w:ilvl w:val="0"/>
          <w:numId w:val="0"/>
        </w:numPr>
        <w:spacing w:before="0" w:after="0" w:line="240" w:lineRule="auto"/>
        <w:ind w:left="360"/>
        <w:rPr>
          <w:lang w:val="nl-NL"/>
        </w:rPr>
      </w:pPr>
      <w:r w:rsidRPr="0090162A">
        <w:rPr>
          <w:lang w:val="nl-NL"/>
        </w:rPr>
        <w:t xml:space="preserve">- ik wil dat je me eerst een aantal verhelderende vragen stelt, voordat je antwoord geeft.  </w:t>
      </w:r>
    </w:p>
    <w:p w14:paraId="3B9B3811" w14:textId="77777777" w:rsidR="0068466A" w:rsidRDefault="000561A9" w:rsidP="00936394">
      <w:pPr>
        <w:pStyle w:val="Lijstnummering"/>
        <w:numPr>
          <w:ilvl w:val="0"/>
          <w:numId w:val="0"/>
        </w:numPr>
        <w:spacing w:before="0" w:after="0" w:line="240" w:lineRule="auto"/>
        <w:ind w:left="360"/>
        <w:rPr>
          <w:lang w:val="nl-NL"/>
        </w:rPr>
      </w:pPr>
      <w:r>
        <w:rPr>
          <w:lang w:val="nl-NL"/>
        </w:rPr>
        <w:t xml:space="preserve">- geef jezelf een rol voordat je de prompt geeft en schets de context, bijvoorbeeld: </w:t>
      </w:r>
      <w:r w:rsidR="0062344B">
        <w:rPr>
          <w:lang w:val="nl-NL"/>
        </w:rPr>
        <w:t xml:space="preserve">bij de prompt </w:t>
      </w:r>
      <w:r w:rsidR="0068466A">
        <w:rPr>
          <w:lang w:val="nl-NL"/>
        </w:rPr>
        <w:t>[</w:t>
      </w:r>
      <w:r w:rsidR="0062344B">
        <w:rPr>
          <w:lang w:val="nl-NL"/>
        </w:rPr>
        <w:t>ik zoek 2 interactieve werkvormen voor mijn werkgroep bestuursprocesrecht</w:t>
      </w:r>
      <w:r w:rsidR="0068466A">
        <w:rPr>
          <w:lang w:val="nl-NL"/>
        </w:rPr>
        <w:t>]</w:t>
      </w:r>
      <w:r w:rsidR="0062344B">
        <w:rPr>
          <w:lang w:val="nl-NL"/>
        </w:rPr>
        <w:t xml:space="preserve"> </w:t>
      </w:r>
      <w:r>
        <w:rPr>
          <w:lang w:val="nl-NL"/>
        </w:rPr>
        <w:t>ik ben een docent aan een juridische hogeschool, ik geef les aan eerstejaarsstudenten die nog geen kennis hebben van het bestuursrecht. Studenten vinden bestuursrecht over het algemeen heel saai. Ik zoek twee interactieve werkvormen om mijn lessenreeks mee te starten</w:t>
      </w:r>
      <w:r w:rsidR="00C25AD7">
        <w:rPr>
          <w:lang w:val="nl-NL"/>
        </w:rPr>
        <w:t xml:space="preserve"> zodat ik de aandacht van de studenten er meteen bij heb. De werkvormen duren maximaal 15 minuten per stuk en 1 werkvorm is gericht op de gehele klas die samen moeten werken en 1 werkvorm is gericht op </w:t>
      </w:r>
      <w:r w:rsidR="00FA4218">
        <w:rPr>
          <w:lang w:val="nl-NL"/>
        </w:rPr>
        <w:t xml:space="preserve">duo’s in de klas die samen aan de slag moeten gaan. </w:t>
      </w:r>
    </w:p>
    <w:p w14:paraId="09D3A091" w14:textId="3057D495" w:rsidR="0068466A" w:rsidRDefault="0068466A" w:rsidP="00936394">
      <w:pPr>
        <w:pStyle w:val="Lijstnummering"/>
        <w:numPr>
          <w:ilvl w:val="0"/>
          <w:numId w:val="0"/>
        </w:numPr>
        <w:spacing w:before="0" w:after="0" w:line="240" w:lineRule="auto"/>
        <w:ind w:left="360" w:hanging="360"/>
        <w:rPr>
          <w:lang w:val="nl-NL"/>
        </w:rPr>
      </w:pPr>
      <w:r>
        <w:rPr>
          <w:lang w:val="nl-NL"/>
        </w:rPr>
        <w:t>3.</w:t>
      </w:r>
      <w:r>
        <w:rPr>
          <w:lang w:val="nl-NL"/>
        </w:rPr>
        <w:tab/>
      </w:r>
      <w:r w:rsidRPr="0090162A">
        <w:rPr>
          <w:lang w:val="nl-NL"/>
        </w:rPr>
        <w:t xml:space="preserve">Nu gaan we bekijken hoe we </w:t>
      </w:r>
      <w:r>
        <w:rPr>
          <w:lang w:val="nl-NL"/>
        </w:rPr>
        <w:t xml:space="preserve">heel makkelijk meer output kunnen genereren, verder werkend op de eerdere prompts. </w:t>
      </w:r>
      <w:r w:rsidRPr="0090162A">
        <w:rPr>
          <w:lang w:val="nl-NL"/>
        </w:rPr>
        <w:t>Probeer de volgende opties één voor één uit:</w:t>
      </w:r>
      <w:r w:rsidR="0090162A">
        <w:rPr>
          <w:lang w:val="nl-NL"/>
        </w:rPr>
        <w:br/>
      </w:r>
      <w:r w:rsidR="000F243E">
        <w:rPr>
          <w:lang w:val="nl-NL"/>
        </w:rPr>
        <w:t xml:space="preserve">- </w:t>
      </w:r>
      <w:r>
        <w:rPr>
          <w:lang w:val="nl-NL"/>
        </w:rPr>
        <w:t xml:space="preserve">na de output bij de prompt [ik ga op vakantie naar … deze zomer. Geef me 10 tips voor deze vakantie] </w:t>
      </w:r>
      <w:r w:rsidR="00C33C14">
        <w:rPr>
          <w:lang w:val="nl-NL"/>
        </w:rPr>
        <w:t xml:space="preserve">voer je in: </w:t>
      </w:r>
      <w:r w:rsidR="00FA4218">
        <w:rPr>
          <w:lang w:val="nl-NL"/>
        </w:rPr>
        <w:t xml:space="preserve">Dank voor je </w:t>
      </w:r>
      <w:r w:rsidR="000F243E">
        <w:rPr>
          <w:lang w:val="nl-NL"/>
        </w:rPr>
        <w:t xml:space="preserve">10 tips, ik wil dat je nog 10 tips geeft. </w:t>
      </w:r>
    </w:p>
    <w:p w14:paraId="1DEB9F8F" w14:textId="11B4C8BF" w:rsidR="007D6DC7" w:rsidRDefault="0068466A" w:rsidP="00936394">
      <w:pPr>
        <w:pStyle w:val="Lijstnummering"/>
        <w:numPr>
          <w:ilvl w:val="0"/>
          <w:numId w:val="0"/>
        </w:numPr>
        <w:spacing w:before="0" w:after="0" w:line="240" w:lineRule="auto"/>
        <w:ind w:left="360"/>
        <w:rPr>
          <w:lang w:val="nl-NL"/>
        </w:rPr>
      </w:pPr>
      <w:r>
        <w:rPr>
          <w:lang w:val="nl-NL"/>
        </w:rPr>
        <w:t xml:space="preserve">- na de output bij de prompt [ik zoek 2 interactieve werkvormen voor mijn werkgroep bestuursprocesrecht] </w:t>
      </w:r>
      <w:r w:rsidR="00C33C14">
        <w:rPr>
          <w:lang w:val="nl-NL"/>
        </w:rPr>
        <w:t xml:space="preserve">voer je in: </w:t>
      </w:r>
      <w:r w:rsidR="000F243E">
        <w:rPr>
          <w:lang w:val="nl-NL"/>
        </w:rPr>
        <w:t xml:space="preserve">dank voor </w:t>
      </w:r>
      <w:r>
        <w:rPr>
          <w:lang w:val="nl-NL"/>
        </w:rPr>
        <w:t>de</w:t>
      </w:r>
      <w:r w:rsidR="000F243E">
        <w:rPr>
          <w:lang w:val="nl-NL"/>
        </w:rPr>
        <w:t xml:space="preserve"> 2 werkvormen, ik wil dat je nog 5 werkvormen bedenkt. </w:t>
      </w:r>
    </w:p>
    <w:p w14:paraId="61C0A39E" w14:textId="5EAD3CBD" w:rsidR="00C33C14" w:rsidRDefault="00C33C14" w:rsidP="00936394">
      <w:pPr>
        <w:pStyle w:val="Lijstnummering"/>
        <w:numPr>
          <w:ilvl w:val="0"/>
          <w:numId w:val="0"/>
        </w:numPr>
        <w:spacing w:before="0" w:after="0" w:line="240" w:lineRule="auto"/>
        <w:ind w:left="360"/>
        <w:rPr>
          <w:lang w:val="nl-NL"/>
        </w:rPr>
      </w:pPr>
      <w:r>
        <w:rPr>
          <w:lang w:val="nl-NL"/>
        </w:rPr>
        <w:t xml:space="preserve">- na de output prompt [ik wil meer leren over feedbackgeletterdheid] voer je in: ik wil dat je minimaal drie actuele en betrouwbare bronnen zoekt op het internet om je antwoord te onderbouwen en die mij verder kunnen helpen. </w:t>
      </w:r>
    </w:p>
    <w:p w14:paraId="78153C8B" w14:textId="77777777" w:rsidR="00C33C14" w:rsidRDefault="00C33C14" w:rsidP="00936394">
      <w:pPr>
        <w:pStyle w:val="Lijstnummering"/>
        <w:numPr>
          <w:ilvl w:val="0"/>
          <w:numId w:val="0"/>
        </w:numPr>
        <w:spacing w:before="0" w:after="0" w:line="240" w:lineRule="auto"/>
        <w:ind w:left="360"/>
        <w:rPr>
          <w:lang w:val="nl-NL"/>
        </w:rPr>
      </w:pPr>
    </w:p>
    <w:p w14:paraId="6F1F8799" w14:textId="6B9E2367" w:rsidR="003620C8" w:rsidRPr="003620C8" w:rsidRDefault="003620C8" w:rsidP="00936394">
      <w:pPr>
        <w:pStyle w:val="Kop2"/>
        <w:spacing w:before="0" w:line="240" w:lineRule="auto"/>
      </w:pPr>
      <w:r>
        <w:t>Deel 5</w:t>
      </w:r>
      <w:r w:rsidR="008E4FB8">
        <w:t xml:space="preserve">, juridisch onderzoek </w:t>
      </w:r>
    </w:p>
    <w:p w14:paraId="55525D03" w14:textId="244EA28D" w:rsidR="00B107DB" w:rsidRDefault="003620C8" w:rsidP="00974A8A">
      <w:pPr>
        <w:pStyle w:val="Lijstnummering"/>
        <w:numPr>
          <w:ilvl w:val="0"/>
          <w:numId w:val="11"/>
        </w:numPr>
        <w:spacing w:before="0" w:after="0" w:line="240" w:lineRule="auto"/>
        <w:rPr>
          <w:lang w:val="nl-NL"/>
        </w:rPr>
      </w:pPr>
      <w:r w:rsidRPr="00B107DB">
        <w:rPr>
          <w:lang w:val="nl-NL"/>
        </w:rPr>
        <w:t>Nu</w:t>
      </w:r>
      <w:r w:rsidR="00F90888" w:rsidRPr="00B107DB">
        <w:rPr>
          <w:lang w:val="nl-NL"/>
        </w:rPr>
        <w:t xml:space="preserve"> gaan we even terug naar een juridische vraag. </w:t>
      </w:r>
      <w:r w:rsidRPr="00B107DB">
        <w:rPr>
          <w:lang w:val="nl-NL"/>
        </w:rPr>
        <w:t xml:space="preserve">We gaan AI een </w:t>
      </w:r>
      <w:r w:rsidR="00C33C14">
        <w:rPr>
          <w:lang w:val="nl-NL"/>
        </w:rPr>
        <w:t xml:space="preserve">uitgebreider </w:t>
      </w:r>
      <w:r w:rsidRPr="00B107DB">
        <w:rPr>
          <w:lang w:val="nl-NL"/>
        </w:rPr>
        <w:t xml:space="preserve">juridisch onderzoek laten doen. </w:t>
      </w:r>
    </w:p>
    <w:p w14:paraId="58BD5FCE" w14:textId="6FDCE3D8" w:rsidR="000F243E" w:rsidRDefault="00F90888" w:rsidP="00974A8A">
      <w:pPr>
        <w:pStyle w:val="Lijstnummering"/>
        <w:numPr>
          <w:ilvl w:val="0"/>
          <w:numId w:val="11"/>
        </w:numPr>
        <w:spacing w:before="0" w:after="0" w:line="240" w:lineRule="auto"/>
        <w:rPr>
          <w:lang w:val="nl-NL"/>
        </w:rPr>
      </w:pPr>
      <w:r w:rsidRPr="00B107DB">
        <w:rPr>
          <w:lang w:val="nl-NL"/>
        </w:rPr>
        <w:t>Bedenk een brede onderzoeksvraag, bijvoorbeeld uit een stage of afstudeeronderzoek</w:t>
      </w:r>
      <w:r w:rsidR="003620C8" w:rsidRPr="00B107DB">
        <w:rPr>
          <w:lang w:val="nl-NL"/>
        </w:rPr>
        <w:t>. Voer deze</w:t>
      </w:r>
      <w:r w:rsidR="00B107DB">
        <w:rPr>
          <w:lang w:val="nl-NL"/>
        </w:rPr>
        <w:t xml:space="preserve"> vraag</w:t>
      </w:r>
      <w:r w:rsidR="003620C8" w:rsidRPr="00B107DB">
        <w:rPr>
          <w:lang w:val="nl-NL"/>
        </w:rPr>
        <w:t xml:space="preserve"> in, in een AI-tool. </w:t>
      </w:r>
      <w:r w:rsidR="00B107DB">
        <w:rPr>
          <w:lang w:val="nl-NL"/>
        </w:rPr>
        <w:t>Eerst als gewone vraag. Zie welk antwoord dit oplevert.</w:t>
      </w:r>
    </w:p>
    <w:p w14:paraId="7AC0830F" w14:textId="021D3327" w:rsidR="00B107DB" w:rsidRDefault="00C2787B" w:rsidP="00974A8A">
      <w:pPr>
        <w:pStyle w:val="Lijstnummering"/>
        <w:numPr>
          <w:ilvl w:val="0"/>
          <w:numId w:val="11"/>
        </w:numPr>
        <w:spacing w:before="0" w:after="0" w:line="240" w:lineRule="auto"/>
        <w:rPr>
          <w:lang w:val="nl-NL"/>
        </w:rPr>
      </w:pPr>
      <w:r>
        <w:rPr>
          <w:lang w:val="nl-NL"/>
        </w:rPr>
        <w:t>We gaan dit nogmaals doen, maar nu met een aanvullende tekst</w:t>
      </w:r>
      <w:r w:rsidR="00B107DB">
        <w:rPr>
          <w:lang w:val="nl-NL"/>
        </w:rPr>
        <w:t>:</w:t>
      </w:r>
    </w:p>
    <w:p w14:paraId="3057B694" w14:textId="0CD038C7" w:rsidR="00B107DB" w:rsidRDefault="00B107DB" w:rsidP="00936394">
      <w:pPr>
        <w:pStyle w:val="Lijstnummering"/>
        <w:numPr>
          <w:ilvl w:val="0"/>
          <w:numId w:val="0"/>
        </w:numPr>
        <w:spacing w:before="0" w:after="0" w:line="240" w:lineRule="auto"/>
        <w:ind w:left="360"/>
        <w:rPr>
          <w:lang w:val="nl-NL"/>
        </w:rPr>
      </w:pPr>
      <w:r>
        <w:rPr>
          <w:lang w:val="nl-NL"/>
        </w:rPr>
        <w:t xml:space="preserve">- </w:t>
      </w:r>
      <w:r w:rsidR="001D654E" w:rsidRPr="001D654E">
        <w:rPr>
          <w:lang w:val="nl-NL"/>
        </w:rPr>
        <w:t>Kun je een onderzoeksrapport maken op hbo eindniveau, waarbij de volgende onderzoeksvraag centraal staat: [voer</w:t>
      </w:r>
      <w:r w:rsidR="009E2FD5">
        <w:rPr>
          <w:lang w:val="nl-NL"/>
        </w:rPr>
        <w:t xml:space="preserve"> hier</w:t>
      </w:r>
      <w:r w:rsidR="001D654E" w:rsidRPr="001D654E">
        <w:rPr>
          <w:lang w:val="nl-NL"/>
        </w:rPr>
        <w:t xml:space="preserve"> je onderzoeksvraag in] Ik wil dat je eerst een uitgebreid plan van aanpak maakt volgens de regels van het boek praktijkgericht juridisch onderzoek van Geertje van Schaijk van circa 3 pagina's. Daarna maak je het onderzoeksrapport dat bestaat uit maximaal 20 pagina's. Ik wil dat je hierbij toepasselijke handboeken, rechtspraak en juridische vakliteratuur gebruikt en dat je hiernaar verwijst volgens de nieuwste leidraad voor juridische auteurs. Ik wil dat je een praktijkgericht onderdeel opneemt in het onderzoek, hiervoor mag je zelf een methode bedenken en die uitwerken waarbij je zelf gegevens genereert. Eindig met conclusies en aanbevelingen voor de rechtspraktijk die direct toepasbaar zijn. Zorg dat de </w:t>
      </w:r>
      <w:r w:rsidR="001D654E" w:rsidRPr="001D654E">
        <w:rPr>
          <w:lang w:val="nl-NL"/>
        </w:rPr>
        <w:lastRenderedPageBreak/>
        <w:t>conclusies en aanbevelingen logisch volgen uit je onderzoek. Zorg dat het een degelijk onderzoek is dat mijn docenten zal overtuigen, hier hangt veel vanaf voor mij, want als ik geen voldoende haal, moet ik nog een keer afstuderen. Mocht je het nodig hebben, stel me dan eerst nog een aantal verhelderende vragen.</w:t>
      </w:r>
    </w:p>
    <w:p w14:paraId="73866AE7" w14:textId="21A3FBD4" w:rsidR="00B107DB" w:rsidRPr="001D654E" w:rsidRDefault="00875E9E" w:rsidP="00936394">
      <w:pPr>
        <w:pStyle w:val="Lijstnummering"/>
        <w:numPr>
          <w:ilvl w:val="0"/>
          <w:numId w:val="0"/>
        </w:numPr>
        <w:spacing w:before="0" w:after="0" w:line="240" w:lineRule="auto"/>
        <w:ind w:left="360" w:hanging="360"/>
        <w:rPr>
          <w:lang w:val="nl-NL"/>
        </w:rPr>
      </w:pPr>
      <w:r>
        <w:rPr>
          <w:lang w:val="nl-NL"/>
        </w:rPr>
        <w:t xml:space="preserve">4. </w:t>
      </w:r>
      <w:r>
        <w:rPr>
          <w:lang w:val="nl-NL"/>
        </w:rPr>
        <w:tab/>
      </w:r>
      <w:r w:rsidR="001D654E" w:rsidRPr="001D654E">
        <w:rPr>
          <w:lang w:val="nl-NL"/>
        </w:rPr>
        <w:t>We gaan dit nogmaals doen, maar nu met een aanvullende tekst.</w:t>
      </w:r>
      <w:r w:rsidR="001D654E">
        <w:rPr>
          <w:lang w:val="nl-NL"/>
        </w:rPr>
        <w:t xml:space="preserve"> </w:t>
      </w:r>
      <w:r w:rsidR="00B107DB" w:rsidRPr="001D654E">
        <w:rPr>
          <w:lang w:val="nl-NL"/>
        </w:rPr>
        <w:t>Voer de vraag nogmaals in, en voer daarna tegelijkertijd - de volgende tekst in:</w:t>
      </w:r>
    </w:p>
    <w:p w14:paraId="4D5F4087" w14:textId="08D2E0DD" w:rsidR="003620C8" w:rsidRPr="003620C8" w:rsidRDefault="003620C8" w:rsidP="00936394">
      <w:pPr>
        <w:pStyle w:val="Lijstnummering"/>
        <w:numPr>
          <w:ilvl w:val="0"/>
          <w:numId w:val="0"/>
        </w:numPr>
        <w:spacing w:before="0" w:after="0" w:line="240" w:lineRule="auto"/>
        <w:ind w:left="360"/>
        <w:rPr>
          <w:lang w:val="nl-NL"/>
        </w:rPr>
      </w:pPr>
      <w:r w:rsidRPr="003620C8">
        <w:rPr>
          <w:lang w:val="nl-NL"/>
        </w:rPr>
        <w:t>- Voer dit onderzoek uit / geef antwoord met maximale precisie en logische consistentie. Werk stap voor stap, expliciet en redeneer transparant (“denk hardop”). Onderbouw elke uitgesproken bewering met concrete voorbeelden, relevante casussen of historische context. Vermeld bronnen correct en volledig waar mogelijk.</w:t>
      </w:r>
    </w:p>
    <w:p w14:paraId="5A3B6238" w14:textId="77777777" w:rsidR="003620C8" w:rsidRPr="003620C8" w:rsidRDefault="003620C8" w:rsidP="00936394">
      <w:pPr>
        <w:pStyle w:val="Lijstnummering"/>
        <w:numPr>
          <w:ilvl w:val="0"/>
          <w:numId w:val="0"/>
        </w:numPr>
        <w:spacing w:before="0" w:after="0" w:line="240" w:lineRule="auto"/>
        <w:ind w:left="360"/>
        <w:rPr>
          <w:lang w:val="nl-NL"/>
        </w:rPr>
      </w:pPr>
      <w:r w:rsidRPr="003620C8">
        <w:rPr>
          <w:lang w:val="nl-NL"/>
        </w:rPr>
        <w:t>Gebruik beschikbare tools, zoals internetzoekopdrachten, wanneer er onzekerheid is; vermijd speculatie. Wees kritisch op je eigen aannames en controleer je gevolgtrekkingen tussentijds.</w:t>
      </w:r>
    </w:p>
    <w:p w14:paraId="0D111934" w14:textId="5E86D03D" w:rsidR="00C178DD" w:rsidRDefault="003620C8" w:rsidP="00936394">
      <w:pPr>
        <w:pStyle w:val="Lijstnummering"/>
        <w:numPr>
          <w:ilvl w:val="0"/>
          <w:numId w:val="0"/>
        </w:numPr>
        <w:spacing w:after="0" w:line="240" w:lineRule="auto"/>
        <w:ind w:left="360"/>
        <w:rPr>
          <w:lang w:val="nl-NL"/>
        </w:rPr>
      </w:pPr>
      <w:r w:rsidRPr="003620C8">
        <w:rPr>
          <w:lang w:val="nl-NL"/>
        </w:rPr>
        <w:t>Reflecteer na elke fase op eventuele hiaten of onvolledigheden, en vul deze systematisch aan. Ga pas verder naar een volgend onderdeel als het huidige grondig is uitgewerkt. Herhaal dit totdat het onderwerp volledig en diepgaand is onderzocht.</w:t>
      </w:r>
    </w:p>
    <w:p w14:paraId="2F07FEEC" w14:textId="77777777" w:rsidR="00936394" w:rsidRDefault="00936394" w:rsidP="00936394">
      <w:pPr>
        <w:pStyle w:val="Lijstnummering"/>
        <w:numPr>
          <w:ilvl w:val="0"/>
          <w:numId w:val="0"/>
        </w:numPr>
        <w:spacing w:before="0" w:after="0" w:line="240" w:lineRule="auto"/>
        <w:ind w:left="360"/>
        <w:rPr>
          <w:lang w:val="nl-NL"/>
        </w:rPr>
      </w:pPr>
    </w:p>
    <w:p w14:paraId="123CA8DA" w14:textId="612DAE8D" w:rsidR="00C178DD" w:rsidRPr="008E4FB8" w:rsidRDefault="00C178DD" w:rsidP="00936394">
      <w:pPr>
        <w:pStyle w:val="Kop2"/>
        <w:spacing w:before="0" w:line="240" w:lineRule="auto"/>
        <w:rPr>
          <w:lang w:val="nl-NL"/>
        </w:rPr>
      </w:pPr>
      <w:r w:rsidRPr="008E4FB8">
        <w:rPr>
          <w:lang w:val="nl-NL"/>
        </w:rPr>
        <w:t>Deel 6</w:t>
      </w:r>
      <w:r w:rsidR="008E4FB8" w:rsidRPr="008E4FB8">
        <w:rPr>
          <w:lang w:val="nl-NL"/>
        </w:rPr>
        <w:t>, meer dan tekst g</w:t>
      </w:r>
      <w:r w:rsidR="008E4FB8">
        <w:rPr>
          <w:lang w:val="nl-NL"/>
        </w:rPr>
        <w:t>enereren</w:t>
      </w:r>
    </w:p>
    <w:p w14:paraId="7467D25B" w14:textId="77777777" w:rsidR="00C178DD" w:rsidRDefault="00C178DD" w:rsidP="00974A8A">
      <w:pPr>
        <w:pStyle w:val="Lijstnummering"/>
        <w:numPr>
          <w:ilvl w:val="0"/>
          <w:numId w:val="13"/>
        </w:numPr>
        <w:spacing w:before="0" w:after="0" w:line="240" w:lineRule="auto"/>
        <w:rPr>
          <w:lang w:val="nl-NL"/>
        </w:rPr>
      </w:pPr>
      <w:r w:rsidRPr="00C178DD">
        <w:rPr>
          <w:lang w:val="nl-NL"/>
        </w:rPr>
        <w:t xml:space="preserve">Nu gaan we </w:t>
      </w:r>
      <w:r>
        <w:rPr>
          <w:lang w:val="nl-NL"/>
        </w:rPr>
        <w:t>bekijken wat AI nog meer kan dan tekst genereren.</w:t>
      </w:r>
    </w:p>
    <w:p w14:paraId="6678F90D" w14:textId="70ED2DC9" w:rsidR="00B668CB" w:rsidRDefault="00C178DD" w:rsidP="00974A8A">
      <w:pPr>
        <w:pStyle w:val="Lijstnummering"/>
        <w:numPr>
          <w:ilvl w:val="0"/>
          <w:numId w:val="13"/>
        </w:numPr>
        <w:spacing w:before="0" w:after="0" w:line="240" w:lineRule="auto"/>
        <w:rPr>
          <w:lang w:val="nl-NL"/>
        </w:rPr>
      </w:pPr>
      <w:r>
        <w:rPr>
          <w:lang w:val="nl-NL"/>
        </w:rPr>
        <w:t>Open een AI-tool en vraag of hij een afbeelding kan genereren die je kan gebruiken in één van je lessen</w:t>
      </w:r>
      <w:r w:rsidR="00435188">
        <w:rPr>
          <w:lang w:val="nl-NL"/>
        </w:rPr>
        <w:t xml:space="preserve"> of een </w:t>
      </w:r>
      <w:proofErr w:type="spellStart"/>
      <w:r w:rsidR="00435188">
        <w:rPr>
          <w:lang w:val="nl-NL"/>
        </w:rPr>
        <w:t>visual</w:t>
      </w:r>
      <w:proofErr w:type="spellEnd"/>
      <w:r w:rsidR="00435188">
        <w:rPr>
          <w:lang w:val="nl-NL"/>
        </w:rPr>
        <w:t xml:space="preserve"> die een werkproces dat je volgt kan uitleggen aan een nieuwe collega</w:t>
      </w:r>
      <w:r>
        <w:rPr>
          <w:lang w:val="nl-NL"/>
        </w:rPr>
        <w:t>.</w:t>
      </w:r>
      <w:r w:rsidR="00435188">
        <w:rPr>
          <w:lang w:val="nl-NL"/>
        </w:rPr>
        <w:br/>
        <w:t>Probeer een zo duidelijk mogelijke beschrijving te geven van het plaatje dat je wilt zien.</w:t>
      </w:r>
      <w:r>
        <w:rPr>
          <w:lang w:val="nl-NL"/>
        </w:rPr>
        <w:t xml:space="preserve"> </w:t>
      </w:r>
      <w:r w:rsidR="00435188">
        <w:rPr>
          <w:lang w:val="nl-NL"/>
        </w:rPr>
        <w:br/>
      </w:r>
      <w:r>
        <w:rPr>
          <w:lang w:val="nl-NL"/>
        </w:rPr>
        <w:t>Ervaar dat niet alle AI-tools afbeeldingen kunnen genereren. En dat dit meer tijd kost dan het genere</w:t>
      </w:r>
      <w:r w:rsidR="00B668CB">
        <w:rPr>
          <w:lang w:val="nl-NL"/>
        </w:rPr>
        <w:t xml:space="preserve">ren van tekst. </w:t>
      </w:r>
      <w:r w:rsidR="00435188">
        <w:rPr>
          <w:lang w:val="nl-NL"/>
        </w:rPr>
        <w:t xml:space="preserve">En dat je niet altijd meteen het plaatje krijgt dat je graag wilt zien. </w:t>
      </w:r>
      <w:r w:rsidR="00435DD8">
        <w:rPr>
          <w:lang w:val="nl-NL"/>
        </w:rPr>
        <w:br/>
        <w:t>Vervolg stap. Beschrijf nu het plaatje dat je zou willen laten genereren. En vraag nu aan de AI-tool om hiervoor de juiste prompt te geven. De AI-tool zal nu een prompt voor je maken. Vraag de AI-tool om deze prompt uit te voeren. En is het plaatje dat nu wordt gegenereerd beter?</w:t>
      </w:r>
    </w:p>
    <w:p w14:paraId="70DB6AA7" w14:textId="021FC386" w:rsidR="008E3F4F" w:rsidRDefault="00B668CB" w:rsidP="00974A8A">
      <w:pPr>
        <w:pStyle w:val="Lijstnummering"/>
        <w:numPr>
          <w:ilvl w:val="0"/>
          <w:numId w:val="13"/>
        </w:numPr>
        <w:spacing w:before="0" w:after="0" w:line="240" w:lineRule="auto"/>
        <w:rPr>
          <w:lang w:val="nl-NL"/>
        </w:rPr>
      </w:pPr>
      <w:r>
        <w:rPr>
          <w:lang w:val="nl-NL"/>
        </w:rPr>
        <w:t xml:space="preserve">Open een AI-tool naar eigen keuze en upload een tekst. </w:t>
      </w:r>
      <w:r w:rsidR="007D60FA">
        <w:rPr>
          <w:lang w:val="nl-NL"/>
        </w:rPr>
        <w:t xml:space="preserve">Dat kan iedere tekst zijn die je wil. Bijvoorbeeld een juridisch artikel, een juridische onderlegger, een rapport etc. </w:t>
      </w:r>
      <w:r w:rsidR="008E3F4F">
        <w:rPr>
          <w:lang w:val="nl-NL"/>
        </w:rPr>
        <w:br/>
        <w:t xml:space="preserve">Het uploaden van een stuk kan </w:t>
      </w:r>
      <w:r w:rsidR="00275525">
        <w:rPr>
          <w:lang w:val="nl-NL"/>
        </w:rPr>
        <w:t xml:space="preserve">vaak bij het kruisje of plusje dat in je schrijfbalk </w:t>
      </w:r>
      <w:r w:rsidR="008E3F4F">
        <w:rPr>
          <w:lang w:val="nl-NL"/>
        </w:rPr>
        <w:t>van de A</w:t>
      </w:r>
      <w:r w:rsidR="000846A0">
        <w:rPr>
          <w:lang w:val="nl-NL"/>
        </w:rPr>
        <w:t>I</w:t>
      </w:r>
      <w:r w:rsidR="008E3F4F">
        <w:rPr>
          <w:lang w:val="nl-NL"/>
        </w:rPr>
        <w:t xml:space="preserve">-tool </w:t>
      </w:r>
      <w:r w:rsidR="00275525">
        <w:rPr>
          <w:lang w:val="nl-NL"/>
        </w:rPr>
        <w:t xml:space="preserve">ziet staan. </w:t>
      </w:r>
      <w:r w:rsidR="008E3F4F">
        <w:rPr>
          <w:lang w:val="nl-NL"/>
        </w:rPr>
        <w:t>Zie je geen mogelijkheid, stel dan de AI-tool de vraag waar je een stuk kunt uploaden.</w:t>
      </w:r>
      <w:r w:rsidR="00275525">
        <w:rPr>
          <w:lang w:val="nl-NL"/>
        </w:rPr>
        <w:br/>
      </w:r>
      <w:r w:rsidR="008E3F4F">
        <w:rPr>
          <w:lang w:val="nl-NL"/>
        </w:rPr>
        <w:t xml:space="preserve">Upload je tekst, druk op enter. Zonder dat je een aanvullende prompt geeft. Kijk wat er gebeurd. Want vaak probeert de AI-tool al heel behulpzaam te zijn door te gokken wat je met het document wil doen en geeft de AI-tool je al meteen een samenvatting of een omschrijving van het document. Vaak geeft het ook een aantal opties over wat de AI-tool verder voor je kan doen met het document. </w:t>
      </w:r>
    </w:p>
    <w:p w14:paraId="3C26768E" w14:textId="38EAF3A1" w:rsidR="00C178DD" w:rsidRDefault="0006483A" w:rsidP="00974A8A">
      <w:pPr>
        <w:pStyle w:val="Lijstnummering"/>
        <w:numPr>
          <w:ilvl w:val="0"/>
          <w:numId w:val="13"/>
        </w:numPr>
        <w:spacing w:before="0" w:after="0" w:line="240" w:lineRule="auto"/>
        <w:rPr>
          <w:lang w:val="nl-NL"/>
        </w:rPr>
      </w:pPr>
      <w:r>
        <w:rPr>
          <w:lang w:val="nl-NL"/>
        </w:rPr>
        <w:t xml:space="preserve">Nu gaan we actief aan de slag met het document dat we hebben geüpload. </w:t>
      </w:r>
      <w:r>
        <w:rPr>
          <w:lang w:val="nl-NL"/>
        </w:rPr>
        <w:br/>
      </w:r>
      <w:r w:rsidR="00171495">
        <w:rPr>
          <w:lang w:val="nl-NL"/>
        </w:rPr>
        <w:t>Doorloop de volgende stappen of kies een stap</w:t>
      </w:r>
      <w:r w:rsidR="00435DD8">
        <w:rPr>
          <w:lang w:val="nl-NL"/>
        </w:rPr>
        <w:t xml:space="preserve"> die</w:t>
      </w:r>
      <w:r w:rsidR="00171495">
        <w:rPr>
          <w:lang w:val="nl-NL"/>
        </w:rPr>
        <w:t xml:space="preserve"> uit je wilt proberen</w:t>
      </w:r>
    </w:p>
    <w:p w14:paraId="58A3B5BE" w14:textId="670B4A9E" w:rsidR="00171495" w:rsidRDefault="00171495" w:rsidP="00936394">
      <w:pPr>
        <w:pStyle w:val="Lijstnummering"/>
        <w:numPr>
          <w:ilvl w:val="0"/>
          <w:numId w:val="0"/>
        </w:numPr>
        <w:spacing w:before="0" w:after="0" w:line="240" w:lineRule="auto"/>
        <w:ind w:left="360"/>
        <w:rPr>
          <w:lang w:val="nl-NL"/>
        </w:rPr>
      </w:pPr>
      <w:r>
        <w:rPr>
          <w:lang w:val="nl-NL"/>
        </w:rPr>
        <w:t>- stel de AI-tool vragen over je tekst</w:t>
      </w:r>
      <w:r w:rsidR="0006483A">
        <w:rPr>
          <w:lang w:val="nl-NL"/>
        </w:rPr>
        <w:t>;</w:t>
      </w:r>
    </w:p>
    <w:p w14:paraId="6A8B64FC" w14:textId="373A7C6C" w:rsidR="00171495" w:rsidRDefault="00171495" w:rsidP="00936394">
      <w:pPr>
        <w:pStyle w:val="Lijstnummering"/>
        <w:numPr>
          <w:ilvl w:val="0"/>
          <w:numId w:val="0"/>
        </w:numPr>
        <w:spacing w:before="0" w:after="0" w:line="240" w:lineRule="auto"/>
        <w:ind w:left="360"/>
        <w:rPr>
          <w:lang w:val="nl-NL"/>
        </w:rPr>
      </w:pPr>
      <w:r>
        <w:rPr>
          <w:lang w:val="nl-NL"/>
        </w:rPr>
        <w:t>- laat je tekst samenvatten</w:t>
      </w:r>
      <w:r w:rsidR="00AF0729">
        <w:rPr>
          <w:lang w:val="nl-NL"/>
        </w:rPr>
        <w:t>, maak een managementsamenvatting, maak een leersamenvatting</w:t>
      </w:r>
      <w:r w:rsidR="0006483A">
        <w:rPr>
          <w:lang w:val="nl-NL"/>
        </w:rPr>
        <w:t>;</w:t>
      </w:r>
    </w:p>
    <w:p w14:paraId="123FCC34" w14:textId="59C3F9B9" w:rsidR="00AF0729" w:rsidRDefault="00AF0729" w:rsidP="00936394">
      <w:pPr>
        <w:pStyle w:val="Lijstnummering"/>
        <w:numPr>
          <w:ilvl w:val="0"/>
          <w:numId w:val="0"/>
        </w:numPr>
        <w:spacing w:before="0" w:after="0" w:line="240" w:lineRule="auto"/>
        <w:ind w:left="360"/>
        <w:rPr>
          <w:lang w:val="nl-NL"/>
        </w:rPr>
      </w:pPr>
      <w:r>
        <w:rPr>
          <w:lang w:val="nl-NL"/>
        </w:rPr>
        <w:t>- laat je tekst vertalen naar een andere taal</w:t>
      </w:r>
      <w:r w:rsidR="0006483A">
        <w:rPr>
          <w:lang w:val="nl-NL"/>
        </w:rPr>
        <w:t>;</w:t>
      </w:r>
    </w:p>
    <w:p w14:paraId="6B2BADE5" w14:textId="4E501AC7" w:rsidR="00AF0729" w:rsidRDefault="00AF0729" w:rsidP="00936394">
      <w:pPr>
        <w:pStyle w:val="Lijstnummering"/>
        <w:numPr>
          <w:ilvl w:val="0"/>
          <w:numId w:val="0"/>
        </w:numPr>
        <w:spacing w:before="0" w:after="0" w:line="240" w:lineRule="auto"/>
        <w:ind w:left="360"/>
        <w:rPr>
          <w:lang w:val="nl-NL"/>
        </w:rPr>
      </w:pPr>
      <w:r>
        <w:rPr>
          <w:lang w:val="nl-NL"/>
        </w:rPr>
        <w:t>- vraag om 5 werkvormen gebaseerd op de tekst</w:t>
      </w:r>
      <w:r w:rsidR="0006483A">
        <w:rPr>
          <w:lang w:val="nl-NL"/>
        </w:rPr>
        <w:t>;</w:t>
      </w:r>
    </w:p>
    <w:p w14:paraId="1D614054" w14:textId="722025B2" w:rsidR="00AF0729" w:rsidRDefault="00AF0729" w:rsidP="00936394">
      <w:pPr>
        <w:pStyle w:val="Lijstnummering"/>
        <w:numPr>
          <w:ilvl w:val="0"/>
          <w:numId w:val="0"/>
        </w:numPr>
        <w:spacing w:before="0" w:after="0" w:line="240" w:lineRule="auto"/>
        <w:ind w:left="360"/>
        <w:rPr>
          <w:lang w:val="nl-NL"/>
        </w:rPr>
      </w:pPr>
      <w:r>
        <w:rPr>
          <w:lang w:val="nl-NL"/>
        </w:rPr>
        <w:t xml:space="preserve">- </w:t>
      </w:r>
      <w:r w:rsidR="004E5EAA">
        <w:rPr>
          <w:lang w:val="nl-NL"/>
        </w:rPr>
        <w:t>vraag om 10 flashcards over je tekst</w:t>
      </w:r>
      <w:r w:rsidR="0006483A">
        <w:rPr>
          <w:lang w:val="nl-NL"/>
        </w:rPr>
        <w:t>;</w:t>
      </w:r>
    </w:p>
    <w:p w14:paraId="581540AE" w14:textId="565322F6" w:rsidR="004E5EAA" w:rsidRDefault="004E5EAA" w:rsidP="00936394">
      <w:pPr>
        <w:pStyle w:val="Lijstnummering"/>
        <w:numPr>
          <w:ilvl w:val="0"/>
          <w:numId w:val="0"/>
        </w:numPr>
        <w:spacing w:before="0" w:after="0" w:line="240" w:lineRule="auto"/>
        <w:ind w:left="360"/>
        <w:rPr>
          <w:lang w:val="nl-NL"/>
        </w:rPr>
      </w:pPr>
      <w:r>
        <w:rPr>
          <w:lang w:val="nl-NL"/>
        </w:rPr>
        <w:t>- vraag om 10 meerkeuzevragen over je tekst</w:t>
      </w:r>
      <w:r w:rsidR="0006483A">
        <w:rPr>
          <w:lang w:val="nl-NL"/>
        </w:rPr>
        <w:t>;</w:t>
      </w:r>
    </w:p>
    <w:p w14:paraId="38B85C04" w14:textId="4E71169A" w:rsidR="004E5EAA" w:rsidRDefault="004E5EAA" w:rsidP="00936394">
      <w:pPr>
        <w:pStyle w:val="Lijstnummering"/>
        <w:numPr>
          <w:ilvl w:val="0"/>
          <w:numId w:val="0"/>
        </w:numPr>
        <w:spacing w:before="0" w:after="0" w:line="240" w:lineRule="auto"/>
        <w:ind w:left="360"/>
        <w:rPr>
          <w:lang w:val="nl-NL"/>
        </w:rPr>
      </w:pPr>
      <w:r>
        <w:rPr>
          <w:lang w:val="nl-NL"/>
        </w:rPr>
        <w:t>- vraag om 5 open vragen over je tekst</w:t>
      </w:r>
      <w:r w:rsidR="0006483A">
        <w:rPr>
          <w:lang w:val="nl-NL"/>
        </w:rPr>
        <w:t>;</w:t>
      </w:r>
    </w:p>
    <w:p w14:paraId="26E4353B" w14:textId="637CE69D" w:rsidR="00B2439D" w:rsidRDefault="00B2439D" w:rsidP="00936394">
      <w:pPr>
        <w:pStyle w:val="Lijstnummering"/>
        <w:numPr>
          <w:ilvl w:val="0"/>
          <w:numId w:val="0"/>
        </w:numPr>
        <w:spacing w:before="0" w:after="0" w:line="240" w:lineRule="auto"/>
        <w:ind w:left="360"/>
        <w:rPr>
          <w:lang w:val="nl-NL"/>
        </w:rPr>
      </w:pPr>
      <w:r>
        <w:rPr>
          <w:lang w:val="nl-NL"/>
        </w:rPr>
        <w:t>- beantwoord deze vragen en vraag om gericht feedback op je antwoorden</w:t>
      </w:r>
      <w:r w:rsidR="0006483A">
        <w:rPr>
          <w:lang w:val="nl-NL"/>
        </w:rPr>
        <w:t>;</w:t>
      </w:r>
    </w:p>
    <w:p w14:paraId="562C8D60" w14:textId="49A7F89D" w:rsidR="0055490C" w:rsidRDefault="0055490C" w:rsidP="00936394">
      <w:pPr>
        <w:pStyle w:val="Lijstnummering"/>
        <w:numPr>
          <w:ilvl w:val="0"/>
          <w:numId w:val="0"/>
        </w:numPr>
        <w:spacing w:before="0" w:after="0" w:line="240" w:lineRule="auto"/>
        <w:ind w:left="360"/>
        <w:rPr>
          <w:lang w:val="nl-NL"/>
        </w:rPr>
      </w:pPr>
      <w:r>
        <w:rPr>
          <w:lang w:val="nl-NL"/>
        </w:rPr>
        <w:t>- vraag om 5 extra bronnen die dieper op de materie uit je tekst ingaan</w:t>
      </w:r>
      <w:r w:rsidR="0006483A">
        <w:rPr>
          <w:lang w:val="nl-NL"/>
        </w:rPr>
        <w:t>;</w:t>
      </w:r>
    </w:p>
    <w:p w14:paraId="0937BEDF" w14:textId="4BF9883C" w:rsidR="0055490C" w:rsidRDefault="0055490C" w:rsidP="00936394">
      <w:pPr>
        <w:pStyle w:val="Lijstnummering"/>
        <w:numPr>
          <w:ilvl w:val="0"/>
          <w:numId w:val="0"/>
        </w:numPr>
        <w:spacing w:before="0" w:after="0" w:line="240" w:lineRule="auto"/>
        <w:ind w:left="360"/>
        <w:rPr>
          <w:lang w:val="nl-NL"/>
        </w:rPr>
      </w:pPr>
      <w:r>
        <w:rPr>
          <w:lang w:val="nl-NL"/>
        </w:rPr>
        <w:t>- vraag om het meest geschikte handboek over de materie in je tekst</w:t>
      </w:r>
      <w:r w:rsidR="0006483A">
        <w:rPr>
          <w:lang w:val="nl-NL"/>
        </w:rPr>
        <w:t>;</w:t>
      </w:r>
    </w:p>
    <w:p w14:paraId="786CEE80" w14:textId="62F5D8E0" w:rsidR="00E7400F" w:rsidRDefault="000D3DBB" w:rsidP="00936394">
      <w:pPr>
        <w:pStyle w:val="Lijstnummering"/>
        <w:numPr>
          <w:ilvl w:val="0"/>
          <w:numId w:val="0"/>
        </w:numPr>
        <w:spacing w:after="0" w:line="240" w:lineRule="auto"/>
        <w:ind w:left="360" w:hanging="360"/>
        <w:rPr>
          <w:lang w:val="nl-NL"/>
        </w:rPr>
      </w:pPr>
      <w:r>
        <w:rPr>
          <w:lang w:val="nl-NL"/>
        </w:rPr>
        <w:t xml:space="preserve">4. </w:t>
      </w:r>
      <w:r w:rsidR="00435DD8">
        <w:rPr>
          <w:lang w:val="nl-NL"/>
        </w:rPr>
        <w:tab/>
      </w:r>
      <w:r w:rsidR="0006483A">
        <w:rPr>
          <w:lang w:val="nl-NL"/>
        </w:rPr>
        <w:t>Nu gaan we weer iets nieuws doen. Omdat AI</w:t>
      </w:r>
      <w:r w:rsidR="00736A0D">
        <w:rPr>
          <w:lang w:val="nl-NL"/>
        </w:rPr>
        <w:t xml:space="preserve"> een computerprogramma is, kan het ook zelf programmeren. Dat klinkt moeilijk, maar het komt er in de basis op neer dat de meeste AI-tools ook bestanden kunnen maken voor andere programma’s, zoals bijvoorbeeld voor je Outlook-agenda. </w:t>
      </w:r>
      <w:r w:rsidR="00736A0D">
        <w:rPr>
          <w:lang w:val="nl-NL"/>
        </w:rPr>
        <w:br/>
      </w:r>
      <w:r>
        <w:rPr>
          <w:lang w:val="nl-NL"/>
        </w:rPr>
        <w:t>Vraag de AI-tool om een bestand te maken dat je kan toevoegen aan je outlook-agenda waarin al</w:t>
      </w:r>
      <w:r w:rsidR="00443F79">
        <w:rPr>
          <w:lang w:val="nl-NL"/>
        </w:rPr>
        <w:t xml:space="preserve"> </w:t>
      </w:r>
      <w:r>
        <w:rPr>
          <w:lang w:val="nl-NL"/>
        </w:rPr>
        <w:t>je afspraken met studenten staan. Benoem deze afspraken</w:t>
      </w:r>
      <w:r w:rsidR="00443F79">
        <w:rPr>
          <w:lang w:val="nl-NL"/>
        </w:rPr>
        <w:t xml:space="preserve"> in je prompt</w:t>
      </w:r>
      <w:r w:rsidR="00974170">
        <w:rPr>
          <w:lang w:val="nl-NL"/>
        </w:rPr>
        <w:t xml:space="preserve"> </w:t>
      </w:r>
      <w:r w:rsidR="00E37FBB">
        <w:rPr>
          <w:lang w:val="nl-NL"/>
        </w:rPr>
        <w:t>[</w:t>
      </w:r>
      <w:r w:rsidR="00974170">
        <w:rPr>
          <w:lang w:val="nl-NL"/>
        </w:rPr>
        <w:t>bijvoorbeeld, iedere dinsdag van 15:00 tot 17:00 uur</w:t>
      </w:r>
      <w:r w:rsidR="00E37FBB">
        <w:rPr>
          <w:lang w:val="nl-NL"/>
        </w:rPr>
        <w:t xml:space="preserve"> heb ik een bespreking met mijn studenten]</w:t>
      </w:r>
      <w:r w:rsidR="00443F79">
        <w:rPr>
          <w:lang w:val="nl-NL"/>
        </w:rPr>
        <w:t>.</w:t>
      </w:r>
      <w:r w:rsidR="00E37FBB">
        <w:rPr>
          <w:lang w:val="nl-NL"/>
        </w:rPr>
        <w:br/>
      </w:r>
      <w:r w:rsidR="00443F79">
        <w:rPr>
          <w:lang w:val="nl-NL"/>
        </w:rPr>
        <w:lastRenderedPageBreak/>
        <w:t xml:space="preserve">Vraag vervolgens aan de AI-tool hoe je dit bestand kan toevoegen aan je outlook-agenda. </w:t>
      </w:r>
      <w:r w:rsidR="00974170">
        <w:rPr>
          <w:lang w:val="nl-NL"/>
        </w:rPr>
        <w:t xml:space="preserve">Voer de stappen uit die de AI-tool heeft beschreven. Werkt dit? </w:t>
      </w:r>
      <w:r w:rsidR="00974170">
        <w:rPr>
          <w:lang w:val="nl-NL"/>
        </w:rPr>
        <w:br/>
        <w:t>Vraag nu aan de AI-tool hoe je deze agenda-items weer kunt verwijderen. Volg de instructies uit. Werkt dit ook naar behoren?</w:t>
      </w:r>
      <w:r w:rsidR="00E37FBB">
        <w:rPr>
          <w:lang w:val="nl-NL"/>
        </w:rPr>
        <w:br/>
        <w:t>Zou het niet tof zijn als je studenten een tool kunnen maken voor zichzelf met een planning die automatisch in hun agenda komt te staan, inclusief herinneringen</w:t>
      </w:r>
      <w:r w:rsidR="00964632">
        <w:rPr>
          <w:lang w:val="nl-NL"/>
        </w:rPr>
        <w:t>?</w:t>
      </w:r>
      <w:r w:rsidR="00E37FBB">
        <w:rPr>
          <w:lang w:val="nl-NL"/>
        </w:rPr>
        <w:t xml:space="preserve"> Zodat ze dagelijkse of wekelijkse herinneringen krijgen om aan school te gaan werken</w:t>
      </w:r>
      <w:r w:rsidR="00964632">
        <w:rPr>
          <w:lang w:val="nl-NL"/>
        </w:rPr>
        <w:t>.</w:t>
      </w:r>
      <w:r w:rsidR="00E37FBB">
        <w:rPr>
          <w:lang w:val="nl-NL"/>
        </w:rPr>
        <w:t xml:space="preserve"> En jij ze hierbij kan helpen, om dat te maken</w:t>
      </w:r>
      <w:r w:rsidR="00964632">
        <w:rPr>
          <w:lang w:val="nl-NL"/>
        </w:rPr>
        <w:t>.</w:t>
      </w:r>
    </w:p>
    <w:p w14:paraId="7949C5E5" w14:textId="77777777" w:rsidR="00936394" w:rsidRDefault="00936394" w:rsidP="00936394">
      <w:pPr>
        <w:pStyle w:val="Lijstnummering"/>
        <w:numPr>
          <w:ilvl w:val="0"/>
          <w:numId w:val="0"/>
        </w:numPr>
        <w:spacing w:before="0" w:after="0" w:line="240" w:lineRule="auto"/>
        <w:ind w:left="360" w:hanging="360"/>
        <w:rPr>
          <w:lang w:val="nl-NL"/>
        </w:rPr>
      </w:pPr>
    </w:p>
    <w:p w14:paraId="6898135E" w14:textId="53755604" w:rsidR="00E7400F" w:rsidRPr="008E4FB8" w:rsidRDefault="00E7400F" w:rsidP="00936394">
      <w:pPr>
        <w:pStyle w:val="Kop2"/>
        <w:spacing w:before="0" w:line="240" w:lineRule="auto"/>
        <w:rPr>
          <w:lang w:val="nl-NL"/>
        </w:rPr>
      </w:pPr>
      <w:r w:rsidRPr="008E4FB8">
        <w:rPr>
          <w:lang w:val="nl-NL"/>
        </w:rPr>
        <w:t xml:space="preserve">Deel </w:t>
      </w:r>
      <w:r>
        <w:rPr>
          <w:lang w:val="nl-NL"/>
        </w:rPr>
        <w:t>7</w:t>
      </w:r>
      <w:r w:rsidRPr="008E4FB8">
        <w:rPr>
          <w:lang w:val="nl-NL"/>
        </w:rPr>
        <w:t xml:space="preserve">, meer dan </w:t>
      </w:r>
      <w:r w:rsidR="00B24D24">
        <w:rPr>
          <w:lang w:val="nl-NL"/>
        </w:rPr>
        <w:t>onderwijs</w:t>
      </w:r>
    </w:p>
    <w:p w14:paraId="24A05AF3" w14:textId="77777777" w:rsidR="00987D96" w:rsidRDefault="00E37FBB" w:rsidP="00974A8A">
      <w:pPr>
        <w:pStyle w:val="Lijstnummering"/>
        <w:numPr>
          <w:ilvl w:val="0"/>
          <w:numId w:val="18"/>
        </w:numPr>
        <w:spacing w:before="0" w:after="0" w:line="240" w:lineRule="auto"/>
        <w:rPr>
          <w:lang w:val="nl-NL"/>
        </w:rPr>
      </w:pPr>
      <w:r>
        <w:rPr>
          <w:lang w:val="nl-NL"/>
        </w:rPr>
        <w:t>Veel van de zaken die hierboven besproken zijn</w:t>
      </w:r>
      <w:r w:rsidR="007E182D">
        <w:rPr>
          <w:lang w:val="nl-NL"/>
        </w:rPr>
        <w:t xml:space="preserve"> en de voorbeelden die gegeven zijn</w:t>
      </w:r>
      <w:r>
        <w:rPr>
          <w:lang w:val="nl-NL"/>
        </w:rPr>
        <w:t>, zijn gerelateerd aan het onderwijs. Maar de meeste AI-tools zijn algemene AI-tools. Dat wil zeggen dat ze niet voor één specifieke taak zijn getraind of ontworpen. En dat betekent dat een AI-tool kan helpen bij een juridisch vraagstuk, maar ook bij</w:t>
      </w:r>
      <w:r w:rsidR="00987D96">
        <w:rPr>
          <w:lang w:val="nl-NL"/>
        </w:rPr>
        <w:t>:</w:t>
      </w:r>
    </w:p>
    <w:p w14:paraId="5ED95B23" w14:textId="77777777" w:rsidR="00987D96" w:rsidRDefault="00987D96" w:rsidP="00936394">
      <w:pPr>
        <w:pStyle w:val="Lijstnummering"/>
        <w:numPr>
          <w:ilvl w:val="0"/>
          <w:numId w:val="0"/>
        </w:numPr>
        <w:spacing w:before="0" w:after="0" w:line="240" w:lineRule="auto"/>
        <w:ind w:left="360"/>
        <w:rPr>
          <w:lang w:val="nl-NL"/>
        </w:rPr>
      </w:pPr>
      <w:r>
        <w:rPr>
          <w:lang w:val="nl-NL"/>
        </w:rPr>
        <w:t xml:space="preserve">- </w:t>
      </w:r>
      <w:r w:rsidR="00E37FBB">
        <w:rPr>
          <w:lang w:val="nl-NL"/>
        </w:rPr>
        <w:t>een onderwijskundig vraagstuk</w:t>
      </w:r>
      <w:r>
        <w:rPr>
          <w:lang w:val="nl-NL"/>
        </w:rPr>
        <w:t xml:space="preserve">; </w:t>
      </w:r>
    </w:p>
    <w:p w14:paraId="452A20A8" w14:textId="77777777" w:rsidR="00987D96" w:rsidRDefault="00987D96" w:rsidP="00936394">
      <w:pPr>
        <w:pStyle w:val="Lijstnummering"/>
        <w:numPr>
          <w:ilvl w:val="0"/>
          <w:numId w:val="0"/>
        </w:numPr>
        <w:spacing w:before="0" w:after="0" w:line="240" w:lineRule="auto"/>
        <w:ind w:left="360"/>
        <w:rPr>
          <w:lang w:val="nl-NL"/>
        </w:rPr>
      </w:pPr>
      <w:r>
        <w:rPr>
          <w:lang w:val="nl-NL"/>
        </w:rPr>
        <w:t xml:space="preserve">- </w:t>
      </w:r>
      <w:r w:rsidR="00E37FBB">
        <w:rPr>
          <w:lang w:val="nl-NL"/>
        </w:rPr>
        <w:t>een organisatorisch vraagstuk</w:t>
      </w:r>
      <w:r>
        <w:rPr>
          <w:lang w:val="nl-NL"/>
        </w:rPr>
        <w:t>;</w:t>
      </w:r>
    </w:p>
    <w:p w14:paraId="60F7FAEB" w14:textId="77777777" w:rsidR="00987D96" w:rsidRDefault="00987D96" w:rsidP="00936394">
      <w:pPr>
        <w:pStyle w:val="Lijstnummering"/>
        <w:numPr>
          <w:ilvl w:val="0"/>
          <w:numId w:val="0"/>
        </w:numPr>
        <w:spacing w:before="0" w:after="0" w:line="240" w:lineRule="auto"/>
        <w:ind w:left="360"/>
        <w:rPr>
          <w:lang w:val="nl-NL"/>
        </w:rPr>
      </w:pPr>
      <w:r>
        <w:rPr>
          <w:lang w:val="nl-NL"/>
        </w:rPr>
        <w:t>-</w:t>
      </w:r>
      <w:r w:rsidR="00E37FBB">
        <w:rPr>
          <w:lang w:val="nl-NL"/>
        </w:rPr>
        <w:t xml:space="preserve"> bij communicatie</w:t>
      </w:r>
      <w:r>
        <w:rPr>
          <w:lang w:val="nl-NL"/>
        </w:rPr>
        <w:t>;</w:t>
      </w:r>
      <w:r w:rsidR="00E37FBB">
        <w:rPr>
          <w:lang w:val="nl-NL"/>
        </w:rPr>
        <w:t xml:space="preserve"> </w:t>
      </w:r>
    </w:p>
    <w:p w14:paraId="05663835" w14:textId="77777777" w:rsidR="00987D96" w:rsidRDefault="00987D96" w:rsidP="00936394">
      <w:pPr>
        <w:pStyle w:val="Lijstnummering"/>
        <w:numPr>
          <w:ilvl w:val="0"/>
          <w:numId w:val="0"/>
        </w:numPr>
        <w:spacing w:before="0" w:after="0" w:line="240" w:lineRule="auto"/>
        <w:ind w:left="360"/>
        <w:rPr>
          <w:lang w:val="nl-NL"/>
        </w:rPr>
      </w:pPr>
      <w:r>
        <w:rPr>
          <w:lang w:val="nl-NL"/>
        </w:rPr>
        <w:t xml:space="preserve">- </w:t>
      </w:r>
      <w:r w:rsidR="00E37FBB">
        <w:rPr>
          <w:lang w:val="nl-NL"/>
        </w:rPr>
        <w:t>bij marketing</w:t>
      </w:r>
      <w:r>
        <w:rPr>
          <w:lang w:val="nl-NL"/>
        </w:rPr>
        <w:t>;</w:t>
      </w:r>
      <w:r w:rsidR="00E37FBB">
        <w:rPr>
          <w:lang w:val="nl-NL"/>
        </w:rPr>
        <w:t xml:space="preserve"> </w:t>
      </w:r>
    </w:p>
    <w:p w14:paraId="0831B93C" w14:textId="77777777" w:rsidR="00987D96" w:rsidRDefault="00987D96" w:rsidP="00936394">
      <w:pPr>
        <w:pStyle w:val="Lijstnummering"/>
        <w:numPr>
          <w:ilvl w:val="0"/>
          <w:numId w:val="0"/>
        </w:numPr>
        <w:spacing w:before="0" w:after="0" w:line="240" w:lineRule="auto"/>
        <w:ind w:left="360"/>
        <w:rPr>
          <w:lang w:val="nl-NL"/>
        </w:rPr>
      </w:pPr>
      <w:r>
        <w:rPr>
          <w:lang w:val="nl-NL"/>
        </w:rPr>
        <w:t xml:space="preserve">- </w:t>
      </w:r>
      <w:r w:rsidR="00E37FBB">
        <w:rPr>
          <w:lang w:val="nl-NL"/>
        </w:rPr>
        <w:t>bij budgettering</w:t>
      </w:r>
      <w:r>
        <w:rPr>
          <w:lang w:val="nl-NL"/>
        </w:rPr>
        <w:t>;</w:t>
      </w:r>
      <w:r w:rsidR="00E37FBB">
        <w:rPr>
          <w:lang w:val="nl-NL"/>
        </w:rPr>
        <w:t xml:space="preserve"> </w:t>
      </w:r>
    </w:p>
    <w:p w14:paraId="12CC9E92" w14:textId="77777777" w:rsidR="00987D96" w:rsidRDefault="00987D96" w:rsidP="00936394">
      <w:pPr>
        <w:pStyle w:val="Lijstnummering"/>
        <w:numPr>
          <w:ilvl w:val="0"/>
          <w:numId w:val="0"/>
        </w:numPr>
        <w:spacing w:before="0" w:after="0" w:line="240" w:lineRule="auto"/>
        <w:ind w:left="360"/>
        <w:rPr>
          <w:lang w:val="nl-NL"/>
        </w:rPr>
      </w:pPr>
      <w:r>
        <w:rPr>
          <w:lang w:val="nl-NL"/>
        </w:rPr>
        <w:t xml:space="preserve">- </w:t>
      </w:r>
      <w:r w:rsidR="00E37FBB">
        <w:rPr>
          <w:lang w:val="nl-NL"/>
        </w:rPr>
        <w:t>bij verslaglegging</w:t>
      </w:r>
      <w:r>
        <w:rPr>
          <w:lang w:val="nl-NL"/>
        </w:rPr>
        <w:t>;</w:t>
      </w:r>
      <w:r w:rsidR="00E37FBB">
        <w:rPr>
          <w:lang w:val="nl-NL"/>
        </w:rPr>
        <w:t xml:space="preserve"> </w:t>
      </w:r>
    </w:p>
    <w:p w14:paraId="5B5A3923" w14:textId="77777777" w:rsidR="00987D96" w:rsidRDefault="00987D96" w:rsidP="00936394">
      <w:pPr>
        <w:pStyle w:val="Lijstnummering"/>
        <w:numPr>
          <w:ilvl w:val="0"/>
          <w:numId w:val="0"/>
        </w:numPr>
        <w:spacing w:before="0" w:after="0" w:line="240" w:lineRule="auto"/>
        <w:ind w:left="360"/>
        <w:rPr>
          <w:lang w:val="nl-NL"/>
        </w:rPr>
      </w:pPr>
      <w:r>
        <w:rPr>
          <w:lang w:val="nl-NL"/>
        </w:rPr>
        <w:t xml:space="preserve">- </w:t>
      </w:r>
      <w:r w:rsidR="00E37FBB">
        <w:rPr>
          <w:lang w:val="nl-NL"/>
        </w:rPr>
        <w:t>bij onderzoek doen</w:t>
      </w:r>
      <w:r>
        <w:rPr>
          <w:lang w:val="nl-NL"/>
        </w:rPr>
        <w:t>;</w:t>
      </w:r>
      <w:r w:rsidR="00E37FBB">
        <w:rPr>
          <w:lang w:val="nl-NL"/>
        </w:rPr>
        <w:t xml:space="preserve"> </w:t>
      </w:r>
    </w:p>
    <w:p w14:paraId="6455A5C1" w14:textId="77777777" w:rsidR="00987D96" w:rsidRDefault="00987D96" w:rsidP="00936394">
      <w:pPr>
        <w:pStyle w:val="Lijstnummering"/>
        <w:numPr>
          <w:ilvl w:val="0"/>
          <w:numId w:val="0"/>
        </w:numPr>
        <w:spacing w:before="0" w:after="0" w:line="240" w:lineRule="auto"/>
        <w:ind w:left="360"/>
        <w:rPr>
          <w:lang w:val="nl-NL"/>
        </w:rPr>
      </w:pPr>
      <w:r>
        <w:rPr>
          <w:lang w:val="nl-NL"/>
        </w:rPr>
        <w:t xml:space="preserve">- </w:t>
      </w:r>
      <w:r w:rsidR="00E37FBB">
        <w:rPr>
          <w:lang w:val="nl-NL"/>
        </w:rPr>
        <w:t xml:space="preserve">bij analyses maken, </w:t>
      </w:r>
    </w:p>
    <w:p w14:paraId="31C58F09" w14:textId="77777777" w:rsidR="00987D96" w:rsidRDefault="00987D96" w:rsidP="00936394">
      <w:pPr>
        <w:pStyle w:val="Lijstnummering"/>
        <w:numPr>
          <w:ilvl w:val="0"/>
          <w:numId w:val="0"/>
        </w:numPr>
        <w:spacing w:before="0" w:after="0" w:line="240" w:lineRule="auto"/>
        <w:ind w:left="360"/>
        <w:rPr>
          <w:lang w:val="nl-NL"/>
        </w:rPr>
      </w:pPr>
      <w:r>
        <w:rPr>
          <w:lang w:val="nl-NL"/>
        </w:rPr>
        <w:t xml:space="preserve">- </w:t>
      </w:r>
      <w:r w:rsidR="00E37FBB">
        <w:rPr>
          <w:lang w:val="nl-NL"/>
        </w:rPr>
        <w:t>bij management</w:t>
      </w:r>
      <w:r>
        <w:rPr>
          <w:lang w:val="nl-NL"/>
        </w:rPr>
        <w:t>vraagstukken</w:t>
      </w:r>
      <w:r w:rsidR="007E182D">
        <w:rPr>
          <w:lang w:val="nl-NL"/>
        </w:rPr>
        <w:t xml:space="preserve"> </w:t>
      </w:r>
    </w:p>
    <w:p w14:paraId="61920903" w14:textId="28230CE0" w:rsidR="00E37FBB" w:rsidRPr="00E37FBB" w:rsidRDefault="00987D96" w:rsidP="00936394">
      <w:pPr>
        <w:pStyle w:val="Lijstnummering"/>
        <w:numPr>
          <w:ilvl w:val="0"/>
          <w:numId w:val="0"/>
        </w:numPr>
        <w:spacing w:before="0" w:after="0" w:line="240" w:lineRule="auto"/>
        <w:ind w:left="360"/>
        <w:rPr>
          <w:lang w:val="nl-NL"/>
        </w:rPr>
      </w:pPr>
      <w:r>
        <w:rPr>
          <w:lang w:val="nl-NL"/>
        </w:rPr>
        <w:t xml:space="preserve">- </w:t>
      </w:r>
      <w:r w:rsidR="007E182D">
        <w:rPr>
          <w:lang w:val="nl-NL"/>
        </w:rPr>
        <w:t xml:space="preserve">etc. etc. </w:t>
      </w:r>
    </w:p>
    <w:p w14:paraId="41836AA3" w14:textId="76D6010E" w:rsidR="00E7400F" w:rsidRPr="007E182D" w:rsidRDefault="007E182D" w:rsidP="00974A8A">
      <w:pPr>
        <w:pStyle w:val="Lijstnummering"/>
        <w:numPr>
          <w:ilvl w:val="0"/>
          <w:numId w:val="13"/>
        </w:numPr>
        <w:spacing w:before="0" w:after="0" w:line="240" w:lineRule="auto"/>
        <w:rPr>
          <w:lang w:val="nl-NL"/>
        </w:rPr>
      </w:pPr>
      <w:r>
        <w:rPr>
          <w:lang w:val="nl-NL"/>
        </w:rPr>
        <w:t>Werkblad 11 gaat hier verder op door, door een stappenplan te geven om samen met jou werkzaamheden te identificeren waarbij AI-tools mogelijk zouden kunnen helpen.</w:t>
      </w:r>
    </w:p>
    <w:p w14:paraId="32FB76C6" w14:textId="572C8A8C" w:rsidR="00987D96" w:rsidRDefault="00987D96" w:rsidP="00936394">
      <w:pPr>
        <w:spacing w:before="0" w:after="0" w:line="240" w:lineRule="auto"/>
        <w:rPr>
          <w:rFonts w:asciiTheme="majorHAnsi" w:eastAsiaTheme="majorEastAsia" w:hAnsiTheme="majorHAnsi" w:cstheme="majorBidi"/>
          <w:b/>
          <w:bCs/>
          <w:color w:val="4F81BD" w:themeColor="accent1"/>
          <w:sz w:val="26"/>
          <w:szCs w:val="26"/>
          <w:lang w:val="nl-NL"/>
        </w:rPr>
      </w:pPr>
    </w:p>
    <w:p w14:paraId="6851129B" w14:textId="63B1B1B6" w:rsidR="00325D2C" w:rsidRPr="000D3DBB" w:rsidRDefault="0079121F" w:rsidP="00936394">
      <w:pPr>
        <w:pStyle w:val="Kop2"/>
        <w:spacing w:before="0" w:line="240" w:lineRule="auto"/>
        <w:rPr>
          <w:lang w:val="nl-NL"/>
        </w:rPr>
      </w:pPr>
      <w:r w:rsidRPr="000D3DBB">
        <w:rPr>
          <w:lang w:val="nl-NL"/>
        </w:rPr>
        <w:t>Reflectie</w:t>
      </w:r>
    </w:p>
    <w:p w14:paraId="7F6A1F5D" w14:textId="3882F90F" w:rsidR="003E5317" w:rsidRPr="003E5317" w:rsidRDefault="003E5317" w:rsidP="004B754F">
      <w:pPr>
        <w:pStyle w:val="Lijstopsomteken"/>
        <w:spacing w:before="0" w:after="0" w:line="240" w:lineRule="auto"/>
        <w:ind w:left="357" w:hanging="357"/>
        <w:rPr>
          <w:lang w:val="nl-NL"/>
        </w:rPr>
      </w:pPr>
      <w:r w:rsidRPr="003E5317">
        <w:rPr>
          <w:lang w:val="nl-NL"/>
        </w:rPr>
        <w:t>Was het lasti</w:t>
      </w:r>
      <w:r>
        <w:rPr>
          <w:lang w:val="nl-NL"/>
        </w:rPr>
        <w:t>g om een AI-tool te gebruiken?</w:t>
      </w:r>
    </w:p>
    <w:p w14:paraId="422D2655" w14:textId="54EDE37A" w:rsidR="00443F79" w:rsidRDefault="0079121F" w:rsidP="004B754F">
      <w:pPr>
        <w:pStyle w:val="Lijstopsomteken"/>
        <w:spacing w:before="0" w:after="0" w:line="240" w:lineRule="auto"/>
        <w:ind w:left="357" w:hanging="357"/>
        <w:rPr>
          <w:lang w:val="nl-NL"/>
        </w:rPr>
      </w:pPr>
      <w:r w:rsidRPr="00862DF4">
        <w:rPr>
          <w:lang w:val="nl-NL"/>
        </w:rPr>
        <w:t xml:space="preserve">Waar was de output direct bruikbaar? </w:t>
      </w:r>
      <w:r w:rsidR="007E182D">
        <w:rPr>
          <w:lang w:val="nl-NL"/>
        </w:rPr>
        <w:t>E</w:t>
      </w:r>
      <w:r w:rsidRPr="003E5317">
        <w:rPr>
          <w:lang w:val="nl-NL"/>
        </w:rPr>
        <w:t xml:space="preserve">n </w:t>
      </w:r>
      <w:r w:rsidR="007E182D">
        <w:rPr>
          <w:lang w:val="nl-NL"/>
        </w:rPr>
        <w:t xml:space="preserve">wanneer / </w:t>
      </w:r>
      <w:r w:rsidRPr="003E5317">
        <w:rPr>
          <w:lang w:val="nl-NL"/>
        </w:rPr>
        <w:t>waarvoor niet?</w:t>
      </w:r>
    </w:p>
    <w:p w14:paraId="064A8F2B" w14:textId="5A40D5D1" w:rsidR="003E5317" w:rsidRPr="003E5317" w:rsidRDefault="003E5317" w:rsidP="004B754F">
      <w:pPr>
        <w:pStyle w:val="Lijstopsomteken"/>
        <w:spacing w:before="0" w:after="0" w:line="240" w:lineRule="auto"/>
        <w:ind w:left="357" w:hanging="357"/>
        <w:rPr>
          <w:lang w:val="nl-NL"/>
        </w:rPr>
      </w:pPr>
      <w:r>
        <w:rPr>
          <w:lang w:val="nl-NL"/>
        </w:rPr>
        <w:t>Heb je verschillen gemerkt in de output bij verschillende AI-tools?</w:t>
      </w:r>
    </w:p>
    <w:p w14:paraId="72BFB112" w14:textId="64543AE0" w:rsidR="00443F79" w:rsidRDefault="00443F79" w:rsidP="004B754F">
      <w:pPr>
        <w:pStyle w:val="Lijstopsomteken"/>
        <w:spacing w:before="0" w:after="0" w:line="240" w:lineRule="auto"/>
        <w:ind w:left="357" w:hanging="357"/>
        <w:rPr>
          <w:lang w:val="nl-NL"/>
        </w:rPr>
      </w:pPr>
      <w:r>
        <w:rPr>
          <w:lang w:val="nl-NL"/>
        </w:rPr>
        <w:t>Heb je al ideeën gekregen waarvoor je een AI-tool gaat inzetten</w:t>
      </w:r>
      <w:r w:rsidR="003E5317">
        <w:rPr>
          <w:lang w:val="nl-NL"/>
        </w:rPr>
        <w:t xml:space="preserve"> voor je dagelijkse werk</w:t>
      </w:r>
      <w:r>
        <w:rPr>
          <w:lang w:val="nl-NL"/>
        </w:rPr>
        <w:t xml:space="preserve">? </w:t>
      </w:r>
    </w:p>
    <w:p w14:paraId="50BBD1B3" w14:textId="77777777" w:rsidR="00F82F6A" w:rsidRPr="003E5317" w:rsidRDefault="00F82F6A" w:rsidP="00F82F6A">
      <w:pPr>
        <w:pStyle w:val="Lijstopsomteken"/>
        <w:numPr>
          <w:ilvl w:val="0"/>
          <w:numId w:val="0"/>
        </w:numPr>
        <w:spacing w:before="0" w:after="0" w:line="240" w:lineRule="auto"/>
        <w:ind w:left="360"/>
        <w:rPr>
          <w:lang w:val="nl-NL"/>
        </w:rPr>
      </w:pPr>
    </w:p>
    <w:p w14:paraId="40CBD39F" w14:textId="5DDD0B21" w:rsidR="00F87E54" w:rsidRPr="00F87E54" w:rsidRDefault="00F87E54" w:rsidP="00936394">
      <w:pPr>
        <w:pStyle w:val="Kop2"/>
        <w:spacing w:before="0" w:line="240" w:lineRule="auto"/>
        <w:rPr>
          <w:lang w:val="nl-NL"/>
        </w:rPr>
      </w:pPr>
      <w:r>
        <w:rPr>
          <w:lang w:val="nl-NL"/>
        </w:rPr>
        <w:t>Showcase</w:t>
      </w:r>
    </w:p>
    <w:p w14:paraId="66825BB8" w14:textId="77777777" w:rsidR="00F87E54" w:rsidRDefault="00F87E54" w:rsidP="00936394">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4197757A" w14:textId="32057D55" w:rsidR="00325D2C" w:rsidRDefault="00F87E54" w:rsidP="00936394">
      <w:pPr>
        <w:spacing w:before="0" w:after="0" w:line="240" w:lineRule="auto"/>
        <w:rPr>
          <w:lang w:val="nl-NL"/>
        </w:rPr>
      </w:pPr>
      <w:r>
        <w:rPr>
          <w:lang w:val="nl-NL"/>
        </w:rPr>
        <w:t xml:space="preserve">Hulpvragen hierbij: </w:t>
      </w:r>
      <w:r w:rsidRPr="00862DF4">
        <w:rPr>
          <w:lang w:val="nl-NL"/>
        </w:rPr>
        <w:t>wat probeerde je, wat kwam eruit, wat neem je mee?</w:t>
      </w:r>
    </w:p>
    <w:p w14:paraId="56F7F5ED" w14:textId="77777777" w:rsidR="00F82F6A" w:rsidRPr="00862DF4" w:rsidRDefault="00F82F6A" w:rsidP="00936394">
      <w:pPr>
        <w:spacing w:before="0" w:after="0" w:line="240" w:lineRule="auto"/>
        <w:rPr>
          <w:lang w:val="nl-NL"/>
        </w:rPr>
      </w:pPr>
    </w:p>
    <w:p w14:paraId="05E139FB" w14:textId="34F73DD5" w:rsidR="007E182D" w:rsidRPr="00F87E54" w:rsidRDefault="007E182D" w:rsidP="00936394">
      <w:pPr>
        <w:pStyle w:val="Kop2"/>
        <w:spacing w:before="0" w:line="240" w:lineRule="auto"/>
        <w:rPr>
          <w:lang w:val="nl-NL"/>
        </w:rPr>
      </w:pPr>
      <w:r>
        <w:rPr>
          <w:lang w:val="nl-NL"/>
        </w:rPr>
        <w:t>Logische vervolgstap na dit werkblad</w:t>
      </w:r>
    </w:p>
    <w:p w14:paraId="238C1277" w14:textId="22BEBD80" w:rsidR="007E182D" w:rsidRDefault="007E182D" w:rsidP="00936394">
      <w:pPr>
        <w:spacing w:before="0" w:after="0" w:line="240" w:lineRule="auto"/>
        <w:rPr>
          <w:lang w:val="nl-NL"/>
        </w:rPr>
      </w:pPr>
      <w:r>
        <w:rPr>
          <w:lang w:val="nl-NL"/>
        </w:rPr>
        <w:t xml:space="preserve">Voor OP is een logische vervolgstap </w:t>
      </w:r>
      <w:r w:rsidRPr="00911F82">
        <w:rPr>
          <w:b/>
          <w:bCs/>
          <w:lang w:val="nl-NL"/>
        </w:rPr>
        <w:t xml:space="preserve">werkblad 2 – </w:t>
      </w:r>
      <w:r w:rsidR="00E918F4" w:rsidRPr="00911F82">
        <w:rPr>
          <w:b/>
          <w:bCs/>
          <w:lang w:val="nl-NL"/>
        </w:rPr>
        <w:t xml:space="preserve">ik wil leren wat onze </w:t>
      </w:r>
      <w:r w:rsidRPr="00911F82">
        <w:rPr>
          <w:b/>
          <w:bCs/>
          <w:lang w:val="nl-NL"/>
        </w:rPr>
        <w:t>student met AI</w:t>
      </w:r>
      <w:r w:rsidR="00E918F4" w:rsidRPr="00911F82">
        <w:rPr>
          <w:b/>
          <w:bCs/>
          <w:lang w:val="nl-NL"/>
        </w:rPr>
        <w:t xml:space="preserve"> kan doen</w:t>
      </w:r>
    </w:p>
    <w:p w14:paraId="6A82A302" w14:textId="59093524" w:rsidR="00325D2C" w:rsidRPr="00862DF4" w:rsidRDefault="007E182D" w:rsidP="00936394">
      <w:pPr>
        <w:spacing w:before="0" w:after="0" w:line="240" w:lineRule="auto"/>
        <w:rPr>
          <w:lang w:val="nl-NL"/>
        </w:rPr>
      </w:pPr>
      <w:r>
        <w:rPr>
          <w:lang w:val="nl-NL"/>
        </w:rPr>
        <w:t xml:space="preserve">Voor OOP kan dat ook interessant zijn, maar is de logische vervolgstap </w:t>
      </w:r>
      <w:r w:rsidRPr="00911F82">
        <w:rPr>
          <w:b/>
          <w:bCs/>
          <w:lang w:val="nl-NL"/>
        </w:rPr>
        <w:t xml:space="preserve">Werkblad 3 – Ik wil leren </w:t>
      </w:r>
      <w:proofErr w:type="spellStart"/>
      <w:r w:rsidRPr="00911F82">
        <w:rPr>
          <w:b/>
          <w:bCs/>
          <w:lang w:val="nl-NL"/>
        </w:rPr>
        <w:t>prompten</w:t>
      </w:r>
      <w:proofErr w:type="spellEnd"/>
      <w:r w:rsidR="0079121F" w:rsidRPr="00862DF4">
        <w:rPr>
          <w:lang w:val="nl-NL"/>
        </w:rPr>
        <w:br w:type="page"/>
      </w:r>
    </w:p>
    <w:p w14:paraId="30B46DD4" w14:textId="7257EA10" w:rsidR="00325D2C" w:rsidRPr="00862DF4" w:rsidRDefault="0079121F" w:rsidP="00936394">
      <w:pPr>
        <w:pStyle w:val="Kop1"/>
        <w:spacing w:before="0" w:line="240" w:lineRule="auto"/>
        <w:rPr>
          <w:lang w:val="nl-NL"/>
        </w:rPr>
      </w:pPr>
      <w:bookmarkStart w:id="3" w:name="_Werkblad_2_–"/>
      <w:bookmarkEnd w:id="3"/>
      <w:r w:rsidRPr="00862DF4">
        <w:rPr>
          <w:lang w:val="nl-NL"/>
        </w:rPr>
        <w:lastRenderedPageBreak/>
        <w:t xml:space="preserve">Werkblad 2 – </w:t>
      </w:r>
      <w:r w:rsidR="00FE28F2" w:rsidRPr="00FE28F2">
        <w:rPr>
          <w:lang w:val="nl-NL"/>
        </w:rPr>
        <w:t xml:space="preserve">Ik wil </w:t>
      </w:r>
      <w:r w:rsidR="00354D0F">
        <w:rPr>
          <w:lang w:val="nl-NL"/>
        </w:rPr>
        <w:t>leren</w:t>
      </w:r>
      <w:r w:rsidR="00FE28F2" w:rsidRPr="00FE28F2">
        <w:rPr>
          <w:lang w:val="nl-NL"/>
        </w:rPr>
        <w:t xml:space="preserve"> wat een student met AI kan doen</w:t>
      </w:r>
    </w:p>
    <w:p w14:paraId="14E61949" w14:textId="77777777"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2"/>
        <w:gridCol w:w="4312"/>
      </w:tblGrid>
      <w:tr w:rsidR="00E7400F" w:rsidRPr="00862DF4" w14:paraId="44A89728" w14:textId="77777777" w:rsidTr="00E7400F">
        <w:tc>
          <w:tcPr>
            <w:tcW w:w="4312" w:type="dxa"/>
            <w:tcBorders>
              <w:top w:val="single" w:sz="6" w:space="0" w:color="C9C9C9"/>
              <w:left w:val="single" w:sz="6" w:space="0" w:color="C9C9C9"/>
              <w:bottom w:val="single" w:sz="6" w:space="0" w:color="C9C9C9"/>
              <w:right w:val="single" w:sz="6" w:space="0" w:color="C9C9C9"/>
            </w:tcBorders>
          </w:tcPr>
          <w:p w14:paraId="66664E50" w14:textId="77777777" w:rsidR="00E7400F" w:rsidRDefault="00E7400F" w:rsidP="00936394">
            <w:pPr>
              <w:spacing w:before="0" w:after="0" w:line="240" w:lineRule="auto"/>
              <w:rPr>
                <w:b/>
              </w:rPr>
            </w:pPr>
            <w:proofErr w:type="spellStart"/>
            <w:r>
              <w:rPr>
                <w:b/>
              </w:rPr>
              <w:t>Doelgroep</w:t>
            </w:r>
            <w:proofErr w:type="spellEnd"/>
          </w:p>
        </w:tc>
        <w:tc>
          <w:tcPr>
            <w:tcW w:w="4312" w:type="dxa"/>
            <w:tcBorders>
              <w:top w:val="single" w:sz="6" w:space="0" w:color="C9C9C9"/>
              <w:left w:val="single" w:sz="6" w:space="0" w:color="C9C9C9"/>
              <w:bottom w:val="single" w:sz="6" w:space="0" w:color="C9C9C9"/>
              <w:right w:val="single" w:sz="6" w:space="0" w:color="C9C9C9"/>
            </w:tcBorders>
          </w:tcPr>
          <w:p w14:paraId="7DD738BD" w14:textId="3FB5D497" w:rsidR="00E7400F" w:rsidRPr="00862DF4" w:rsidRDefault="00E7400F" w:rsidP="00936394">
            <w:pPr>
              <w:spacing w:before="0" w:after="0" w:line="240" w:lineRule="auto"/>
              <w:rPr>
                <w:lang w:val="nl-NL"/>
              </w:rPr>
            </w:pPr>
            <w:r>
              <w:rPr>
                <w:lang w:val="nl-NL"/>
              </w:rPr>
              <w:t xml:space="preserve">OP </w:t>
            </w:r>
          </w:p>
        </w:tc>
      </w:tr>
      <w:tr w:rsidR="00325D2C" w:rsidRPr="00B07954" w14:paraId="26309827" w14:textId="77777777" w:rsidTr="00E7400F">
        <w:tc>
          <w:tcPr>
            <w:tcW w:w="4312" w:type="dxa"/>
          </w:tcPr>
          <w:p w14:paraId="5A64D2FE" w14:textId="77777777" w:rsidR="00325D2C" w:rsidRDefault="0079121F" w:rsidP="00936394">
            <w:pPr>
              <w:spacing w:before="0" w:after="0" w:line="240" w:lineRule="auto"/>
            </w:pPr>
            <w:r>
              <w:rPr>
                <w:b/>
              </w:rPr>
              <w:t>Doel</w:t>
            </w:r>
          </w:p>
        </w:tc>
        <w:tc>
          <w:tcPr>
            <w:tcW w:w="4312" w:type="dxa"/>
          </w:tcPr>
          <w:p w14:paraId="68FF536E" w14:textId="77777777" w:rsidR="00325D2C" w:rsidRPr="00862DF4" w:rsidRDefault="0079121F" w:rsidP="00936394">
            <w:pPr>
              <w:spacing w:before="0" w:after="0" w:line="240" w:lineRule="auto"/>
              <w:rPr>
                <w:lang w:val="nl-NL"/>
              </w:rPr>
            </w:pPr>
            <w:r w:rsidRPr="00862DF4">
              <w:rPr>
                <w:lang w:val="nl-NL"/>
              </w:rPr>
              <w:t>Inzicht krijgen in hoe studenten AI (kunnen) inzetten, inclusief kansen, risico’s en grijze gebieden binnen het juridisch onderwijs.</w:t>
            </w:r>
          </w:p>
        </w:tc>
      </w:tr>
      <w:tr w:rsidR="00325D2C" w14:paraId="23652D9E" w14:textId="77777777" w:rsidTr="00E7400F">
        <w:tc>
          <w:tcPr>
            <w:tcW w:w="4312" w:type="dxa"/>
          </w:tcPr>
          <w:p w14:paraId="3149C6F1" w14:textId="77777777" w:rsidR="00325D2C" w:rsidRDefault="0079121F" w:rsidP="00936394">
            <w:pPr>
              <w:spacing w:before="0" w:after="0" w:line="240" w:lineRule="auto"/>
            </w:pPr>
            <w:proofErr w:type="spellStart"/>
            <w:r>
              <w:rPr>
                <w:b/>
              </w:rPr>
              <w:t>Niveau</w:t>
            </w:r>
            <w:proofErr w:type="spellEnd"/>
          </w:p>
        </w:tc>
        <w:tc>
          <w:tcPr>
            <w:tcW w:w="4312" w:type="dxa"/>
          </w:tcPr>
          <w:p w14:paraId="7661DCEB" w14:textId="77777777" w:rsidR="00325D2C" w:rsidRDefault="0079121F" w:rsidP="00936394">
            <w:pPr>
              <w:spacing w:before="0" w:after="0" w:line="240" w:lineRule="auto"/>
            </w:pPr>
            <w:r>
              <w:t>Beginners</w:t>
            </w:r>
          </w:p>
        </w:tc>
      </w:tr>
      <w:tr w:rsidR="00325D2C" w14:paraId="69532A88" w14:textId="77777777" w:rsidTr="00E7400F">
        <w:tc>
          <w:tcPr>
            <w:tcW w:w="4312" w:type="dxa"/>
          </w:tcPr>
          <w:p w14:paraId="7B93BED1" w14:textId="77777777" w:rsidR="00325D2C" w:rsidRDefault="0079121F" w:rsidP="00936394">
            <w:pPr>
              <w:spacing w:before="0" w:after="0" w:line="240" w:lineRule="auto"/>
            </w:pPr>
            <w:proofErr w:type="spellStart"/>
            <w:r>
              <w:rPr>
                <w:b/>
              </w:rPr>
              <w:t>Tijd</w:t>
            </w:r>
            <w:proofErr w:type="spellEnd"/>
          </w:p>
        </w:tc>
        <w:tc>
          <w:tcPr>
            <w:tcW w:w="4312" w:type="dxa"/>
          </w:tcPr>
          <w:p w14:paraId="6E0C4F82" w14:textId="453F8871" w:rsidR="00325D2C" w:rsidRDefault="0079121F" w:rsidP="00936394">
            <w:pPr>
              <w:spacing w:before="0" w:after="0" w:line="240" w:lineRule="auto"/>
            </w:pPr>
            <w:r>
              <w:t xml:space="preserve">Kort / </w:t>
            </w:r>
            <w:r w:rsidR="002D0E77">
              <w:t>M</w:t>
            </w:r>
            <w:r>
              <w:t>edium</w:t>
            </w:r>
          </w:p>
        </w:tc>
      </w:tr>
      <w:tr w:rsidR="00325D2C" w:rsidRPr="00B07954" w14:paraId="10833319" w14:textId="77777777" w:rsidTr="00E7400F">
        <w:tc>
          <w:tcPr>
            <w:tcW w:w="4312" w:type="dxa"/>
          </w:tcPr>
          <w:p w14:paraId="36938A6F" w14:textId="77777777" w:rsidR="00325D2C" w:rsidRDefault="0079121F" w:rsidP="00936394">
            <w:pPr>
              <w:spacing w:before="0" w:after="0" w:line="240" w:lineRule="auto"/>
            </w:pPr>
            <w:proofErr w:type="spellStart"/>
            <w:r>
              <w:rPr>
                <w:b/>
              </w:rPr>
              <w:t>Resultaat</w:t>
            </w:r>
            <w:proofErr w:type="spellEnd"/>
          </w:p>
        </w:tc>
        <w:tc>
          <w:tcPr>
            <w:tcW w:w="4312" w:type="dxa"/>
          </w:tcPr>
          <w:p w14:paraId="553294CC" w14:textId="06DFC0E7" w:rsidR="00325D2C" w:rsidRPr="00862DF4" w:rsidRDefault="00F87E54" w:rsidP="00936394">
            <w:pPr>
              <w:spacing w:before="0" w:after="0" w:line="240" w:lineRule="auto"/>
              <w:rPr>
                <w:lang w:val="nl-NL"/>
              </w:rPr>
            </w:pPr>
            <w:r>
              <w:rPr>
                <w:lang w:val="nl-NL"/>
              </w:rPr>
              <w:t>Ontdekken hoe een student AI kan gebruiken voor zijn opdrachten</w:t>
            </w:r>
            <w:r w:rsidR="00C178DD">
              <w:rPr>
                <w:lang w:val="nl-NL"/>
              </w:rPr>
              <w:t xml:space="preserve">. </w:t>
            </w:r>
          </w:p>
        </w:tc>
      </w:tr>
      <w:tr w:rsidR="00325D2C" w:rsidRPr="00B07954" w14:paraId="1A012BDD" w14:textId="77777777" w:rsidTr="00E7400F">
        <w:tc>
          <w:tcPr>
            <w:tcW w:w="4312" w:type="dxa"/>
          </w:tcPr>
          <w:p w14:paraId="144C0985" w14:textId="77777777" w:rsidR="00325D2C" w:rsidRDefault="0079121F" w:rsidP="00936394">
            <w:pPr>
              <w:spacing w:before="0" w:after="0" w:line="240" w:lineRule="auto"/>
            </w:pPr>
            <w:r>
              <w:rPr>
                <w:b/>
              </w:rPr>
              <w:t xml:space="preserve">Tools / </w:t>
            </w:r>
            <w:proofErr w:type="spellStart"/>
            <w:r>
              <w:rPr>
                <w:b/>
              </w:rPr>
              <w:t>kaders</w:t>
            </w:r>
            <w:proofErr w:type="spellEnd"/>
          </w:p>
        </w:tc>
        <w:tc>
          <w:tcPr>
            <w:tcW w:w="4312" w:type="dxa"/>
          </w:tcPr>
          <w:p w14:paraId="4415F913" w14:textId="57B4A1E1" w:rsidR="00325D2C" w:rsidRPr="00862DF4" w:rsidRDefault="0079121F" w:rsidP="00936394">
            <w:pPr>
              <w:spacing w:before="0" w:after="0" w:line="240" w:lineRule="auto"/>
              <w:rPr>
                <w:lang w:val="nl-NL"/>
              </w:rPr>
            </w:pPr>
            <w:r w:rsidRPr="00862DF4">
              <w:rPr>
                <w:lang w:val="nl-NL"/>
              </w:rPr>
              <w:t xml:space="preserve">Tools: </w:t>
            </w:r>
            <w:proofErr w:type="spellStart"/>
            <w:r w:rsidRPr="00862DF4">
              <w:rPr>
                <w:lang w:val="nl-NL"/>
              </w:rPr>
              <w:t>ChatGPT</w:t>
            </w:r>
            <w:proofErr w:type="spellEnd"/>
            <w:r w:rsidRPr="00862DF4">
              <w:rPr>
                <w:lang w:val="nl-NL"/>
              </w:rPr>
              <w:t xml:space="preserve">, </w:t>
            </w:r>
            <w:proofErr w:type="spellStart"/>
            <w:r w:rsidRPr="00862DF4">
              <w:rPr>
                <w:lang w:val="nl-NL"/>
              </w:rPr>
              <w:t>Copilot</w:t>
            </w:r>
            <w:proofErr w:type="spellEnd"/>
            <w:r w:rsidRPr="00862DF4">
              <w:rPr>
                <w:lang w:val="nl-NL"/>
              </w:rPr>
              <w:t xml:space="preserve"> of een andere tool. Kaders: Formuleer generiek; gebruik geen echte casussen met herleidbare gegevens.</w:t>
            </w:r>
          </w:p>
        </w:tc>
      </w:tr>
    </w:tbl>
    <w:p w14:paraId="39FC8E95" w14:textId="77777777" w:rsidR="00325D2C" w:rsidRPr="00862DF4" w:rsidRDefault="00325D2C" w:rsidP="00936394">
      <w:pPr>
        <w:spacing w:before="0" w:after="0" w:line="240" w:lineRule="auto"/>
        <w:rPr>
          <w:lang w:val="nl-NL"/>
        </w:rPr>
      </w:pPr>
    </w:p>
    <w:p w14:paraId="28F6C70B" w14:textId="77777777" w:rsidR="00325D2C" w:rsidRDefault="0079121F" w:rsidP="00936394">
      <w:pPr>
        <w:pStyle w:val="Kop2"/>
        <w:spacing w:before="0" w:line="240" w:lineRule="auto"/>
      </w:pPr>
      <w:r>
        <w:t>Stappenplan</w:t>
      </w:r>
    </w:p>
    <w:p w14:paraId="24F86567" w14:textId="77777777" w:rsidR="003071E1" w:rsidRPr="003071E1" w:rsidRDefault="003071E1" w:rsidP="00974A8A">
      <w:pPr>
        <w:pStyle w:val="Lijstnummering"/>
        <w:numPr>
          <w:ilvl w:val="0"/>
          <w:numId w:val="12"/>
        </w:numPr>
        <w:spacing w:before="0" w:after="0" w:line="240" w:lineRule="auto"/>
        <w:rPr>
          <w:lang w:val="nl-NL"/>
        </w:rPr>
      </w:pPr>
      <w:r w:rsidRPr="003071E1">
        <w:rPr>
          <w:lang w:val="nl-NL"/>
        </w:rPr>
        <w:t>Open een AI-tool naar keuze.</w:t>
      </w:r>
    </w:p>
    <w:p w14:paraId="6856EC05" w14:textId="77777777" w:rsidR="003071E1" w:rsidRDefault="003071E1" w:rsidP="00936394">
      <w:pPr>
        <w:pStyle w:val="Lijstnummering"/>
        <w:numPr>
          <w:ilvl w:val="0"/>
          <w:numId w:val="0"/>
        </w:numPr>
        <w:spacing w:before="0" w:after="0" w:line="240" w:lineRule="auto"/>
        <w:ind w:left="360"/>
        <w:rPr>
          <w:lang w:val="nl-NL"/>
        </w:rPr>
      </w:pPr>
      <w:r>
        <w:rPr>
          <w:lang w:val="nl-NL"/>
        </w:rPr>
        <w:t xml:space="preserve">- Zoek online naar Google Gemini, Co-pilot, </w:t>
      </w:r>
      <w:proofErr w:type="spellStart"/>
      <w:r>
        <w:rPr>
          <w:lang w:val="nl-NL"/>
        </w:rPr>
        <w:t>ChatGPT</w:t>
      </w:r>
      <w:proofErr w:type="spellEnd"/>
      <w:r>
        <w:rPr>
          <w:lang w:val="nl-NL"/>
        </w:rPr>
        <w:t xml:space="preserve">, Claude, </w:t>
      </w:r>
      <w:proofErr w:type="spellStart"/>
      <w:r>
        <w:rPr>
          <w:lang w:val="nl-NL"/>
        </w:rPr>
        <w:t>Perplexitie</w:t>
      </w:r>
      <w:proofErr w:type="spellEnd"/>
      <w:r>
        <w:rPr>
          <w:lang w:val="nl-NL"/>
        </w:rPr>
        <w:t xml:space="preserve">. </w:t>
      </w:r>
    </w:p>
    <w:p w14:paraId="0F32A534" w14:textId="3BF466C9" w:rsidR="003071E1" w:rsidRDefault="003071E1" w:rsidP="00936394">
      <w:pPr>
        <w:pStyle w:val="Lijstnummering"/>
        <w:numPr>
          <w:ilvl w:val="0"/>
          <w:numId w:val="0"/>
        </w:numPr>
        <w:spacing w:before="0" w:after="0" w:line="240" w:lineRule="auto"/>
        <w:ind w:left="360"/>
        <w:rPr>
          <w:lang w:val="nl-NL"/>
        </w:rPr>
      </w:pPr>
      <w:r>
        <w:rPr>
          <w:lang w:val="nl-NL"/>
        </w:rPr>
        <w:t xml:space="preserve">Het kan zijn dat je bij sommige AI-tools een account moet aanmaken en moet inloggen. Gebruik daarvoor liever niet je zakelijke e-mailadres. Overweeg om een gratis </w:t>
      </w:r>
      <w:r w:rsidR="00387BA6">
        <w:rPr>
          <w:lang w:val="nl-NL"/>
        </w:rPr>
        <w:t xml:space="preserve">en anoniem </w:t>
      </w:r>
      <w:r>
        <w:rPr>
          <w:lang w:val="nl-NL"/>
        </w:rPr>
        <w:t xml:space="preserve">e-mailadres aan te maken als je een AI-applicatie vaker wilt gebruiken, bijvoorbeeld een </w:t>
      </w:r>
      <w:r w:rsidRPr="007517C4">
        <w:rPr>
          <w:lang w:val="nl-NL"/>
        </w:rPr>
        <w:t>outlook</w:t>
      </w:r>
      <w:r>
        <w:rPr>
          <w:lang w:val="nl-NL"/>
        </w:rPr>
        <w:t xml:space="preserve"> of Gmail e-mailadres.</w:t>
      </w:r>
      <w:r>
        <w:rPr>
          <w:lang w:val="nl-NL"/>
        </w:rPr>
        <w:br/>
        <w:t>- je kunt ook Duck.ai gebruiken. Dat is een gratis A</w:t>
      </w:r>
      <w:r w:rsidR="009A1ED3">
        <w:rPr>
          <w:lang w:val="nl-NL"/>
        </w:rPr>
        <w:t>I</w:t>
      </w:r>
      <w:r>
        <w:rPr>
          <w:lang w:val="nl-NL"/>
        </w:rPr>
        <w:t>-tool waarbij je niet hoeft in te loggen.</w:t>
      </w:r>
      <w:r>
        <w:rPr>
          <w:lang w:val="nl-NL"/>
        </w:rPr>
        <w:br/>
        <w:t xml:space="preserve">Bij deze website moet je aanklikken welke AI-tool je wilt gebruiken voor je vraag. Maak hierin een keuze. </w:t>
      </w:r>
    </w:p>
    <w:p w14:paraId="57CD0760" w14:textId="77777777" w:rsidR="00E7400F" w:rsidRDefault="00E7400F" w:rsidP="00936394">
      <w:pPr>
        <w:pStyle w:val="Lijstnummering"/>
        <w:numPr>
          <w:ilvl w:val="0"/>
          <w:numId w:val="0"/>
        </w:numPr>
        <w:spacing w:before="0" w:after="0" w:line="240" w:lineRule="auto"/>
        <w:ind w:left="360"/>
        <w:rPr>
          <w:lang w:val="nl-NL"/>
        </w:rPr>
      </w:pPr>
    </w:p>
    <w:p w14:paraId="1E3EAD77" w14:textId="7DA39844" w:rsidR="00325D2C" w:rsidRDefault="001D654E" w:rsidP="00974A8A">
      <w:pPr>
        <w:pStyle w:val="Lijstnummering"/>
        <w:numPr>
          <w:ilvl w:val="0"/>
          <w:numId w:val="12"/>
        </w:numPr>
        <w:spacing w:before="0" w:after="0" w:line="240" w:lineRule="auto"/>
        <w:rPr>
          <w:lang w:val="nl-NL"/>
        </w:rPr>
      </w:pPr>
      <w:r w:rsidRPr="003071E1">
        <w:rPr>
          <w:lang w:val="nl-NL"/>
        </w:rPr>
        <w:t xml:space="preserve">Neem een opdracht </w:t>
      </w:r>
      <w:r w:rsidR="008D6388" w:rsidRPr="003071E1">
        <w:rPr>
          <w:lang w:val="nl-NL"/>
        </w:rPr>
        <w:t>uit het onderwijsblok waar je nu les in geeft. Dat kan een huiswerkopdracht zijn</w:t>
      </w:r>
      <w:r w:rsidR="008E4FB8">
        <w:rPr>
          <w:lang w:val="nl-NL"/>
        </w:rPr>
        <w:t xml:space="preserve">, </w:t>
      </w:r>
      <w:r w:rsidR="008D6388" w:rsidRPr="003071E1">
        <w:rPr>
          <w:lang w:val="nl-NL"/>
        </w:rPr>
        <w:t>de opdracht voor één van de beroepsproducten</w:t>
      </w:r>
      <w:r w:rsidR="008E4FB8">
        <w:rPr>
          <w:lang w:val="nl-NL"/>
        </w:rPr>
        <w:t>, een PPO-opdracht</w:t>
      </w:r>
      <w:r w:rsidR="005246EE">
        <w:rPr>
          <w:lang w:val="nl-NL"/>
        </w:rPr>
        <w:t xml:space="preserve">, </w:t>
      </w:r>
      <w:r w:rsidR="008E4FB8">
        <w:rPr>
          <w:lang w:val="nl-NL"/>
        </w:rPr>
        <w:t>opdracht voor communicatieve vaardigheden</w:t>
      </w:r>
      <w:r w:rsidR="005246EE">
        <w:rPr>
          <w:lang w:val="nl-NL"/>
        </w:rPr>
        <w:t xml:space="preserve"> of M</w:t>
      </w:r>
      <w:r w:rsidR="009F381E">
        <w:rPr>
          <w:lang w:val="nl-NL"/>
        </w:rPr>
        <w:t>N</w:t>
      </w:r>
      <w:r w:rsidR="005246EE">
        <w:rPr>
          <w:lang w:val="nl-NL"/>
        </w:rPr>
        <w:t>O</w:t>
      </w:r>
      <w:r w:rsidR="008E4FB8">
        <w:rPr>
          <w:lang w:val="nl-NL"/>
        </w:rPr>
        <w:t xml:space="preserve">. </w:t>
      </w:r>
      <w:r w:rsidR="00DE5575" w:rsidRPr="003071E1">
        <w:rPr>
          <w:lang w:val="nl-NL"/>
        </w:rPr>
        <w:t xml:space="preserve">Kopieer en plak deze opdracht zonder enige verdere informatie in een AI-tool. Bekijk het antwoord dat gegeneerd wordt. </w:t>
      </w:r>
      <w:r w:rsidR="00F56225">
        <w:rPr>
          <w:lang w:val="nl-NL"/>
        </w:rPr>
        <w:br/>
        <w:t>Wat vind je hiervan? Kan een student dit al inleveren of moeten er nog stappen gezet worden?</w:t>
      </w:r>
    </w:p>
    <w:p w14:paraId="096D62E0" w14:textId="77777777" w:rsidR="00E7400F" w:rsidRPr="003071E1" w:rsidRDefault="00E7400F" w:rsidP="00936394">
      <w:pPr>
        <w:pStyle w:val="Lijstnummering"/>
        <w:numPr>
          <w:ilvl w:val="0"/>
          <w:numId w:val="0"/>
        </w:numPr>
        <w:spacing w:before="0" w:after="0" w:line="240" w:lineRule="auto"/>
        <w:ind w:left="360"/>
        <w:rPr>
          <w:lang w:val="nl-NL"/>
        </w:rPr>
      </w:pPr>
    </w:p>
    <w:p w14:paraId="16917B0E" w14:textId="6A243512" w:rsidR="00DE5575" w:rsidRPr="00514721" w:rsidRDefault="00DE5575" w:rsidP="00974A8A">
      <w:pPr>
        <w:pStyle w:val="Lijstnummering"/>
        <w:numPr>
          <w:ilvl w:val="0"/>
          <w:numId w:val="12"/>
        </w:numPr>
        <w:spacing w:before="0" w:after="0" w:line="240" w:lineRule="auto"/>
        <w:rPr>
          <w:lang w:val="nl-NL"/>
        </w:rPr>
      </w:pPr>
      <w:r>
        <w:rPr>
          <w:lang w:val="nl-NL"/>
        </w:rPr>
        <w:t>Open nu een andere AI-tool</w:t>
      </w:r>
      <w:r w:rsidR="003071E1">
        <w:rPr>
          <w:lang w:val="nl-NL"/>
        </w:rPr>
        <w:t xml:space="preserve"> en voer de opdracht nogmaals in zonder enige informatie. </w:t>
      </w:r>
      <w:r w:rsidR="00A274DE">
        <w:rPr>
          <w:lang w:val="nl-NL"/>
        </w:rPr>
        <w:t xml:space="preserve">Bekijk de </w:t>
      </w:r>
      <w:r w:rsidR="00FC35A9">
        <w:rPr>
          <w:lang w:val="nl-NL"/>
        </w:rPr>
        <w:t xml:space="preserve">output </w:t>
      </w:r>
      <w:r w:rsidR="00A274DE">
        <w:rPr>
          <w:lang w:val="nl-NL"/>
        </w:rPr>
        <w:t>en</w:t>
      </w:r>
      <w:r w:rsidR="00FC35A9">
        <w:rPr>
          <w:lang w:val="nl-NL"/>
        </w:rPr>
        <w:t xml:space="preserve"> bekijk</w:t>
      </w:r>
      <w:r w:rsidR="00A274DE">
        <w:rPr>
          <w:lang w:val="nl-NL"/>
        </w:rPr>
        <w:t xml:space="preserve"> waar de overeenkomsten en verschillen in zitten. </w:t>
      </w:r>
      <w:r w:rsidR="008E4FB8">
        <w:rPr>
          <w:lang w:val="nl-NL"/>
        </w:rPr>
        <w:br/>
      </w:r>
      <w:r w:rsidR="008E4FB8">
        <w:rPr>
          <w:lang w:val="nl-NL"/>
        </w:rPr>
        <w:br/>
        <w:t>Er zijn</w:t>
      </w:r>
      <w:r w:rsidR="00F56225">
        <w:rPr>
          <w:lang w:val="nl-NL"/>
        </w:rPr>
        <w:t xml:space="preserve"> overigens</w:t>
      </w:r>
      <w:r w:rsidR="008E4FB8">
        <w:rPr>
          <w:lang w:val="nl-NL"/>
        </w:rPr>
        <w:t xml:space="preserve"> studenten die enkel deze stappen zetten en deze uitkomst inleveren. </w:t>
      </w:r>
      <w:r w:rsidR="008E4FB8">
        <w:rPr>
          <w:lang w:val="nl-NL"/>
        </w:rPr>
        <w:br/>
      </w:r>
      <w:r w:rsidR="00BE0BD8">
        <w:rPr>
          <w:lang w:val="nl-NL"/>
        </w:rPr>
        <w:br/>
      </w:r>
      <w:r w:rsidR="00BE0BD8" w:rsidRPr="00BE0BD8">
        <w:rPr>
          <w:b/>
          <w:bCs/>
          <w:i/>
          <w:iCs/>
          <w:lang w:val="nl-NL"/>
        </w:rPr>
        <w:t>Vervolg juridische opdracht</w:t>
      </w:r>
      <w:r w:rsidR="00EE05E8">
        <w:rPr>
          <w:b/>
          <w:bCs/>
          <w:i/>
          <w:iCs/>
          <w:lang w:val="nl-NL"/>
        </w:rPr>
        <w:t xml:space="preserve"> (huiswerkopdracht of beroepsproduct)</w:t>
      </w:r>
    </w:p>
    <w:p w14:paraId="3E7B48B2" w14:textId="15E600F4" w:rsidR="008E4FB8" w:rsidRDefault="00BE0BD8" w:rsidP="00936394">
      <w:pPr>
        <w:pStyle w:val="Lijstnummering"/>
        <w:spacing w:before="0" w:after="0" w:line="240" w:lineRule="auto"/>
        <w:rPr>
          <w:lang w:val="nl-NL"/>
        </w:rPr>
      </w:pPr>
      <w:r>
        <w:rPr>
          <w:lang w:val="nl-NL"/>
        </w:rPr>
        <w:t xml:space="preserve">Je hebt nu een output van een juridische opdracht. In een eerste versie. </w:t>
      </w:r>
      <w:r w:rsidR="00D40F04">
        <w:rPr>
          <w:lang w:val="nl-NL"/>
        </w:rPr>
        <w:t xml:space="preserve">We gaan nu experimenteren met de prompt. </w:t>
      </w:r>
      <w:r w:rsidR="00400630" w:rsidRPr="00911F82">
        <w:rPr>
          <w:b/>
          <w:bCs/>
          <w:lang w:val="nl-NL"/>
        </w:rPr>
        <w:t>Werkbladen 3 en 4</w:t>
      </w:r>
      <w:r w:rsidR="00400630">
        <w:rPr>
          <w:lang w:val="nl-NL"/>
        </w:rPr>
        <w:t xml:space="preserve"> gaan over </w:t>
      </w:r>
      <w:proofErr w:type="spellStart"/>
      <w:r w:rsidR="00400630">
        <w:rPr>
          <w:lang w:val="nl-NL"/>
        </w:rPr>
        <w:t>prompten</w:t>
      </w:r>
      <w:proofErr w:type="spellEnd"/>
      <w:r w:rsidR="00400630">
        <w:rPr>
          <w:lang w:val="nl-NL"/>
        </w:rPr>
        <w:t xml:space="preserve">. </w:t>
      </w:r>
      <w:r w:rsidR="007B0C03">
        <w:rPr>
          <w:lang w:val="nl-NL"/>
        </w:rPr>
        <w:t xml:space="preserve">Daarin kun je meer tips </w:t>
      </w:r>
      <w:r w:rsidR="008E4FB8">
        <w:rPr>
          <w:lang w:val="nl-NL"/>
        </w:rPr>
        <w:t xml:space="preserve">en trucs </w:t>
      </w:r>
      <w:r w:rsidR="007B0C03">
        <w:rPr>
          <w:lang w:val="nl-NL"/>
        </w:rPr>
        <w:t>vinden</w:t>
      </w:r>
      <w:r w:rsidR="008E4FB8">
        <w:rPr>
          <w:lang w:val="nl-NL"/>
        </w:rPr>
        <w:t>, maar hier gaan we alvast een paar stappen zetten</w:t>
      </w:r>
      <w:r w:rsidR="007B0C03">
        <w:rPr>
          <w:lang w:val="nl-NL"/>
        </w:rPr>
        <w:t xml:space="preserve">. </w:t>
      </w:r>
      <w:r w:rsidR="00D40F04">
        <w:rPr>
          <w:lang w:val="nl-NL"/>
        </w:rPr>
        <w:br/>
      </w:r>
    </w:p>
    <w:p w14:paraId="56007530" w14:textId="463F9FFA" w:rsidR="00D40F04" w:rsidRDefault="008E4FB8" w:rsidP="00E918F4">
      <w:pPr>
        <w:pStyle w:val="Lijstnummering"/>
        <w:numPr>
          <w:ilvl w:val="0"/>
          <w:numId w:val="0"/>
        </w:numPr>
        <w:spacing w:after="0" w:line="240" w:lineRule="auto"/>
        <w:ind w:left="360"/>
        <w:rPr>
          <w:lang w:val="nl-NL"/>
        </w:rPr>
      </w:pPr>
      <w:r>
        <w:rPr>
          <w:lang w:val="nl-NL"/>
        </w:rPr>
        <w:t>H</w:t>
      </w:r>
      <w:r w:rsidR="007B0C03">
        <w:rPr>
          <w:lang w:val="nl-NL"/>
        </w:rPr>
        <w:t>ier volstaan we met een aantal aanpassingen in de prompt</w:t>
      </w:r>
      <w:r>
        <w:rPr>
          <w:lang w:val="nl-NL"/>
        </w:rPr>
        <w:t xml:space="preserve"> die we tegelijkertijd invoeren met de opdrachtomschrijving</w:t>
      </w:r>
      <w:r w:rsidR="007B0C03">
        <w:rPr>
          <w:lang w:val="nl-NL"/>
        </w:rPr>
        <w:t>.</w:t>
      </w:r>
      <w:r w:rsidR="008E627A">
        <w:rPr>
          <w:lang w:val="nl-NL"/>
        </w:rPr>
        <w:t xml:space="preserve"> </w:t>
      </w:r>
      <w:r w:rsidR="00A274DE">
        <w:rPr>
          <w:lang w:val="nl-NL"/>
        </w:rPr>
        <w:t xml:space="preserve">Geef </w:t>
      </w:r>
      <w:r w:rsidR="007B0C03">
        <w:rPr>
          <w:lang w:val="nl-NL"/>
        </w:rPr>
        <w:t xml:space="preserve">aan wat voor soort antwoord je wenst (een adviesbrief, een onderlegger, </w:t>
      </w:r>
      <w:r w:rsidR="008E627A">
        <w:rPr>
          <w:lang w:val="nl-NL"/>
        </w:rPr>
        <w:t xml:space="preserve">een gespreksplan </w:t>
      </w:r>
      <w:proofErr w:type="spellStart"/>
      <w:r w:rsidR="007B0C03">
        <w:rPr>
          <w:lang w:val="nl-NL"/>
        </w:rPr>
        <w:t>etc</w:t>
      </w:r>
      <w:proofErr w:type="spellEnd"/>
      <w:r w:rsidR="007B0C03">
        <w:rPr>
          <w:lang w:val="nl-NL"/>
        </w:rPr>
        <w:t xml:space="preserve">), geef aan welke diepgang het antwoord moet hebben, </w:t>
      </w:r>
      <w:r w:rsidR="00087490">
        <w:rPr>
          <w:lang w:val="nl-NL"/>
        </w:rPr>
        <w:t>vraag om het toevoegen van juiste en actuele bronnen, vraag of het stuk geschreven kan worden op B1-niveau, voeg de doelgroep van de opdracht toe (opdrachtgever, cliënt, docent).</w:t>
      </w:r>
      <w:r w:rsidR="00087490">
        <w:rPr>
          <w:lang w:val="nl-NL"/>
        </w:rPr>
        <w:br/>
      </w:r>
      <w:r w:rsidR="008F0988">
        <w:rPr>
          <w:lang w:val="nl-NL"/>
        </w:rPr>
        <w:br/>
      </w:r>
      <w:r w:rsidR="00087490" w:rsidRPr="00D40F04">
        <w:rPr>
          <w:b/>
          <w:bCs/>
          <w:lang w:val="nl-NL"/>
        </w:rPr>
        <w:t>Dit kun je beschrijvend doen</w:t>
      </w:r>
      <w:r w:rsidR="005073A6">
        <w:rPr>
          <w:b/>
          <w:bCs/>
          <w:lang w:val="nl-NL"/>
        </w:rPr>
        <w:t>:</w:t>
      </w:r>
      <w:r w:rsidR="00087490">
        <w:rPr>
          <w:lang w:val="nl-NL"/>
        </w:rPr>
        <w:br/>
        <w:t xml:space="preserve">Hier is de opdracht die ik moet maken [voeg opdracht toe]. Ik ben een student en moet een adviesbrief maken voor een cliënt. Deze adviesbrief moet actuele en betrouwbare bronnen bevatten en hier moet je naar verwijzen </w:t>
      </w:r>
      <w:r w:rsidR="008F0988">
        <w:rPr>
          <w:lang w:val="nl-NL"/>
        </w:rPr>
        <w:t xml:space="preserve">volgens de laatste leidraad voor juristen. De brief moet </w:t>
      </w:r>
      <w:r w:rsidR="008F0988">
        <w:rPr>
          <w:lang w:val="nl-NL"/>
        </w:rPr>
        <w:lastRenderedPageBreak/>
        <w:t xml:space="preserve">op B1-niveau geschreven zijn en mag maximaal 3 pagina’s lang zijn. </w:t>
      </w:r>
      <w:r w:rsidR="008F0988">
        <w:rPr>
          <w:lang w:val="nl-NL"/>
        </w:rPr>
        <w:br/>
      </w:r>
    </w:p>
    <w:p w14:paraId="5CB786E0" w14:textId="72ECB311" w:rsidR="008F0988" w:rsidRDefault="00D40F04" w:rsidP="00936394">
      <w:pPr>
        <w:pStyle w:val="Lijstnummering"/>
        <w:numPr>
          <w:ilvl w:val="0"/>
          <w:numId w:val="0"/>
        </w:numPr>
        <w:spacing w:before="0" w:after="0" w:line="240" w:lineRule="auto"/>
        <w:ind w:left="360"/>
        <w:rPr>
          <w:lang w:val="nl-NL"/>
        </w:rPr>
      </w:pPr>
      <w:r w:rsidRPr="00D40F04">
        <w:rPr>
          <w:b/>
          <w:bCs/>
          <w:lang w:val="nl-NL"/>
        </w:rPr>
        <w:t>Dit kun je met een opsomming doen</w:t>
      </w:r>
      <w:r w:rsidR="005073A6">
        <w:rPr>
          <w:b/>
          <w:bCs/>
          <w:lang w:val="nl-NL"/>
        </w:rPr>
        <w:t>:</w:t>
      </w:r>
      <w:r>
        <w:rPr>
          <w:lang w:val="nl-NL"/>
        </w:rPr>
        <w:t xml:space="preserve"> </w:t>
      </w:r>
      <w:r w:rsidR="008F0988">
        <w:rPr>
          <w:lang w:val="nl-NL"/>
        </w:rPr>
        <w:br/>
        <w:t>Context: schoolopdracht</w:t>
      </w:r>
      <w:r w:rsidR="008F0988">
        <w:rPr>
          <w:lang w:val="nl-NL"/>
        </w:rPr>
        <w:br/>
        <w:t>Opdracht: [voeg in]</w:t>
      </w:r>
    </w:p>
    <w:p w14:paraId="0E8BA6C0" w14:textId="5A5BEDE9" w:rsidR="00FF745C" w:rsidRDefault="00FF745C" w:rsidP="00936394">
      <w:pPr>
        <w:pStyle w:val="Lijstnummering"/>
        <w:numPr>
          <w:ilvl w:val="0"/>
          <w:numId w:val="0"/>
        </w:numPr>
        <w:spacing w:before="0" w:after="0" w:line="240" w:lineRule="auto"/>
        <w:ind w:left="360"/>
        <w:rPr>
          <w:lang w:val="nl-NL"/>
        </w:rPr>
      </w:pPr>
      <w:r>
        <w:rPr>
          <w:lang w:val="nl-NL"/>
        </w:rPr>
        <w:t>Bronnen: actueel en relevant, verwijzen volgens de leidraad</w:t>
      </w:r>
    </w:p>
    <w:p w14:paraId="367B26ED" w14:textId="452F6E3C" w:rsidR="00FF745C" w:rsidRDefault="00FF745C" w:rsidP="00936394">
      <w:pPr>
        <w:pStyle w:val="Lijstnummering"/>
        <w:numPr>
          <w:ilvl w:val="0"/>
          <w:numId w:val="0"/>
        </w:numPr>
        <w:spacing w:before="0" w:after="0" w:line="240" w:lineRule="auto"/>
        <w:ind w:left="360"/>
        <w:rPr>
          <w:lang w:val="nl-NL"/>
        </w:rPr>
      </w:pPr>
      <w:r>
        <w:rPr>
          <w:lang w:val="nl-NL"/>
        </w:rPr>
        <w:t>Lengte: maximaal 3 pagina’s</w:t>
      </w:r>
    </w:p>
    <w:p w14:paraId="2290C691" w14:textId="40F662BB" w:rsidR="002C4767" w:rsidRDefault="002C4767" w:rsidP="00936394">
      <w:pPr>
        <w:pStyle w:val="Lijstnummering"/>
        <w:numPr>
          <w:ilvl w:val="0"/>
          <w:numId w:val="0"/>
        </w:numPr>
        <w:spacing w:before="0" w:after="0" w:line="240" w:lineRule="auto"/>
        <w:ind w:left="360"/>
        <w:rPr>
          <w:lang w:val="nl-NL"/>
        </w:rPr>
      </w:pPr>
      <w:r>
        <w:rPr>
          <w:lang w:val="nl-NL"/>
        </w:rPr>
        <w:t>Niveau: B1</w:t>
      </w:r>
    </w:p>
    <w:p w14:paraId="3ECC0DB4" w14:textId="77777777" w:rsidR="008F0988" w:rsidRDefault="008F0988" w:rsidP="00936394">
      <w:pPr>
        <w:pStyle w:val="Lijstnummering"/>
        <w:numPr>
          <w:ilvl w:val="0"/>
          <w:numId w:val="0"/>
        </w:numPr>
        <w:spacing w:before="0" w:after="0" w:line="240" w:lineRule="auto"/>
        <w:ind w:left="360"/>
        <w:rPr>
          <w:lang w:val="nl-NL"/>
        </w:rPr>
      </w:pPr>
    </w:p>
    <w:p w14:paraId="1209BA29" w14:textId="7D9E7C4C" w:rsidR="002C4767" w:rsidRPr="00D40F04" w:rsidRDefault="00D40F04" w:rsidP="00936394">
      <w:pPr>
        <w:pStyle w:val="Lijstnummering"/>
        <w:numPr>
          <w:ilvl w:val="0"/>
          <w:numId w:val="0"/>
        </w:numPr>
        <w:spacing w:before="0" w:after="0" w:line="240" w:lineRule="auto"/>
        <w:ind w:left="360"/>
        <w:rPr>
          <w:b/>
          <w:bCs/>
          <w:lang w:val="nl-NL"/>
        </w:rPr>
      </w:pPr>
      <w:r w:rsidRPr="00D40F04">
        <w:rPr>
          <w:b/>
          <w:bCs/>
          <w:lang w:val="nl-NL"/>
        </w:rPr>
        <w:t>Dit kun je met opvolgende vragen doen</w:t>
      </w:r>
      <w:r w:rsidR="005073A6">
        <w:rPr>
          <w:b/>
          <w:bCs/>
          <w:lang w:val="nl-NL"/>
        </w:rPr>
        <w:t>:</w:t>
      </w:r>
    </w:p>
    <w:p w14:paraId="60F52AEF" w14:textId="77777777" w:rsidR="005C78A3" w:rsidRDefault="002C4767" w:rsidP="00936394">
      <w:pPr>
        <w:pStyle w:val="Lijstnummering"/>
        <w:numPr>
          <w:ilvl w:val="0"/>
          <w:numId w:val="0"/>
        </w:numPr>
        <w:spacing w:before="0" w:after="0" w:line="240" w:lineRule="auto"/>
        <w:ind w:left="360"/>
        <w:rPr>
          <w:lang w:val="nl-NL"/>
        </w:rPr>
      </w:pPr>
      <w:r>
        <w:rPr>
          <w:lang w:val="nl-NL"/>
        </w:rPr>
        <w:t>[voer opdracht in]</w:t>
      </w:r>
      <w:r w:rsidR="005C78A3">
        <w:rPr>
          <w:lang w:val="nl-NL"/>
        </w:rPr>
        <w:t xml:space="preserve"> </w:t>
      </w:r>
    </w:p>
    <w:p w14:paraId="5B34D843" w14:textId="77777777" w:rsidR="00A354E9" w:rsidRDefault="005C78A3" w:rsidP="00936394">
      <w:pPr>
        <w:pStyle w:val="Lijstnummering"/>
        <w:numPr>
          <w:ilvl w:val="0"/>
          <w:numId w:val="0"/>
        </w:numPr>
        <w:spacing w:before="0" w:after="0" w:line="240" w:lineRule="auto"/>
        <w:ind w:left="360"/>
        <w:rPr>
          <w:lang w:val="nl-NL"/>
        </w:rPr>
      </w:pPr>
      <w:r>
        <w:rPr>
          <w:lang w:val="nl-NL"/>
        </w:rPr>
        <w:t>Nadat het antwoord is gegeneerd, geef de prompt: voeg relevante en actuele bronnen toe</w:t>
      </w:r>
      <w:r w:rsidR="002C4767">
        <w:rPr>
          <w:lang w:val="nl-NL"/>
        </w:rPr>
        <w:t xml:space="preserve"> </w:t>
      </w:r>
    </w:p>
    <w:p w14:paraId="1FCD86E9" w14:textId="5EEDEFEC" w:rsidR="00A354E9" w:rsidRDefault="00A354E9" w:rsidP="00936394">
      <w:pPr>
        <w:pStyle w:val="Lijstnummering"/>
        <w:numPr>
          <w:ilvl w:val="0"/>
          <w:numId w:val="0"/>
        </w:numPr>
        <w:spacing w:before="0" w:after="0" w:line="240" w:lineRule="auto"/>
        <w:ind w:left="360"/>
        <w:rPr>
          <w:lang w:val="nl-NL"/>
        </w:rPr>
      </w:pPr>
      <w:r>
        <w:rPr>
          <w:lang w:val="nl-NL"/>
        </w:rPr>
        <w:t>Nadat het antwoord is gegeneerd, geef de prompt: voeg bronverwijzingen toe volgende leidraad</w:t>
      </w:r>
    </w:p>
    <w:p w14:paraId="2C13A187" w14:textId="77777777" w:rsidR="00A354E9" w:rsidRDefault="005C78A3" w:rsidP="00936394">
      <w:pPr>
        <w:pStyle w:val="Lijstnummering"/>
        <w:numPr>
          <w:ilvl w:val="0"/>
          <w:numId w:val="0"/>
        </w:numPr>
        <w:spacing w:before="0" w:after="0" w:line="240" w:lineRule="auto"/>
        <w:ind w:left="360"/>
        <w:rPr>
          <w:lang w:val="nl-NL"/>
        </w:rPr>
      </w:pPr>
      <w:r>
        <w:rPr>
          <w:lang w:val="nl-NL"/>
        </w:rPr>
        <w:t xml:space="preserve">Nadat het antwoord is gegeneerd, geef de prompt: </w:t>
      </w:r>
      <w:r w:rsidR="00A354E9">
        <w:rPr>
          <w:lang w:val="nl-NL"/>
        </w:rPr>
        <w:t>herschrijf de brief op B1-niveau</w:t>
      </w:r>
    </w:p>
    <w:p w14:paraId="0C1B1398" w14:textId="643C54AF" w:rsidR="009F332A" w:rsidRDefault="00A354E9" w:rsidP="00936394">
      <w:pPr>
        <w:pStyle w:val="Lijstnummering"/>
        <w:numPr>
          <w:ilvl w:val="0"/>
          <w:numId w:val="0"/>
        </w:numPr>
        <w:spacing w:before="0" w:after="0" w:line="240" w:lineRule="auto"/>
        <w:ind w:left="360"/>
        <w:rPr>
          <w:lang w:val="nl-NL"/>
        </w:rPr>
      </w:pPr>
      <w:r>
        <w:rPr>
          <w:lang w:val="nl-NL"/>
        </w:rPr>
        <w:t>Nadat het antwoord is gegeneerd, geef de prompt: maak de brief 3 pagina</w:t>
      </w:r>
      <w:r w:rsidR="009F332A">
        <w:rPr>
          <w:lang w:val="nl-NL"/>
        </w:rPr>
        <w:t>’</w:t>
      </w:r>
      <w:r>
        <w:rPr>
          <w:lang w:val="nl-NL"/>
        </w:rPr>
        <w:t>s lang</w:t>
      </w:r>
    </w:p>
    <w:p w14:paraId="0C1F1F4C" w14:textId="17265CBC" w:rsidR="00D40F04" w:rsidRDefault="009F332A" w:rsidP="00936394">
      <w:pPr>
        <w:pStyle w:val="Lijstnummering"/>
        <w:numPr>
          <w:ilvl w:val="0"/>
          <w:numId w:val="0"/>
        </w:numPr>
        <w:spacing w:before="0" w:after="0" w:line="240" w:lineRule="auto"/>
        <w:ind w:left="360"/>
        <w:rPr>
          <w:lang w:val="nl-NL"/>
        </w:rPr>
      </w:pPr>
      <w:r>
        <w:rPr>
          <w:lang w:val="nl-NL"/>
        </w:rPr>
        <w:t>Nadat het antwoord is gegeneerd, geef de prompt: [/wat je vind dat aangepast moet worden]</w:t>
      </w:r>
      <w:r w:rsidR="008F0988">
        <w:rPr>
          <w:lang w:val="nl-NL"/>
        </w:rPr>
        <w:br/>
      </w:r>
    </w:p>
    <w:p w14:paraId="2565924C" w14:textId="397413E7" w:rsidR="00325D2C" w:rsidRDefault="00D40F04" w:rsidP="00936394">
      <w:pPr>
        <w:pStyle w:val="Lijstnummering"/>
        <w:numPr>
          <w:ilvl w:val="0"/>
          <w:numId w:val="0"/>
        </w:numPr>
        <w:spacing w:before="0" w:after="0" w:line="240" w:lineRule="auto"/>
        <w:ind w:left="360"/>
        <w:rPr>
          <w:lang w:val="nl-NL"/>
        </w:rPr>
      </w:pPr>
      <w:r w:rsidRPr="00D40F04">
        <w:rPr>
          <w:b/>
          <w:bCs/>
          <w:lang w:val="nl-NL"/>
        </w:rPr>
        <w:t xml:space="preserve">Dit kun je met een combinatie van </w:t>
      </w:r>
      <w:r w:rsidR="005073A6">
        <w:rPr>
          <w:b/>
          <w:bCs/>
          <w:lang w:val="nl-NL"/>
        </w:rPr>
        <w:t>bovenstaande</w:t>
      </w:r>
      <w:r w:rsidRPr="00D40F04">
        <w:rPr>
          <w:b/>
          <w:bCs/>
          <w:lang w:val="nl-NL"/>
        </w:rPr>
        <w:t xml:space="preserve"> opties doen</w:t>
      </w:r>
      <w:r w:rsidR="005073A6">
        <w:rPr>
          <w:b/>
          <w:bCs/>
          <w:lang w:val="nl-NL"/>
        </w:rPr>
        <w:t>:</w:t>
      </w:r>
      <w:r w:rsidR="008F0988">
        <w:rPr>
          <w:lang w:val="nl-NL"/>
        </w:rPr>
        <w:br/>
      </w:r>
      <w:r>
        <w:rPr>
          <w:lang w:val="nl-NL"/>
        </w:rPr>
        <w:t xml:space="preserve">Mocht je prompt nog niet het antwoord geven dat je wilt hebben, dan kun je aanvullende vragen stellen </w:t>
      </w:r>
      <w:r w:rsidR="00C3709B">
        <w:rPr>
          <w:lang w:val="nl-NL"/>
        </w:rPr>
        <w:t>of aanvullende opdrachten geven totdat de uitkomst wel voldoet.</w:t>
      </w:r>
    </w:p>
    <w:p w14:paraId="49813F90" w14:textId="77777777" w:rsidR="00D40F04" w:rsidRPr="00862DF4" w:rsidRDefault="00D40F04" w:rsidP="00936394">
      <w:pPr>
        <w:pStyle w:val="Lijstnummering"/>
        <w:numPr>
          <w:ilvl w:val="0"/>
          <w:numId w:val="0"/>
        </w:numPr>
        <w:spacing w:before="0" w:after="0" w:line="240" w:lineRule="auto"/>
        <w:ind w:left="360"/>
        <w:rPr>
          <w:lang w:val="nl-NL"/>
        </w:rPr>
      </w:pPr>
    </w:p>
    <w:p w14:paraId="02A24CED" w14:textId="77777777" w:rsidR="000E0911" w:rsidRDefault="000D1266" w:rsidP="00936394">
      <w:pPr>
        <w:pStyle w:val="Lijstnummering"/>
        <w:spacing w:before="0" w:after="0" w:line="240" w:lineRule="auto"/>
        <w:rPr>
          <w:lang w:val="nl-NL"/>
        </w:rPr>
      </w:pPr>
      <w:r>
        <w:rPr>
          <w:lang w:val="nl-NL"/>
        </w:rPr>
        <w:t>Open een andere AI-</w:t>
      </w:r>
      <w:r w:rsidR="00FA7573">
        <w:rPr>
          <w:lang w:val="nl-NL"/>
        </w:rPr>
        <w:t xml:space="preserve">tool en voer de opdracht </w:t>
      </w:r>
      <w:r w:rsidR="005073A6">
        <w:rPr>
          <w:lang w:val="nl-NL"/>
        </w:rPr>
        <w:t xml:space="preserve">in samen met </w:t>
      </w:r>
      <w:r w:rsidR="00FA7573">
        <w:rPr>
          <w:lang w:val="nl-NL"/>
        </w:rPr>
        <w:t xml:space="preserve">de laatste </w:t>
      </w:r>
      <w:r w:rsidR="005073A6">
        <w:rPr>
          <w:lang w:val="nl-NL"/>
        </w:rPr>
        <w:t>output</w:t>
      </w:r>
      <w:r w:rsidR="00FA7573">
        <w:rPr>
          <w:lang w:val="nl-NL"/>
        </w:rPr>
        <w:t xml:space="preserve"> die je hebt gekregen. Vraag de AI-tool om de </w:t>
      </w:r>
      <w:r w:rsidR="005073A6">
        <w:rPr>
          <w:lang w:val="nl-NL"/>
        </w:rPr>
        <w:t xml:space="preserve">output </w:t>
      </w:r>
      <w:r w:rsidR="00FA7573">
        <w:rPr>
          <w:lang w:val="nl-NL"/>
        </w:rPr>
        <w:t xml:space="preserve">van feedback te voorzien. Laat de AI-tool deze feedback </w:t>
      </w:r>
      <w:r w:rsidR="005073A6">
        <w:rPr>
          <w:lang w:val="nl-NL"/>
        </w:rPr>
        <w:t xml:space="preserve">vervolgens </w:t>
      </w:r>
      <w:r w:rsidR="00FA7573">
        <w:rPr>
          <w:lang w:val="nl-NL"/>
        </w:rPr>
        <w:t xml:space="preserve">toepassen op de uitkomst. </w:t>
      </w:r>
      <w:r w:rsidR="000E0911">
        <w:rPr>
          <w:lang w:val="nl-NL"/>
        </w:rPr>
        <w:br/>
      </w:r>
      <w:r w:rsidR="000E0911">
        <w:rPr>
          <w:lang w:val="nl-NL"/>
        </w:rPr>
        <w:br/>
        <w:t>De prompt kan er dan zo uit zien:</w:t>
      </w:r>
      <w:r w:rsidR="000E0911">
        <w:rPr>
          <w:lang w:val="nl-NL"/>
        </w:rPr>
        <w:br/>
        <w:t>- hier is een opdracht die ik moet maken voor school. [voer opdracht in]</w:t>
      </w:r>
    </w:p>
    <w:p w14:paraId="24B98751" w14:textId="77777777" w:rsidR="00BE0BD8" w:rsidRDefault="000E0911" w:rsidP="00936394">
      <w:pPr>
        <w:pStyle w:val="Lijstnummering"/>
        <w:numPr>
          <w:ilvl w:val="0"/>
          <w:numId w:val="0"/>
        </w:numPr>
        <w:spacing w:before="0" w:after="0" w:line="240" w:lineRule="auto"/>
        <w:ind w:left="360"/>
        <w:rPr>
          <w:lang w:val="nl-NL"/>
        </w:rPr>
      </w:pPr>
      <w:r>
        <w:rPr>
          <w:lang w:val="nl-NL"/>
        </w:rPr>
        <w:t>- hier is een uitwerking voor deze opdracht.</w:t>
      </w:r>
      <w:r>
        <w:rPr>
          <w:lang w:val="nl-NL"/>
        </w:rPr>
        <w:br/>
        <w:t>- beoordeel deze uitwerking van de opdracht. Wat kan er nog beter?</w:t>
      </w:r>
      <w:r>
        <w:rPr>
          <w:lang w:val="nl-NL"/>
        </w:rPr>
        <w:br/>
      </w:r>
      <w:r>
        <w:rPr>
          <w:lang w:val="nl-NL"/>
        </w:rPr>
        <w:br/>
      </w:r>
      <w:r w:rsidR="00BE0BD8">
        <w:rPr>
          <w:lang w:val="nl-NL"/>
        </w:rPr>
        <w:t>Wacht op de output. Waarschijnlijk geeft de AI-tool een aantal suggesties voor aanvulling en/of aanpassing. Geef dan de volgende prompt: voer je eigen suggesties door in het stuk.</w:t>
      </w:r>
      <w:r w:rsidR="00EA4544">
        <w:rPr>
          <w:lang w:val="nl-NL"/>
        </w:rPr>
        <w:br/>
      </w:r>
      <w:r w:rsidR="00EA4544">
        <w:rPr>
          <w:lang w:val="nl-NL"/>
        </w:rPr>
        <w:br/>
      </w:r>
      <w:r w:rsidR="00FA7573">
        <w:rPr>
          <w:lang w:val="nl-NL"/>
        </w:rPr>
        <w:t>Beoordeel deze uitkomst</w:t>
      </w:r>
      <w:r w:rsidR="00EA4544">
        <w:rPr>
          <w:lang w:val="nl-NL"/>
        </w:rPr>
        <w:t>.</w:t>
      </w:r>
      <w:r w:rsidR="00FA7573">
        <w:rPr>
          <w:lang w:val="nl-NL"/>
        </w:rPr>
        <w:t xml:space="preserve"> Is deze nu beter geworden?</w:t>
      </w:r>
      <w:r w:rsidR="00EA4544">
        <w:rPr>
          <w:lang w:val="nl-NL"/>
        </w:rPr>
        <w:t xml:space="preserve"> </w:t>
      </w:r>
    </w:p>
    <w:p w14:paraId="423B1BD8" w14:textId="20324C70" w:rsidR="000D1266" w:rsidRDefault="009719BD" w:rsidP="00936394">
      <w:pPr>
        <w:pStyle w:val="Lijstnummering"/>
        <w:numPr>
          <w:ilvl w:val="0"/>
          <w:numId w:val="0"/>
        </w:numPr>
        <w:spacing w:before="0" w:after="0" w:line="240" w:lineRule="auto"/>
        <w:ind w:left="360"/>
        <w:rPr>
          <w:lang w:val="nl-NL"/>
        </w:rPr>
      </w:pPr>
      <w:r>
        <w:rPr>
          <w:lang w:val="nl-NL"/>
        </w:rPr>
        <w:br/>
        <w:t xml:space="preserve">Een vaardige student gebruikt </w:t>
      </w:r>
      <w:r w:rsidR="00BE0BD8">
        <w:rPr>
          <w:lang w:val="nl-NL"/>
        </w:rPr>
        <w:t xml:space="preserve">waarschijnlijk </w:t>
      </w:r>
      <w:r>
        <w:rPr>
          <w:lang w:val="nl-NL"/>
        </w:rPr>
        <w:t>meerdere AI-tools naast elkaar en laat deze feedback geven op de output van de andere tool</w:t>
      </w:r>
      <w:r w:rsidR="00BE0BD8">
        <w:rPr>
          <w:lang w:val="nl-NL"/>
        </w:rPr>
        <w:t xml:space="preserve"> om op die manier de sterke punten van verschillende tools te gebruiken en tot een betere output te komen. </w:t>
      </w:r>
    </w:p>
    <w:p w14:paraId="1C692F57" w14:textId="77777777" w:rsidR="000D1266" w:rsidRDefault="000D1266" w:rsidP="00936394">
      <w:pPr>
        <w:pStyle w:val="Lijstnummering"/>
        <w:numPr>
          <w:ilvl w:val="0"/>
          <w:numId w:val="0"/>
        </w:numPr>
        <w:spacing w:before="0" w:after="0" w:line="240" w:lineRule="auto"/>
        <w:ind w:left="360"/>
        <w:rPr>
          <w:lang w:val="nl-NL"/>
        </w:rPr>
      </w:pPr>
      <w:r>
        <w:rPr>
          <w:lang w:val="nl-NL"/>
        </w:rPr>
        <w:t xml:space="preserve"> </w:t>
      </w:r>
    </w:p>
    <w:p w14:paraId="1BA4A330" w14:textId="2894F3C0" w:rsidR="003E5317" w:rsidRDefault="00EA4544" w:rsidP="00936394">
      <w:pPr>
        <w:pStyle w:val="Lijstnummering"/>
        <w:spacing w:before="0" w:after="0" w:line="240" w:lineRule="auto"/>
        <w:rPr>
          <w:lang w:val="nl-NL"/>
        </w:rPr>
      </w:pPr>
      <w:r>
        <w:rPr>
          <w:lang w:val="nl-NL"/>
        </w:rPr>
        <w:t>Bij het begin van deze opdracht hebben we een algemene AI-tool gebruikt die niet specifiek voor juridische opdrachten zijn getraind. Niettemin kunnen zij op basis van alle informatie waarmee ze getraind zijn juridische informatie verwerken.</w:t>
      </w:r>
      <w:r w:rsidR="009719BD">
        <w:rPr>
          <w:lang w:val="nl-NL"/>
        </w:rPr>
        <w:t xml:space="preserve"> </w:t>
      </w:r>
      <w:r w:rsidR="00BE0BD8">
        <w:rPr>
          <w:lang w:val="nl-NL"/>
        </w:rPr>
        <w:br/>
      </w:r>
      <w:r w:rsidR="00BE0BD8">
        <w:rPr>
          <w:lang w:val="nl-NL"/>
        </w:rPr>
        <w:br/>
      </w:r>
      <w:r w:rsidR="009719BD">
        <w:rPr>
          <w:lang w:val="nl-NL"/>
        </w:rPr>
        <w:t>Nu gaan we bekijken wat een AI-tool die wel getraind is voor juridisch werk voor output kan geven.</w:t>
      </w:r>
      <w:r>
        <w:rPr>
          <w:lang w:val="nl-NL"/>
        </w:rPr>
        <w:t xml:space="preserve"> </w:t>
      </w:r>
      <w:r w:rsidR="009719BD">
        <w:rPr>
          <w:lang w:val="nl-NL"/>
        </w:rPr>
        <w:t xml:space="preserve">Daarvoor gebruiken we </w:t>
      </w:r>
      <w:proofErr w:type="spellStart"/>
      <w:r w:rsidR="009719BD">
        <w:rPr>
          <w:lang w:val="nl-NL"/>
        </w:rPr>
        <w:t>Genial</w:t>
      </w:r>
      <w:proofErr w:type="spellEnd"/>
      <w:r w:rsidR="009719BD">
        <w:rPr>
          <w:lang w:val="nl-NL"/>
        </w:rPr>
        <w:t xml:space="preserve">. </w:t>
      </w:r>
      <w:proofErr w:type="spellStart"/>
      <w:r w:rsidR="00FA7573">
        <w:rPr>
          <w:lang w:val="nl-NL"/>
        </w:rPr>
        <w:t>Genial</w:t>
      </w:r>
      <w:proofErr w:type="spellEnd"/>
      <w:r w:rsidR="00FA7573">
        <w:rPr>
          <w:lang w:val="nl-NL"/>
        </w:rPr>
        <w:t xml:space="preserve"> is een AI-tool van uitgeverij SDU. Zij hebben deze tool gebouwd bovenop</w:t>
      </w:r>
      <w:r w:rsidR="00A65245">
        <w:rPr>
          <w:lang w:val="nl-NL"/>
        </w:rPr>
        <w:t xml:space="preserve"> en getraind met</w:t>
      </w:r>
      <w:r w:rsidR="00FA7573">
        <w:rPr>
          <w:lang w:val="nl-NL"/>
        </w:rPr>
        <w:t xml:space="preserve"> hun juridis</w:t>
      </w:r>
      <w:r w:rsidR="00A65245">
        <w:rPr>
          <w:lang w:val="nl-NL"/>
        </w:rPr>
        <w:t>c</w:t>
      </w:r>
      <w:r w:rsidR="00FA7573">
        <w:rPr>
          <w:lang w:val="nl-NL"/>
        </w:rPr>
        <w:t>he databank</w:t>
      </w:r>
      <w:r w:rsidR="00A65245">
        <w:rPr>
          <w:lang w:val="nl-NL"/>
        </w:rPr>
        <w:t xml:space="preserve"> Rechtsorde</w:t>
      </w:r>
      <w:r w:rsidR="00FA7573">
        <w:rPr>
          <w:lang w:val="nl-NL"/>
        </w:rPr>
        <w:t xml:space="preserve">. Hierdoor heeft deze tool toegang tot </w:t>
      </w:r>
      <w:r w:rsidR="00AD17C3">
        <w:rPr>
          <w:lang w:val="nl-NL"/>
        </w:rPr>
        <w:t xml:space="preserve">deze gehele databank en is de kans op hallucineren een stuk kleiner en is de verwijzing naar bronnen een stuk accurater. </w:t>
      </w:r>
      <w:r w:rsidR="00AD17C3">
        <w:rPr>
          <w:lang w:val="nl-NL"/>
        </w:rPr>
        <w:br/>
      </w:r>
      <w:r w:rsidR="00FA7573">
        <w:rPr>
          <w:lang w:val="nl-NL"/>
        </w:rPr>
        <w:br/>
      </w:r>
      <w:r w:rsidR="003E5317">
        <w:rPr>
          <w:lang w:val="nl-NL"/>
        </w:rPr>
        <w:t xml:space="preserve">Open </w:t>
      </w:r>
      <w:proofErr w:type="spellStart"/>
      <w:r w:rsidR="003E5317">
        <w:rPr>
          <w:lang w:val="nl-NL"/>
        </w:rPr>
        <w:t>Genial</w:t>
      </w:r>
      <w:proofErr w:type="spellEnd"/>
      <w:r w:rsidR="00100556">
        <w:rPr>
          <w:lang w:val="nl-NL"/>
        </w:rPr>
        <w:t xml:space="preserve"> van rechtsorde</w:t>
      </w:r>
      <w:r w:rsidR="00FE5369">
        <w:rPr>
          <w:lang w:val="nl-NL"/>
        </w:rPr>
        <w:t xml:space="preserve"> te vinden via</w:t>
      </w:r>
      <w:r w:rsidR="00100556">
        <w:rPr>
          <w:lang w:val="nl-NL"/>
        </w:rPr>
        <w:t xml:space="preserve">: </w:t>
      </w:r>
      <w:hyperlink r:id="rId20" w:history="1">
        <w:r w:rsidR="005F7593" w:rsidRPr="00DB4872">
          <w:rPr>
            <w:rStyle w:val="Hyperlink"/>
            <w:lang w:val="nl-NL"/>
          </w:rPr>
          <w:t>www.rechtsorde.nl/genial</w:t>
        </w:r>
      </w:hyperlink>
      <w:r w:rsidR="005F7593">
        <w:rPr>
          <w:lang w:val="nl-NL"/>
        </w:rPr>
        <w:t xml:space="preserve"> </w:t>
      </w:r>
      <w:r w:rsidR="00FE5369">
        <w:rPr>
          <w:lang w:val="nl-NL"/>
        </w:rPr>
        <w:t>J</w:t>
      </w:r>
      <w:r w:rsidR="00100556">
        <w:rPr>
          <w:lang w:val="nl-NL"/>
        </w:rPr>
        <w:t xml:space="preserve">e kunt </w:t>
      </w:r>
      <w:r w:rsidR="00FE5369">
        <w:rPr>
          <w:lang w:val="nl-NL"/>
        </w:rPr>
        <w:t xml:space="preserve">hier </w:t>
      </w:r>
      <w:r w:rsidR="00100556">
        <w:rPr>
          <w:lang w:val="nl-NL"/>
        </w:rPr>
        <w:t xml:space="preserve">inloggen met je </w:t>
      </w:r>
      <w:proofErr w:type="spellStart"/>
      <w:r w:rsidR="00B26872">
        <w:rPr>
          <w:lang w:val="nl-NL"/>
        </w:rPr>
        <w:t>avans</w:t>
      </w:r>
      <w:proofErr w:type="spellEnd"/>
      <w:r w:rsidR="00B26872">
        <w:rPr>
          <w:lang w:val="nl-NL"/>
        </w:rPr>
        <w:t xml:space="preserve">-account. Plaats nu de opdracht in </w:t>
      </w:r>
      <w:proofErr w:type="spellStart"/>
      <w:r w:rsidR="00B26872">
        <w:rPr>
          <w:lang w:val="nl-NL"/>
        </w:rPr>
        <w:t>Genial</w:t>
      </w:r>
      <w:proofErr w:type="spellEnd"/>
      <w:r w:rsidR="00B26872">
        <w:rPr>
          <w:lang w:val="nl-NL"/>
        </w:rPr>
        <w:t xml:space="preserve"> en bekijk welk </w:t>
      </w:r>
      <w:r w:rsidR="00AD17C3">
        <w:rPr>
          <w:lang w:val="nl-NL"/>
        </w:rPr>
        <w:t xml:space="preserve">output je krijgt. Je zult zien dat deze </w:t>
      </w:r>
      <w:r w:rsidR="00033FAB">
        <w:rPr>
          <w:lang w:val="nl-NL"/>
        </w:rPr>
        <w:t xml:space="preserve">AI-tool minder of niet in staat is om direct een beroepsproduct te genereren. Vraag </w:t>
      </w:r>
      <w:proofErr w:type="spellStart"/>
      <w:r w:rsidR="00033FAB">
        <w:rPr>
          <w:lang w:val="nl-NL"/>
        </w:rPr>
        <w:t>Genial</w:t>
      </w:r>
      <w:proofErr w:type="spellEnd"/>
      <w:r w:rsidR="00033FAB">
        <w:rPr>
          <w:lang w:val="nl-NL"/>
        </w:rPr>
        <w:t xml:space="preserve"> echter naar de juridische achtergronden en bronnen van je rechtsvraag</w:t>
      </w:r>
      <w:r w:rsidR="00A56D60">
        <w:rPr>
          <w:lang w:val="nl-NL"/>
        </w:rPr>
        <w:t>, dan krijg je een uitgebreide opsomming. Als je die</w:t>
      </w:r>
      <w:r w:rsidR="00A65245">
        <w:rPr>
          <w:lang w:val="nl-NL"/>
        </w:rPr>
        <w:t xml:space="preserve"> informatie</w:t>
      </w:r>
      <w:r w:rsidR="00A56D60">
        <w:rPr>
          <w:lang w:val="nl-NL"/>
        </w:rPr>
        <w:t xml:space="preserve"> vervolgens toevoegt aan je prompt in de algemene </w:t>
      </w:r>
      <w:r w:rsidR="00274C77">
        <w:rPr>
          <w:lang w:val="nl-NL"/>
        </w:rPr>
        <w:t>AI-tool dan neemt de betrouwbaarheid van d</w:t>
      </w:r>
      <w:r w:rsidR="00A65245">
        <w:rPr>
          <w:lang w:val="nl-NL"/>
        </w:rPr>
        <w:t>i</w:t>
      </w:r>
      <w:r w:rsidR="00274C77">
        <w:rPr>
          <w:lang w:val="nl-NL"/>
        </w:rPr>
        <w:t xml:space="preserve">e output toe. </w:t>
      </w:r>
      <w:r w:rsidR="00F0235B">
        <w:rPr>
          <w:lang w:val="nl-NL"/>
        </w:rPr>
        <w:br/>
      </w:r>
      <w:r w:rsidR="00F145CE">
        <w:rPr>
          <w:lang w:val="nl-NL"/>
        </w:rPr>
        <w:lastRenderedPageBreak/>
        <w:t xml:space="preserve">Voer de opdrachtomschrijving met de aangepast prompt uit punt 4 in bij een algemene AI-tool en voeg de bronnen die zijn gevonden in </w:t>
      </w:r>
      <w:proofErr w:type="spellStart"/>
      <w:r w:rsidR="00F145CE">
        <w:rPr>
          <w:lang w:val="nl-NL"/>
        </w:rPr>
        <w:t>Genial</w:t>
      </w:r>
      <w:proofErr w:type="spellEnd"/>
      <w:r w:rsidR="00F145CE">
        <w:rPr>
          <w:lang w:val="nl-NL"/>
        </w:rPr>
        <w:t xml:space="preserve"> toe aan de tekst waarbij je benoemd dat je zelf al deze bronnen hebt gevonden en dat de AI-tool deze moet verwerken in de opdracht. </w:t>
      </w:r>
      <w:r w:rsidR="000D1266">
        <w:rPr>
          <w:lang w:val="nl-NL"/>
        </w:rPr>
        <w:br/>
      </w:r>
    </w:p>
    <w:p w14:paraId="7B464378" w14:textId="085DFF42" w:rsidR="006F1F32" w:rsidRPr="00B10CD4" w:rsidRDefault="006F1F32" w:rsidP="00936394">
      <w:pPr>
        <w:pStyle w:val="Lijstnummering"/>
        <w:numPr>
          <w:ilvl w:val="0"/>
          <w:numId w:val="0"/>
        </w:numPr>
        <w:spacing w:before="0" w:after="0" w:line="240" w:lineRule="auto"/>
        <w:ind w:left="360"/>
        <w:rPr>
          <w:lang w:val="nl-NL"/>
        </w:rPr>
      </w:pPr>
      <w:r>
        <w:rPr>
          <w:lang w:val="nl-NL"/>
        </w:rPr>
        <w:t>Rechtsorde heeft overigens een tuto</w:t>
      </w:r>
      <w:r w:rsidR="00D878B9">
        <w:rPr>
          <w:lang w:val="nl-NL"/>
        </w:rPr>
        <w:t xml:space="preserve">rial gemaakt voor </w:t>
      </w:r>
      <w:proofErr w:type="spellStart"/>
      <w:r w:rsidR="00D878B9">
        <w:rPr>
          <w:lang w:val="nl-NL"/>
        </w:rPr>
        <w:t>Genial</w:t>
      </w:r>
      <w:proofErr w:type="spellEnd"/>
      <w:r w:rsidR="00D878B9">
        <w:rPr>
          <w:lang w:val="nl-NL"/>
        </w:rPr>
        <w:t xml:space="preserve">, die kun je hier vinden: </w:t>
      </w:r>
      <w:hyperlink r:id="rId21" w:history="1">
        <w:r w:rsidR="005F7593" w:rsidRPr="00DB4872">
          <w:rPr>
            <w:rStyle w:val="Hyperlink"/>
            <w:lang w:val="nl-NL"/>
          </w:rPr>
          <w:t>www.rechtsorde.nl/tutorial</w:t>
        </w:r>
      </w:hyperlink>
      <w:r w:rsidR="005F7593">
        <w:rPr>
          <w:lang w:val="nl-NL"/>
        </w:rPr>
        <w:t xml:space="preserve"> </w:t>
      </w:r>
      <w:r w:rsidR="005F7593" w:rsidRPr="005F7593">
        <w:rPr>
          <w:lang w:val="nl-NL"/>
        </w:rPr>
        <w:t>Deze duurt overigens 30 minuten en is daarom niet geschikt om tijdens deze bijeenkomst te volgen, liever ga je er nu mee experimenteren en volg je later deze tutorial.</w:t>
      </w:r>
    </w:p>
    <w:p w14:paraId="36A35E99" w14:textId="77777777" w:rsidR="006F1F32" w:rsidRDefault="006F1F32" w:rsidP="00936394">
      <w:pPr>
        <w:pStyle w:val="Lijstnummering"/>
        <w:numPr>
          <w:ilvl w:val="0"/>
          <w:numId w:val="0"/>
        </w:numPr>
        <w:spacing w:before="0" w:after="0" w:line="240" w:lineRule="auto"/>
        <w:ind w:left="360" w:hanging="360"/>
        <w:rPr>
          <w:lang w:val="nl-NL"/>
        </w:rPr>
      </w:pPr>
    </w:p>
    <w:p w14:paraId="458EF0F9" w14:textId="5DB761F2" w:rsidR="00BE0BD8" w:rsidRDefault="00BE0BD8" w:rsidP="00936394">
      <w:pPr>
        <w:pStyle w:val="Lijstnummering"/>
        <w:numPr>
          <w:ilvl w:val="0"/>
          <w:numId w:val="0"/>
        </w:numPr>
        <w:spacing w:before="0" w:after="0" w:line="240" w:lineRule="auto"/>
        <w:ind w:left="360" w:hanging="360"/>
        <w:rPr>
          <w:b/>
          <w:bCs/>
          <w:i/>
          <w:iCs/>
          <w:lang w:val="nl-NL"/>
        </w:rPr>
      </w:pPr>
      <w:r w:rsidRPr="00BE0BD8">
        <w:rPr>
          <w:b/>
          <w:bCs/>
          <w:i/>
          <w:iCs/>
          <w:lang w:val="nl-NL"/>
        </w:rPr>
        <w:t xml:space="preserve">Vervolg </w:t>
      </w:r>
      <w:r w:rsidR="005246EE">
        <w:rPr>
          <w:b/>
          <w:bCs/>
          <w:i/>
          <w:iCs/>
          <w:lang w:val="nl-NL"/>
        </w:rPr>
        <w:t>andere opdracht, bijvoorbeeld PPO</w:t>
      </w:r>
    </w:p>
    <w:p w14:paraId="1E435E7E" w14:textId="7773CE95" w:rsidR="00BE0BD8" w:rsidRDefault="00BE0BD8" w:rsidP="00936394">
      <w:pPr>
        <w:pStyle w:val="Lijstnummering"/>
        <w:numPr>
          <w:ilvl w:val="0"/>
          <w:numId w:val="0"/>
        </w:numPr>
        <w:spacing w:before="0" w:after="0" w:line="240" w:lineRule="auto"/>
        <w:ind w:left="360" w:hanging="360"/>
        <w:rPr>
          <w:lang w:val="nl-NL"/>
        </w:rPr>
      </w:pPr>
      <w:r>
        <w:rPr>
          <w:lang w:val="nl-NL"/>
        </w:rPr>
        <w:t xml:space="preserve">4. </w:t>
      </w:r>
      <w:r>
        <w:rPr>
          <w:lang w:val="nl-NL"/>
        </w:rPr>
        <w:tab/>
        <w:t xml:space="preserve">Je hebt nu een output van een PPO-opdracht. In een eerste versie. We gaan nu experimenteren met de prompt. </w:t>
      </w:r>
      <w:r w:rsidRPr="00911F82">
        <w:rPr>
          <w:b/>
          <w:bCs/>
          <w:lang w:val="nl-NL"/>
        </w:rPr>
        <w:t>Werkbladen 3 en 4</w:t>
      </w:r>
      <w:r>
        <w:rPr>
          <w:lang w:val="nl-NL"/>
        </w:rPr>
        <w:t xml:space="preserve"> gaan over </w:t>
      </w:r>
      <w:proofErr w:type="spellStart"/>
      <w:r>
        <w:rPr>
          <w:lang w:val="nl-NL"/>
        </w:rPr>
        <w:t>prompten</w:t>
      </w:r>
      <w:proofErr w:type="spellEnd"/>
      <w:r>
        <w:rPr>
          <w:lang w:val="nl-NL"/>
        </w:rPr>
        <w:t xml:space="preserve">. Daarin kun je meer tips en trucs vinden, maar hier gaan we alvast een paar stappen zetten. </w:t>
      </w:r>
      <w:r>
        <w:rPr>
          <w:lang w:val="nl-NL"/>
        </w:rPr>
        <w:br/>
      </w:r>
    </w:p>
    <w:p w14:paraId="7B2AF024" w14:textId="77777777" w:rsidR="00FC4D7E" w:rsidRDefault="00BE0BD8" w:rsidP="00936394">
      <w:pPr>
        <w:pStyle w:val="Lijstnummering"/>
        <w:numPr>
          <w:ilvl w:val="0"/>
          <w:numId w:val="0"/>
        </w:numPr>
        <w:spacing w:before="0" w:after="0" w:line="240" w:lineRule="auto"/>
        <w:ind w:left="360"/>
        <w:rPr>
          <w:lang w:val="nl-NL"/>
        </w:rPr>
      </w:pPr>
      <w:r>
        <w:rPr>
          <w:lang w:val="nl-NL"/>
        </w:rPr>
        <w:t>Hier volstaan we met een aantal aanpassingen in de prompt die we tegelijkertijd invoeren met de opdrachtomschrijving.</w:t>
      </w:r>
      <w:r w:rsidR="00EE05E8">
        <w:rPr>
          <w:lang w:val="nl-NL"/>
        </w:rPr>
        <w:t xml:space="preserve"> </w:t>
      </w:r>
      <w:r w:rsidR="00001836">
        <w:rPr>
          <w:lang w:val="nl-NL"/>
        </w:rPr>
        <w:t>Denk aan het geven van context over de opdracht</w:t>
      </w:r>
      <w:r w:rsidR="00FC4D7E">
        <w:rPr>
          <w:lang w:val="nl-NL"/>
        </w:rPr>
        <w:t>, de omvang en vorm van je output en de toon waarop het stuk is geschreven.</w:t>
      </w:r>
    </w:p>
    <w:p w14:paraId="229F6902" w14:textId="77777777" w:rsidR="00FC4D7E" w:rsidRDefault="00FC4D7E" w:rsidP="00936394">
      <w:pPr>
        <w:pStyle w:val="Lijstnummering"/>
        <w:numPr>
          <w:ilvl w:val="0"/>
          <w:numId w:val="0"/>
        </w:numPr>
        <w:spacing w:before="0" w:after="0" w:line="240" w:lineRule="auto"/>
        <w:ind w:left="360"/>
        <w:rPr>
          <w:lang w:val="nl-NL"/>
        </w:rPr>
      </w:pPr>
    </w:p>
    <w:p w14:paraId="5F7EA136" w14:textId="76FF3E28" w:rsidR="00EE05E8" w:rsidRDefault="00FC4D7E" w:rsidP="00936394">
      <w:pPr>
        <w:pStyle w:val="Lijstnummering"/>
        <w:numPr>
          <w:ilvl w:val="0"/>
          <w:numId w:val="0"/>
        </w:numPr>
        <w:spacing w:before="0" w:after="0" w:line="240" w:lineRule="auto"/>
        <w:ind w:left="360"/>
        <w:rPr>
          <w:lang w:val="nl-NL"/>
        </w:rPr>
      </w:pPr>
      <w:r w:rsidRPr="00FC4D7E">
        <w:rPr>
          <w:b/>
          <w:bCs/>
          <w:lang w:val="nl-NL"/>
        </w:rPr>
        <w:t xml:space="preserve">Dat kun je beschrijvend doen: </w:t>
      </w:r>
      <w:r>
        <w:rPr>
          <w:lang w:val="nl-NL"/>
        </w:rPr>
        <w:br/>
        <w:t xml:space="preserve">Ik ben student en ik moet een PPO-opdracht maken. De bedoeling is dat ik mij inlees in een aantal juridische vacatures zodat ik een beeld krijg van functies en bedrijven waar ik kan gaan werken als ik klaar ben met studeren. Ik moet een persoonlijke analyse maken van circa 3 tot 4 alinea’s waarbij ik een link leg met mijn eigen interesses en vaardigheden. Ik heb interesse in het strafrecht, het bestuursrecht en ik zit op voetbal. </w:t>
      </w:r>
    </w:p>
    <w:p w14:paraId="0D56E508" w14:textId="77777777" w:rsidR="00EE05E8" w:rsidRDefault="00EE05E8" w:rsidP="00936394">
      <w:pPr>
        <w:pStyle w:val="Lijstnummering"/>
        <w:numPr>
          <w:ilvl w:val="0"/>
          <w:numId w:val="0"/>
        </w:numPr>
        <w:spacing w:before="0" w:after="0" w:line="240" w:lineRule="auto"/>
        <w:ind w:left="360"/>
        <w:rPr>
          <w:lang w:val="nl-NL"/>
        </w:rPr>
      </w:pPr>
    </w:p>
    <w:p w14:paraId="5E5C5F8D" w14:textId="31A78D27" w:rsidR="00FC4D7E" w:rsidRDefault="00FC4D7E" w:rsidP="00936394">
      <w:pPr>
        <w:pStyle w:val="Lijstnummering"/>
        <w:numPr>
          <w:ilvl w:val="0"/>
          <w:numId w:val="0"/>
        </w:numPr>
        <w:spacing w:before="0" w:after="0" w:line="240" w:lineRule="auto"/>
        <w:ind w:left="360"/>
        <w:rPr>
          <w:lang w:val="nl-NL"/>
        </w:rPr>
      </w:pPr>
      <w:r w:rsidRPr="00D40F04">
        <w:rPr>
          <w:b/>
          <w:bCs/>
          <w:lang w:val="nl-NL"/>
        </w:rPr>
        <w:t>Dit kun je met een opsomming doen</w:t>
      </w:r>
      <w:r>
        <w:rPr>
          <w:b/>
          <w:bCs/>
          <w:lang w:val="nl-NL"/>
        </w:rPr>
        <w:t>:</w:t>
      </w:r>
      <w:r>
        <w:rPr>
          <w:lang w:val="nl-NL"/>
        </w:rPr>
        <w:t xml:space="preserve"> </w:t>
      </w:r>
      <w:r>
        <w:rPr>
          <w:lang w:val="nl-NL"/>
        </w:rPr>
        <w:br/>
        <w:t>Context: schoolopdracht</w:t>
      </w:r>
      <w:r>
        <w:rPr>
          <w:lang w:val="nl-NL"/>
        </w:rPr>
        <w:br/>
        <w:t>Opdracht: [voeg in/ inlezen juridische vacatures + analyse maken]</w:t>
      </w:r>
    </w:p>
    <w:p w14:paraId="18CA8435" w14:textId="0DA39065" w:rsidR="00FC4D7E" w:rsidRDefault="00FC4D7E" w:rsidP="00936394">
      <w:pPr>
        <w:pStyle w:val="Lijstnummering"/>
        <w:numPr>
          <w:ilvl w:val="0"/>
          <w:numId w:val="0"/>
        </w:numPr>
        <w:spacing w:before="0" w:after="0" w:line="240" w:lineRule="auto"/>
        <w:ind w:left="360"/>
        <w:rPr>
          <w:lang w:val="nl-NL"/>
        </w:rPr>
      </w:pPr>
      <w:r>
        <w:rPr>
          <w:lang w:val="nl-NL"/>
        </w:rPr>
        <w:t>Bronnen: websites van drie juridische bedrijven waarop vacatures staan. Liefst strafrecht</w:t>
      </w:r>
    </w:p>
    <w:p w14:paraId="2C3EB2E2" w14:textId="658127D9" w:rsidR="00FC4D7E" w:rsidRDefault="00FC4D7E" w:rsidP="00936394">
      <w:pPr>
        <w:pStyle w:val="Lijstnummering"/>
        <w:numPr>
          <w:ilvl w:val="0"/>
          <w:numId w:val="0"/>
        </w:numPr>
        <w:spacing w:before="0" w:after="0" w:line="240" w:lineRule="auto"/>
        <w:ind w:left="360"/>
        <w:rPr>
          <w:lang w:val="nl-NL"/>
        </w:rPr>
      </w:pPr>
      <w:r>
        <w:rPr>
          <w:lang w:val="nl-NL"/>
        </w:rPr>
        <w:t>Lengte: 3 tot 4 alinea’s</w:t>
      </w:r>
    </w:p>
    <w:p w14:paraId="7C614278" w14:textId="77777777" w:rsidR="00FC4D7E" w:rsidRDefault="00FC4D7E" w:rsidP="00936394">
      <w:pPr>
        <w:pStyle w:val="Lijstnummering"/>
        <w:numPr>
          <w:ilvl w:val="0"/>
          <w:numId w:val="0"/>
        </w:numPr>
        <w:spacing w:before="0" w:after="0" w:line="240" w:lineRule="auto"/>
        <w:ind w:left="360"/>
        <w:rPr>
          <w:lang w:val="nl-NL"/>
        </w:rPr>
      </w:pPr>
      <w:r>
        <w:rPr>
          <w:lang w:val="nl-NL"/>
        </w:rPr>
        <w:t>Niveau: B1</w:t>
      </w:r>
    </w:p>
    <w:p w14:paraId="5CF62F93" w14:textId="51ABD546" w:rsidR="00FC4D7E" w:rsidRDefault="00FC4D7E" w:rsidP="00936394">
      <w:pPr>
        <w:pStyle w:val="Lijstnummering"/>
        <w:numPr>
          <w:ilvl w:val="0"/>
          <w:numId w:val="0"/>
        </w:numPr>
        <w:spacing w:before="0" w:after="0" w:line="240" w:lineRule="auto"/>
        <w:ind w:left="360"/>
        <w:rPr>
          <w:lang w:val="nl-NL"/>
        </w:rPr>
      </w:pPr>
      <w:r>
        <w:rPr>
          <w:lang w:val="nl-NL"/>
        </w:rPr>
        <w:t>Toon: persoonlijk</w:t>
      </w:r>
    </w:p>
    <w:p w14:paraId="3A3FE28A" w14:textId="77777777" w:rsidR="00FC4D7E" w:rsidRDefault="00FC4D7E" w:rsidP="00936394">
      <w:pPr>
        <w:pStyle w:val="Lijstnummering"/>
        <w:numPr>
          <w:ilvl w:val="0"/>
          <w:numId w:val="0"/>
        </w:numPr>
        <w:spacing w:before="0" w:after="0" w:line="240" w:lineRule="auto"/>
        <w:ind w:left="360"/>
        <w:rPr>
          <w:lang w:val="nl-NL"/>
        </w:rPr>
      </w:pPr>
    </w:p>
    <w:p w14:paraId="3FE2A62B" w14:textId="77777777" w:rsidR="00FC4D7E" w:rsidRPr="00D40F04" w:rsidRDefault="00FC4D7E" w:rsidP="00936394">
      <w:pPr>
        <w:pStyle w:val="Lijstnummering"/>
        <w:numPr>
          <w:ilvl w:val="0"/>
          <w:numId w:val="0"/>
        </w:numPr>
        <w:spacing w:before="0" w:after="0" w:line="240" w:lineRule="auto"/>
        <w:ind w:left="360"/>
        <w:rPr>
          <w:b/>
          <w:bCs/>
          <w:lang w:val="nl-NL"/>
        </w:rPr>
      </w:pPr>
      <w:r w:rsidRPr="00D40F04">
        <w:rPr>
          <w:b/>
          <w:bCs/>
          <w:lang w:val="nl-NL"/>
        </w:rPr>
        <w:t>Dit kun je met opvolgende vragen doen</w:t>
      </w:r>
      <w:r>
        <w:rPr>
          <w:b/>
          <w:bCs/>
          <w:lang w:val="nl-NL"/>
        </w:rPr>
        <w:t>:</w:t>
      </w:r>
    </w:p>
    <w:p w14:paraId="750D97E2" w14:textId="6AEFA312" w:rsidR="00FC4D7E" w:rsidRDefault="00FC4D7E" w:rsidP="00936394">
      <w:pPr>
        <w:pStyle w:val="Lijstnummering"/>
        <w:numPr>
          <w:ilvl w:val="0"/>
          <w:numId w:val="0"/>
        </w:numPr>
        <w:spacing w:before="0" w:after="0" w:line="240" w:lineRule="auto"/>
        <w:ind w:left="360"/>
        <w:rPr>
          <w:lang w:val="nl-NL"/>
        </w:rPr>
      </w:pPr>
      <w:r>
        <w:rPr>
          <w:lang w:val="nl-NL"/>
        </w:rPr>
        <w:t>[voer opdracht in] Zoek op websites juridische bedrijven naar 3 vacatures voor jurist. Liefst strafrecht</w:t>
      </w:r>
    </w:p>
    <w:p w14:paraId="2588B842" w14:textId="11FFC418" w:rsidR="00FC4D7E" w:rsidRDefault="00FC4D7E" w:rsidP="00936394">
      <w:pPr>
        <w:pStyle w:val="Lijstnummering"/>
        <w:numPr>
          <w:ilvl w:val="0"/>
          <w:numId w:val="0"/>
        </w:numPr>
        <w:spacing w:before="0" w:after="0" w:line="240" w:lineRule="auto"/>
        <w:ind w:left="360"/>
        <w:rPr>
          <w:lang w:val="nl-NL"/>
        </w:rPr>
      </w:pPr>
      <w:r>
        <w:rPr>
          <w:lang w:val="nl-NL"/>
        </w:rPr>
        <w:t xml:space="preserve">Nadat het antwoord is gegeneerd, geef de prompt: </w:t>
      </w:r>
      <w:r w:rsidR="00A8360E">
        <w:rPr>
          <w:lang w:val="nl-NL"/>
        </w:rPr>
        <w:t>maak een analyse van deze vacatures</w:t>
      </w:r>
      <w:r>
        <w:rPr>
          <w:lang w:val="nl-NL"/>
        </w:rPr>
        <w:t xml:space="preserve"> </w:t>
      </w:r>
    </w:p>
    <w:p w14:paraId="091178E6" w14:textId="49C3A786" w:rsidR="00FC4D7E" w:rsidRDefault="00FC4D7E" w:rsidP="00936394">
      <w:pPr>
        <w:pStyle w:val="Lijstnummering"/>
        <w:numPr>
          <w:ilvl w:val="0"/>
          <w:numId w:val="0"/>
        </w:numPr>
        <w:spacing w:before="0" w:after="0" w:line="240" w:lineRule="auto"/>
        <w:ind w:left="360"/>
        <w:rPr>
          <w:lang w:val="nl-NL"/>
        </w:rPr>
      </w:pPr>
      <w:r>
        <w:rPr>
          <w:lang w:val="nl-NL"/>
        </w:rPr>
        <w:t xml:space="preserve">Nadat het antwoord is gegeneerd, geef de prompt: </w:t>
      </w:r>
      <w:r w:rsidR="00A8360E">
        <w:rPr>
          <w:lang w:val="nl-NL"/>
        </w:rPr>
        <w:t>maak de analyse 3 tot 4 alinea’s</w:t>
      </w:r>
    </w:p>
    <w:p w14:paraId="7E57B684" w14:textId="77777777" w:rsidR="00FC4D7E" w:rsidRDefault="00FC4D7E" w:rsidP="00936394">
      <w:pPr>
        <w:pStyle w:val="Lijstnummering"/>
        <w:numPr>
          <w:ilvl w:val="0"/>
          <w:numId w:val="0"/>
        </w:numPr>
        <w:spacing w:before="0" w:after="0" w:line="240" w:lineRule="auto"/>
        <w:ind w:left="360"/>
        <w:rPr>
          <w:lang w:val="nl-NL"/>
        </w:rPr>
      </w:pPr>
      <w:r>
        <w:rPr>
          <w:lang w:val="nl-NL"/>
        </w:rPr>
        <w:t>Nadat het antwoord is gegeneerd, geef de prompt: herschrijf de brief op B1-niveau</w:t>
      </w:r>
    </w:p>
    <w:p w14:paraId="0601D12E" w14:textId="5CA6A8C1" w:rsidR="00FC4D7E" w:rsidRDefault="00FC4D7E" w:rsidP="00936394">
      <w:pPr>
        <w:pStyle w:val="Lijstnummering"/>
        <w:numPr>
          <w:ilvl w:val="0"/>
          <w:numId w:val="0"/>
        </w:numPr>
        <w:spacing w:before="0" w:after="0" w:line="240" w:lineRule="auto"/>
        <w:ind w:left="360"/>
        <w:rPr>
          <w:lang w:val="nl-NL"/>
        </w:rPr>
      </w:pPr>
      <w:r>
        <w:rPr>
          <w:lang w:val="nl-NL"/>
        </w:rPr>
        <w:t xml:space="preserve">Nadat het antwoord is gegeneerd, geef de prompt: </w:t>
      </w:r>
      <w:r w:rsidR="00A8360E">
        <w:rPr>
          <w:lang w:val="nl-NL"/>
        </w:rPr>
        <w:t>verander de toon naar persoonlijk</w:t>
      </w:r>
    </w:p>
    <w:p w14:paraId="0EC2827E" w14:textId="77777777" w:rsidR="00FC4D7E" w:rsidRDefault="00FC4D7E" w:rsidP="00936394">
      <w:pPr>
        <w:pStyle w:val="Lijstnummering"/>
        <w:numPr>
          <w:ilvl w:val="0"/>
          <w:numId w:val="0"/>
        </w:numPr>
        <w:spacing w:before="0" w:after="0" w:line="240" w:lineRule="auto"/>
        <w:ind w:left="360"/>
        <w:rPr>
          <w:lang w:val="nl-NL"/>
        </w:rPr>
      </w:pPr>
      <w:r>
        <w:rPr>
          <w:lang w:val="nl-NL"/>
        </w:rPr>
        <w:t>Nadat het antwoord is gegeneerd, geef de prompt: [/wat je vind dat aangepast moet worden]</w:t>
      </w:r>
      <w:r>
        <w:rPr>
          <w:lang w:val="nl-NL"/>
        </w:rPr>
        <w:br/>
      </w:r>
    </w:p>
    <w:p w14:paraId="5714D8C4" w14:textId="77777777" w:rsidR="00FC4D7E" w:rsidRDefault="00FC4D7E" w:rsidP="00936394">
      <w:pPr>
        <w:pStyle w:val="Lijstnummering"/>
        <w:numPr>
          <w:ilvl w:val="0"/>
          <w:numId w:val="0"/>
        </w:numPr>
        <w:spacing w:before="0" w:after="0" w:line="240" w:lineRule="auto"/>
        <w:ind w:left="360"/>
        <w:rPr>
          <w:lang w:val="nl-NL"/>
        </w:rPr>
      </w:pPr>
      <w:r w:rsidRPr="00D40F04">
        <w:rPr>
          <w:b/>
          <w:bCs/>
          <w:lang w:val="nl-NL"/>
        </w:rPr>
        <w:t xml:space="preserve">Dit kun je met een combinatie van </w:t>
      </w:r>
      <w:r>
        <w:rPr>
          <w:b/>
          <w:bCs/>
          <w:lang w:val="nl-NL"/>
        </w:rPr>
        <w:t>bovenstaande</w:t>
      </w:r>
      <w:r w:rsidRPr="00D40F04">
        <w:rPr>
          <w:b/>
          <w:bCs/>
          <w:lang w:val="nl-NL"/>
        </w:rPr>
        <w:t xml:space="preserve"> opties doen</w:t>
      </w:r>
      <w:r>
        <w:rPr>
          <w:b/>
          <w:bCs/>
          <w:lang w:val="nl-NL"/>
        </w:rPr>
        <w:t>:</w:t>
      </w:r>
      <w:r>
        <w:rPr>
          <w:lang w:val="nl-NL"/>
        </w:rPr>
        <w:br/>
        <w:t>Mocht je prompt nog niet het antwoord geven dat je wilt hebben, dan kun je aanvullende vragen stellen of aanvullende opdrachten geven totdat de uitkomst wel voldoet.</w:t>
      </w:r>
    </w:p>
    <w:p w14:paraId="54C9D77B" w14:textId="77777777" w:rsidR="00FC4D7E" w:rsidRDefault="00FC4D7E" w:rsidP="00936394">
      <w:pPr>
        <w:pStyle w:val="Lijstnummering"/>
        <w:numPr>
          <w:ilvl w:val="0"/>
          <w:numId w:val="0"/>
        </w:numPr>
        <w:spacing w:before="0" w:after="0" w:line="240" w:lineRule="auto"/>
        <w:ind w:left="360"/>
        <w:rPr>
          <w:lang w:val="nl-NL"/>
        </w:rPr>
      </w:pPr>
    </w:p>
    <w:p w14:paraId="4AF08985" w14:textId="6D33D3BC" w:rsidR="00B16B4D" w:rsidRDefault="00B16B4D" w:rsidP="00936394">
      <w:pPr>
        <w:pStyle w:val="Lijstnummering"/>
        <w:spacing w:before="0" w:after="0" w:line="240" w:lineRule="auto"/>
        <w:rPr>
          <w:lang w:val="nl-NL"/>
        </w:rPr>
      </w:pPr>
      <w:r>
        <w:rPr>
          <w:lang w:val="nl-NL"/>
        </w:rPr>
        <w:t xml:space="preserve">Open een andere AI-tool en voer de opdracht in samen met de laatste output die je hebt gekregen. Vraag de AI-tool om de output van feedback te voorzien. Laat de AI-tool deze feedback vervolgens toepassen op de uitkomst. </w:t>
      </w:r>
      <w:r>
        <w:rPr>
          <w:lang w:val="nl-NL"/>
        </w:rPr>
        <w:br/>
      </w:r>
      <w:r>
        <w:rPr>
          <w:lang w:val="nl-NL"/>
        </w:rPr>
        <w:br/>
        <w:t>De prompt kan er dan zo uit zien:</w:t>
      </w:r>
      <w:r>
        <w:rPr>
          <w:lang w:val="nl-NL"/>
        </w:rPr>
        <w:br/>
        <w:t>- hier is een opdracht die ik moet maken voor school. [voer opdracht in]</w:t>
      </w:r>
    </w:p>
    <w:p w14:paraId="08D89208" w14:textId="77777777" w:rsidR="00B16B4D" w:rsidRDefault="00B16B4D" w:rsidP="00936394">
      <w:pPr>
        <w:pStyle w:val="Lijstnummering"/>
        <w:numPr>
          <w:ilvl w:val="0"/>
          <w:numId w:val="0"/>
        </w:numPr>
        <w:spacing w:before="0" w:after="0" w:line="240" w:lineRule="auto"/>
        <w:ind w:left="360"/>
        <w:rPr>
          <w:lang w:val="nl-NL"/>
        </w:rPr>
      </w:pPr>
      <w:r>
        <w:rPr>
          <w:lang w:val="nl-NL"/>
        </w:rPr>
        <w:t>- hier is een uitwerking voor deze opdracht.</w:t>
      </w:r>
      <w:r>
        <w:rPr>
          <w:lang w:val="nl-NL"/>
        </w:rPr>
        <w:br/>
        <w:t>- beoordeel deze uitwerking van de opdracht. Wat kan er nog beter?</w:t>
      </w:r>
      <w:r>
        <w:rPr>
          <w:lang w:val="nl-NL"/>
        </w:rPr>
        <w:br/>
      </w:r>
      <w:r>
        <w:rPr>
          <w:lang w:val="nl-NL"/>
        </w:rPr>
        <w:br/>
      </w:r>
      <w:r>
        <w:rPr>
          <w:lang w:val="nl-NL"/>
        </w:rPr>
        <w:lastRenderedPageBreak/>
        <w:t>Wacht op de output. Waarschijnlijk geeft de AI-tool een aantal suggesties voor aanvulling en/of aanpassing. Geef dan de volgende prompt: voer je eigen suggesties door in het stuk.</w:t>
      </w:r>
      <w:r>
        <w:rPr>
          <w:lang w:val="nl-NL"/>
        </w:rPr>
        <w:br/>
      </w:r>
      <w:r>
        <w:rPr>
          <w:lang w:val="nl-NL"/>
        </w:rPr>
        <w:br/>
        <w:t xml:space="preserve">Beoordeel deze uitkomst. Is deze nu beter geworden? </w:t>
      </w:r>
    </w:p>
    <w:p w14:paraId="23624280" w14:textId="77535E6A" w:rsidR="00BE0BD8" w:rsidRDefault="00B16B4D" w:rsidP="00F82F6A">
      <w:pPr>
        <w:pStyle w:val="Lijstnummering"/>
        <w:numPr>
          <w:ilvl w:val="0"/>
          <w:numId w:val="0"/>
        </w:numPr>
        <w:spacing w:before="0" w:after="0" w:line="240" w:lineRule="auto"/>
        <w:ind w:left="360"/>
        <w:rPr>
          <w:lang w:val="nl-NL"/>
        </w:rPr>
      </w:pPr>
      <w:r>
        <w:rPr>
          <w:lang w:val="nl-NL"/>
        </w:rPr>
        <w:br/>
        <w:t xml:space="preserve">Een vaardige student gebruikt waarschijnlijk meerdere AI-tools naast elkaar en laat deze feedback geven op de output van de andere tool om op die manier de sterke punten van verschillende tools te gebruiken en tot een betere output te komen. </w:t>
      </w:r>
    </w:p>
    <w:p w14:paraId="3CBF2891" w14:textId="77777777" w:rsidR="00E7400F" w:rsidRDefault="00E7400F" w:rsidP="00936394">
      <w:pPr>
        <w:pStyle w:val="Lijstnummering"/>
        <w:numPr>
          <w:ilvl w:val="0"/>
          <w:numId w:val="0"/>
        </w:numPr>
        <w:spacing w:before="0" w:after="0" w:line="240" w:lineRule="auto"/>
        <w:ind w:left="360" w:hanging="360"/>
        <w:rPr>
          <w:lang w:val="nl-NL"/>
        </w:rPr>
      </w:pPr>
    </w:p>
    <w:p w14:paraId="44AA38C3" w14:textId="2DE5528D" w:rsidR="00325D2C" w:rsidRDefault="00D40F04" w:rsidP="00936394">
      <w:pPr>
        <w:pStyle w:val="Lijstnummering"/>
        <w:spacing w:before="0" w:after="0" w:line="240" w:lineRule="auto"/>
        <w:rPr>
          <w:lang w:val="nl-NL"/>
        </w:rPr>
      </w:pPr>
      <w:r>
        <w:rPr>
          <w:lang w:val="nl-NL"/>
        </w:rPr>
        <w:t xml:space="preserve">Kijk naar de </w:t>
      </w:r>
      <w:r w:rsidR="00274C77">
        <w:rPr>
          <w:lang w:val="nl-NL"/>
        </w:rPr>
        <w:t xml:space="preserve">laatste </w:t>
      </w:r>
      <w:r>
        <w:rPr>
          <w:lang w:val="nl-NL"/>
        </w:rPr>
        <w:t xml:space="preserve">output van de </w:t>
      </w:r>
      <w:r w:rsidR="00274C77">
        <w:rPr>
          <w:lang w:val="nl-NL"/>
        </w:rPr>
        <w:t>AI-tool</w:t>
      </w:r>
      <w:r>
        <w:rPr>
          <w:lang w:val="nl-NL"/>
        </w:rPr>
        <w:t xml:space="preserve">. Bedenk, wat vind jij van deze uitwerking als een student deze </w:t>
      </w:r>
      <w:r w:rsidR="00F145CE">
        <w:rPr>
          <w:lang w:val="nl-NL"/>
        </w:rPr>
        <w:t xml:space="preserve">zo </w:t>
      </w:r>
      <w:r>
        <w:rPr>
          <w:lang w:val="nl-NL"/>
        </w:rPr>
        <w:t xml:space="preserve">zou inleveren? </w:t>
      </w:r>
    </w:p>
    <w:p w14:paraId="206F95F0" w14:textId="77777777" w:rsidR="00E7400F" w:rsidRDefault="00E7400F" w:rsidP="00936394">
      <w:pPr>
        <w:pStyle w:val="Lijstnummering"/>
        <w:numPr>
          <w:ilvl w:val="0"/>
          <w:numId w:val="0"/>
        </w:numPr>
        <w:spacing w:before="0" w:after="0" w:line="240" w:lineRule="auto"/>
        <w:ind w:left="360"/>
        <w:rPr>
          <w:lang w:val="nl-NL"/>
        </w:rPr>
      </w:pPr>
    </w:p>
    <w:p w14:paraId="1D680484" w14:textId="508D1596" w:rsidR="0037299D" w:rsidRDefault="00D40F04" w:rsidP="00936394">
      <w:pPr>
        <w:pStyle w:val="Lijstnummering"/>
        <w:spacing w:before="0" w:after="0" w:line="240" w:lineRule="auto"/>
        <w:rPr>
          <w:lang w:val="nl-NL"/>
        </w:rPr>
      </w:pPr>
      <w:r>
        <w:rPr>
          <w:lang w:val="nl-NL"/>
        </w:rPr>
        <w:t>Als je niet tevreden bent, of anders gezegd, als je de student een onvoldoende zou geven voor deze brief, welke aanpassingen zou je nog mee kunnen geven aan de prompt om tot een verbetering te komen.</w:t>
      </w:r>
    </w:p>
    <w:p w14:paraId="1C7D4655" w14:textId="77777777" w:rsidR="00F82F6A" w:rsidRDefault="00F82F6A" w:rsidP="00F82F6A">
      <w:pPr>
        <w:pStyle w:val="Lijstnummering"/>
        <w:numPr>
          <w:ilvl w:val="0"/>
          <w:numId w:val="0"/>
        </w:numPr>
        <w:spacing w:before="0" w:after="0" w:line="240" w:lineRule="auto"/>
        <w:rPr>
          <w:lang w:val="nl-NL"/>
        </w:rPr>
      </w:pPr>
    </w:p>
    <w:p w14:paraId="1AFDF414" w14:textId="53F7719A" w:rsidR="0037299D" w:rsidRPr="00886F8D" w:rsidRDefault="0037299D" w:rsidP="00936394">
      <w:pPr>
        <w:pStyle w:val="Kop2"/>
        <w:spacing w:before="0" w:line="240" w:lineRule="auto"/>
        <w:rPr>
          <w:lang w:val="nl-NL"/>
        </w:rPr>
      </w:pPr>
      <w:r w:rsidRPr="00FB5E5D">
        <w:rPr>
          <w:lang w:val="nl-NL"/>
        </w:rPr>
        <w:t>Pro-tip</w:t>
      </w:r>
    </w:p>
    <w:p w14:paraId="25A1F051" w14:textId="534C099B" w:rsidR="00224F18" w:rsidRDefault="0037299D" w:rsidP="00936394">
      <w:pPr>
        <w:spacing w:before="0" w:after="0" w:line="240" w:lineRule="auto"/>
        <w:rPr>
          <w:lang w:val="nl-NL"/>
        </w:rPr>
      </w:pPr>
      <w:r>
        <w:rPr>
          <w:lang w:val="nl-NL"/>
        </w:rPr>
        <w:t xml:space="preserve">Er zijn verschillende initiatief die studenten helpen om </w:t>
      </w:r>
      <w:r w:rsidR="00095324">
        <w:rPr>
          <w:lang w:val="nl-NL"/>
        </w:rPr>
        <w:t xml:space="preserve">AI effectief in te zetten in hun leerproces. </w:t>
      </w:r>
      <w:r w:rsidR="0026739D">
        <w:rPr>
          <w:lang w:val="nl-NL"/>
        </w:rPr>
        <w:t xml:space="preserve">De bekendste is AI voor studenten, te vinden via: </w:t>
      </w:r>
      <w:hyperlink r:id="rId22" w:history="1">
        <w:r w:rsidR="0026739D" w:rsidRPr="00B31C05">
          <w:rPr>
            <w:rStyle w:val="Hyperlink"/>
            <w:lang w:val="nl-NL"/>
          </w:rPr>
          <w:t>https://aivoorstudenten.nl/</w:t>
        </w:r>
      </w:hyperlink>
      <w:r w:rsidR="0026739D">
        <w:rPr>
          <w:lang w:val="nl-NL"/>
        </w:rPr>
        <w:t xml:space="preserve"> Deze website </w:t>
      </w:r>
      <w:r w:rsidR="00AE30AB">
        <w:rPr>
          <w:lang w:val="nl-NL"/>
        </w:rPr>
        <w:t>bevat een e-</w:t>
      </w:r>
      <w:proofErr w:type="spellStart"/>
      <w:r w:rsidR="00AE30AB">
        <w:rPr>
          <w:lang w:val="nl-NL"/>
        </w:rPr>
        <w:t>learning</w:t>
      </w:r>
      <w:proofErr w:type="spellEnd"/>
      <w:r w:rsidR="00AE30AB">
        <w:rPr>
          <w:lang w:val="nl-NL"/>
        </w:rPr>
        <w:t xml:space="preserve"> die wij natuurlijk ook gewoon kunnen volgen. </w:t>
      </w:r>
    </w:p>
    <w:p w14:paraId="5C987D47" w14:textId="77777777" w:rsidR="00F82F6A" w:rsidRPr="00E7400F" w:rsidRDefault="00F82F6A" w:rsidP="00936394">
      <w:pPr>
        <w:spacing w:before="0" w:after="0" w:line="240" w:lineRule="auto"/>
        <w:rPr>
          <w:lang w:val="nl-NL"/>
        </w:rPr>
      </w:pPr>
    </w:p>
    <w:p w14:paraId="162A7A9A" w14:textId="77777777" w:rsidR="00325D2C" w:rsidRPr="0037299D" w:rsidRDefault="0079121F" w:rsidP="00936394">
      <w:pPr>
        <w:pStyle w:val="Kop2"/>
        <w:spacing w:before="0" w:line="240" w:lineRule="auto"/>
        <w:rPr>
          <w:lang w:val="nl-NL"/>
        </w:rPr>
      </w:pPr>
      <w:r w:rsidRPr="0037299D">
        <w:rPr>
          <w:lang w:val="nl-NL"/>
        </w:rPr>
        <w:t>Reflectie</w:t>
      </w:r>
    </w:p>
    <w:p w14:paraId="76AE111A" w14:textId="0E8CCF2E" w:rsidR="00325D2C" w:rsidRDefault="0079121F" w:rsidP="00936394">
      <w:pPr>
        <w:pStyle w:val="Lijstopsomteken"/>
        <w:spacing w:before="0" w:after="0" w:line="240" w:lineRule="auto"/>
        <w:rPr>
          <w:lang w:val="nl-NL"/>
        </w:rPr>
      </w:pPr>
      <w:r w:rsidRPr="00862DF4">
        <w:rPr>
          <w:lang w:val="nl-NL"/>
        </w:rPr>
        <w:t xml:space="preserve">Welke </w:t>
      </w:r>
      <w:r w:rsidR="00D40F04">
        <w:rPr>
          <w:lang w:val="nl-NL"/>
        </w:rPr>
        <w:t>uitkomst verraste je het meest?</w:t>
      </w:r>
    </w:p>
    <w:p w14:paraId="592855AB" w14:textId="62CDD283" w:rsidR="00D40F04" w:rsidRPr="00862DF4" w:rsidRDefault="00D40F04" w:rsidP="00936394">
      <w:pPr>
        <w:pStyle w:val="Lijstopsomteken"/>
        <w:spacing w:before="0" w:after="0" w:line="240" w:lineRule="auto"/>
        <w:rPr>
          <w:lang w:val="nl-NL"/>
        </w:rPr>
      </w:pPr>
      <w:r>
        <w:rPr>
          <w:lang w:val="nl-NL"/>
        </w:rPr>
        <w:t>Hoeveel tijd kostte het om tot een product te komen dat je als voldoende zou beoordelen?</w:t>
      </w:r>
    </w:p>
    <w:p w14:paraId="72ECF667" w14:textId="314A5DBF" w:rsidR="00F87E54" w:rsidRDefault="00D40F04" w:rsidP="00936394">
      <w:pPr>
        <w:pStyle w:val="Lijstopsomteken"/>
        <w:spacing w:before="0" w:after="0" w:line="240" w:lineRule="auto"/>
        <w:rPr>
          <w:lang w:val="nl-NL"/>
        </w:rPr>
      </w:pPr>
      <w:r>
        <w:rPr>
          <w:lang w:val="nl-NL"/>
        </w:rPr>
        <w:t xml:space="preserve">Waar beoordelen we de student op als deze een geheel beroepsproduct </w:t>
      </w:r>
      <w:r w:rsidR="00F87E54">
        <w:rPr>
          <w:lang w:val="nl-NL"/>
        </w:rPr>
        <w:t xml:space="preserve">kan maken met AI? </w:t>
      </w:r>
    </w:p>
    <w:p w14:paraId="7A7B03CE" w14:textId="77777777" w:rsidR="00F82F6A" w:rsidRPr="009E2D56" w:rsidRDefault="00F82F6A" w:rsidP="00F82F6A">
      <w:pPr>
        <w:pStyle w:val="Lijstopsomteken"/>
        <w:numPr>
          <w:ilvl w:val="0"/>
          <w:numId w:val="0"/>
        </w:numPr>
        <w:spacing w:before="0" w:after="0" w:line="240" w:lineRule="auto"/>
        <w:ind w:left="360"/>
        <w:rPr>
          <w:lang w:val="nl-NL"/>
        </w:rPr>
      </w:pPr>
    </w:p>
    <w:p w14:paraId="6B984B90" w14:textId="16F77380" w:rsidR="00F87E54" w:rsidRPr="00F87E54" w:rsidRDefault="00F87E54" w:rsidP="00936394">
      <w:pPr>
        <w:pStyle w:val="Kop2"/>
        <w:spacing w:before="0" w:line="240" w:lineRule="auto"/>
        <w:rPr>
          <w:lang w:val="nl-NL"/>
        </w:rPr>
      </w:pPr>
      <w:r>
        <w:rPr>
          <w:lang w:val="nl-NL"/>
        </w:rPr>
        <w:t>Showcase</w:t>
      </w:r>
    </w:p>
    <w:p w14:paraId="4ECF289F" w14:textId="0024D0B6" w:rsidR="00F87E54" w:rsidRDefault="00F87E54" w:rsidP="00936394">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41603413" w14:textId="4E124DD6" w:rsidR="00325D2C" w:rsidRPr="00862DF4" w:rsidRDefault="00F87E54" w:rsidP="00936394">
      <w:pPr>
        <w:spacing w:before="0" w:after="0" w:line="240" w:lineRule="auto"/>
        <w:rPr>
          <w:lang w:val="nl-NL"/>
        </w:rPr>
      </w:pPr>
      <w:r>
        <w:rPr>
          <w:lang w:val="nl-NL"/>
        </w:rPr>
        <w:t xml:space="preserve">Hulpvragen hierbij: </w:t>
      </w:r>
      <w:r w:rsidRPr="00862DF4">
        <w:rPr>
          <w:lang w:val="nl-NL"/>
        </w:rPr>
        <w:t>wat probeerde je, wat kwam eruit, wat neem je mee?</w:t>
      </w:r>
      <w:r>
        <w:rPr>
          <w:lang w:val="nl-NL"/>
        </w:rPr>
        <w:br/>
      </w:r>
    </w:p>
    <w:p w14:paraId="1661FC80" w14:textId="2425304F" w:rsidR="007E182D" w:rsidRPr="00F87E54" w:rsidRDefault="007E182D" w:rsidP="00936394">
      <w:pPr>
        <w:pStyle w:val="Kop2"/>
        <w:spacing w:before="0" w:line="240" w:lineRule="auto"/>
        <w:rPr>
          <w:lang w:val="nl-NL"/>
        </w:rPr>
      </w:pPr>
      <w:r>
        <w:rPr>
          <w:lang w:val="nl-NL"/>
        </w:rPr>
        <w:t>Logische vervolgstap na dit werkblad</w:t>
      </w:r>
    </w:p>
    <w:p w14:paraId="22BA8BCE" w14:textId="7EE5F034" w:rsidR="00325D2C" w:rsidRPr="00862DF4" w:rsidRDefault="007E182D" w:rsidP="00936394">
      <w:pPr>
        <w:spacing w:before="0" w:after="0" w:line="240" w:lineRule="auto"/>
        <w:rPr>
          <w:lang w:val="nl-NL"/>
        </w:rPr>
      </w:pPr>
      <w:r>
        <w:rPr>
          <w:lang w:val="nl-NL"/>
        </w:rPr>
        <w:t xml:space="preserve">Voor </w:t>
      </w:r>
      <w:r w:rsidR="00DB63E6">
        <w:rPr>
          <w:lang w:val="nl-NL"/>
        </w:rPr>
        <w:t xml:space="preserve">Op en </w:t>
      </w:r>
      <w:r>
        <w:rPr>
          <w:lang w:val="nl-NL"/>
        </w:rPr>
        <w:t xml:space="preserve">OOP is de logische vervolgstap </w:t>
      </w:r>
      <w:r w:rsidRPr="00911F82">
        <w:rPr>
          <w:b/>
          <w:bCs/>
          <w:lang w:val="nl-NL"/>
        </w:rPr>
        <w:t xml:space="preserve">Werkblad 3 – Ik wil leren </w:t>
      </w:r>
      <w:proofErr w:type="spellStart"/>
      <w:r w:rsidRPr="00911F82">
        <w:rPr>
          <w:b/>
          <w:bCs/>
          <w:lang w:val="nl-NL"/>
        </w:rPr>
        <w:t>prompten</w:t>
      </w:r>
      <w:proofErr w:type="spellEnd"/>
      <w:r w:rsidR="0079121F" w:rsidRPr="00862DF4">
        <w:rPr>
          <w:lang w:val="nl-NL"/>
        </w:rPr>
        <w:br w:type="page"/>
      </w:r>
    </w:p>
    <w:p w14:paraId="69921B93" w14:textId="77777777" w:rsidR="00325D2C" w:rsidRPr="00862DF4" w:rsidRDefault="0079121F" w:rsidP="00936394">
      <w:pPr>
        <w:pStyle w:val="Kop1"/>
        <w:spacing w:before="0" w:line="240" w:lineRule="auto"/>
        <w:rPr>
          <w:lang w:val="nl-NL"/>
        </w:rPr>
      </w:pPr>
      <w:bookmarkStart w:id="4" w:name="_Werkblad_3_–"/>
      <w:bookmarkEnd w:id="4"/>
      <w:r w:rsidRPr="00862DF4">
        <w:rPr>
          <w:lang w:val="nl-NL"/>
        </w:rPr>
        <w:lastRenderedPageBreak/>
        <w:t>Werkblad 3 – Ik wil leren prompten</w:t>
      </w:r>
    </w:p>
    <w:p w14:paraId="2538CA05" w14:textId="77777777"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1"/>
        <w:gridCol w:w="4313"/>
      </w:tblGrid>
      <w:tr w:rsidR="00E7400F" w:rsidRPr="00862DF4" w14:paraId="0EAD9C96" w14:textId="77777777" w:rsidTr="00E7400F">
        <w:tc>
          <w:tcPr>
            <w:tcW w:w="4311" w:type="dxa"/>
            <w:tcBorders>
              <w:top w:val="single" w:sz="6" w:space="0" w:color="C9C9C9"/>
              <w:left w:val="single" w:sz="6" w:space="0" w:color="C9C9C9"/>
              <w:bottom w:val="single" w:sz="6" w:space="0" w:color="C9C9C9"/>
              <w:right w:val="single" w:sz="6" w:space="0" w:color="C9C9C9"/>
            </w:tcBorders>
          </w:tcPr>
          <w:p w14:paraId="599EDF34" w14:textId="77777777" w:rsidR="00E7400F" w:rsidRDefault="00E7400F" w:rsidP="00936394">
            <w:pPr>
              <w:spacing w:before="0" w:after="0" w:line="240" w:lineRule="auto"/>
              <w:rPr>
                <w:b/>
              </w:rPr>
            </w:pPr>
            <w:proofErr w:type="spellStart"/>
            <w:r>
              <w:rPr>
                <w:b/>
              </w:rPr>
              <w:t>Doelgroep</w:t>
            </w:r>
            <w:proofErr w:type="spellEnd"/>
          </w:p>
        </w:tc>
        <w:tc>
          <w:tcPr>
            <w:tcW w:w="4313" w:type="dxa"/>
            <w:tcBorders>
              <w:top w:val="single" w:sz="6" w:space="0" w:color="C9C9C9"/>
              <w:left w:val="single" w:sz="6" w:space="0" w:color="C9C9C9"/>
              <w:bottom w:val="single" w:sz="6" w:space="0" w:color="C9C9C9"/>
              <w:right w:val="single" w:sz="6" w:space="0" w:color="C9C9C9"/>
            </w:tcBorders>
          </w:tcPr>
          <w:p w14:paraId="3EE5BDC2" w14:textId="77777777" w:rsidR="00E7400F" w:rsidRPr="00862DF4" w:rsidRDefault="00E7400F" w:rsidP="00936394">
            <w:pPr>
              <w:spacing w:before="0" w:after="0" w:line="240" w:lineRule="auto"/>
              <w:rPr>
                <w:lang w:val="nl-NL"/>
              </w:rPr>
            </w:pPr>
            <w:r>
              <w:rPr>
                <w:lang w:val="nl-NL"/>
              </w:rPr>
              <w:t>OP + OOP</w:t>
            </w:r>
          </w:p>
        </w:tc>
      </w:tr>
      <w:tr w:rsidR="00325D2C" w:rsidRPr="00B07954" w14:paraId="739EE28F" w14:textId="77777777" w:rsidTr="00E7400F">
        <w:tc>
          <w:tcPr>
            <w:tcW w:w="4311" w:type="dxa"/>
          </w:tcPr>
          <w:p w14:paraId="0EAADFB6" w14:textId="77777777" w:rsidR="00325D2C" w:rsidRDefault="0079121F" w:rsidP="00936394">
            <w:pPr>
              <w:spacing w:before="0" w:after="0" w:line="240" w:lineRule="auto"/>
            </w:pPr>
            <w:r>
              <w:rPr>
                <w:b/>
              </w:rPr>
              <w:t>Doel</w:t>
            </w:r>
          </w:p>
        </w:tc>
        <w:tc>
          <w:tcPr>
            <w:tcW w:w="4313" w:type="dxa"/>
          </w:tcPr>
          <w:p w14:paraId="4C54FDF1" w14:textId="4793DDF2" w:rsidR="00325D2C" w:rsidRPr="00862DF4" w:rsidRDefault="0079121F" w:rsidP="00936394">
            <w:pPr>
              <w:spacing w:before="0" w:after="0" w:line="240" w:lineRule="auto"/>
              <w:rPr>
                <w:lang w:val="nl-NL"/>
              </w:rPr>
            </w:pPr>
            <w:r w:rsidRPr="00862DF4">
              <w:rPr>
                <w:lang w:val="nl-NL"/>
              </w:rPr>
              <w:t>Leren hoe je met rol, context en doel betere output krijgt,</w:t>
            </w:r>
            <w:r w:rsidR="00033E05">
              <w:rPr>
                <w:lang w:val="nl-NL"/>
              </w:rPr>
              <w:t xml:space="preserve"> </w:t>
            </w:r>
            <w:r w:rsidRPr="00862DF4">
              <w:rPr>
                <w:lang w:val="nl-NL"/>
              </w:rPr>
              <w:t>hoe je een prompt iteratief verbetert</w:t>
            </w:r>
            <w:r w:rsidR="00033E05">
              <w:rPr>
                <w:lang w:val="nl-NL"/>
              </w:rPr>
              <w:t xml:space="preserve">, en hoe je AI om hulp kunt vragen bij het </w:t>
            </w:r>
            <w:proofErr w:type="spellStart"/>
            <w:r w:rsidR="00033E05">
              <w:rPr>
                <w:lang w:val="nl-NL"/>
              </w:rPr>
              <w:t>prompten</w:t>
            </w:r>
            <w:proofErr w:type="spellEnd"/>
            <w:r w:rsidRPr="00862DF4">
              <w:rPr>
                <w:lang w:val="nl-NL"/>
              </w:rPr>
              <w:t>.</w:t>
            </w:r>
          </w:p>
        </w:tc>
      </w:tr>
      <w:tr w:rsidR="00325D2C" w14:paraId="39A9B34E" w14:textId="77777777" w:rsidTr="00E7400F">
        <w:tc>
          <w:tcPr>
            <w:tcW w:w="4311" w:type="dxa"/>
          </w:tcPr>
          <w:p w14:paraId="31668A40" w14:textId="77777777" w:rsidR="00325D2C" w:rsidRDefault="0079121F" w:rsidP="00936394">
            <w:pPr>
              <w:spacing w:before="0" w:after="0" w:line="240" w:lineRule="auto"/>
            </w:pPr>
            <w:proofErr w:type="spellStart"/>
            <w:r>
              <w:rPr>
                <w:b/>
              </w:rPr>
              <w:t>Niveau</w:t>
            </w:r>
            <w:proofErr w:type="spellEnd"/>
          </w:p>
        </w:tc>
        <w:tc>
          <w:tcPr>
            <w:tcW w:w="4313" w:type="dxa"/>
          </w:tcPr>
          <w:p w14:paraId="45D28E4B" w14:textId="77777777" w:rsidR="00325D2C" w:rsidRDefault="0079121F" w:rsidP="00936394">
            <w:pPr>
              <w:spacing w:before="0" w:after="0" w:line="240" w:lineRule="auto"/>
            </w:pPr>
            <w:r>
              <w:t>Beginners</w:t>
            </w:r>
          </w:p>
        </w:tc>
      </w:tr>
      <w:tr w:rsidR="00325D2C" w14:paraId="4896CDDC" w14:textId="77777777" w:rsidTr="00E7400F">
        <w:tc>
          <w:tcPr>
            <w:tcW w:w="4311" w:type="dxa"/>
          </w:tcPr>
          <w:p w14:paraId="3E508BEE" w14:textId="77777777" w:rsidR="00325D2C" w:rsidRDefault="0079121F" w:rsidP="00936394">
            <w:pPr>
              <w:spacing w:before="0" w:after="0" w:line="240" w:lineRule="auto"/>
            </w:pPr>
            <w:proofErr w:type="spellStart"/>
            <w:r>
              <w:rPr>
                <w:b/>
              </w:rPr>
              <w:t>Tijd</w:t>
            </w:r>
            <w:proofErr w:type="spellEnd"/>
          </w:p>
        </w:tc>
        <w:tc>
          <w:tcPr>
            <w:tcW w:w="4313" w:type="dxa"/>
          </w:tcPr>
          <w:p w14:paraId="33150613" w14:textId="739B5E3D" w:rsidR="00325D2C" w:rsidRDefault="0079121F" w:rsidP="00936394">
            <w:pPr>
              <w:spacing w:before="0" w:after="0" w:line="240" w:lineRule="auto"/>
            </w:pPr>
            <w:r>
              <w:t xml:space="preserve">Kort </w:t>
            </w:r>
          </w:p>
        </w:tc>
      </w:tr>
      <w:tr w:rsidR="00325D2C" w:rsidRPr="00B07954" w14:paraId="062F1C38" w14:textId="77777777" w:rsidTr="00E7400F">
        <w:tc>
          <w:tcPr>
            <w:tcW w:w="4311" w:type="dxa"/>
          </w:tcPr>
          <w:p w14:paraId="5C644B49" w14:textId="77777777" w:rsidR="00325D2C" w:rsidRDefault="0079121F" w:rsidP="00936394">
            <w:pPr>
              <w:spacing w:before="0" w:after="0" w:line="240" w:lineRule="auto"/>
            </w:pPr>
            <w:proofErr w:type="spellStart"/>
            <w:r>
              <w:rPr>
                <w:b/>
              </w:rPr>
              <w:t>Resultaat</w:t>
            </w:r>
            <w:proofErr w:type="spellEnd"/>
          </w:p>
        </w:tc>
        <w:tc>
          <w:tcPr>
            <w:tcW w:w="4313" w:type="dxa"/>
          </w:tcPr>
          <w:p w14:paraId="0EA90B9C" w14:textId="77777777" w:rsidR="00325D2C" w:rsidRPr="00862DF4" w:rsidRDefault="0079121F" w:rsidP="00936394">
            <w:pPr>
              <w:spacing w:before="0" w:after="0" w:line="240" w:lineRule="auto"/>
              <w:rPr>
                <w:lang w:val="nl-NL"/>
              </w:rPr>
            </w:pPr>
            <w:r w:rsidRPr="00862DF4">
              <w:rPr>
                <w:lang w:val="nl-NL"/>
              </w:rPr>
              <w:t>Een ‘voor en na’-voorbeeld: een basisprompt en een verbeterde prompt met duidelijk betere output.</w:t>
            </w:r>
          </w:p>
        </w:tc>
      </w:tr>
      <w:tr w:rsidR="00325D2C" w:rsidRPr="00B07954" w14:paraId="5B7233E0" w14:textId="77777777" w:rsidTr="00E7400F">
        <w:tc>
          <w:tcPr>
            <w:tcW w:w="4311" w:type="dxa"/>
          </w:tcPr>
          <w:p w14:paraId="585A3AD4" w14:textId="77777777" w:rsidR="00325D2C" w:rsidRDefault="0079121F" w:rsidP="00936394">
            <w:pPr>
              <w:spacing w:before="0" w:after="0" w:line="240" w:lineRule="auto"/>
            </w:pPr>
            <w:r>
              <w:rPr>
                <w:b/>
              </w:rPr>
              <w:t xml:space="preserve">Tools / </w:t>
            </w:r>
            <w:proofErr w:type="spellStart"/>
            <w:r>
              <w:rPr>
                <w:b/>
              </w:rPr>
              <w:t>kaders</w:t>
            </w:r>
            <w:proofErr w:type="spellEnd"/>
          </w:p>
        </w:tc>
        <w:tc>
          <w:tcPr>
            <w:tcW w:w="4313" w:type="dxa"/>
          </w:tcPr>
          <w:p w14:paraId="188FB07C" w14:textId="34C6EA0C" w:rsidR="00325D2C" w:rsidRPr="00862DF4" w:rsidRDefault="0079121F" w:rsidP="00936394">
            <w:pPr>
              <w:spacing w:before="0" w:after="0" w:line="240" w:lineRule="auto"/>
              <w:rPr>
                <w:lang w:val="nl-NL"/>
              </w:rPr>
            </w:pPr>
            <w:r w:rsidRPr="00862DF4">
              <w:rPr>
                <w:lang w:val="nl-NL"/>
              </w:rPr>
              <w:t xml:space="preserve">Tools: </w:t>
            </w:r>
            <w:proofErr w:type="spellStart"/>
            <w:r w:rsidRPr="00862DF4">
              <w:rPr>
                <w:lang w:val="nl-NL"/>
              </w:rPr>
              <w:t>ChatGPT</w:t>
            </w:r>
            <w:proofErr w:type="spellEnd"/>
            <w:r w:rsidRPr="00862DF4">
              <w:rPr>
                <w:lang w:val="nl-NL"/>
              </w:rPr>
              <w:t xml:space="preserve">, </w:t>
            </w:r>
            <w:proofErr w:type="spellStart"/>
            <w:r w:rsidRPr="00862DF4">
              <w:rPr>
                <w:lang w:val="nl-NL"/>
              </w:rPr>
              <w:t>Copilot</w:t>
            </w:r>
            <w:proofErr w:type="spellEnd"/>
            <w:r w:rsidRPr="00862DF4">
              <w:rPr>
                <w:lang w:val="nl-NL"/>
              </w:rPr>
              <w:t xml:space="preserve"> of een andere tool. Kaders: Gebruik een eigen tekst of een fictieve casus; geen studentwerk of auteursrechtelijk beschermd materiaal.</w:t>
            </w:r>
          </w:p>
        </w:tc>
      </w:tr>
    </w:tbl>
    <w:p w14:paraId="473D065F" w14:textId="77777777" w:rsidR="00325D2C" w:rsidRDefault="00325D2C" w:rsidP="00936394">
      <w:pPr>
        <w:spacing w:before="0" w:after="0" w:line="240" w:lineRule="auto"/>
        <w:rPr>
          <w:lang w:val="nl-NL"/>
        </w:rPr>
      </w:pPr>
    </w:p>
    <w:p w14:paraId="1B926E1F" w14:textId="4A0720F6" w:rsidR="00A968F3" w:rsidRPr="00E60E9F" w:rsidRDefault="00A968F3" w:rsidP="00936394">
      <w:pPr>
        <w:spacing w:before="0" w:after="0" w:line="240" w:lineRule="auto"/>
        <w:rPr>
          <w:b/>
          <w:bCs/>
          <w:lang w:val="nl-NL"/>
        </w:rPr>
      </w:pPr>
      <w:r w:rsidRPr="00E60E9F">
        <w:rPr>
          <w:b/>
          <w:bCs/>
          <w:lang w:val="nl-NL"/>
        </w:rPr>
        <w:t>Inhoudsopgave</w:t>
      </w:r>
      <w:r w:rsidR="00E60E9F" w:rsidRPr="00E60E9F">
        <w:rPr>
          <w:b/>
          <w:bCs/>
          <w:lang w:val="nl-NL"/>
        </w:rPr>
        <w:t xml:space="preserve"> werkblad 3 </w:t>
      </w:r>
    </w:p>
    <w:p w14:paraId="6B1B07FA" w14:textId="35D67F21" w:rsidR="00A968F3" w:rsidRPr="00E60E9F" w:rsidRDefault="00A968F3" w:rsidP="00936394">
      <w:pPr>
        <w:spacing w:before="0" w:after="0" w:line="240" w:lineRule="auto"/>
        <w:rPr>
          <w:b/>
          <w:bCs/>
          <w:lang w:val="nl-NL"/>
        </w:rPr>
      </w:pPr>
      <w:r w:rsidRPr="00E60E9F">
        <w:rPr>
          <w:b/>
          <w:bCs/>
          <w:lang w:val="nl-NL"/>
        </w:rPr>
        <w:t xml:space="preserve">Wat is </w:t>
      </w:r>
      <w:proofErr w:type="spellStart"/>
      <w:r w:rsidRPr="00E60E9F">
        <w:rPr>
          <w:b/>
          <w:bCs/>
          <w:lang w:val="nl-NL"/>
        </w:rPr>
        <w:t>prompten</w:t>
      </w:r>
      <w:proofErr w:type="spellEnd"/>
      <w:r w:rsidRPr="00E60E9F">
        <w:rPr>
          <w:b/>
          <w:bCs/>
          <w:lang w:val="nl-NL"/>
        </w:rPr>
        <w:t>?</w:t>
      </w:r>
    </w:p>
    <w:p w14:paraId="7462AA2C" w14:textId="4EC905DA" w:rsidR="00A968F3" w:rsidRPr="00E60E9F" w:rsidRDefault="00A968F3" w:rsidP="00936394">
      <w:pPr>
        <w:spacing w:before="0" w:after="0" w:line="240" w:lineRule="auto"/>
        <w:rPr>
          <w:b/>
          <w:bCs/>
          <w:lang w:val="nl-NL"/>
        </w:rPr>
      </w:pPr>
      <w:r w:rsidRPr="00E60E9F">
        <w:rPr>
          <w:b/>
          <w:bCs/>
          <w:lang w:val="nl-NL"/>
        </w:rPr>
        <w:t>Het PREPARE-model</w:t>
      </w:r>
    </w:p>
    <w:p w14:paraId="3F8D1E65" w14:textId="3305CB63" w:rsidR="00A968F3" w:rsidRPr="00E60E9F" w:rsidRDefault="00A968F3" w:rsidP="00936394">
      <w:pPr>
        <w:spacing w:before="0" w:after="0" w:line="240" w:lineRule="auto"/>
        <w:rPr>
          <w:b/>
          <w:bCs/>
          <w:lang w:val="nl-NL"/>
        </w:rPr>
      </w:pPr>
      <w:r w:rsidRPr="00E60E9F">
        <w:rPr>
          <w:b/>
          <w:bCs/>
          <w:lang w:val="nl-NL"/>
        </w:rPr>
        <w:t>Deel 1 stappenplan OP</w:t>
      </w:r>
    </w:p>
    <w:p w14:paraId="5AF8EE02" w14:textId="349C1EA4" w:rsidR="00A968F3" w:rsidRPr="00E60E9F" w:rsidRDefault="00A968F3" w:rsidP="00936394">
      <w:pPr>
        <w:spacing w:before="0" w:after="0" w:line="240" w:lineRule="auto"/>
        <w:rPr>
          <w:b/>
          <w:bCs/>
          <w:lang w:val="nl-NL"/>
        </w:rPr>
      </w:pPr>
      <w:r w:rsidRPr="00E60E9F">
        <w:rPr>
          <w:b/>
          <w:bCs/>
          <w:lang w:val="nl-NL"/>
        </w:rPr>
        <w:t>Deel 1 stappenplan OOP</w:t>
      </w:r>
    </w:p>
    <w:p w14:paraId="79E4B2CC" w14:textId="2B493430" w:rsidR="00A968F3" w:rsidRPr="00E60E9F" w:rsidRDefault="00A968F3" w:rsidP="00936394">
      <w:pPr>
        <w:spacing w:before="0" w:after="0" w:line="240" w:lineRule="auto"/>
        <w:rPr>
          <w:b/>
          <w:bCs/>
          <w:lang w:val="nl-NL"/>
        </w:rPr>
      </w:pPr>
      <w:r w:rsidRPr="00E60E9F">
        <w:rPr>
          <w:b/>
          <w:bCs/>
          <w:lang w:val="nl-NL"/>
        </w:rPr>
        <w:t>Deel 2 stappenplan OP + OOP</w:t>
      </w:r>
    </w:p>
    <w:p w14:paraId="3CC000E8" w14:textId="0FB90136" w:rsidR="00A968F3" w:rsidRPr="00E60E9F" w:rsidRDefault="00A968F3" w:rsidP="00936394">
      <w:pPr>
        <w:spacing w:before="0" w:after="0" w:line="240" w:lineRule="auto"/>
        <w:rPr>
          <w:b/>
          <w:bCs/>
          <w:lang w:val="nl-NL"/>
        </w:rPr>
      </w:pPr>
      <w:r w:rsidRPr="00E60E9F">
        <w:rPr>
          <w:b/>
          <w:bCs/>
          <w:lang w:val="nl-NL"/>
        </w:rPr>
        <w:t>Deel 3 itereren</w:t>
      </w:r>
    </w:p>
    <w:p w14:paraId="33EFFBB4" w14:textId="5E351418" w:rsidR="00A968F3" w:rsidRPr="00E60E9F" w:rsidRDefault="00A968F3" w:rsidP="00936394">
      <w:pPr>
        <w:spacing w:before="0" w:after="0" w:line="240" w:lineRule="auto"/>
        <w:rPr>
          <w:b/>
          <w:bCs/>
          <w:lang w:val="nl-NL"/>
        </w:rPr>
      </w:pPr>
      <w:r w:rsidRPr="00E60E9F">
        <w:rPr>
          <w:b/>
          <w:bCs/>
          <w:lang w:val="nl-NL"/>
        </w:rPr>
        <w:t>Deel 4 vraag Al om te helpen bij je prompt</w:t>
      </w:r>
    </w:p>
    <w:p w14:paraId="6988B300" w14:textId="77777777" w:rsidR="00A968F3" w:rsidRDefault="00A968F3" w:rsidP="00936394">
      <w:pPr>
        <w:spacing w:before="0" w:after="0" w:line="240" w:lineRule="auto"/>
        <w:rPr>
          <w:lang w:val="nl-NL"/>
        </w:rPr>
      </w:pPr>
    </w:p>
    <w:p w14:paraId="1E08E9AB" w14:textId="35BF7BAF" w:rsidR="009E2D56" w:rsidRPr="009E2D56" w:rsidRDefault="009E2D56" w:rsidP="00936394">
      <w:pPr>
        <w:pStyle w:val="Kop2"/>
        <w:spacing w:before="0" w:line="240" w:lineRule="auto"/>
        <w:rPr>
          <w:lang w:val="nl-NL"/>
        </w:rPr>
      </w:pPr>
      <w:r w:rsidRPr="009E2D56">
        <w:rPr>
          <w:lang w:val="nl-NL"/>
        </w:rPr>
        <w:t>Wat is prompten?</w:t>
      </w:r>
      <w:r>
        <w:rPr>
          <w:lang w:val="nl-NL"/>
        </w:rPr>
        <w:t xml:space="preserve"> </w:t>
      </w:r>
    </w:p>
    <w:p w14:paraId="407A7892" w14:textId="40629213" w:rsidR="009E2D56" w:rsidRPr="009E2D56" w:rsidRDefault="009E2D56" w:rsidP="00936394">
      <w:pPr>
        <w:spacing w:before="0" w:after="0" w:line="240" w:lineRule="auto"/>
        <w:rPr>
          <w:lang w:val="nl-NL"/>
        </w:rPr>
      </w:pPr>
      <w:proofErr w:type="spellStart"/>
      <w:r w:rsidRPr="009E2D56">
        <w:rPr>
          <w:lang w:val="nl-NL"/>
        </w:rPr>
        <w:t>Prompten</w:t>
      </w:r>
      <w:proofErr w:type="spellEnd"/>
      <w:r w:rsidRPr="009E2D56">
        <w:rPr>
          <w:lang w:val="nl-NL"/>
        </w:rPr>
        <w:t xml:space="preserve"> is het formuleren van je vraag of opdracht aan een AI-</w:t>
      </w:r>
      <w:proofErr w:type="spellStart"/>
      <w:r w:rsidRPr="009E2D56">
        <w:rPr>
          <w:lang w:val="nl-NL"/>
        </w:rPr>
        <w:t>chatbot</w:t>
      </w:r>
      <w:proofErr w:type="spellEnd"/>
      <w:r w:rsidRPr="009E2D56">
        <w:rPr>
          <w:lang w:val="nl-NL"/>
        </w:rPr>
        <w:t xml:space="preserve">. </w:t>
      </w:r>
      <w:r w:rsidR="001227B7">
        <w:rPr>
          <w:lang w:val="nl-NL"/>
        </w:rPr>
        <w:t xml:space="preserve">Bij een zoekmachine ben je op zoek naar het juiste antwoord, of een specifieke bron of artikel en probeer je een zo specifiek mogelijke zoekvraag te stellen. Bij het gebruik van een AI-tool </w:t>
      </w:r>
      <w:r w:rsidR="004B3492">
        <w:rPr>
          <w:lang w:val="nl-NL"/>
        </w:rPr>
        <w:t xml:space="preserve">ga je echter in gesprek met de </w:t>
      </w:r>
      <w:proofErr w:type="spellStart"/>
      <w:r w:rsidR="004B3492">
        <w:rPr>
          <w:lang w:val="nl-NL"/>
        </w:rPr>
        <w:t>chatbot</w:t>
      </w:r>
      <w:proofErr w:type="spellEnd"/>
      <w:r w:rsidR="004B3492">
        <w:rPr>
          <w:lang w:val="nl-NL"/>
        </w:rPr>
        <w:t xml:space="preserve">. Dan helpt het niet om een zo specifiek mogelijke vraag te stellen. </w:t>
      </w:r>
      <w:r w:rsidR="004B3492">
        <w:rPr>
          <w:lang w:val="nl-NL"/>
        </w:rPr>
        <w:br/>
      </w:r>
      <w:r w:rsidR="00C803C7">
        <w:rPr>
          <w:lang w:val="nl-NL"/>
        </w:rPr>
        <w:br/>
      </w:r>
      <w:r w:rsidR="004B3492">
        <w:rPr>
          <w:lang w:val="nl-NL"/>
        </w:rPr>
        <w:t>En je eerste input (die je dus prompt noemt) is eigenlijk eerder het begin van een gesprek. Op je prompt komt een reactie en het kan zijn dat dit de reactie is die je zoekt. En dat je klaar bent. De kans is echter groot dat de gegenereerde tekst (of afbeelding</w:t>
      </w:r>
      <w:r w:rsidR="00C803C7">
        <w:rPr>
          <w:lang w:val="nl-NL"/>
        </w:rPr>
        <w:t xml:space="preserve"> of presentatie</w:t>
      </w:r>
      <w:r w:rsidR="004B3492">
        <w:rPr>
          <w:lang w:val="nl-NL"/>
        </w:rPr>
        <w:t xml:space="preserve">) nog niet compleet, nog niet juist, nog niet volledig is. En daarom ga je verder in gesprek met de </w:t>
      </w:r>
      <w:proofErr w:type="spellStart"/>
      <w:r w:rsidR="004B3492">
        <w:rPr>
          <w:lang w:val="nl-NL"/>
        </w:rPr>
        <w:t>chatbot</w:t>
      </w:r>
      <w:proofErr w:type="spellEnd"/>
      <w:r w:rsidR="004B3492">
        <w:rPr>
          <w:lang w:val="nl-NL"/>
        </w:rPr>
        <w:t xml:space="preserve"> over hetgeen de </w:t>
      </w:r>
      <w:proofErr w:type="spellStart"/>
      <w:r w:rsidR="004B3492">
        <w:rPr>
          <w:lang w:val="nl-NL"/>
        </w:rPr>
        <w:t>chatbot</w:t>
      </w:r>
      <w:proofErr w:type="spellEnd"/>
      <w:r w:rsidR="004B3492">
        <w:rPr>
          <w:lang w:val="nl-NL"/>
        </w:rPr>
        <w:t xml:space="preserve"> heeft gegenereerd. </w:t>
      </w:r>
      <w:r w:rsidR="00C803C7">
        <w:rPr>
          <w:lang w:val="nl-NL"/>
        </w:rPr>
        <w:t xml:space="preserve">Met als doel om een tekst, afbeelding of presentatie te krijgen die voldoet aan jouw eisen. </w:t>
      </w:r>
      <w:r w:rsidR="004B3492">
        <w:rPr>
          <w:lang w:val="nl-NL"/>
        </w:rPr>
        <w:br/>
      </w:r>
      <w:r w:rsidR="004B3492">
        <w:rPr>
          <w:lang w:val="nl-NL"/>
        </w:rPr>
        <w:br/>
      </w:r>
      <w:r w:rsidRPr="009E2D56">
        <w:rPr>
          <w:lang w:val="nl-NL"/>
        </w:rPr>
        <w:t xml:space="preserve">Zie </w:t>
      </w:r>
      <w:r w:rsidR="004B3492">
        <w:rPr>
          <w:lang w:val="nl-NL"/>
        </w:rPr>
        <w:t xml:space="preserve">een prompt </w:t>
      </w:r>
      <w:r w:rsidRPr="009E2D56">
        <w:rPr>
          <w:lang w:val="nl-NL"/>
        </w:rPr>
        <w:t xml:space="preserve">het als het geven van een briefing aan een collega: hoe duidelijker je doel, context en verwachtingen, hoe beter de uitkomst. Een goede prompt beschrijft niet alleen </w:t>
      </w:r>
      <w:r w:rsidRPr="009E2D56">
        <w:rPr>
          <w:i/>
          <w:iCs/>
          <w:lang w:val="nl-NL"/>
        </w:rPr>
        <w:t>wat</w:t>
      </w:r>
      <w:r w:rsidRPr="009E2D56">
        <w:rPr>
          <w:lang w:val="nl-NL"/>
        </w:rPr>
        <w:t xml:space="preserve"> je wilt, maar ook </w:t>
      </w:r>
      <w:r w:rsidRPr="009E2D56">
        <w:rPr>
          <w:i/>
          <w:iCs/>
          <w:lang w:val="nl-NL"/>
        </w:rPr>
        <w:t>voor wie</w:t>
      </w:r>
      <w:r w:rsidRPr="009E2D56">
        <w:rPr>
          <w:lang w:val="nl-NL"/>
        </w:rPr>
        <w:t xml:space="preserve"> het is, </w:t>
      </w:r>
      <w:r w:rsidRPr="009E2D56">
        <w:rPr>
          <w:i/>
          <w:iCs/>
          <w:lang w:val="nl-NL"/>
        </w:rPr>
        <w:t>in welke rol</w:t>
      </w:r>
      <w:r w:rsidRPr="009E2D56">
        <w:rPr>
          <w:lang w:val="nl-NL"/>
        </w:rPr>
        <w:t xml:space="preserve"> de AI moet antwoorden (bijv. docent, jurist, redacteur), en </w:t>
      </w:r>
      <w:r w:rsidRPr="009E2D56">
        <w:rPr>
          <w:i/>
          <w:iCs/>
          <w:lang w:val="nl-NL"/>
        </w:rPr>
        <w:t>in welke vorm</w:t>
      </w:r>
      <w:r w:rsidRPr="009E2D56">
        <w:rPr>
          <w:lang w:val="nl-NL"/>
        </w:rPr>
        <w:t xml:space="preserve"> je de output wilt (</w:t>
      </w:r>
      <w:proofErr w:type="spellStart"/>
      <w:r w:rsidRPr="009E2D56">
        <w:rPr>
          <w:lang w:val="nl-NL"/>
        </w:rPr>
        <w:t>bullets</w:t>
      </w:r>
      <w:proofErr w:type="spellEnd"/>
      <w:r w:rsidRPr="009E2D56">
        <w:rPr>
          <w:lang w:val="nl-NL"/>
        </w:rPr>
        <w:t xml:space="preserve">, stappenplan, </w:t>
      </w:r>
      <w:proofErr w:type="spellStart"/>
      <w:r w:rsidRPr="009E2D56">
        <w:rPr>
          <w:lang w:val="nl-NL"/>
        </w:rPr>
        <w:t>rubric</w:t>
      </w:r>
      <w:proofErr w:type="spellEnd"/>
      <w:r w:rsidRPr="009E2D56">
        <w:rPr>
          <w:lang w:val="nl-NL"/>
        </w:rPr>
        <w:t>, e-mail).</w:t>
      </w:r>
    </w:p>
    <w:p w14:paraId="0EAB02CD" w14:textId="77777777" w:rsidR="004B3492" w:rsidRDefault="004B3492" w:rsidP="00936394">
      <w:pPr>
        <w:spacing w:before="0" w:after="0" w:line="240" w:lineRule="auto"/>
        <w:rPr>
          <w:lang w:val="nl-NL"/>
        </w:rPr>
      </w:pPr>
    </w:p>
    <w:p w14:paraId="3570532E" w14:textId="7C276718" w:rsidR="009E2D56" w:rsidRPr="009E2D56" w:rsidRDefault="009E2D56" w:rsidP="00936394">
      <w:pPr>
        <w:spacing w:before="0" w:after="0" w:line="240" w:lineRule="auto"/>
        <w:rPr>
          <w:lang w:val="nl-NL"/>
        </w:rPr>
      </w:pPr>
      <w:r w:rsidRPr="009E2D56">
        <w:rPr>
          <w:lang w:val="nl-NL"/>
        </w:rPr>
        <w:t>Belangrijk om te weten: AI kan overtuigend klinken en toch fouten maken. Gebruik prompts dus ook om de kwaliteit te verhogen, bijvoorbeeld door te vragen om onzekerheden te benoemen, bronnen te geven of eerst vragen te stellen als informatie ontbreekt. Jij blijft verantwoordelijk voor de inhoud.</w:t>
      </w:r>
    </w:p>
    <w:p w14:paraId="64742771" w14:textId="77777777" w:rsidR="009A7B8C" w:rsidRDefault="009A7B8C" w:rsidP="00936394">
      <w:pPr>
        <w:spacing w:before="0" w:after="0" w:line="240" w:lineRule="auto"/>
        <w:rPr>
          <w:rFonts w:asciiTheme="majorHAnsi" w:eastAsiaTheme="majorEastAsia" w:hAnsiTheme="majorHAnsi" w:cstheme="majorBidi"/>
          <w:b/>
          <w:bCs/>
          <w:color w:val="4F81BD" w:themeColor="accent1"/>
          <w:sz w:val="26"/>
          <w:szCs w:val="26"/>
          <w:lang w:val="nl-NL"/>
        </w:rPr>
      </w:pPr>
      <w:r>
        <w:rPr>
          <w:lang w:val="nl-NL"/>
        </w:rPr>
        <w:br w:type="page"/>
      </w:r>
    </w:p>
    <w:p w14:paraId="154918B2" w14:textId="2EC20630" w:rsidR="009A7B8C" w:rsidRPr="009E2D56" w:rsidRDefault="009A7B8C" w:rsidP="00936394">
      <w:pPr>
        <w:pStyle w:val="Kop2"/>
        <w:spacing w:before="0" w:line="240" w:lineRule="auto"/>
        <w:rPr>
          <w:lang w:val="nl-NL"/>
        </w:rPr>
      </w:pPr>
      <w:r>
        <w:rPr>
          <w:lang w:val="nl-NL"/>
        </w:rPr>
        <w:lastRenderedPageBreak/>
        <w:t>Het preparemodel</w:t>
      </w:r>
    </w:p>
    <w:p w14:paraId="19D4A5E6" w14:textId="77777777" w:rsidR="009A7B8C" w:rsidRDefault="009A7B8C" w:rsidP="00936394">
      <w:pPr>
        <w:spacing w:before="0" w:after="0" w:line="240" w:lineRule="auto"/>
        <w:rPr>
          <w:lang w:val="nl-NL"/>
        </w:rPr>
      </w:pPr>
      <w:r>
        <w:rPr>
          <w:lang w:val="nl-NL"/>
        </w:rPr>
        <w:t xml:space="preserve">Er zijn meerdere modellen voor </w:t>
      </w:r>
      <w:proofErr w:type="spellStart"/>
      <w:r>
        <w:rPr>
          <w:lang w:val="nl-NL"/>
        </w:rPr>
        <w:t>prompten</w:t>
      </w:r>
      <w:proofErr w:type="spellEnd"/>
      <w:r>
        <w:rPr>
          <w:lang w:val="nl-NL"/>
        </w:rPr>
        <w:t xml:space="preserve"> die je kunt gebruiken om een goed prompt te schrijven. Eén daarvan is het PREPARE-model. </w:t>
      </w:r>
    </w:p>
    <w:p w14:paraId="163AB7D5" w14:textId="26EAD406" w:rsidR="009A7B8C" w:rsidRPr="009A7B8C" w:rsidRDefault="009A7B8C" w:rsidP="00936394">
      <w:pPr>
        <w:spacing w:before="0" w:after="0" w:line="240" w:lineRule="auto"/>
        <w:rPr>
          <w:lang w:val="nl-NL"/>
        </w:rPr>
      </w:pPr>
      <w:r>
        <w:rPr>
          <w:lang w:val="nl-NL"/>
        </w:rPr>
        <w:br/>
      </w:r>
      <w:r w:rsidRPr="009A7B8C">
        <w:rPr>
          <w:lang w:val="nl-NL"/>
        </w:rPr>
        <w:t xml:space="preserve">Het </w:t>
      </w:r>
      <w:r w:rsidRPr="009A7B8C">
        <w:rPr>
          <w:b/>
          <w:bCs/>
          <w:lang w:val="nl-NL"/>
        </w:rPr>
        <w:t>PREPARE-model</w:t>
      </w:r>
      <w:r w:rsidRPr="009A7B8C">
        <w:rPr>
          <w:lang w:val="nl-NL"/>
        </w:rPr>
        <w:t xml:space="preserve"> is een handig geheugensteuntje om een prompt te schrijven die de AI meteen in de goede “werkstand” zet. Het dwingt je om niet alleen </w:t>
      </w:r>
      <w:r w:rsidRPr="009A7B8C">
        <w:rPr>
          <w:i/>
          <w:iCs/>
          <w:lang w:val="nl-NL"/>
        </w:rPr>
        <w:t>wat</w:t>
      </w:r>
      <w:r w:rsidRPr="009A7B8C">
        <w:rPr>
          <w:lang w:val="nl-NL"/>
        </w:rPr>
        <w:t xml:space="preserve"> je wilt te vragen, maar ook </w:t>
      </w:r>
      <w:r w:rsidRPr="009A7B8C">
        <w:rPr>
          <w:i/>
          <w:iCs/>
          <w:lang w:val="nl-NL"/>
        </w:rPr>
        <w:t>voor wie</w:t>
      </w:r>
      <w:r w:rsidRPr="009A7B8C">
        <w:rPr>
          <w:lang w:val="nl-NL"/>
        </w:rPr>
        <w:t xml:space="preserve">, </w:t>
      </w:r>
      <w:r w:rsidRPr="009A7B8C">
        <w:rPr>
          <w:i/>
          <w:iCs/>
          <w:lang w:val="nl-NL"/>
        </w:rPr>
        <w:t>in welke rol</w:t>
      </w:r>
      <w:r w:rsidRPr="009A7B8C">
        <w:rPr>
          <w:lang w:val="nl-NL"/>
        </w:rPr>
        <w:t xml:space="preserve">, </w:t>
      </w:r>
      <w:r w:rsidRPr="009A7B8C">
        <w:rPr>
          <w:i/>
          <w:iCs/>
          <w:lang w:val="nl-NL"/>
        </w:rPr>
        <w:t>met welke eisen</w:t>
      </w:r>
      <w:r w:rsidRPr="009A7B8C">
        <w:rPr>
          <w:lang w:val="nl-NL"/>
        </w:rPr>
        <w:t xml:space="preserve"> en </w:t>
      </w:r>
      <w:r w:rsidRPr="009A7B8C">
        <w:rPr>
          <w:i/>
          <w:iCs/>
          <w:lang w:val="nl-NL"/>
        </w:rPr>
        <w:t>hoe je de output wilt checken</w:t>
      </w:r>
      <w:r w:rsidRPr="009A7B8C">
        <w:rPr>
          <w:lang w:val="nl-NL"/>
        </w:rPr>
        <w:t>.</w:t>
      </w:r>
    </w:p>
    <w:p w14:paraId="65AB3281" w14:textId="4D91BE57" w:rsidR="009A7B8C" w:rsidRPr="009A7B8C" w:rsidRDefault="00936394" w:rsidP="00936394">
      <w:pPr>
        <w:spacing w:before="0" w:after="0" w:line="240" w:lineRule="auto"/>
        <w:rPr>
          <w:lang w:val="nl-NL"/>
        </w:rPr>
      </w:pPr>
      <w:r>
        <w:rPr>
          <w:lang w:val="nl-NL"/>
        </w:rPr>
        <w:br/>
      </w:r>
      <w:r w:rsidR="009A7B8C" w:rsidRPr="009A7B8C">
        <w:rPr>
          <w:lang w:val="nl-NL"/>
        </w:rPr>
        <w:t xml:space="preserve">Hier is het model stap voor stap </w:t>
      </w:r>
      <w:r w:rsidR="009A7B8C">
        <w:rPr>
          <w:lang w:val="nl-NL"/>
        </w:rPr>
        <w:t>uitgelegd:</w:t>
      </w:r>
    </w:p>
    <w:p w14:paraId="73BD6DAE" w14:textId="28EE0064" w:rsidR="009A7B8C" w:rsidRPr="009A7B8C" w:rsidRDefault="00936394" w:rsidP="00936394">
      <w:pPr>
        <w:spacing w:before="0" w:after="0" w:line="240" w:lineRule="auto"/>
        <w:rPr>
          <w:b/>
          <w:bCs/>
          <w:lang w:val="nl-NL"/>
        </w:rPr>
      </w:pPr>
      <w:r>
        <w:rPr>
          <w:b/>
          <w:bCs/>
          <w:lang w:val="nl-NL"/>
        </w:rPr>
        <w:br/>
      </w:r>
      <w:r w:rsidR="009A7B8C" w:rsidRPr="009A7B8C">
        <w:rPr>
          <w:b/>
          <w:bCs/>
          <w:lang w:val="nl-NL"/>
        </w:rPr>
        <w:t>PREPARE-model (uitleg)</w:t>
      </w:r>
    </w:p>
    <w:p w14:paraId="45259EDA" w14:textId="77777777" w:rsidR="009A7B8C" w:rsidRPr="009A7B8C" w:rsidRDefault="009A7B8C" w:rsidP="00936394">
      <w:pPr>
        <w:spacing w:before="0" w:after="0" w:line="240" w:lineRule="auto"/>
        <w:rPr>
          <w:b/>
          <w:bCs/>
          <w:lang w:val="nl-NL"/>
        </w:rPr>
      </w:pPr>
      <w:r w:rsidRPr="009A7B8C">
        <w:rPr>
          <w:b/>
          <w:bCs/>
          <w:lang w:val="nl-NL"/>
        </w:rPr>
        <w:t xml:space="preserve">P — </w:t>
      </w:r>
      <w:proofErr w:type="spellStart"/>
      <w:r w:rsidRPr="009A7B8C">
        <w:rPr>
          <w:b/>
          <w:bCs/>
          <w:lang w:val="nl-NL"/>
        </w:rPr>
        <w:t>Purpose</w:t>
      </w:r>
      <w:proofErr w:type="spellEnd"/>
      <w:r w:rsidRPr="009A7B8C">
        <w:rPr>
          <w:b/>
          <w:bCs/>
          <w:lang w:val="nl-NL"/>
        </w:rPr>
        <w:t xml:space="preserve"> (doel)</w:t>
      </w:r>
    </w:p>
    <w:p w14:paraId="4F4BE7BD" w14:textId="77777777" w:rsidR="009A7B8C" w:rsidRPr="009A7B8C" w:rsidRDefault="009A7B8C" w:rsidP="00936394">
      <w:pPr>
        <w:spacing w:before="0" w:after="0" w:line="240" w:lineRule="auto"/>
      </w:pPr>
      <w:r w:rsidRPr="009A7B8C">
        <w:rPr>
          <w:lang w:val="nl-NL"/>
        </w:rPr>
        <w:t xml:space="preserve">Wat wil je bereiken? </w:t>
      </w:r>
      <w:r w:rsidRPr="009A7B8C">
        <w:t>(</w:t>
      </w:r>
      <w:proofErr w:type="spellStart"/>
      <w:r w:rsidRPr="009A7B8C">
        <w:t>samenvatten</w:t>
      </w:r>
      <w:proofErr w:type="spellEnd"/>
      <w:r w:rsidRPr="009A7B8C">
        <w:t xml:space="preserve">, feedback, </w:t>
      </w:r>
      <w:proofErr w:type="spellStart"/>
      <w:r w:rsidRPr="009A7B8C">
        <w:t>lesopzet</w:t>
      </w:r>
      <w:proofErr w:type="spellEnd"/>
      <w:r w:rsidRPr="009A7B8C">
        <w:t>, casus, mail, rubric)</w:t>
      </w:r>
    </w:p>
    <w:p w14:paraId="2E060FA2" w14:textId="77777777" w:rsidR="009A7B8C" w:rsidRPr="009A7B8C" w:rsidRDefault="009A7B8C" w:rsidP="00936394">
      <w:pPr>
        <w:spacing w:before="0" w:after="0" w:line="240" w:lineRule="auto"/>
        <w:rPr>
          <w:lang w:val="nl-NL"/>
        </w:rPr>
      </w:pPr>
      <w:r w:rsidRPr="009A7B8C">
        <w:rPr>
          <w:i/>
          <w:iCs/>
          <w:lang w:val="nl-NL"/>
        </w:rPr>
        <w:t xml:space="preserve">“Ik wil een </w:t>
      </w:r>
      <w:proofErr w:type="spellStart"/>
      <w:r w:rsidRPr="009A7B8C">
        <w:rPr>
          <w:i/>
          <w:iCs/>
          <w:lang w:val="nl-NL"/>
        </w:rPr>
        <w:t>rubric</w:t>
      </w:r>
      <w:proofErr w:type="spellEnd"/>
      <w:r w:rsidRPr="009A7B8C">
        <w:rPr>
          <w:i/>
          <w:iCs/>
          <w:lang w:val="nl-NL"/>
        </w:rPr>
        <w:t xml:space="preserve"> voor een schriftelijke casusopdracht.”</w:t>
      </w:r>
    </w:p>
    <w:p w14:paraId="399288C0" w14:textId="2434F850" w:rsidR="009A7B8C" w:rsidRPr="009A7B8C" w:rsidRDefault="00936394" w:rsidP="00936394">
      <w:pPr>
        <w:spacing w:before="0" w:after="0" w:line="240" w:lineRule="auto"/>
        <w:rPr>
          <w:b/>
          <w:bCs/>
          <w:lang w:val="nl-NL"/>
        </w:rPr>
      </w:pPr>
      <w:r>
        <w:rPr>
          <w:b/>
          <w:bCs/>
          <w:lang w:val="nl-NL"/>
        </w:rPr>
        <w:br/>
      </w:r>
      <w:r w:rsidR="009A7B8C" w:rsidRPr="009A7B8C">
        <w:rPr>
          <w:b/>
          <w:bCs/>
          <w:lang w:val="nl-NL"/>
        </w:rPr>
        <w:t xml:space="preserve">R — </w:t>
      </w:r>
      <w:proofErr w:type="spellStart"/>
      <w:r w:rsidR="009A7B8C" w:rsidRPr="009A7B8C">
        <w:rPr>
          <w:b/>
          <w:bCs/>
          <w:lang w:val="nl-NL"/>
        </w:rPr>
        <w:t>Role</w:t>
      </w:r>
      <w:proofErr w:type="spellEnd"/>
      <w:r w:rsidR="009A7B8C" w:rsidRPr="009A7B8C">
        <w:rPr>
          <w:b/>
          <w:bCs/>
          <w:lang w:val="nl-NL"/>
        </w:rPr>
        <w:t xml:space="preserve"> (rol)</w:t>
      </w:r>
    </w:p>
    <w:p w14:paraId="459511DB" w14:textId="77777777" w:rsidR="009A7B8C" w:rsidRPr="009A7B8C" w:rsidRDefault="009A7B8C" w:rsidP="00936394">
      <w:pPr>
        <w:spacing w:before="0" w:after="0" w:line="240" w:lineRule="auto"/>
        <w:rPr>
          <w:lang w:val="nl-NL"/>
        </w:rPr>
      </w:pPr>
      <w:r w:rsidRPr="009A7B8C">
        <w:rPr>
          <w:lang w:val="nl-NL"/>
        </w:rPr>
        <w:t>In welke rol moet de AI antwoorden? (docent, jurist, tutor, redacteur)</w:t>
      </w:r>
    </w:p>
    <w:p w14:paraId="02DACBD0" w14:textId="77777777" w:rsidR="009A7B8C" w:rsidRPr="009A7B8C" w:rsidRDefault="009A7B8C" w:rsidP="00936394">
      <w:pPr>
        <w:spacing w:before="0" w:after="0" w:line="240" w:lineRule="auto"/>
        <w:rPr>
          <w:lang w:val="nl-NL"/>
        </w:rPr>
      </w:pPr>
      <w:r w:rsidRPr="009A7B8C">
        <w:rPr>
          <w:i/>
          <w:iCs/>
          <w:lang w:val="nl-NL"/>
        </w:rPr>
        <w:t xml:space="preserve">“Je bent een docent HBO-recht met ervaring in </w:t>
      </w:r>
      <w:proofErr w:type="spellStart"/>
      <w:r w:rsidRPr="009A7B8C">
        <w:rPr>
          <w:i/>
          <w:iCs/>
          <w:lang w:val="nl-NL"/>
        </w:rPr>
        <w:t>toetsconstructie</w:t>
      </w:r>
      <w:proofErr w:type="spellEnd"/>
      <w:r w:rsidRPr="009A7B8C">
        <w:rPr>
          <w:i/>
          <w:iCs/>
          <w:lang w:val="nl-NL"/>
        </w:rPr>
        <w:t>.”</w:t>
      </w:r>
    </w:p>
    <w:p w14:paraId="1EC9A875" w14:textId="1F26C8D7" w:rsidR="009A7B8C" w:rsidRPr="009A7B8C" w:rsidRDefault="00936394" w:rsidP="00936394">
      <w:pPr>
        <w:spacing w:before="0" w:after="0" w:line="240" w:lineRule="auto"/>
        <w:rPr>
          <w:b/>
          <w:bCs/>
          <w:lang w:val="nl-NL"/>
        </w:rPr>
      </w:pPr>
      <w:r>
        <w:rPr>
          <w:b/>
          <w:bCs/>
          <w:lang w:val="nl-NL"/>
        </w:rPr>
        <w:br/>
      </w:r>
      <w:r w:rsidR="009A7B8C" w:rsidRPr="009A7B8C">
        <w:rPr>
          <w:b/>
          <w:bCs/>
          <w:lang w:val="nl-NL"/>
        </w:rPr>
        <w:t xml:space="preserve">E — </w:t>
      </w:r>
      <w:proofErr w:type="spellStart"/>
      <w:r w:rsidR="009A7B8C" w:rsidRPr="009A7B8C">
        <w:rPr>
          <w:b/>
          <w:bCs/>
          <w:lang w:val="nl-NL"/>
        </w:rPr>
        <w:t>Evidence</w:t>
      </w:r>
      <w:proofErr w:type="spellEnd"/>
      <w:r w:rsidR="009A7B8C" w:rsidRPr="009A7B8C">
        <w:rPr>
          <w:b/>
          <w:bCs/>
          <w:lang w:val="nl-NL"/>
        </w:rPr>
        <w:t xml:space="preserve"> / </w:t>
      </w:r>
      <w:proofErr w:type="spellStart"/>
      <w:r w:rsidR="009A7B8C" w:rsidRPr="009A7B8C">
        <w:rPr>
          <w:b/>
          <w:bCs/>
          <w:lang w:val="nl-NL"/>
        </w:rPr>
        <w:t>Examples</w:t>
      </w:r>
      <w:proofErr w:type="spellEnd"/>
      <w:r w:rsidR="009A7B8C" w:rsidRPr="009A7B8C">
        <w:rPr>
          <w:b/>
          <w:bCs/>
          <w:lang w:val="nl-NL"/>
        </w:rPr>
        <w:t xml:space="preserve"> (materiaal)</w:t>
      </w:r>
    </w:p>
    <w:p w14:paraId="39504555" w14:textId="77777777" w:rsidR="009A7B8C" w:rsidRPr="009A7B8C" w:rsidRDefault="009A7B8C" w:rsidP="00936394">
      <w:pPr>
        <w:spacing w:before="0" w:after="0" w:line="240" w:lineRule="auto"/>
        <w:rPr>
          <w:lang w:val="nl-NL"/>
        </w:rPr>
      </w:pPr>
      <w:r w:rsidRPr="009A7B8C">
        <w:rPr>
          <w:lang w:val="nl-NL"/>
        </w:rPr>
        <w:t>Welke input geef je mee? (korte context, criteria, voorbeeld, fragmenten)</w:t>
      </w:r>
      <w:r w:rsidRPr="009A7B8C">
        <w:rPr>
          <w:lang w:val="nl-NL"/>
        </w:rPr>
        <w:br/>
      </w:r>
      <w:r w:rsidRPr="009A7B8C">
        <w:rPr>
          <w:i/>
          <w:iCs/>
          <w:lang w:val="nl-NL"/>
        </w:rPr>
        <w:t>Let op privacy: geen herleidbare persoonsgegevens of vertrouwelijke casusdetails.</w:t>
      </w:r>
    </w:p>
    <w:p w14:paraId="57809A88" w14:textId="77777777" w:rsidR="009A7B8C" w:rsidRPr="009A7B8C" w:rsidRDefault="009A7B8C" w:rsidP="00936394">
      <w:pPr>
        <w:spacing w:before="0" w:after="0" w:line="240" w:lineRule="auto"/>
        <w:rPr>
          <w:lang w:val="nl-NL"/>
        </w:rPr>
      </w:pPr>
      <w:r w:rsidRPr="009A7B8C">
        <w:rPr>
          <w:i/>
          <w:iCs/>
          <w:lang w:val="nl-NL"/>
        </w:rPr>
        <w:t>“Dit zijn de leerdoelen en dit is een voorbeeld van een goede paragraaf…”</w:t>
      </w:r>
    </w:p>
    <w:p w14:paraId="7BB52646" w14:textId="2DF3A74A" w:rsidR="009A7B8C" w:rsidRPr="009A7B8C" w:rsidRDefault="00936394" w:rsidP="00936394">
      <w:pPr>
        <w:spacing w:before="0" w:after="0" w:line="240" w:lineRule="auto"/>
        <w:rPr>
          <w:b/>
          <w:bCs/>
          <w:lang w:val="nl-NL"/>
        </w:rPr>
      </w:pPr>
      <w:r>
        <w:rPr>
          <w:b/>
          <w:bCs/>
          <w:lang w:val="nl-NL"/>
        </w:rPr>
        <w:br/>
      </w:r>
      <w:r w:rsidR="009A7B8C" w:rsidRPr="009A7B8C">
        <w:rPr>
          <w:b/>
          <w:bCs/>
          <w:lang w:val="nl-NL"/>
        </w:rPr>
        <w:t>P — Parameters (eisen)</w:t>
      </w:r>
    </w:p>
    <w:p w14:paraId="6F8A4795" w14:textId="77777777" w:rsidR="009A7B8C" w:rsidRPr="009A7B8C" w:rsidRDefault="009A7B8C" w:rsidP="00936394">
      <w:pPr>
        <w:spacing w:before="0" w:after="0" w:line="240" w:lineRule="auto"/>
        <w:rPr>
          <w:lang w:val="nl-NL"/>
        </w:rPr>
      </w:pPr>
      <w:r w:rsidRPr="009A7B8C">
        <w:rPr>
          <w:lang w:val="nl-NL"/>
        </w:rPr>
        <w:t>Welke randvoorwaarden gelden? (toon, lengte, niveau, taal, format, bronnen)</w:t>
      </w:r>
    </w:p>
    <w:p w14:paraId="26E91E95" w14:textId="77777777" w:rsidR="009A7B8C" w:rsidRPr="009A7B8C" w:rsidRDefault="009A7B8C" w:rsidP="00936394">
      <w:pPr>
        <w:spacing w:before="0" w:after="0" w:line="240" w:lineRule="auto"/>
        <w:rPr>
          <w:lang w:val="nl-NL"/>
        </w:rPr>
      </w:pPr>
      <w:r w:rsidRPr="009A7B8C">
        <w:rPr>
          <w:i/>
          <w:iCs/>
          <w:lang w:val="nl-NL"/>
        </w:rPr>
        <w:t>“Niveau: jaar 1. Toon: helder en motiverend. Lengte: max 1 pagina. Format: tabel.”</w:t>
      </w:r>
    </w:p>
    <w:p w14:paraId="584712EB" w14:textId="77658AC9" w:rsidR="009A7B8C" w:rsidRPr="009A7B8C" w:rsidRDefault="00936394" w:rsidP="00936394">
      <w:pPr>
        <w:spacing w:before="0" w:after="0" w:line="240" w:lineRule="auto"/>
        <w:rPr>
          <w:b/>
          <w:bCs/>
          <w:lang w:val="nl-NL"/>
        </w:rPr>
      </w:pPr>
      <w:r>
        <w:rPr>
          <w:b/>
          <w:bCs/>
          <w:lang w:val="nl-NL"/>
        </w:rPr>
        <w:br/>
      </w:r>
      <w:r w:rsidR="009A7B8C" w:rsidRPr="009A7B8C">
        <w:rPr>
          <w:b/>
          <w:bCs/>
          <w:lang w:val="nl-NL"/>
        </w:rPr>
        <w:t xml:space="preserve">A — </w:t>
      </w:r>
      <w:proofErr w:type="spellStart"/>
      <w:r w:rsidR="009A7B8C" w:rsidRPr="009A7B8C">
        <w:rPr>
          <w:b/>
          <w:bCs/>
          <w:lang w:val="nl-NL"/>
        </w:rPr>
        <w:t>Audience</w:t>
      </w:r>
      <w:proofErr w:type="spellEnd"/>
      <w:r w:rsidR="009A7B8C" w:rsidRPr="009A7B8C">
        <w:rPr>
          <w:b/>
          <w:bCs/>
          <w:lang w:val="nl-NL"/>
        </w:rPr>
        <w:t xml:space="preserve"> (doelgroep)</w:t>
      </w:r>
    </w:p>
    <w:p w14:paraId="39ADA494" w14:textId="77777777" w:rsidR="009A7B8C" w:rsidRPr="009A7B8C" w:rsidRDefault="009A7B8C" w:rsidP="00936394">
      <w:pPr>
        <w:spacing w:before="0" w:after="0" w:line="240" w:lineRule="auto"/>
        <w:rPr>
          <w:lang w:val="nl-NL"/>
        </w:rPr>
      </w:pPr>
      <w:r w:rsidRPr="009A7B8C">
        <w:rPr>
          <w:lang w:val="nl-NL"/>
        </w:rPr>
        <w:t>Voor wie is de output bedoeld? Studenten? Collega’s? Examinatoren?</w:t>
      </w:r>
    </w:p>
    <w:p w14:paraId="558F881F" w14:textId="77777777" w:rsidR="009A7B8C" w:rsidRPr="009A7B8C" w:rsidRDefault="009A7B8C" w:rsidP="00936394">
      <w:pPr>
        <w:spacing w:before="0" w:after="0" w:line="240" w:lineRule="auto"/>
        <w:rPr>
          <w:lang w:val="nl-NL"/>
        </w:rPr>
      </w:pPr>
      <w:r w:rsidRPr="009A7B8C">
        <w:rPr>
          <w:i/>
          <w:iCs/>
          <w:lang w:val="nl-NL"/>
        </w:rPr>
        <w:t>“Doelgroep: studenten jaar 1, weinig ervaring met juridisch schrijven.”</w:t>
      </w:r>
    </w:p>
    <w:p w14:paraId="7E65FC9A" w14:textId="0D8A371C" w:rsidR="009A7B8C" w:rsidRPr="009A7B8C" w:rsidRDefault="00936394" w:rsidP="00936394">
      <w:pPr>
        <w:spacing w:before="0" w:after="0" w:line="240" w:lineRule="auto"/>
        <w:rPr>
          <w:b/>
          <w:bCs/>
        </w:rPr>
      </w:pPr>
      <w:r w:rsidRPr="00B07954">
        <w:rPr>
          <w:b/>
          <w:bCs/>
        </w:rPr>
        <w:br/>
      </w:r>
      <w:r w:rsidR="009A7B8C" w:rsidRPr="009A7B8C">
        <w:rPr>
          <w:b/>
          <w:bCs/>
        </w:rPr>
        <w:t>R — Review / Risks (</w:t>
      </w:r>
      <w:proofErr w:type="spellStart"/>
      <w:r w:rsidR="009A7B8C" w:rsidRPr="009A7B8C">
        <w:rPr>
          <w:b/>
          <w:bCs/>
        </w:rPr>
        <w:t>controle</w:t>
      </w:r>
      <w:proofErr w:type="spellEnd"/>
      <w:r w:rsidR="009A7B8C" w:rsidRPr="009A7B8C">
        <w:rPr>
          <w:b/>
          <w:bCs/>
        </w:rPr>
        <w:t xml:space="preserve"> &amp; </w:t>
      </w:r>
      <w:proofErr w:type="spellStart"/>
      <w:r w:rsidR="009A7B8C" w:rsidRPr="009A7B8C">
        <w:rPr>
          <w:b/>
          <w:bCs/>
        </w:rPr>
        <w:t>risico’s</w:t>
      </w:r>
      <w:proofErr w:type="spellEnd"/>
      <w:r w:rsidR="009A7B8C" w:rsidRPr="009A7B8C">
        <w:rPr>
          <w:b/>
          <w:bCs/>
        </w:rPr>
        <w:t>)</w:t>
      </w:r>
    </w:p>
    <w:p w14:paraId="29989D01" w14:textId="77777777" w:rsidR="009A7B8C" w:rsidRPr="009A7B8C" w:rsidRDefault="009A7B8C" w:rsidP="00936394">
      <w:pPr>
        <w:spacing w:before="0" w:after="0" w:line="240" w:lineRule="auto"/>
        <w:rPr>
          <w:lang w:val="nl-NL"/>
        </w:rPr>
      </w:pPr>
      <w:r w:rsidRPr="009A7B8C">
        <w:rPr>
          <w:lang w:val="nl-NL"/>
        </w:rPr>
        <w:t>Hoe wil je dat de AI onzekerheden benoemt en fouten voorkomt?</w:t>
      </w:r>
      <w:r w:rsidRPr="009A7B8C">
        <w:rPr>
          <w:lang w:val="nl-NL"/>
        </w:rPr>
        <w:br/>
        <w:t>Bijv. vragen stellen als info mist, aannames markeren, biascheck, broncheck.</w:t>
      </w:r>
    </w:p>
    <w:p w14:paraId="5ECBE8FB" w14:textId="77777777" w:rsidR="009A7B8C" w:rsidRPr="009A7B8C" w:rsidRDefault="009A7B8C" w:rsidP="00936394">
      <w:pPr>
        <w:spacing w:before="0" w:after="0" w:line="240" w:lineRule="auto"/>
        <w:rPr>
          <w:lang w:val="nl-NL"/>
        </w:rPr>
      </w:pPr>
      <w:r w:rsidRPr="009A7B8C">
        <w:rPr>
          <w:i/>
          <w:iCs/>
          <w:lang w:val="nl-NL"/>
        </w:rPr>
        <w:t>“Als informatie ontbreekt: stel eerst 3 vragen. Markeer aannames met [AANNAME].”</w:t>
      </w:r>
    </w:p>
    <w:p w14:paraId="4FB5D92C" w14:textId="0A70EAD7" w:rsidR="009A7B8C" w:rsidRPr="009A7B8C" w:rsidRDefault="00936394" w:rsidP="00936394">
      <w:pPr>
        <w:spacing w:before="0" w:after="0" w:line="240" w:lineRule="auto"/>
        <w:rPr>
          <w:b/>
          <w:bCs/>
          <w:lang w:val="nl-NL"/>
        </w:rPr>
      </w:pPr>
      <w:r>
        <w:rPr>
          <w:b/>
          <w:bCs/>
          <w:lang w:val="nl-NL"/>
        </w:rPr>
        <w:br/>
      </w:r>
      <w:r w:rsidR="009A7B8C" w:rsidRPr="009A7B8C">
        <w:rPr>
          <w:b/>
          <w:bCs/>
          <w:lang w:val="nl-NL"/>
        </w:rPr>
        <w:t xml:space="preserve">E — </w:t>
      </w:r>
      <w:proofErr w:type="spellStart"/>
      <w:r w:rsidR="009A7B8C" w:rsidRPr="009A7B8C">
        <w:rPr>
          <w:b/>
          <w:bCs/>
          <w:lang w:val="nl-NL"/>
        </w:rPr>
        <w:t>Expected</w:t>
      </w:r>
      <w:proofErr w:type="spellEnd"/>
      <w:r w:rsidR="009A7B8C" w:rsidRPr="009A7B8C">
        <w:rPr>
          <w:b/>
          <w:bCs/>
          <w:lang w:val="nl-NL"/>
        </w:rPr>
        <w:t xml:space="preserve"> output (gewenste outputvorm)</w:t>
      </w:r>
    </w:p>
    <w:p w14:paraId="0E594DB8" w14:textId="77777777" w:rsidR="009A7B8C" w:rsidRPr="009A7B8C" w:rsidRDefault="009A7B8C" w:rsidP="00936394">
      <w:pPr>
        <w:spacing w:before="0" w:after="0" w:line="240" w:lineRule="auto"/>
        <w:rPr>
          <w:lang w:val="nl-NL"/>
        </w:rPr>
      </w:pPr>
      <w:r w:rsidRPr="009A7B8C">
        <w:rPr>
          <w:lang w:val="nl-NL"/>
        </w:rPr>
        <w:t>Wat moet er precies uitkomen en hoe ziet dat eruit?</w:t>
      </w:r>
    </w:p>
    <w:p w14:paraId="1307526E" w14:textId="77777777" w:rsidR="009A7B8C" w:rsidRPr="009A7B8C" w:rsidRDefault="009A7B8C" w:rsidP="00936394">
      <w:pPr>
        <w:spacing w:before="0" w:after="0" w:line="240" w:lineRule="auto"/>
        <w:rPr>
          <w:lang w:val="nl-NL"/>
        </w:rPr>
      </w:pPr>
      <w:r w:rsidRPr="009A7B8C">
        <w:rPr>
          <w:i/>
          <w:iCs/>
          <w:lang w:val="nl-NL"/>
        </w:rPr>
        <w:t xml:space="preserve">“Lever: (1) </w:t>
      </w:r>
      <w:proofErr w:type="spellStart"/>
      <w:r w:rsidRPr="009A7B8C">
        <w:rPr>
          <w:i/>
          <w:iCs/>
          <w:lang w:val="nl-NL"/>
        </w:rPr>
        <w:t>rubric</w:t>
      </w:r>
      <w:proofErr w:type="spellEnd"/>
      <w:r w:rsidRPr="009A7B8C">
        <w:rPr>
          <w:i/>
          <w:iCs/>
          <w:lang w:val="nl-NL"/>
        </w:rPr>
        <w:t xml:space="preserve"> in tabel met 4 criteria en 4 niveaus, (2) korte uitleg per criterium.”</w:t>
      </w:r>
    </w:p>
    <w:p w14:paraId="08CBFC2B" w14:textId="1AF1FD7C" w:rsidR="009E2D56" w:rsidRPr="00862DF4" w:rsidRDefault="009E2D56" w:rsidP="00936394">
      <w:pPr>
        <w:spacing w:before="0" w:after="0" w:line="240" w:lineRule="auto"/>
        <w:rPr>
          <w:lang w:val="nl-NL"/>
        </w:rPr>
      </w:pPr>
    </w:p>
    <w:p w14:paraId="4DD3A072" w14:textId="7A54476B" w:rsidR="00CF06E7" w:rsidRDefault="00CF06E7">
      <w:pPr>
        <w:rPr>
          <w:lang w:val="nl-NL"/>
        </w:rPr>
      </w:pPr>
      <w:r>
        <w:rPr>
          <w:lang w:val="nl-NL"/>
        </w:rPr>
        <w:t xml:space="preserve">Op de volgende pagina vind je een </w:t>
      </w:r>
      <w:proofErr w:type="spellStart"/>
      <w:r w:rsidR="0031698C">
        <w:rPr>
          <w:lang w:val="nl-NL"/>
        </w:rPr>
        <w:t>visual</w:t>
      </w:r>
      <w:proofErr w:type="spellEnd"/>
      <w:r w:rsidR="0031698C">
        <w:rPr>
          <w:lang w:val="nl-NL"/>
        </w:rPr>
        <w:t xml:space="preserve"> waar onder andere ook het </w:t>
      </w:r>
      <w:proofErr w:type="spellStart"/>
      <w:r w:rsidR="0031698C">
        <w:rPr>
          <w:lang w:val="nl-NL"/>
        </w:rPr>
        <w:t>prepare</w:t>
      </w:r>
      <w:proofErr w:type="spellEnd"/>
      <w:r w:rsidR="0031698C">
        <w:rPr>
          <w:lang w:val="nl-NL"/>
        </w:rPr>
        <w:t xml:space="preserve">-model visueel wordt weergegeven. Deze </w:t>
      </w:r>
      <w:proofErr w:type="spellStart"/>
      <w:r w:rsidR="0031698C">
        <w:rPr>
          <w:lang w:val="nl-NL"/>
        </w:rPr>
        <w:t>visual</w:t>
      </w:r>
      <w:proofErr w:type="spellEnd"/>
      <w:r w:rsidR="0031698C">
        <w:rPr>
          <w:lang w:val="nl-NL"/>
        </w:rPr>
        <w:t xml:space="preserve"> is gemaakt met </w:t>
      </w:r>
      <w:proofErr w:type="spellStart"/>
      <w:r w:rsidR="0031698C">
        <w:rPr>
          <w:lang w:val="nl-NL"/>
        </w:rPr>
        <w:t>NotebookLM</w:t>
      </w:r>
      <w:proofErr w:type="spellEnd"/>
      <w:r w:rsidR="0031698C">
        <w:rPr>
          <w:lang w:val="nl-NL"/>
        </w:rPr>
        <w:t>.</w:t>
      </w:r>
    </w:p>
    <w:p w14:paraId="3AEF27D6" w14:textId="4ABF0177" w:rsidR="009A7B8C" w:rsidRPr="009539C9" w:rsidRDefault="00CF06E7" w:rsidP="00936394">
      <w:pPr>
        <w:spacing w:before="0" w:after="0" w:line="240" w:lineRule="auto"/>
        <w:rPr>
          <w:rFonts w:asciiTheme="majorHAnsi" w:eastAsiaTheme="majorEastAsia" w:hAnsiTheme="majorHAnsi" w:cstheme="majorBidi"/>
          <w:b/>
          <w:bCs/>
          <w:color w:val="4F81BD" w:themeColor="accent1"/>
          <w:sz w:val="26"/>
          <w:szCs w:val="26"/>
          <w:lang w:val="nl-NL"/>
        </w:rPr>
      </w:pPr>
      <w:r w:rsidRPr="008F0D81">
        <w:rPr>
          <w:noProof/>
          <w:lang w:val="nl-NL"/>
        </w:rPr>
        <w:lastRenderedPageBreak/>
        <w:drawing>
          <wp:anchor distT="0" distB="0" distL="114300" distR="114300" simplePos="0" relativeHeight="251678720" behindDoc="0" locked="0" layoutInCell="1" allowOverlap="1" wp14:anchorId="1CA81A15" wp14:editId="283262A0">
            <wp:simplePos x="0" y="0"/>
            <wp:positionH relativeFrom="column">
              <wp:posOffset>-770172</wp:posOffset>
            </wp:positionH>
            <wp:positionV relativeFrom="paragraph">
              <wp:posOffset>28</wp:posOffset>
            </wp:positionV>
            <wp:extent cx="7018655" cy="3926205"/>
            <wp:effectExtent l="0" t="0" r="0" b="0"/>
            <wp:wrapThrough wrapText="bothSides">
              <wp:wrapPolygon edited="0">
                <wp:start x="0" y="0"/>
                <wp:lineTo x="0" y="21485"/>
                <wp:lineTo x="21516" y="21485"/>
                <wp:lineTo x="21516" y="0"/>
                <wp:lineTo x="0" y="0"/>
              </wp:wrapPolygon>
            </wp:wrapThrough>
            <wp:docPr id="1041987483"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87483" name="Afbeelding 1" descr="Afbeelding met tekst, schermopname, Lettertype&#10;&#10;Door AI gegenereerde inhoud is mogelijk onjuist."/>
                    <pic:cNvPicPr/>
                  </pic:nvPicPr>
                  <pic:blipFill>
                    <a:blip r:embed="rId23"/>
                    <a:stretch>
                      <a:fillRect/>
                    </a:stretch>
                  </pic:blipFill>
                  <pic:spPr>
                    <a:xfrm>
                      <a:off x="0" y="0"/>
                      <a:ext cx="7018655" cy="3926205"/>
                    </a:xfrm>
                    <a:prstGeom prst="rect">
                      <a:avLst/>
                    </a:prstGeom>
                  </pic:spPr>
                </pic:pic>
              </a:graphicData>
            </a:graphic>
            <wp14:sizeRelH relativeFrom="page">
              <wp14:pctWidth>0</wp14:pctWidth>
            </wp14:sizeRelH>
            <wp14:sizeRelV relativeFrom="page">
              <wp14:pctHeight>0</wp14:pctHeight>
            </wp14:sizeRelV>
          </wp:anchor>
        </w:drawing>
      </w:r>
      <w:r w:rsidR="009A7B8C" w:rsidRPr="009539C9">
        <w:rPr>
          <w:lang w:val="nl-NL"/>
        </w:rPr>
        <w:br w:type="page"/>
      </w:r>
    </w:p>
    <w:p w14:paraId="0B2A36DE" w14:textId="26101776" w:rsidR="00325D2C" w:rsidRPr="00CF06E7" w:rsidRDefault="00886F8D" w:rsidP="00936394">
      <w:pPr>
        <w:pStyle w:val="Kop2"/>
        <w:spacing w:before="0" w:line="240" w:lineRule="auto"/>
        <w:rPr>
          <w:lang w:val="nl-NL"/>
        </w:rPr>
      </w:pPr>
      <w:r w:rsidRPr="00CF06E7">
        <w:rPr>
          <w:lang w:val="nl-NL"/>
        </w:rPr>
        <w:lastRenderedPageBreak/>
        <w:t xml:space="preserve">Deel 1 </w:t>
      </w:r>
      <w:r w:rsidR="0079121F" w:rsidRPr="00CF06E7">
        <w:rPr>
          <w:lang w:val="nl-NL"/>
        </w:rPr>
        <w:t>Stappenplan</w:t>
      </w:r>
      <w:r w:rsidR="009A7B8C" w:rsidRPr="00CF06E7">
        <w:rPr>
          <w:lang w:val="nl-NL"/>
        </w:rPr>
        <w:t xml:space="preserve"> OP</w:t>
      </w:r>
    </w:p>
    <w:p w14:paraId="674441B9" w14:textId="6BCADD7C" w:rsidR="00DB6C95" w:rsidRPr="00DB6C95" w:rsidRDefault="00DB6C95" w:rsidP="00974A8A">
      <w:pPr>
        <w:pStyle w:val="Lijstnummering"/>
        <w:numPr>
          <w:ilvl w:val="0"/>
          <w:numId w:val="19"/>
        </w:numPr>
        <w:spacing w:before="0" w:after="0" w:line="240" w:lineRule="auto"/>
        <w:rPr>
          <w:lang w:val="nl-NL"/>
        </w:rPr>
      </w:pPr>
      <w:r>
        <w:rPr>
          <w:lang w:val="nl-NL"/>
        </w:rPr>
        <w:t>Mocht je dat nog niet eerder gedaan hebben vandaag: o</w:t>
      </w:r>
      <w:r w:rsidRPr="00DB6C95">
        <w:rPr>
          <w:lang w:val="nl-NL"/>
        </w:rPr>
        <w:t>pen een AI-tool naar keuze.</w:t>
      </w:r>
    </w:p>
    <w:p w14:paraId="409A482C" w14:textId="12D137C6" w:rsidR="00DB6C95" w:rsidRDefault="00DB6C95" w:rsidP="00936394">
      <w:pPr>
        <w:pStyle w:val="Lijstnummering"/>
        <w:numPr>
          <w:ilvl w:val="0"/>
          <w:numId w:val="0"/>
        </w:numPr>
        <w:spacing w:before="0" w:after="0" w:line="240" w:lineRule="auto"/>
        <w:ind w:left="360"/>
        <w:rPr>
          <w:lang w:val="nl-NL"/>
        </w:rPr>
      </w:pPr>
      <w:r>
        <w:rPr>
          <w:lang w:val="nl-NL"/>
        </w:rPr>
        <w:t xml:space="preserve">- Zoek online naar Google Gemini, Co-pilot, </w:t>
      </w:r>
      <w:proofErr w:type="spellStart"/>
      <w:r>
        <w:rPr>
          <w:lang w:val="nl-NL"/>
        </w:rPr>
        <w:t>ChatGPT</w:t>
      </w:r>
      <w:proofErr w:type="spellEnd"/>
      <w:r>
        <w:rPr>
          <w:lang w:val="nl-NL"/>
        </w:rPr>
        <w:t xml:space="preserve">, Claude, </w:t>
      </w:r>
      <w:r w:rsidR="001D0156">
        <w:rPr>
          <w:lang w:val="nl-NL"/>
        </w:rPr>
        <w:t>Mistral</w:t>
      </w:r>
      <w:r>
        <w:rPr>
          <w:lang w:val="nl-NL"/>
        </w:rPr>
        <w:t xml:space="preserve">. </w:t>
      </w:r>
    </w:p>
    <w:p w14:paraId="3DC7F9DD" w14:textId="7405F789" w:rsidR="00DB6C95" w:rsidRDefault="00DB6C95" w:rsidP="00936394">
      <w:pPr>
        <w:pStyle w:val="Lijstnummering"/>
        <w:numPr>
          <w:ilvl w:val="0"/>
          <w:numId w:val="0"/>
        </w:numPr>
        <w:spacing w:before="0" w:after="0" w:line="240" w:lineRule="auto"/>
        <w:ind w:left="360"/>
        <w:rPr>
          <w:lang w:val="nl-NL"/>
        </w:rPr>
      </w:pPr>
      <w:r>
        <w:rPr>
          <w:lang w:val="nl-NL"/>
        </w:rPr>
        <w:t>Het kan zijn dat je bij sommige AI-tools een account moet aanmaken en moet inloggen. Gebruik daarvoor liever niet je zakelijke e-mailadres. Overweeg om een gratis</w:t>
      </w:r>
      <w:r w:rsidR="00387BA6" w:rsidRPr="00387BA6">
        <w:rPr>
          <w:lang w:val="nl-NL"/>
        </w:rPr>
        <w:t xml:space="preserve"> </w:t>
      </w:r>
      <w:r w:rsidR="00387BA6">
        <w:rPr>
          <w:lang w:val="nl-NL"/>
        </w:rPr>
        <w:t>en anoniem</w:t>
      </w:r>
      <w:r>
        <w:rPr>
          <w:lang w:val="nl-NL"/>
        </w:rPr>
        <w:t xml:space="preserve"> e-mailadres aan te maken als je een AI-applicatie vaker wilt gebruiken, bijvoorbeeld een </w:t>
      </w:r>
      <w:r w:rsidRPr="007517C4">
        <w:rPr>
          <w:lang w:val="nl-NL"/>
        </w:rPr>
        <w:t>outlook</w:t>
      </w:r>
      <w:r>
        <w:rPr>
          <w:lang w:val="nl-NL"/>
        </w:rPr>
        <w:t xml:space="preserve"> of Gmail e-mailadres.</w:t>
      </w:r>
      <w:r>
        <w:rPr>
          <w:lang w:val="nl-NL"/>
        </w:rPr>
        <w:br/>
        <w:t>- je kunt ook Duck.ai gebruiken. Dat is een gratis A</w:t>
      </w:r>
      <w:r w:rsidR="009A1ED3">
        <w:rPr>
          <w:lang w:val="nl-NL"/>
        </w:rPr>
        <w:t>I</w:t>
      </w:r>
      <w:r>
        <w:rPr>
          <w:lang w:val="nl-NL"/>
        </w:rPr>
        <w:t>-tool waarbij je niet hoeft in te loggen.</w:t>
      </w:r>
      <w:r>
        <w:rPr>
          <w:lang w:val="nl-NL"/>
        </w:rPr>
        <w:br/>
        <w:t xml:space="preserve">Bij deze website moet je aanklikken welke AI-tool je wilt gebruiken voor je vraag. Maak hierin een keuze. </w:t>
      </w:r>
    </w:p>
    <w:p w14:paraId="6D8799A5" w14:textId="243D12AF" w:rsidR="00325D2C" w:rsidRPr="00DB6C95" w:rsidRDefault="009A7B8C" w:rsidP="00974A8A">
      <w:pPr>
        <w:pStyle w:val="Lijstnummering"/>
        <w:numPr>
          <w:ilvl w:val="0"/>
          <w:numId w:val="19"/>
        </w:numPr>
        <w:spacing w:before="0" w:after="0" w:line="240" w:lineRule="auto"/>
        <w:rPr>
          <w:lang w:val="nl-NL"/>
        </w:rPr>
      </w:pPr>
      <w:r w:rsidRPr="00DB6C95">
        <w:rPr>
          <w:lang w:val="nl-NL"/>
        </w:rPr>
        <w:t>Bedenk een prompt voor lesactiviteit. Maak deze prompt zo kort mogelijk. Bijvoorbeeld: geef me een leeractiviteit voor een werkgroep strafrecht.</w:t>
      </w:r>
    </w:p>
    <w:p w14:paraId="43F1320F" w14:textId="71C709EE" w:rsidR="009A7B8C" w:rsidRPr="00514721" w:rsidRDefault="009A7B8C" w:rsidP="00936394">
      <w:pPr>
        <w:pStyle w:val="Lijstnummering"/>
        <w:numPr>
          <w:ilvl w:val="0"/>
          <w:numId w:val="0"/>
        </w:numPr>
        <w:spacing w:before="0" w:after="0" w:line="240" w:lineRule="auto"/>
        <w:ind w:left="360"/>
        <w:rPr>
          <w:lang w:val="nl-NL"/>
        </w:rPr>
      </w:pPr>
      <w:r>
        <w:rPr>
          <w:lang w:val="nl-NL"/>
        </w:rPr>
        <w:t>Bekijk en beoordeel de output die de AI-tool heeft g</w:t>
      </w:r>
      <w:r w:rsidR="00DB6C95">
        <w:rPr>
          <w:lang w:val="nl-NL"/>
        </w:rPr>
        <w:t>egenereerd</w:t>
      </w:r>
      <w:r>
        <w:rPr>
          <w:lang w:val="nl-NL"/>
        </w:rPr>
        <w:t>.</w:t>
      </w:r>
    </w:p>
    <w:p w14:paraId="4FEC7CEF" w14:textId="77777777" w:rsidR="00325D2C" w:rsidRDefault="0079121F" w:rsidP="00936394">
      <w:pPr>
        <w:pStyle w:val="Lijstnummering"/>
        <w:spacing w:before="0" w:after="0" w:line="240" w:lineRule="auto"/>
        <w:rPr>
          <w:lang w:val="nl-NL"/>
        </w:rPr>
      </w:pPr>
      <w:r w:rsidRPr="00862DF4">
        <w:rPr>
          <w:lang w:val="nl-NL"/>
        </w:rPr>
        <w:t>Herschrijf de prompt met drie onderdelen: (1) Rol, (2) Context, (3) Doel/Outputvorm.</w:t>
      </w:r>
    </w:p>
    <w:p w14:paraId="357449BA" w14:textId="31823BDD" w:rsidR="00DB6C95" w:rsidRPr="00514721" w:rsidRDefault="00DB6C95" w:rsidP="00936394">
      <w:pPr>
        <w:pStyle w:val="Lijstnummering"/>
        <w:numPr>
          <w:ilvl w:val="0"/>
          <w:numId w:val="0"/>
        </w:numPr>
        <w:spacing w:before="0" w:after="0" w:line="240" w:lineRule="auto"/>
        <w:ind w:left="360"/>
        <w:rPr>
          <w:lang w:val="nl-NL"/>
        </w:rPr>
      </w:pPr>
      <w:r>
        <w:rPr>
          <w:lang w:val="nl-NL"/>
        </w:rPr>
        <w:t>Bekijk en beoordeel de output die de AI-tool heeft gegenereerd.</w:t>
      </w:r>
    </w:p>
    <w:p w14:paraId="3E81C3A0" w14:textId="3D0446CA" w:rsidR="00325D2C" w:rsidRDefault="00DB6C95" w:rsidP="00936394">
      <w:pPr>
        <w:pStyle w:val="Lijstnummering"/>
        <w:spacing w:before="0" w:after="0" w:line="240" w:lineRule="auto"/>
        <w:rPr>
          <w:lang w:val="nl-NL"/>
        </w:rPr>
      </w:pPr>
      <w:r w:rsidRPr="00862DF4">
        <w:rPr>
          <w:lang w:val="nl-NL"/>
        </w:rPr>
        <w:t xml:space="preserve">Herschrijf de prompt met </w:t>
      </w:r>
      <w:r>
        <w:rPr>
          <w:lang w:val="nl-NL"/>
        </w:rPr>
        <w:t xml:space="preserve">het PREPARE-model. </w:t>
      </w:r>
      <w:r w:rsidRPr="00862DF4">
        <w:rPr>
          <w:lang w:val="nl-NL"/>
        </w:rPr>
        <w:t xml:space="preserve"> </w:t>
      </w:r>
    </w:p>
    <w:p w14:paraId="4DF4096F" w14:textId="38135DEB" w:rsidR="00325D2C" w:rsidRDefault="00DB6C95" w:rsidP="00936394">
      <w:pPr>
        <w:pStyle w:val="Lijstnummering"/>
        <w:numPr>
          <w:ilvl w:val="0"/>
          <w:numId w:val="0"/>
        </w:numPr>
        <w:spacing w:before="0" w:after="0" w:line="240" w:lineRule="auto"/>
        <w:ind w:left="360"/>
        <w:rPr>
          <w:lang w:val="nl-NL"/>
        </w:rPr>
      </w:pPr>
      <w:r>
        <w:rPr>
          <w:lang w:val="nl-NL"/>
        </w:rPr>
        <w:t>Bekijk en beoordeel de output die de AI-tool heeft gegenereerd.</w:t>
      </w:r>
    </w:p>
    <w:p w14:paraId="62DA05E3" w14:textId="6120C0FC" w:rsidR="0020201C" w:rsidRDefault="0020201C" w:rsidP="00936394">
      <w:pPr>
        <w:pStyle w:val="Lijstnummering"/>
        <w:numPr>
          <w:ilvl w:val="0"/>
          <w:numId w:val="0"/>
        </w:numPr>
        <w:spacing w:before="0" w:after="0" w:line="240" w:lineRule="auto"/>
        <w:ind w:left="360"/>
        <w:rPr>
          <w:lang w:val="nl-NL"/>
        </w:rPr>
      </w:pPr>
      <w:r>
        <w:rPr>
          <w:lang w:val="nl-NL"/>
        </w:rPr>
        <w:t>Welke verschillen zie je, heeft het geholpen om het PREPARE-model toe te passen?</w:t>
      </w:r>
    </w:p>
    <w:p w14:paraId="64C00091" w14:textId="68058D87" w:rsidR="00DB6C95" w:rsidRDefault="00DB6C95" w:rsidP="00936394">
      <w:pPr>
        <w:pStyle w:val="Lijstnummering"/>
        <w:spacing w:before="0" w:after="0" w:line="240" w:lineRule="auto"/>
        <w:rPr>
          <w:lang w:val="nl-NL"/>
        </w:rPr>
      </w:pPr>
      <w:r>
        <w:rPr>
          <w:lang w:val="nl-NL"/>
        </w:rPr>
        <w:t xml:space="preserve">Open nu een andere AI-tool en doorloop bovenstaande stappen nog eens. Kopieer de prompts die je hierboven hebt gegeven. </w:t>
      </w:r>
    </w:p>
    <w:p w14:paraId="0E775C69" w14:textId="0B7F7273" w:rsidR="00DB6C95" w:rsidRDefault="00DB6C95" w:rsidP="00936394">
      <w:pPr>
        <w:pStyle w:val="Lijstnummering"/>
        <w:numPr>
          <w:ilvl w:val="0"/>
          <w:numId w:val="0"/>
        </w:numPr>
        <w:spacing w:before="0" w:after="0" w:line="240" w:lineRule="auto"/>
        <w:ind w:left="360"/>
        <w:rPr>
          <w:lang w:val="nl-NL"/>
        </w:rPr>
      </w:pPr>
      <w:r>
        <w:rPr>
          <w:lang w:val="nl-NL"/>
        </w:rPr>
        <w:t>Bekijk en beoordeel de output die de AI-tool heeft gegenereerd. En vergelijk met de output van de andere AI-tool. Welke overeenkomsten en welke verschillen zie je?</w:t>
      </w:r>
    </w:p>
    <w:p w14:paraId="6F41161B" w14:textId="061B203B" w:rsidR="00BC6865" w:rsidRDefault="00BC6865" w:rsidP="00936394">
      <w:pPr>
        <w:pStyle w:val="Lijstnummering"/>
        <w:spacing w:before="0" w:after="0" w:line="240" w:lineRule="auto"/>
        <w:rPr>
          <w:lang w:val="nl-NL"/>
        </w:rPr>
      </w:pPr>
      <w:proofErr w:type="spellStart"/>
      <w:r>
        <w:rPr>
          <w:lang w:val="nl-NL"/>
        </w:rPr>
        <w:t>Prompten</w:t>
      </w:r>
      <w:proofErr w:type="spellEnd"/>
      <w:r>
        <w:rPr>
          <w:lang w:val="nl-NL"/>
        </w:rPr>
        <w:t xml:space="preserve"> is een vaardigheid. En een vaardigheid die moet je trainen. Hoe meer en bewuster je gaat </w:t>
      </w:r>
      <w:proofErr w:type="spellStart"/>
      <w:r>
        <w:rPr>
          <w:lang w:val="nl-NL"/>
        </w:rPr>
        <w:t>prompten</w:t>
      </w:r>
      <w:proofErr w:type="spellEnd"/>
      <w:r>
        <w:rPr>
          <w:lang w:val="nl-NL"/>
        </w:rPr>
        <w:t xml:space="preserve">, hoe handiger je gaat worden in </w:t>
      </w:r>
      <w:proofErr w:type="spellStart"/>
      <w:r>
        <w:rPr>
          <w:lang w:val="nl-NL"/>
        </w:rPr>
        <w:t>prompten</w:t>
      </w:r>
      <w:proofErr w:type="spellEnd"/>
      <w:r>
        <w:rPr>
          <w:lang w:val="nl-NL"/>
        </w:rPr>
        <w:t xml:space="preserve"> en hoe sneller je </w:t>
      </w:r>
      <w:r w:rsidR="0020201C">
        <w:rPr>
          <w:lang w:val="nl-NL"/>
        </w:rPr>
        <w:t xml:space="preserve">goede </w:t>
      </w:r>
      <w:r>
        <w:rPr>
          <w:lang w:val="nl-NL"/>
        </w:rPr>
        <w:t xml:space="preserve">resultaten </w:t>
      </w:r>
      <w:r w:rsidR="0020201C">
        <w:rPr>
          <w:lang w:val="nl-NL"/>
        </w:rPr>
        <w:t xml:space="preserve">krijgt. En omdat de meeste AI-tools zijn getraind op basis van het gehele internet en talloze boeken, wordt er ook wel gezegd: als de output van de AI-tool niet aan je verwachting voldoet, dan heb je de verkeerde prompt gebruikt. </w:t>
      </w:r>
    </w:p>
    <w:p w14:paraId="01EAD322" w14:textId="6B3FEA6B" w:rsidR="00FB5E5D" w:rsidRPr="00FB5E5D" w:rsidRDefault="00FB5E5D" w:rsidP="00936394">
      <w:pPr>
        <w:pStyle w:val="Lijstnummering"/>
        <w:spacing w:before="0" w:after="0" w:line="240" w:lineRule="auto"/>
        <w:rPr>
          <w:lang w:val="nl-NL"/>
        </w:rPr>
      </w:pPr>
      <w:r>
        <w:rPr>
          <w:lang w:val="nl-NL"/>
        </w:rPr>
        <w:t>Doorloop daarom bovenstaande stappen nogmaals met een nieuwe prompt, gewoon om jezelf te trainen.</w:t>
      </w:r>
      <w:r w:rsidR="00936394">
        <w:rPr>
          <w:lang w:val="nl-NL"/>
        </w:rPr>
        <w:br/>
      </w:r>
    </w:p>
    <w:p w14:paraId="11EFA36D" w14:textId="511F362E" w:rsidR="009A7B8C" w:rsidRDefault="00886F8D" w:rsidP="00936394">
      <w:pPr>
        <w:pStyle w:val="Kop2"/>
        <w:spacing w:before="0" w:line="240" w:lineRule="auto"/>
      </w:pPr>
      <w:r>
        <w:t xml:space="preserve">Deel 1 </w:t>
      </w:r>
      <w:r w:rsidR="009A7B8C">
        <w:t>Stappenplan OOP</w:t>
      </w:r>
    </w:p>
    <w:p w14:paraId="6B2D47E6" w14:textId="77777777" w:rsidR="00DB6C95" w:rsidRPr="00DB6C95" w:rsidRDefault="00DB6C95" w:rsidP="00974A8A">
      <w:pPr>
        <w:pStyle w:val="Lijstnummering"/>
        <w:numPr>
          <w:ilvl w:val="0"/>
          <w:numId w:val="20"/>
        </w:numPr>
        <w:spacing w:before="0" w:after="0" w:line="240" w:lineRule="auto"/>
        <w:rPr>
          <w:lang w:val="nl-NL"/>
        </w:rPr>
      </w:pPr>
      <w:r w:rsidRPr="00DB6C95">
        <w:rPr>
          <w:lang w:val="nl-NL"/>
        </w:rPr>
        <w:t>Mocht je dat nog niet eerder gedaan hebben vandaag: open een AI-tool naar keuze.</w:t>
      </w:r>
    </w:p>
    <w:p w14:paraId="0D09688D" w14:textId="17403B1C" w:rsidR="00DB6C95" w:rsidRDefault="00DB6C95" w:rsidP="00936394">
      <w:pPr>
        <w:pStyle w:val="Lijstnummering"/>
        <w:numPr>
          <w:ilvl w:val="0"/>
          <w:numId w:val="0"/>
        </w:numPr>
        <w:spacing w:before="0" w:after="0" w:line="240" w:lineRule="auto"/>
        <w:ind w:left="360"/>
        <w:rPr>
          <w:lang w:val="nl-NL"/>
        </w:rPr>
      </w:pPr>
      <w:r>
        <w:rPr>
          <w:lang w:val="nl-NL"/>
        </w:rPr>
        <w:t xml:space="preserve">- Zoek online naar Google Gemini, Co-pilot, </w:t>
      </w:r>
      <w:proofErr w:type="spellStart"/>
      <w:r>
        <w:rPr>
          <w:lang w:val="nl-NL"/>
        </w:rPr>
        <w:t>ChatGPT</w:t>
      </w:r>
      <w:proofErr w:type="spellEnd"/>
      <w:r>
        <w:rPr>
          <w:lang w:val="nl-NL"/>
        </w:rPr>
        <w:t>, Claude,</w:t>
      </w:r>
      <w:r w:rsidR="001D0156" w:rsidRPr="001D0156">
        <w:rPr>
          <w:lang w:val="nl-NL"/>
        </w:rPr>
        <w:t xml:space="preserve"> </w:t>
      </w:r>
      <w:r w:rsidR="001D0156">
        <w:rPr>
          <w:lang w:val="nl-NL"/>
        </w:rPr>
        <w:t>Mistral</w:t>
      </w:r>
      <w:r>
        <w:rPr>
          <w:lang w:val="nl-NL"/>
        </w:rPr>
        <w:t xml:space="preserve">. </w:t>
      </w:r>
    </w:p>
    <w:p w14:paraId="3CFCA371" w14:textId="77777777" w:rsidR="00DB6C95" w:rsidRDefault="00DB6C95" w:rsidP="00936394">
      <w:pPr>
        <w:pStyle w:val="Lijstnummering"/>
        <w:numPr>
          <w:ilvl w:val="0"/>
          <w:numId w:val="0"/>
        </w:numPr>
        <w:spacing w:before="0" w:after="0" w:line="240" w:lineRule="auto"/>
        <w:ind w:left="360"/>
        <w:rPr>
          <w:lang w:val="nl-NL"/>
        </w:rPr>
      </w:pPr>
      <w:r>
        <w:rPr>
          <w:lang w:val="nl-NL"/>
        </w:rPr>
        <w:t xml:space="preserve">Het kan zijn dat je bij sommige AI-tools een account moet aanmaken en moet inloggen. Gebruik daarvoor liever niet je zakelijke e-mailadres. Overweeg om een gratis e-mailadres aan te maken als je een AI-applicatie vaker wilt gebruiken, bijvoorbeeld een </w:t>
      </w:r>
      <w:r w:rsidRPr="007517C4">
        <w:rPr>
          <w:lang w:val="nl-NL"/>
        </w:rPr>
        <w:t>outlook</w:t>
      </w:r>
      <w:r>
        <w:rPr>
          <w:lang w:val="nl-NL"/>
        </w:rPr>
        <w:t xml:space="preserve"> of Gmail e-mailadres.</w:t>
      </w:r>
      <w:r>
        <w:rPr>
          <w:lang w:val="nl-NL"/>
        </w:rPr>
        <w:br/>
        <w:t>- je kunt ook Duck.ai gebruiken. Dat is een gratis Ai-tool waarbij je niet hoeft in te loggen.</w:t>
      </w:r>
      <w:r>
        <w:rPr>
          <w:lang w:val="nl-NL"/>
        </w:rPr>
        <w:br/>
        <w:t xml:space="preserve">Bij deze website moet je aanklikken welke AI-tool je wilt gebruiken voor je vraag. Maak hierin een keuze. </w:t>
      </w:r>
    </w:p>
    <w:p w14:paraId="4317050F" w14:textId="3CBA43CE" w:rsidR="00DB6C95" w:rsidRPr="00DB6C95" w:rsidRDefault="00DB6C95" w:rsidP="00974A8A">
      <w:pPr>
        <w:pStyle w:val="Lijstnummering"/>
        <w:numPr>
          <w:ilvl w:val="0"/>
          <w:numId w:val="19"/>
        </w:numPr>
        <w:spacing w:before="0" w:after="0" w:line="240" w:lineRule="auto"/>
        <w:rPr>
          <w:lang w:val="nl-NL"/>
        </w:rPr>
      </w:pPr>
      <w:r w:rsidRPr="00DB6C95">
        <w:rPr>
          <w:lang w:val="nl-NL"/>
        </w:rPr>
        <w:t xml:space="preserve">Bedenk een prompt voor </w:t>
      </w:r>
      <w:r w:rsidR="00BC6865">
        <w:rPr>
          <w:lang w:val="nl-NL"/>
        </w:rPr>
        <w:t>een taak waarbij je hulp wilt van een AI-tool, bijvoorbeeld het opstellen van een bericht voor studenten of collega’s, een presentatie of het opstellen van een rapport.</w:t>
      </w:r>
      <w:r w:rsidRPr="00DB6C95">
        <w:rPr>
          <w:lang w:val="nl-NL"/>
        </w:rPr>
        <w:t xml:space="preserve"> Maak deze prompt zo kort mogelijk. Bijvoorbeeld: geef me een leeractiviteit voor een werkgroep strafrecht.</w:t>
      </w:r>
    </w:p>
    <w:p w14:paraId="6529F693" w14:textId="77777777" w:rsidR="00DB6C95" w:rsidRPr="00514721" w:rsidRDefault="00DB6C95" w:rsidP="00936394">
      <w:pPr>
        <w:pStyle w:val="Lijstnummering"/>
        <w:numPr>
          <w:ilvl w:val="0"/>
          <w:numId w:val="0"/>
        </w:numPr>
        <w:spacing w:before="0" w:after="0" w:line="240" w:lineRule="auto"/>
        <w:ind w:left="360"/>
        <w:rPr>
          <w:lang w:val="nl-NL"/>
        </w:rPr>
      </w:pPr>
      <w:r>
        <w:rPr>
          <w:lang w:val="nl-NL"/>
        </w:rPr>
        <w:t>Bekijk en beoordeel de output die de AI-tool heeft gegenereerd.</w:t>
      </w:r>
    </w:p>
    <w:p w14:paraId="15E55559" w14:textId="77777777" w:rsidR="00DB6C95" w:rsidRDefault="00DB6C95" w:rsidP="00936394">
      <w:pPr>
        <w:pStyle w:val="Lijstnummering"/>
        <w:spacing w:before="0" w:after="0" w:line="240" w:lineRule="auto"/>
        <w:rPr>
          <w:lang w:val="nl-NL"/>
        </w:rPr>
      </w:pPr>
      <w:r w:rsidRPr="00862DF4">
        <w:rPr>
          <w:lang w:val="nl-NL"/>
        </w:rPr>
        <w:t>Herschrijf de prompt met drie onderdelen: (1) Rol, (2) Context, (3) Doel/Outputvorm.</w:t>
      </w:r>
    </w:p>
    <w:p w14:paraId="1A07F90C" w14:textId="77777777" w:rsidR="00DB6C95" w:rsidRPr="00514721" w:rsidRDefault="00DB6C95" w:rsidP="00936394">
      <w:pPr>
        <w:pStyle w:val="Lijstnummering"/>
        <w:numPr>
          <w:ilvl w:val="0"/>
          <w:numId w:val="0"/>
        </w:numPr>
        <w:spacing w:before="0" w:after="0" w:line="240" w:lineRule="auto"/>
        <w:ind w:left="360"/>
        <w:rPr>
          <w:lang w:val="nl-NL"/>
        </w:rPr>
      </w:pPr>
      <w:r>
        <w:rPr>
          <w:lang w:val="nl-NL"/>
        </w:rPr>
        <w:t>Bekijk en beoordeel de output die de AI-tool heeft gegenereerd.</w:t>
      </w:r>
    </w:p>
    <w:p w14:paraId="3EEA004D" w14:textId="77777777" w:rsidR="00DB6C95" w:rsidRDefault="00DB6C95" w:rsidP="00936394">
      <w:pPr>
        <w:pStyle w:val="Lijstnummering"/>
        <w:spacing w:before="0" w:after="0" w:line="240" w:lineRule="auto"/>
        <w:rPr>
          <w:lang w:val="nl-NL"/>
        </w:rPr>
      </w:pPr>
      <w:r w:rsidRPr="00862DF4">
        <w:rPr>
          <w:lang w:val="nl-NL"/>
        </w:rPr>
        <w:t xml:space="preserve">Herschrijf de prompt met </w:t>
      </w:r>
      <w:r>
        <w:rPr>
          <w:lang w:val="nl-NL"/>
        </w:rPr>
        <w:t xml:space="preserve">het PREPARE-model. </w:t>
      </w:r>
      <w:r w:rsidRPr="00862DF4">
        <w:rPr>
          <w:lang w:val="nl-NL"/>
        </w:rPr>
        <w:t xml:space="preserve"> </w:t>
      </w:r>
    </w:p>
    <w:p w14:paraId="321A53A1" w14:textId="1C2D576F" w:rsidR="00DB6C95" w:rsidRDefault="00DB6C95" w:rsidP="00936394">
      <w:pPr>
        <w:pStyle w:val="Lijstnummering"/>
        <w:numPr>
          <w:ilvl w:val="0"/>
          <w:numId w:val="0"/>
        </w:numPr>
        <w:spacing w:before="0" w:after="0" w:line="240" w:lineRule="auto"/>
        <w:ind w:left="360"/>
        <w:rPr>
          <w:lang w:val="nl-NL"/>
        </w:rPr>
      </w:pPr>
      <w:r>
        <w:rPr>
          <w:lang w:val="nl-NL"/>
        </w:rPr>
        <w:t>Bekijk en beoordeel de output die de AI-tool heeft gegenereerd</w:t>
      </w:r>
      <w:r w:rsidR="0020201C">
        <w:rPr>
          <w:lang w:val="nl-NL"/>
        </w:rPr>
        <w:t>. Welke verschillen zie je, heeft het geholpen om het PREPARE-model toe te passen?</w:t>
      </w:r>
    </w:p>
    <w:p w14:paraId="691D8B2F" w14:textId="77777777" w:rsidR="0020201C" w:rsidRDefault="0020201C" w:rsidP="00936394">
      <w:pPr>
        <w:pStyle w:val="Lijstnummering"/>
        <w:spacing w:before="0" w:after="0" w:line="240" w:lineRule="auto"/>
        <w:rPr>
          <w:lang w:val="nl-NL"/>
        </w:rPr>
      </w:pPr>
      <w:r>
        <w:rPr>
          <w:lang w:val="nl-NL"/>
        </w:rPr>
        <w:t xml:space="preserve">Open nu een andere AI-tool en doorloop bovenstaande stappen nog eens. Kopieer de prompts die je hierboven hebt gegeven. </w:t>
      </w:r>
    </w:p>
    <w:p w14:paraId="7CA53635" w14:textId="531A5CE6" w:rsidR="0020201C" w:rsidRPr="00862DF4" w:rsidRDefault="0020201C" w:rsidP="00936394">
      <w:pPr>
        <w:pStyle w:val="Lijstnummering"/>
        <w:numPr>
          <w:ilvl w:val="0"/>
          <w:numId w:val="0"/>
        </w:numPr>
        <w:spacing w:before="0" w:after="0" w:line="240" w:lineRule="auto"/>
        <w:ind w:left="360"/>
        <w:rPr>
          <w:lang w:val="nl-NL"/>
        </w:rPr>
      </w:pPr>
      <w:r>
        <w:rPr>
          <w:lang w:val="nl-NL"/>
        </w:rPr>
        <w:t>Bekijk en beoordeel de output die de AI-tool heeft gegenereerd. En vergelijk met de output van de andere AI-tool. Welke overeenkomsten en welke verschillen zie je?</w:t>
      </w:r>
    </w:p>
    <w:p w14:paraId="0519B8E1" w14:textId="666FB572" w:rsidR="00000B94" w:rsidRDefault="0020201C" w:rsidP="00936394">
      <w:pPr>
        <w:pStyle w:val="Lijstnummering"/>
        <w:spacing w:before="0" w:after="0" w:line="240" w:lineRule="auto"/>
        <w:rPr>
          <w:lang w:val="nl-NL"/>
        </w:rPr>
      </w:pPr>
      <w:proofErr w:type="spellStart"/>
      <w:r>
        <w:rPr>
          <w:lang w:val="nl-NL"/>
        </w:rPr>
        <w:lastRenderedPageBreak/>
        <w:t>Prompten</w:t>
      </w:r>
      <w:proofErr w:type="spellEnd"/>
      <w:r>
        <w:rPr>
          <w:lang w:val="nl-NL"/>
        </w:rPr>
        <w:t xml:space="preserve"> is een vaardigheid. En een vaardigheid die moet je trainen. Hoe meer en bewuster je gaat </w:t>
      </w:r>
      <w:proofErr w:type="spellStart"/>
      <w:r>
        <w:rPr>
          <w:lang w:val="nl-NL"/>
        </w:rPr>
        <w:t>prompten</w:t>
      </w:r>
      <w:proofErr w:type="spellEnd"/>
      <w:r>
        <w:rPr>
          <w:lang w:val="nl-NL"/>
        </w:rPr>
        <w:t xml:space="preserve">, hoe handiger je gaat worden in </w:t>
      </w:r>
      <w:proofErr w:type="spellStart"/>
      <w:r>
        <w:rPr>
          <w:lang w:val="nl-NL"/>
        </w:rPr>
        <w:t>prompten</w:t>
      </w:r>
      <w:proofErr w:type="spellEnd"/>
      <w:r>
        <w:rPr>
          <w:lang w:val="nl-NL"/>
        </w:rPr>
        <w:t xml:space="preserve"> en hoe sneller je goede resultaten krijgt. En omdat de meeste AI-tools zijn getraind op basis van het gehele internet en talloze boeken, wordt er ook wel gezegd: als de output van de AI-tool niet aan je verwachting voldoet, dan heb je de verkeerde prompt gebruikt. </w:t>
      </w:r>
    </w:p>
    <w:p w14:paraId="00975108" w14:textId="0748B44D" w:rsidR="00FB5E5D" w:rsidRDefault="00FB5E5D" w:rsidP="00936394">
      <w:pPr>
        <w:pStyle w:val="Lijstnummering"/>
        <w:spacing w:before="0" w:after="0" w:line="240" w:lineRule="auto"/>
        <w:rPr>
          <w:lang w:val="nl-NL"/>
        </w:rPr>
      </w:pPr>
      <w:r>
        <w:rPr>
          <w:lang w:val="nl-NL"/>
        </w:rPr>
        <w:t>Doorloop daarom bovenstaande stappen nogmaals met een nieuwe prompt, gewoon om jezelf te trainen.</w:t>
      </w:r>
    </w:p>
    <w:p w14:paraId="4506A3DE" w14:textId="77777777" w:rsidR="00886F8D" w:rsidRDefault="00886F8D" w:rsidP="00936394">
      <w:pPr>
        <w:pStyle w:val="Lijstnummering"/>
        <w:numPr>
          <w:ilvl w:val="0"/>
          <w:numId w:val="0"/>
        </w:numPr>
        <w:spacing w:before="0" w:after="0" w:line="240" w:lineRule="auto"/>
        <w:ind w:left="360" w:hanging="360"/>
        <w:rPr>
          <w:lang w:val="nl-NL"/>
        </w:rPr>
      </w:pPr>
    </w:p>
    <w:p w14:paraId="31583D1F" w14:textId="3BF1EAA0" w:rsidR="00886F8D" w:rsidRDefault="00886F8D" w:rsidP="00936394">
      <w:pPr>
        <w:pStyle w:val="Kop2"/>
        <w:spacing w:before="0" w:line="240" w:lineRule="auto"/>
        <w:rPr>
          <w:lang w:val="nl-NL"/>
        </w:rPr>
      </w:pPr>
      <w:r w:rsidRPr="00886F8D">
        <w:rPr>
          <w:lang w:val="nl-NL"/>
        </w:rPr>
        <w:t>Deel 2 Stappenplan OP + OOP</w:t>
      </w:r>
    </w:p>
    <w:p w14:paraId="0AEC968C" w14:textId="5B1605F3" w:rsidR="00886F8D" w:rsidRDefault="00886F8D" w:rsidP="00974A8A">
      <w:pPr>
        <w:pStyle w:val="Lijstnummering"/>
        <w:numPr>
          <w:ilvl w:val="0"/>
          <w:numId w:val="23"/>
        </w:numPr>
        <w:spacing w:before="0" w:after="0" w:line="240" w:lineRule="auto"/>
        <w:rPr>
          <w:lang w:val="nl-NL"/>
        </w:rPr>
      </w:pPr>
      <w:r>
        <w:rPr>
          <w:lang w:val="nl-NL"/>
        </w:rPr>
        <w:t xml:space="preserve">Je hebt nu al geleerd hoe je een model (het PREPARE-model) kunt gebruiken voor het aanpassen van je prompt. Er zijn echter meerdere modellen om een prompt vorm te  geven. Vraag aan je AI-tool welke modellen er zijn om te </w:t>
      </w:r>
      <w:proofErr w:type="spellStart"/>
      <w:r>
        <w:rPr>
          <w:lang w:val="nl-NL"/>
        </w:rPr>
        <w:t>prompten</w:t>
      </w:r>
      <w:proofErr w:type="spellEnd"/>
      <w:r>
        <w:rPr>
          <w:lang w:val="nl-NL"/>
        </w:rPr>
        <w:t xml:space="preserve">. Bekijk deze of er een model bij zit wat mogelijk beter bij jou of jouw werkzaamheden past. </w:t>
      </w:r>
    </w:p>
    <w:p w14:paraId="51795E7C" w14:textId="446A240A" w:rsidR="00886F8D" w:rsidRDefault="00E665ED" w:rsidP="00974A8A">
      <w:pPr>
        <w:pStyle w:val="Lijstnummering"/>
        <w:numPr>
          <w:ilvl w:val="0"/>
          <w:numId w:val="23"/>
        </w:numPr>
        <w:spacing w:before="0" w:after="0" w:line="240" w:lineRule="auto"/>
        <w:rPr>
          <w:lang w:val="nl-NL"/>
        </w:rPr>
      </w:pPr>
      <w:r>
        <w:rPr>
          <w:lang w:val="nl-NL"/>
        </w:rPr>
        <w:t>Nu gaan we onze prompt</w:t>
      </w:r>
      <w:r w:rsidR="0016620C">
        <w:rPr>
          <w:lang w:val="nl-NL"/>
        </w:rPr>
        <w:t xml:space="preserve"> en/of onze output </w:t>
      </w:r>
      <w:r>
        <w:rPr>
          <w:lang w:val="nl-NL"/>
        </w:rPr>
        <w:t xml:space="preserve">nog beter maken. Dat doen we in verschillende stappen. </w:t>
      </w:r>
      <w:r w:rsidR="00931500">
        <w:rPr>
          <w:lang w:val="nl-NL"/>
        </w:rPr>
        <w:t>Soms kun je deze stappen opnemen in je initiële prompt, andere keren is het een vervolgprompt die je geeft naar aanleiding van de output die de AI-tool heeft gegenereerd.</w:t>
      </w:r>
      <w:r w:rsidR="00922282">
        <w:rPr>
          <w:lang w:val="nl-NL"/>
        </w:rPr>
        <w:br/>
        <w:t>Voer de volgende stappen allemaal uit zodat je praktisch ziet wat een aanvulling of toevoeging concreet doet met de output van een AI-tool.</w:t>
      </w:r>
    </w:p>
    <w:p w14:paraId="18501A38" w14:textId="7953E7A6" w:rsidR="00931500" w:rsidRPr="00931500" w:rsidRDefault="00931500" w:rsidP="00974A8A">
      <w:pPr>
        <w:pStyle w:val="Lijstnummering"/>
        <w:numPr>
          <w:ilvl w:val="0"/>
          <w:numId w:val="23"/>
        </w:numPr>
        <w:spacing w:before="0" w:after="0" w:line="240" w:lineRule="auto"/>
        <w:rPr>
          <w:lang w:val="nl-NL"/>
        </w:rPr>
      </w:pPr>
      <w:r w:rsidRPr="00931500">
        <w:rPr>
          <w:lang w:val="nl-NL"/>
        </w:rPr>
        <w:t xml:space="preserve">Vraag </w:t>
      </w:r>
      <w:r>
        <w:rPr>
          <w:lang w:val="nl-NL"/>
        </w:rPr>
        <w:t xml:space="preserve">de AI-tool </w:t>
      </w:r>
      <w:r w:rsidRPr="00931500">
        <w:rPr>
          <w:lang w:val="nl-NL"/>
        </w:rPr>
        <w:t>om 2 varianten</w:t>
      </w:r>
      <w:r>
        <w:rPr>
          <w:lang w:val="nl-NL"/>
        </w:rPr>
        <w:t xml:space="preserve"> te genereren van de lesopdracht voor strafrecht.</w:t>
      </w:r>
    </w:p>
    <w:p w14:paraId="540AA039" w14:textId="22EABFE5" w:rsidR="00931500" w:rsidRPr="00931500" w:rsidRDefault="00931500" w:rsidP="00936394">
      <w:pPr>
        <w:pStyle w:val="Lijstnummering"/>
        <w:numPr>
          <w:ilvl w:val="0"/>
          <w:numId w:val="0"/>
        </w:numPr>
        <w:spacing w:before="0" w:after="0" w:line="240" w:lineRule="auto"/>
        <w:ind w:left="360"/>
        <w:rPr>
          <w:lang w:val="nl-NL"/>
        </w:rPr>
      </w:pPr>
      <w:r w:rsidRPr="00931500">
        <w:rPr>
          <w:lang w:val="nl-NL"/>
        </w:rPr>
        <w:t xml:space="preserve">“Geef een korte én een uitgebreide versie” </w:t>
      </w:r>
    </w:p>
    <w:p w14:paraId="36B1884B" w14:textId="555FDB2B" w:rsidR="00931500" w:rsidRPr="00931500" w:rsidRDefault="00931500" w:rsidP="00974A8A">
      <w:pPr>
        <w:pStyle w:val="Lijstnummering"/>
        <w:numPr>
          <w:ilvl w:val="0"/>
          <w:numId w:val="23"/>
        </w:numPr>
        <w:spacing w:before="0" w:after="0" w:line="240" w:lineRule="auto"/>
        <w:rPr>
          <w:lang w:val="nl-NL"/>
        </w:rPr>
      </w:pPr>
      <w:r w:rsidRPr="00931500">
        <w:rPr>
          <w:lang w:val="nl-NL"/>
        </w:rPr>
        <w:t>Laat de AI eerst vragen stellen als</w:t>
      </w:r>
      <w:r w:rsidR="00104438">
        <w:rPr>
          <w:lang w:val="nl-NL"/>
        </w:rPr>
        <w:t xml:space="preserve"> er</w:t>
      </w:r>
      <w:r w:rsidRPr="00931500">
        <w:rPr>
          <w:lang w:val="nl-NL"/>
        </w:rPr>
        <w:t xml:space="preserve"> info</w:t>
      </w:r>
      <w:r w:rsidR="00104438">
        <w:rPr>
          <w:lang w:val="nl-NL"/>
        </w:rPr>
        <w:t>rmatie</w:t>
      </w:r>
      <w:r w:rsidRPr="00931500">
        <w:rPr>
          <w:lang w:val="nl-NL"/>
        </w:rPr>
        <w:t xml:space="preserve"> ontbreekt</w:t>
      </w:r>
      <w:r w:rsidR="00104438">
        <w:rPr>
          <w:lang w:val="nl-NL"/>
        </w:rPr>
        <w:t>. Geef hierbij je prompt en voeg dan de volgende zin toe</w:t>
      </w:r>
      <w:r w:rsidR="0016620C">
        <w:rPr>
          <w:lang w:val="nl-NL"/>
        </w:rPr>
        <w:t>:</w:t>
      </w:r>
    </w:p>
    <w:p w14:paraId="53C67A10" w14:textId="2381B8C3" w:rsidR="00931500" w:rsidRDefault="00B74EA8" w:rsidP="00936394">
      <w:pPr>
        <w:pStyle w:val="Lijstnummering"/>
        <w:numPr>
          <w:ilvl w:val="0"/>
          <w:numId w:val="0"/>
        </w:numPr>
        <w:spacing w:before="0" w:after="0" w:line="240" w:lineRule="auto"/>
        <w:ind w:left="360"/>
        <w:rPr>
          <w:lang w:val="nl-NL"/>
        </w:rPr>
      </w:pPr>
      <w:r>
        <w:rPr>
          <w:lang w:val="nl-NL"/>
        </w:rPr>
        <w:t>[</w:t>
      </w:r>
      <w:r w:rsidR="00931500" w:rsidRPr="00931500">
        <w:rPr>
          <w:lang w:val="nl-NL"/>
        </w:rPr>
        <w:t xml:space="preserve">Stel eerst 3 </w:t>
      </w:r>
      <w:r w:rsidR="0079642A">
        <w:rPr>
          <w:lang w:val="nl-NL"/>
        </w:rPr>
        <w:t xml:space="preserve">verhelderende </w:t>
      </w:r>
      <w:r w:rsidR="00931500" w:rsidRPr="00931500">
        <w:rPr>
          <w:lang w:val="nl-NL"/>
        </w:rPr>
        <w:t>vragen voordat je antwoord geeft als je iets mist</w:t>
      </w:r>
      <w:r>
        <w:rPr>
          <w:lang w:val="nl-NL"/>
        </w:rPr>
        <w:t>]</w:t>
      </w:r>
    </w:p>
    <w:p w14:paraId="69B2F5B7" w14:textId="52E12CF3" w:rsidR="0079642A" w:rsidRPr="00931500" w:rsidRDefault="0079642A" w:rsidP="00936394">
      <w:pPr>
        <w:pStyle w:val="Lijstnummering"/>
        <w:numPr>
          <w:ilvl w:val="0"/>
          <w:numId w:val="0"/>
        </w:numPr>
        <w:spacing w:before="0" w:after="0" w:line="240" w:lineRule="auto"/>
        <w:ind w:left="360"/>
        <w:rPr>
          <w:lang w:val="nl-NL"/>
        </w:rPr>
      </w:pPr>
      <w:r>
        <w:rPr>
          <w:lang w:val="nl-NL"/>
        </w:rPr>
        <w:t>De vragen de AI-tool vervolgens aan je stelt zijn eigen de punten die je op had kunnen of moeten nemen in je prompt.</w:t>
      </w:r>
    </w:p>
    <w:p w14:paraId="0045A955" w14:textId="6EEF95FB" w:rsidR="00931500" w:rsidRPr="00931500" w:rsidRDefault="00931500" w:rsidP="00974A8A">
      <w:pPr>
        <w:pStyle w:val="Lijstnummering"/>
        <w:numPr>
          <w:ilvl w:val="0"/>
          <w:numId w:val="23"/>
        </w:numPr>
        <w:spacing w:before="0" w:after="0" w:line="240" w:lineRule="auto"/>
        <w:rPr>
          <w:lang w:val="nl-NL"/>
        </w:rPr>
      </w:pPr>
      <w:r w:rsidRPr="00931500">
        <w:rPr>
          <w:lang w:val="nl-NL"/>
        </w:rPr>
        <w:t xml:space="preserve">Vraag </w:t>
      </w:r>
      <w:r w:rsidR="0079642A">
        <w:rPr>
          <w:lang w:val="nl-NL"/>
        </w:rPr>
        <w:t xml:space="preserve">de AI-tool </w:t>
      </w:r>
      <w:r w:rsidRPr="00931500">
        <w:rPr>
          <w:lang w:val="nl-NL"/>
        </w:rPr>
        <w:t>om controlepunten</w:t>
      </w:r>
      <w:r w:rsidR="00A94EBC">
        <w:rPr>
          <w:lang w:val="nl-NL"/>
        </w:rPr>
        <w:t xml:space="preserve"> aan te geven op zijn eigen output. Nadat de output gegener</w:t>
      </w:r>
      <w:r w:rsidR="00B74EA8">
        <w:rPr>
          <w:lang w:val="nl-NL"/>
        </w:rPr>
        <w:t>eerd is, geef je de volgende prompt:</w:t>
      </w:r>
    </w:p>
    <w:p w14:paraId="0B7DDC7A" w14:textId="7E58453D" w:rsidR="00931500" w:rsidRDefault="00B74EA8" w:rsidP="00936394">
      <w:pPr>
        <w:pStyle w:val="Lijstnummering"/>
        <w:numPr>
          <w:ilvl w:val="0"/>
          <w:numId w:val="0"/>
        </w:numPr>
        <w:spacing w:before="0" w:after="0" w:line="240" w:lineRule="auto"/>
        <w:ind w:left="360"/>
        <w:rPr>
          <w:lang w:val="nl-NL"/>
        </w:rPr>
      </w:pPr>
      <w:r>
        <w:rPr>
          <w:lang w:val="nl-NL"/>
        </w:rPr>
        <w:t>[</w:t>
      </w:r>
      <w:r w:rsidR="00931500" w:rsidRPr="00931500">
        <w:rPr>
          <w:lang w:val="nl-NL"/>
        </w:rPr>
        <w:t>Noem 3 dingen die ik moet checken op juistheid/actualiteit</w:t>
      </w:r>
      <w:r>
        <w:rPr>
          <w:lang w:val="nl-NL"/>
        </w:rPr>
        <w:t>]</w:t>
      </w:r>
    </w:p>
    <w:p w14:paraId="24CD1A71" w14:textId="6EDD6BC5" w:rsidR="00B74EA8" w:rsidRDefault="00B74EA8" w:rsidP="00936394">
      <w:pPr>
        <w:pStyle w:val="Lijstnummering"/>
        <w:numPr>
          <w:ilvl w:val="0"/>
          <w:numId w:val="0"/>
        </w:numPr>
        <w:spacing w:before="0" w:after="0" w:line="240" w:lineRule="auto"/>
        <w:ind w:left="360"/>
        <w:rPr>
          <w:lang w:val="nl-NL"/>
        </w:rPr>
      </w:pPr>
      <w:r>
        <w:rPr>
          <w:lang w:val="nl-NL"/>
        </w:rPr>
        <w:t xml:space="preserve">Of </w:t>
      </w:r>
    </w:p>
    <w:p w14:paraId="13D42D16" w14:textId="4B80178A" w:rsidR="00B74EA8" w:rsidRDefault="00B74EA8" w:rsidP="00936394">
      <w:pPr>
        <w:pStyle w:val="Lijstnummering"/>
        <w:numPr>
          <w:ilvl w:val="0"/>
          <w:numId w:val="0"/>
        </w:numPr>
        <w:spacing w:before="0" w:after="0" w:line="240" w:lineRule="auto"/>
        <w:ind w:left="360"/>
        <w:rPr>
          <w:lang w:val="nl-NL"/>
        </w:rPr>
      </w:pPr>
      <w:r>
        <w:rPr>
          <w:lang w:val="nl-NL"/>
        </w:rPr>
        <w:t>[Geef</w:t>
      </w:r>
      <w:r w:rsidRPr="00931500">
        <w:rPr>
          <w:lang w:val="nl-NL"/>
        </w:rPr>
        <w:t xml:space="preserve"> </w:t>
      </w:r>
      <w:r>
        <w:rPr>
          <w:lang w:val="nl-NL"/>
        </w:rPr>
        <w:t>feedback op je output</w:t>
      </w:r>
      <w:r w:rsidR="00F70B15">
        <w:rPr>
          <w:lang w:val="nl-NL"/>
        </w:rPr>
        <w:t xml:space="preserve"> waarbij je de focus legt op juistheid en actualiteit</w:t>
      </w:r>
      <w:r>
        <w:rPr>
          <w:lang w:val="nl-NL"/>
        </w:rPr>
        <w:t>]</w:t>
      </w:r>
    </w:p>
    <w:p w14:paraId="20F39998" w14:textId="2A82083E" w:rsidR="00B74EA8" w:rsidRPr="00931500" w:rsidRDefault="00F70B15" w:rsidP="00936394">
      <w:pPr>
        <w:pStyle w:val="Lijstnummering"/>
        <w:numPr>
          <w:ilvl w:val="0"/>
          <w:numId w:val="0"/>
        </w:numPr>
        <w:spacing w:before="0" w:after="0" w:line="240" w:lineRule="auto"/>
        <w:ind w:left="360"/>
        <w:rPr>
          <w:lang w:val="nl-NL"/>
        </w:rPr>
      </w:pPr>
      <w:r>
        <w:rPr>
          <w:lang w:val="nl-NL"/>
        </w:rPr>
        <w:t>Vervolgens kun je de AI-tool de opdracht geven om deze check uit te voeren, dan wel de feedback toe te passen op de output.</w:t>
      </w:r>
    </w:p>
    <w:p w14:paraId="02EC533F" w14:textId="77777777" w:rsidR="0016620C" w:rsidRPr="00931500" w:rsidRDefault="00931500" w:rsidP="00974A8A">
      <w:pPr>
        <w:pStyle w:val="Lijstnummering"/>
        <w:numPr>
          <w:ilvl w:val="0"/>
          <w:numId w:val="23"/>
        </w:numPr>
        <w:spacing w:before="0" w:after="0" w:line="240" w:lineRule="auto"/>
        <w:rPr>
          <w:lang w:val="nl-NL"/>
        </w:rPr>
      </w:pPr>
      <w:r w:rsidRPr="00931500">
        <w:rPr>
          <w:lang w:val="nl-NL"/>
        </w:rPr>
        <w:t xml:space="preserve">Vraag </w:t>
      </w:r>
      <w:r w:rsidR="0016620C">
        <w:rPr>
          <w:lang w:val="nl-NL"/>
        </w:rPr>
        <w:t xml:space="preserve">de AI-tool in je prompt </w:t>
      </w:r>
      <w:r w:rsidRPr="00931500">
        <w:rPr>
          <w:lang w:val="nl-NL"/>
        </w:rPr>
        <w:t>om onzekerheden/aannames te markeren</w:t>
      </w:r>
      <w:r w:rsidR="0016620C">
        <w:rPr>
          <w:lang w:val="nl-NL"/>
        </w:rPr>
        <w:t>. Geef hierbij je prompt en voeg dan de volgende zin toe:</w:t>
      </w:r>
    </w:p>
    <w:p w14:paraId="242B9A51" w14:textId="3985979F" w:rsidR="00931500" w:rsidRDefault="0016620C" w:rsidP="00936394">
      <w:pPr>
        <w:pStyle w:val="Lijstnummering"/>
        <w:numPr>
          <w:ilvl w:val="0"/>
          <w:numId w:val="0"/>
        </w:numPr>
        <w:spacing w:before="0" w:after="0" w:line="240" w:lineRule="auto"/>
        <w:ind w:left="360"/>
        <w:rPr>
          <w:lang w:val="nl-NL"/>
        </w:rPr>
      </w:pPr>
      <w:r>
        <w:rPr>
          <w:lang w:val="nl-NL"/>
        </w:rPr>
        <w:t>[</w:t>
      </w:r>
      <w:r w:rsidR="00931500" w:rsidRPr="00931500">
        <w:rPr>
          <w:lang w:val="nl-NL"/>
        </w:rPr>
        <w:t>Markeer aannames met [AANNAME]</w:t>
      </w:r>
    </w:p>
    <w:p w14:paraId="3D9EE9B4" w14:textId="77777777" w:rsidR="00CD0368" w:rsidRDefault="00CD0368" w:rsidP="00936394">
      <w:pPr>
        <w:pStyle w:val="Lijstnummering"/>
        <w:numPr>
          <w:ilvl w:val="0"/>
          <w:numId w:val="0"/>
        </w:numPr>
        <w:spacing w:before="0" w:after="0" w:line="240" w:lineRule="auto"/>
        <w:ind w:left="360"/>
        <w:rPr>
          <w:lang w:val="nl-NL"/>
        </w:rPr>
      </w:pPr>
      <w:r>
        <w:rPr>
          <w:lang w:val="nl-NL"/>
        </w:rPr>
        <w:t xml:space="preserve">Of </w:t>
      </w:r>
    </w:p>
    <w:p w14:paraId="3727B121" w14:textId="77777777" w:rsidR="00DF769F" w:rsidRDefault="00CD0368" w:rsidP="00936394">
      <w:pPr>
        <w:pStyle w:val="Lijstnummering"/>
        <w:numPr>
          <w:ilvl w:val="0"/>
          <w:numId w:val="0"/>
        </w:numPr>
        <w:spacing w:before="0" w:after="0" w:line="240" w:lineRule="auto"/>
        <w:ind w:left="360"/>
        <w:rPr>
          <w:lang w:val="nl-NL"/>
        </w:rPr>
      </w:pPr>
      <w:r>
        <w:rPr>
          <w:lang w:val="nl-NL"/>
        </w:rPr>
        <w:t>[geef aan over welke zaken je heel zeker bent en over welke zaken je niet zeker bent]</w:t>
      </w:r>
    </w:p>
    <w:p w14:paraId="476E71E0" w14:textId="04255886" w:rsidR="004260C7" w:rsidRDefault="004260C7">
      <w:pPr>
        <w:rPr>
          <w:lang w:val="nl-NL"/>
        </w:rPr>
      </w:pPr>
      <w:r>
        <w:rPr>
          <w:lang w:val="nl-NL"/>
        </w:rPr>
        <w:br w:type="page"/>
      </w:r>
    </w:p>
    <w:p w14:paraId="45D6D63D" w14:textId="34ADE526" w:rsidR="004260C7" w:rsidRPr="00886F8D" w:rsidRDefault="004260C7" w:rsidP="004260C7">
      <w:pPr>
        <w:pStyle w:val="Kop2"/>
        <w:spacing w:before="0" w:line="240" w:lineRule="auto"/>
        <w:rPr>
          <w:lang w:val="nl-NL"/>
        </w:rPr>
      </w:pPr>
      <w:r>
        <w:rPr>
          <w:lang w:val="nl-NL"/>
        </w:rPr>
        <w:lastRenderedPageBreak/>
        <w:t>dEEL 3 itereren</w:t>
      </w:r>
    </w:p>
    <w:p w14:paraId="1FBCEFED" w14:textId="0D4FD662" w:rsidR="00F82F6A" w:rsidRDefault="00DF769F" w:rsidP="004260C7">
      <w:pPr>
        <w:pStyle w:val="Lijstnummering"/>
        <w:numPr>
          <w:ilvl w:val="0"/>
          <w:numId w:val="0"/>
        </w:numPr>
        <w:spacing w:after="0" w:line="240" w:lineRule="auto"/>
        <w:rPr>
          <w:lang w:val="nl-NL"/>
        </w:rPr>
      </w:pPr>
      <w:r>
        <w:rPr>
          <w:lang w:val="nl-NL"/>
        </w:rPr>
        <w:t xml:space="preserve">Een volgende stap in het </w:t>
      </w:r>
      <w:proofErr w:type="spellStart"/>
      <w:r>
        <w:rPr>
          <w:lang w:val="nl-NL"/>
        </w:rPr>
        <w:t>prompten</w:t>
      </w:r>
      <w:proofErr w:type="spellEnd"/>
      <w:r>
        <w:rPr>
          <w:lang w:val="nl-NL"/>
        </w:rPr>
        <w:t xml:space="preserve"> is itereren. </w:t>
      </w:r>
      <w:r w:rsidRPr="00DF769F">
        <w:rPr>
          <w:lang w:val="nl-NL"/>
        </w:rPr>
        <w:t xml:space="preserve">Itereren betekent simpel gezegd: </w:t>
      </w:r>
      <w:r w:rsidRPr="00DF769F">
        <w:rPr>
          <w:i/>
          <w:iCs/>
          <w:lang w:val="nl-NL"/>
        </w:rPr>
        <w:t>in kleine rondes verbeteren</w:t>
      </w:r>
      <w:r w:rsidRPr="00DF769F">
        <w:rPr>
          <w:lang w:val="nl-NL"/>
        </w:rPr>
        <w:t>. Bij AI gaat het om een cyclus van vragen → beoordelen → bijsturen → opnieuw vragen, totdat het “goed genoeg” is voor jouw doel.</w:t>
      </w:r>
      <w:r>
        <w:rPr>
          <w:lang w:val="nl-NL"/>
        </w:rPr>
        <w:br/>
      </w:r>
    </w:p>
    <w:p w14:paraId="53B97640" w14:textId="7CA330CB"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De 3 handigste iteratie-soorten (voor beginners én gevorderden)</w:t>
      </w:r>
    </w:p>
    <w:p w14:paraId="2DF5B668" w14:textId="26A81724" w:rsidR="00586473" w:rsidRPr="00586473" w:rsidRDefault="00DF769F" w:rsidP="00974A8A">
      <w:pPr>
        <w:pStyle w:val="Lijstnummering"/>
        <w:numPr>
          <w:ilvl w:val="0"/>
          <w:numId w:val="142"/>
        </w:numPr>
        <w:spacing w:before="0" w:after="0" w:line="240" w:lineRule="auto"/>
        <w:rPr>
          <w:b/>
          <w:bCs/>
          <w:lang w:val="nl-NL"/>
        </w:rPr>
      </w:pPr>
      <w:r w:rsidRPr="00DF769F">
        <w:rPr>
          <w:b/>
          <w:bCs/>
          <w:lang w:val="nl-NL"/>
        </w:rPr>
        <w:t>Vorm-iteratie (structureer eerst)</w:t>
      </w:r>
    </w:p>
    <w:p w14:paraId="7BA480E9"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Gebruik dit als de inhoud oké is, maar de vorm niet.</w:t>
      </w:r>
    </w:p>
    <w:p w14:paraId="70F25C3C"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“Zet dit om in een stappenplan van 7 stappen.”</w:t>
      </w:r>
    </w:p>
    <w:p w14:paraId="1CC951BA"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“Maak er een tabel van met 3 kolommen.”</w:t>
      </w:r>
    </w:p>
    <w:p w14:paraId="7250FDA5" w14:textId="77777777" w:rsidR="00DF769F" w:rsidRDefault="00DF769F" w:rsidP="00936394">
      <w:pPr>
        <w:pStyle w:val="Lijstnummering"/>
        <w:numPr>
          <w:ilvl w:val="0"/>
          <w:numId w:val="0"/>
        </w:numPr>
        <w:spacing w:before="0" w:after="0" w:line="240" w:lineRule="auto"/>
        <w:ind w:left="360"/>
        <w:rPr>
          <w:lang w:val="nl-NL"/>
        </w:rPr>
      </w:pPr>
      <w:r w:rsidRPr="00DF769F">
        <w:rPr>
          <w:lang w:val="nl-NL"/>
        </w:rPr>
        <w:t xml:space="preserve">“Geef 5 </w:t>
      </w:r>
      <w:proofErr w:type="spellStart"/>
      <w:r w:rsidRPr="00DF769F">
        <w:rPr>
          <w:lang w:val="nl-NL"/>
        </w:rPr>
        <w:t>bullets</w:t>
      </w:r>
      <w:proofErr w:type="spellEnd"/>
      <w:r w:rsidRPr="00DF769F">
        <w:rPr>
          <w:lang w:val="nl-NL"/>
        </w:rPr>
        <w:t xml:space="preserve"> met kopjes.”</w:t>
      </w:r>
    </w:p>
    <w:p w14:paraId="3D003756" w14:textId="77777777" w:rsidR="00586473" w:rsidRPr="00DF769F" w:rsidRDefault="00586473" w:rsidP="00936394">
      <w:pPr>
        <w:pStyle w:val="Lijstnummering"/>
        <w:numPr>
          <w:ilvl w:val="0"/>
          <w:numId w:val="0"/>
        </w:numPr>
        <w:spacing w:before="0" w:after="0" w:line="240" w:lineRule="auto"/>
        <w:ind w:left="360"/>
        <w:rPr>
          <w:lang w:val="nl-NL"/>
        </w:rPr>
      </w:pPr>
    </w:p>
    <w:p w14:paraId="281FA22C" w14:textId="77777777" w:rsidR="00DF769F" w:rsidRPr="00DF769F" w:rsidRDefault="00DF769F" w:rsidP="00936394">
      <w:pPr>
        <w:pStyle w:val="Lijstnummering"/>
        <w:numPr>
          <w:ilvl w:val="0"/>
          <w:numId w:val="0"/>
        </w:numPr>
        <w:spacing w:before="0" w:after="0" w:line="240" w:lineRule="auto"/>
        <w:ind w:left="360"/>
        <w:rPr>
          <w:b/>
          <w:bCs/>
          <w:lang w:val="nl-NL"/>
        </w:rPr>
      </w:pPr>
      <w:r w:rsidRPr="00DF769F">
        <w:rPr>
          <w:b/>
          <w:bCs/>
          <w:lang w:val="nl-NL"/>
        </w:rPr>
        <w:t>2) Inhoud-iteratie (maak concreter/juister)</w:t>
      </w:r>
    </w:p>
    <w:p w14:paraId="609D35F1"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Gebruik dit als het nog te vaag is.</w:t>
      </w:r>
    </w:p>
    <w:p w14:paraId="0A2B5517"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“Voeg 2 concrete voorbeelden toe.”</w:t>
      </w:r>
    </w:p>
    <w:p w14:paraId="3B6C1478"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“Maak dit specifiek voor jaar 1 HBO-recht.”</w:t>
      </w:r>
    </w:p>
    <w:p w14:paraId="3C5A1384" w14:textId="77777777" w:rsidR="00DF769F" w:rsidRDefault="00DF769F" w:rsidP="00936394">
      <w:pPr>
        <w:pStyle w:val="Lijstnummering"/>
        <w:numPr>
          <w:ilvl w:val="0"/>
          <w:numId w:val="0"/>
        </w:numPr>
        <w:spacing w:before="0" w:after="0" w:line="240" w:lineRule="auto"/>
        <w:ind w:left="360"/>
        <w:rPr>
          <w:lang w:val="nl-NL"/>
        </w:rPr>
      </w:pPr>
      <w:r w:rsidRPr="00DF769F">
        <w:rPr>
          <w:lang w:val="nl-NL"/>
        </w:rPr>
        <w:t>“Welke onderdelen zijn aannames? Markeer ze.”</w:t>
      </w:r>
    </w:p>
    <w:p w14:paraId="59CE0B5D" w14:textId="77777777" w:rsidR="00586473" w:rsidRPr="00DF769F" w:rsidRDefault="00586473" w:rsidP="00936394">
      <w:pPr>
        <w:pStyle w:val="Lijstnummering"/>
        <w:numPr>
          <w:ilvl w:val="0"/>
          <w:numId w:val="0"/>
        </w:numPr>
        <w:spacing w:before="0" w:after="0" w:line="240" w:lineRule="auto"/>
        <w:ind w:left="360"/>
        <w:rPr>
          <w:lang w:val="nl-NL"/>
        </w:rPr>
      </w:pPr>
    </w:p>
    <w:p w14:paraId="66AB7336" w14:textId="77777777" w:rsidR="00DF769F" w:rsidRPr="00DF769F" w:rsidRDefault="00DF769F" w:rsidP="00936394">
      <w:pPr>
        <w:pStyle w:val="Lijstnummering"/>
        <w:numPr>
          <w:ilvl w:val="0"/>
          <w:numId w:val="0"/>
        </w:numPr>
        <w:spacing w:before="0" w:after="0" w:line="240" w:lineRule="auto"/>
        <w:ind w:left="360"/>
        <w:rPr>
          <w:b/>
          <w:bCs/>
          <w:lang w:val="nl-NL"/>
        </w:rPr>
      </w:pPr>
      <w:r w:rsidRPr="00DF769F">
        <w:rPr>
          <w:b/>
          <w:bCs/>
          <w:lang w:val="nl-NL"/>
        </w:rPr>
        <w:t>3) Kwaliteits-iteratie (check en verbeter)</w:t>
      </w:r>
    </w:p>
    <w:p w14:paraId="5A6FCAAA"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Gebruik dit voor betrouwbaarheid/risico’s.</w:t>
      </w:r>
    </w:p>
    <w:p w14:paraId="0DBEB2C1"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“Noem 3 mogelijke fouten of risico’s in je antwoord.”</w:t>
      </w:r>
    </w:p>
    <w:p w14:paraId="67DC452B"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“Wat moet ik verifiëren in primaire bronnen? Zet [CHECK] erbij.”</w:t>
      </w:r>
    </w:p>
    <w:p w14:paraId="08565F29" w14:textId="77777777" w:rsidR="00DF769F" w:rsidRPr="00DF769F" w:rsidRDefault="00DF769F" w:rsidP="00936394">
      <w:pPr>
        <w:pStyle w:val="Lijstnummering"/>
        <w:numPr>
          <w:ilvl w:val="0"/>
          <w:numId w:val="0"/>
        </w:numPr>
        <w:spacing w:before="0" w:after="0" w:line="240" w:lineRule="auto"/>
        <w:ind w:left="360"/>
        <w:rPr>
          <w:lang w:val="nl-NL"/>
        </w:rPr>
      </w:pPr>
      <w:r w:rsidRPr="00DF769F">
        <w:rPr>
          <w:lang w:val="nl-NL"/>
        </w:rPr>
        <w:t>“Herschrijf zonder stelligheid waar je het niet zeker weet.”</w:t>
      </w:r>
    </w:p>
    <w:p w14:paraId="67DF89A3" w14:textId="263F6FBF" w:rsidR="00931500" w:rsidRDefault="00A47970" w:rsidP="00936394">
      <w:pPr>
        <w:pStyle w:val="Lijstnummering"/>
        <w:numPr>
          <w:ilvl w:val="0"/>
          <w:numId w:val="0"/>
        </w:numPr>
        <w:spacing w:after="0" w:line="240" w:lineRule="auto"/>
        <w:ind w:left="360"/>
        <w:rPr>
          <w:lang w:val="nl-NL"/>
        </w:rPr>
      </w:pPr>
      <w:r>
        <w:rPr>
          <w:lang w:val="nl-NL"/>
        </w:rPr>
        <w:br/>
        <w:t>Geef de AI-tool een prompt en pas één of een aantal iteraties toe om tot een betere output te komen. Bekijk en beoordeel de output. Heeft het itereren geholpen?</w:t>
      </w:r>
    </w:p>
    <w:p w14:paraId="0D6AF236" w14:textId="1527D19E" w:rsidR="005D1AAB" w:rsidRDefault="005D1AAB">
      <w:pPr>
        <w:rPr>
          <w:lang w:val="nl-NL"/>
        </w:rPr>
      </w:pPr>
      <w:r>
        <w:rPr>
          <w:lang w:val="nl-NL"/>
        </w:rPr>
        <w:br w:type="page"/>
      </w:r>
    </w:p>
    <w:p w14:paraId="01B6AA29" w14:textId="5F9D785E" w:rsidR="004260C7" w:rsidRPr="00886F8D" w:rsidRDefault="004260C7" w:rsidP="004260C7">
      <w:pPr>
        <w:pStyle w:val="Kop2"/>
        <w:spacing w:before="0" w:line="240" w:lineRule="auto"/>
        <w:rPr>
          <w:lang w:val="nl-NL"/>
        </w:rPr>
      </w:pPr>
      <w:r>
        <w:rPr>
          <w:lang w:val="nl-NL"/>
        </w:rPr>
        <w:lastRenderedPageBreak/>
        <w:t>dEEL 4 VRAAG AI OM TE HELPEN BIJ JE PROMPT</w:t>
      </w:r>
    </w:p>
    <w:p w14:paraId="3C0CE51E" w14:textId="0392CC95" w:rsidR="00D6449A" w:rsidRDefault="00033E05" w:rsidP="00033E05">
      <w:pPr>
        <w:pStyle w:val="Lijstnummering"/>
        <w:numPr>
          <w:ilvl w:val="0"/>
          <w:numId w:val="0"/>
        </w:numPr>
        <w:spacing w:before="0" w:after="0" w:line="240" w:lineRule="auto"/>
        <w:ind w:left="360"/>
        <w:rPr>
          <w:lang w:val="nl-NL" w:eastAsia="nl-NL"/>
        </w:rPr>
      </w:pPr>
      <w:r>
        <w:rPr>
          <w:lang w:val="nl-NL" w:eastAsia="nl-NL"/>
        </w:rPr>
        <w:t xml:space="preserve">AI is getraind op een enorme hoeveelheid informatie. Daarom kan AI je bij heel veel dingen behulpzaam zijn. Ook bij het </w:t>
      </w:r>
      <w:proofErr w:type="spellStart"/>
      <w:r>
        <w:rPr>
          <w:lang w:val="nl-NL" w:eastAsia="nl-NL"/>
        </w:rPr>
        <w:t>prompten</w:t>
      </w:r>
      <w:proofErr w:type="spellEnd"/>
      <w:r>
        <w:rPr>
          <w:lang w:val="nl-NL" w:eastAsia="nl-NL"/>
        </w:rPr>
        <w:t xml:space="preserve"> zelf. </w:t>
      </w:r>
      <w:r w:rsidR="005D1AAB" w:rsidRPr="005D1AAB">
        <w:rPr>
          <w:lang w:val="nl-NL" w:eastAsia="nl-NL"/>
        </w:rPr>
        <w:t xml:space="preserve">Je hoeft </w:t>
      </w:r>
      <w:r>
        <w:rPr>
          <w:lang w:val="nl-NL" w:eastAsia="nl-NL"/>
        </w:rPr>
        <w:t xml:space="preserve">namelijk </w:t>
      </w:r>
      <w:r w:rsidR="005D1AAB" w:rsidRPr="005D1AAB">
        <w:rPr>
          <w:lang w:val="nl-NL" w:eastAsia="nl-NL"/>
        </w:rPr>
        <w:t>niet in één keer de perfecte prompt te schrijven. Je kunt de AI juist vragen om je te helpen je prompt beter te maken.</w:t>
      </w:r>
      <w:r w:rsidR="00D6449A">
        <w:rPr>
          <w:lang w:val="nl-NL" w:eastAsia="nl-NL"/>
        </w:rPr>
        <w:t xml:space="preserve"> Want wie weet er nu beter wat een prompt moet bevatten dan de AI-tool zelf? </w:t>
      </w:r>
    </w:p>
    <w:p w14:paraId="0A99FF1E" w14:textId="77777777" w:rsidR="00D6449A" w:rsidRDefault="00D6449A" w:rsidP="00033E05">
      <w:pPr>
        <w:pStyle w:val="Lijstnummering"/>
        <w:numPr>
          <w:ilvl w:val="0"/>
          <w:numId w:val="0"/>
        </w:numPr>
        <w:spacing w:before="0" w:after="0" w:line="240" w:lineRule="auto"/>
        <w:ind w:left="360"/>
        <w:rPr>
          <w:lang w:val="nl-NL" w:eastAsia="nl-NL"/>
        </w:rPr>
      </w:pPr>
    </w:p>
    <w:p w14:paraId="5781F85A" w14:textId="2B9B6BD4" w:rsidR="005D1AAB" w:rsidRPr="005D1AAB" w:rsidRDefault="005D1AAB" w:rsidP="00033E05">
      <w:pPr>
        <w:pStyle w:val="Lijstnummering"/>
        <w:numPr>
          <w:ilvl w:val="0"/>
          <w:numId w:val="0"/>
        </w:numPr>
        <w:spacing w:before="0" w:after="0" w:line="240" w:lineRule="auto"/>
        <w:ind w:left="360"/>
        <w:rPr>
          <w:lang w:val="nl-NL" w:eastAsia="nl-NL"/>
        </w:rPr>
      </w:pPr>
      <w:r w:rsidRPr="005D1AAB">
        <w:rPr>
          <w:lang w:val="nl-NL" w:eastAsia="nl-NL"/>
        </w:rPr>
        <w:t>Zie het als “prompt-coaching”: jij vertelt wat je wilt bereiken, en de AI helpt je om je vraag scherper, completer en veiliger te formuleren (met rol, context, outputvorm en kwaliteitschecks). Dit werkt vooral goed als je nog niet precies weet wat je nodig hebt, of als de eerste output te algemeen is.</w:t>
      </w:r>
    </w:p>
    <w:p w14:paraId="30217DF9" w14:textId="77777777" w:rsidR="005D1AAB" w:rsidRPr="005D1AAB" w:rsidRDefault="005D1AAB" w:rsidP="00033E05">
      <w:pPr>
        <w:pStyle w:val="Lijstnummering"/>
        <w:numPr>
          <w:ilvl w:val="0"/>
          <w:numId w:val="0"/>
        </w:numPr>
        <w:spacing w:before="0" w:after="0" w:line="240" w:lineRule="auto"/>
        <w:ind w:left="360"/>
        <w:rPr>
          <w:lang w:val="nl-NL" w:eastAsia="nl-NL"/>
        </w:rPr>
      </w:pPr>
      <w:r w:rsidRPr="005D1AAB">
        <w:rPr>
          <w:b/>
          <w:bCs/>
          <w:lang w:val="nl-NL" w:eastAsia="nl-NL"/>
        </w:rPr>
        <w:t>Let op:</w:t>
      </w:r>
      <w:r w:rsidRPr="005D1AAB">
        <w:rPr>
          <w:lang w:val="nl-NL" w:eastAsia="nl-NL"/>
        </w:rPr>
        <w:t xml:space="preserve"> jij bepaalt altijd het doel en blijft verantwoordelijk voor de inhoud. Gebruik de hulp van AI om sneller tot een goede prompt te komen, niet om kritiekloos output over te nemen.</w:t>
      </w:r>
    </w:p>
    <w:p w14:paraId="7CC13869" w14:textId="062BC06E" w:rsidR="009D2941" w:rsidRPr="009D2941" w:rsidRDefault="00976AD5" w:rsidP="00033E05">
      <w:pPr>
        <w:pStyle w:val="Lijstnummering"/>
        <w:numPr>
          <w:ilvl w:val="0"/>
          <w:numId w:val="0"/>
        </w:numPr>
        <w:spacing w:before="0" w:after="0" w:line="240" w:lineRule="auto"/>
        <w:ind w:left="360"/>
        <w:rPr>
          <w:b/>
          <w:bCs/>
          <w:lang w:val="nl-NL"/>
        </w:rPr>
      </w:pPr>
      <w:r>
        <w:rPr>
          <w:lang w:val="nl-NL"/>
        </w:rPr>
        <w:br/>
      </w:r>
      <w:r w:rsidR="009D2941" w:rsidRPr="009D2941">
        <w:rPr>
          <w:b/>
          <w:bCs/>
          <w:lang w:val="nl-NL"/>
        </w:rPr>
        <w:t>Ronde 1 – ruwe prompt</w:t>
      </w:r>
    </w:p>
    <w:p w14:paraId="1B9E12DA" w14:textId="77777777" w:rsidR="009D2941" w:rsidRPr="009D2941" w:rsidRDefault="009D2941" w:rsidP="00974A8A">
      <w:pPr>
        <w:pStyle w:val="Lijstnummering"/>
        <w:numPr>
          <w:ilvl w:val="0"/>
          <w:numId w:val="98"/>
        </w:numPr>
        <w:spacing w:before="0" w:after="0" w:line="240" w:lineRule="auto"/>
        <w:rPr>
          <w:lang w:val="nl-NL"/>
        </w:rPr>
      </w:pPr>
      <w:r w:rsidRPr="009D2941">
        <w:rPr>
          <w:lang w:val="nl-NL"/>
        </w:rPr>
        <w:t xml:space="preserve">Kies één taak (bijv. lesopzet, feedback, </w:t>
      </w:r>
      <w:proofErr w:type="spellStart"/>
      <w:r w:rsidRPr="009D2941">
        <w:rPr>
          <w:lang w:val="nl-NL"/>
        </w:rPr>
        <w:t>rubric</w:t>
      </w:r>
      <w:proofErr w:type="spellEnd"/>
      <w:r w:rsidRPr="009D2941">
        <w:rPr>
          <w:lang w:val="nl-NL"/>
        </w:rPr>
        <w:t>, mail, casus).</w:t>
      </w:r>
    </w:p>
    <w:p w14:paraId="1A45EEAB" w14:textId="77777777" w:rsidR="009D2941" w:rsidRPr="009D2941" w:rsidRDefault="009D2941" w:rsidP="00974A8A">
      <w:pPr>
        <w:pStyle w:val="Lijstnummering"/>
        <w:numPr>
          <w:ilvl w:val="0"/>
          <w:numId w:val="98"/>
        </w:numPr>
        <w:spacing w:before="0" w:after="0" w:line="240" w:lineRule="auto"/>
        <w:rPr>
          <w:lang w:val="nl-NL"/>
        </w:rPr>
      </w:pPr>
      <w:r w:rsidRPr="009D2941">
        <w:rPr>
          <w:lang w:val="nl-NL"/>
        </w:rPr>
        <w:t>Schrijf je ruwe prompt in 1 zin.</w:t>
      </w:r>
    </w:p>
    <w:p w14:paraId="07E1D5D0" w14:textId="77777777" w:rsidR="009D2941" w:rsidRPr="009D2941" w:rsidRDefault="009D2941" w:rsidP="00974A8A">
      <w:pPr>
        <w:pStyle w:val="Lijstnummering"/>
        <w:numPr>
          <w:ilvl w:val="0"/>
          <w:numId w:val="98"/>
        </w:numPr>
        <w:spacing w:before="0" w:after="0" w:line="240" w:lineRule="auto"/>
        <w:rPr>
          <w:lang w:val="nl-NL"/>
        </w:rPr>
      </w:pPr>
      <w:r w:rsidRPr="009D2941">
        <w:rPr>
          <w:lang w:val="nl-NL"/>
        </w:rPr>
        <w:t>Plak die in de AI met de vraag:</w:t>
      </w:r>
    </w:p>
    <w:p w14:paraId="3F613D52" w14:textId="77777777" w:rsidR="00F15F1E" w:rsidRDefault="00F15F1E" w:rsidP="00033E05">
      <w:pPr>
        <w:pStyle w:val="Lijstnummering"/>
        <w:numPr>
          <w:ilvl w:val="0"/>
          <w:numId w:val="0"/>
        </w:numPr>
        <w:spacing w:before="0" w:after="0" w:line="240" w:lineRule="auto"/>
        <w:ind w:left="360"/>
        <w:rPr>
          <w:b/>
          <w:bCs/>
          <w:lang w:val="nl-NL"/>
        </w:rPr>
      </w:pPr>
    </w:p>
    <w:p w14:paraId="7DD44F2C" w14:textId="4882075C" w:rsidR="009D2941" w:rsidRPr="009D2941" w:rsidRDefault="009D2941" w:rsidP="00033E05">
      <w:pPr>
        <w:pStyle w:val="Lijstnummering"/>
        <w:numPr>
          <w:ilvl w:val="0"/>
          <w:numId w:val="0"/>
        </w:numPr>
        <w:spacing w:before="0" w:after="0" w:line="240" w:lineRule="auto"/>
        <w:ind w:left="360"/>
        <w:rPr>
          <w:lang w:val="nl-NL"/>
        </w:rPr>
      </w:pPr>
      <w:r w:rsidRPr="009D2941">
        <w:rPr>
          <w:b/>
          <w:bCs/>
          <w:lang w:val="nl-NL"/>
        </w:rPr>
        <w:t>Prompt</w:t>
      </w:r>
    </w:p>
    <w:p w14:paraId="54EE372E" w14:textId="79A42DF2" w:rsidR="009D2941" w:rsidRPr="009D2941" w:rsidRDefault="005D1AAB" w:rsidP="00033E05">
      <w:pPr>
        <w:pStyle w:val="Lijstnummering"/>
        <w:numPr>
          <w:ilvl w:val="0"/>
          <w:numId w:val="0"/>
        </w:numPr>
        <w:spacing w:before="0" w:after="0" w:line="240" w:lineRule="auto"/>
        <w:ind w:left="360"/>
        <w:rPr>
          <w:lang w:val="nl-NL"/>
        </w:rPr>
      </w:pPr>
      <w:r>
        <w:rPr>
          <w:lang w:val="nl-NL"/>
        </w:rPr>
        <w:t>“</w:t>
      </w:r>
      <w:r w:rsidR="009D2941" w:rsidRPr="009D2941">
        <w:rPr>
          <w:lang w:val="nl-NL"/>
        </w:rPr>
        <w:t>Dit is mijn prompt: ‘[plak je prompt]’.</w:t>
      </w:r>
      <w:r w:rsidR="009D2941" w:rsidRPr="009D2941">
        <w:rPr>
          <w:lang w:val="nl-NL"/>
        </w:rPr>
        <w:br/>
        <w:t>Help mij deze prompt te verbeteren. Stel eerst 3 vragen over doel, doelgroep en gewenste output. Geef daarna 2 verbeterde promptversies: (1) kort, (2) uitgebreid.”</w:t>
      </w:r>
    </w:p>
    <w:p w14:paraId="45D5544F" w14:textId="77777777" w:rsidR="00D6449A" w:rsidRDefault="00D6449A" w:rsidP="00033E05">
      <w:pPr>
        <w:pStyle w:val="Lijstnummering"/>
        <w:numPr>
          <w:ilvl w:val="0"/>
          <w:numId w:val="0"/>
        </w:numPr>
        <w:spacing w:before="0" w:after="0" w:line="240" w:lineRule="auto"/>
        <w:ind w:left="360"/>
        <w:rPr>
          <w:b/>
          <w:bCs/>
          <w:lang w:val="nl-NL"/>
        </w:rPr>
      </w:pPr>
    </w:p>
    <w:p w14:paraId="51C7C4A3" w14:textId="50DCE8A1" w:rsidR="009D2941" w:rsidRPr="009D2941" w:rsidRDefault="009D2941" w:rsidP="00033E05">
      <w:pPr>
        <w:pStyle w:val="Lijstnummering"/>
        <w:numPr>
          <w:ilvl w:val="0"/>
          <w:numId w:val="0"/>
        </w:numPr>
        <w:spacing w:before="0" w:after="0" w:line="240" w:lineRule="auto"/>
        <w:ind w:left="360"/>
        <w:rPr>
          <w:b/>
          <w:bCs/>
          <w:lang w:val="nl-NL"/>
        </w:rPr>
      </w:pPr>
      <w:r w:rsidRPr="009D2941">
        <w:rPr>
          <w:b/>
          <w:bCs/>
          <w:lang w:val="nl-NL"/>
        </w:rPr>
        <w:t>Ronde 2 – kies en verfijn</w:t>
      </w:r>
    </w:p>
    <w:p w14:paraId="77CF94C0" w14:textId="77777777" w:rsidR="009D2941" w:rsidRPr="009D2941" w:rsidRDefault="009D2941" w:rsidP="00974A8A">
      <w:pPr>
        <w:pStyle w:val="Lijstnummering"/>
        <w:numPr>
          <w:ilvl w:val="0"/>
          <w:numId w:val="99"/>
        </w:numPr>
        <w:spacing w:before="0" w:after="0" w:line="240" w:lineRule="auto"/>
        <w:rPr>
          <w:lang w:val="nl-NL"/>
        </w:rPr>
      </w:pPr>
      <w:r w:rsidRPr="009D2941">
        <w:rPr>
          <w:lang w:val="nl-NL"/>
        </w:rPr>
        <w:t>Beantwoord de 3 vragen.</w:t>
      </w:r>
    </w:p>
    <w:p w14:paraId="718A8D65" w14:textId="77777777" w:rsidR="009D2941" w:rsidRPr="009D2941" w:rsidRDefault="009D2941" w:rsidP="00974A8A">
      <w:pPr>
        <w:pStyle w:val="Lijstnummering"/>
        <w:numPr>
          <w:ilvl w:val="0"/>
          <w:numId w:val="99"/>
        </w:numPr>
        <w:spacing w:before="0" w:after="0" w:line="240" w:lineRule="auto"/>
        <w:rPr>
          <w:lang w:val="nl-NL"/>
        </w:rPr>
      </w:pPr>
      <w:r w:rsidRPr="009D2941">
        <w:rPr>
          <w:lang w:val="nl-NL"/>
        </w:rPr>
        <w:t>Kies de beste verbeterde prompt en voeg 1 extra eis toe, bijvoorbeeld:</w:t>
      </w:r>
    </w:p>
    <w:p w14:paraId="6B5F6170" w14:textId="77777777" w:rsidR="009D2941" w:rsidRPr="009D2941" w:rsidRDefault="009D2941" w:rsidP="00974A8A">
      <w:pPr>
        <w:pStyle w:val="Lijstnummering"/>
        <w:numPr>
          <w:ilvl w:val="0"/>
          <w:numId w:val="100"/>
        </w:numPr>
        <w:spacing w:before="0" w:after="0" w:line="240" w:lineRule="auto"/>
        <w:rPr>
          <w:lang w:val="nl-NL"/>
        </w:rPr>
      </w:pPr>
      <w:r w:rsidRPr="009D2941">
        <w:rPr>
          <w:lang w:val="nl-NL"/>
        </w:rPr>
        <w:t>“max 150 woorden”</w:t>
      </w:r>
    </w:p>
    <w:p w14:paraId="4529E85E" w14:textId="77777777" w:rsidR="009D2941" w:rsidRPr="009D2941" w:rsidRDefault="009D2941" w:rsidP="00974A8A">
      <w:pPr>
        <w:pStyle w:val="Lijstnummering"/>
        <w:numPr>
          <w:ilvl w:val="0"/>
          <w:numId w:val="100"/>
        </w:numPr>
        <w:spacing w:before="0" w:after="0" w:line="240" w:lineRule="auto"/>
        <w:rPr>
          <w:lang w:val="nl-NL"/>
        </w:rPr>
      </w:pPr>
      <w:r w:rsidRPr="009D2941">
        <w:rPr>
          <w:lang w:val="nl-NL"/>
        </w:rPr>
        <w:t>“toon: vriendelijk en concreet”</w:t>
      </w:r>
    </w:p>
    <w:p w14:paraId="73C44087" w14:textId="77777777" w:rsidR="009D2941" w:rsidRPr="009D2941" w:rsidRDefault="009D2941" w:rsidP="00974A8A">
      <w:pPr>
        <w:pStyle w:val="Lijstnummering"/>
        <w:numPr>
          <w:ilvl w:val="0"/>
          <w:numId w:val="100"/>
        </w:numPr>
        <w:spacing w:before="0" w:after="0" w:line="240" w:lineRule="auto"/>
        <w:rPr>
          <w:lang w:val="nl-NL"/>
        </w:rPr>
      </w:pPr>
      <w:r w:rsidRPr="009D2941">
        <w:rPr>
          <w:lang w:val="nl-NL"/>
        </w:rPr>
        <w:t>“stel vragen als info ontbreekt”</w:t>
      </w:r>
    </w:p>
    <w:p w14:paraId="4AEC67D7" w14:textId="77777777" w:rsidR="009D2941" w:rsidRPr="009D2941" w:rsidRDefault="009D2941" w:rsidP="00974A8A">
      <w:pPr>
        <w:pStyle w:val="Lijstnummering"/>
        <w:numPr>
          <w:ilvl w:val="0"/>
          <w:numId w:val="100"/>
        </w:numPr>
        <w:spacing w:before="0" w:after="0" w:line="240" w:lineRule="auto"/>
        <w:rPr>
          <w:lang w:val="nl-NL"/>
        </w:rPr>
      </w:pPr>
      <w:r w:rsidRPr="009D2941">
        <w:rPr>
          <w:lang w:val="nl-NL"/>
        </w:rPr>
        <w:t>“markeer aannames met [AANNAME]”</w:t>
      </w:r>
    </w:p>
    <w:p w14:paraId="1EECEA97" w14:textId="77777777" w:rsidR="00D6449A" w:rsidRDefault="00D6449A" w:rsidP="00033E05">
      <w:pPr>
        <w:pStyle w:val="Lijstnummering"/>
        <w:numPr>
          <w:ilvl w:val="0"/>
          <w:numId w:val="0"/>
        </w:numPr>
        <w:spacing w:before="0" w:after="0" w:line="240" w:lineRule="auto"/>
        <w:ind w:left="360"/>
        <w:rPr>
          <w:b/>
          <w:bCs/>
          <w:lang w:val="nl-NL"/>
        </w:rPr>
      </w:pPr>
    </w:p>
    <w:p w14:paraId="6A58730D" w14:textId="24104327" w:rsidR="009D2941" w:rsidRPr="009D2941" w:rsidRDefault="009D2941" w:rsidP="00033E05">
      <w:pPr>
        <w:pStyle w:val="Lijstnummering"/>
        <w:numPr>
          <w:ilvl w:val="0"/>
          <w:numId w:val="0"/>
        </w:numPr>
        <w:spacing w:before="0" w:after="0" w:line="240" w:lineRule="auto"/>
        <w:ind w:left="360"/>
        <w:rPr>
          <w:b/>
          <w:bCs/>
          <w:lang w:val="nl-NL"/>
        </w:rPr>
      </w:pPr>
      <w:r w:rsidRPr="009D2941">
        <w:rPr>
          <w:b/>
          <w:bCs/>
          <w:lang w:val="nl-NL"/>
        </w:rPr>
        <w:t>Ronde 3 – kwaliteitscheck</w:t>
      </w:r>
    </w:p>
    <w:p w14:paraId="5E42B2A8" w14:textId="77777777" w:rsidR="009D2941" w:rsidRPr="009D2941" w:rsidRDefault="009D2941" w:rsidP="00974A8A">
      <w:pPr>
        <w:pStyle w:val="Lijstnummering"/>
        <w:numPr>
          <w:ilvl w:val="0"/>
          <w:numId w:val="101"/>
        </w:numPr>
        <w:spacing w:before="0" w:after="0" w:line="240" w:lineRule="auto"/>
        <w:rPr>
          <w:lang w:val="nl-NL"/>
        </w:rPr>
      </w:pPr>
      <w:r w:rsidRPr="009D2941">
        <w:rPr>
          <w:lang w:val="nl-NL"/>
        </w:rPr>
        <w:t>Laat de AI je prompt “stress-testen”:</w:t>
      </w:r>
    </w:p>
    <w:p w14:paraId="32CF4091" w14:textId="77777777" w:rsidR="00A968F3" w:rsidRDefault="00A968F3" w:rsidP="00033E05">
      <w:pPr>
        <w:pStyle w:val="Lijstnummering"/>
        <w:numPr>
          <w:ilvl w:val="0"/>
          <w:numId w:val="0"/>
        </w:numPr>
        <w:spacing w:before="0" w:after="0" w:line="240" w:lineRule="auto"/>
        <w:ind w:left="360"/>
        <w:rPr>
          <w:b/>
          <w:bCs/>
          <w:lang w:val="nl-NL"/>
        </w:rPr>
      </w:pPr>
    </w:p>
    <w:p w14:paraId="3FCCB750" w14:textId="1083FEB6" w:rsidR="009D2941" w:rsidRPr="009D2941" w:rsidRDefault="009D2941" w:rsidP="00033E05">
      <w:pPr>
        <w:pStyle w:val="Lijstnummering"/>
        <w:numPr>
          <w:ilvl w:val="0"/>
          <w:numId w:val="0"/>
        </w:numPr>
        <w:spacing w:before="0" w:after="0" w:line="240" w:lineRule="auto"/>
        <w:ind w:left="360"/>
        <w:rPr>
          <w:lang w:val="nl-NL"/>
        </w:rPr>
      </w:pPr>
      <w:r w:rsidRPr="009D2941">
        <w:rPr>
          <w:b/>
          <w:bCs/>
          <w:lang w:val="nl-NL"/>
        </w:rPr>
        <w:t>Prompt</w:t>
      </w:r>
    </w:p>
    <w:p w14:paraId="2BA16190" w14:textId="77777777" w:rsidR="009D2941" w:rsidRPr="009D2941" w:rsidRDefault="009D2941" w:rsidP="00033E05">
      <w:pPr>
        <w:pStyle w:val="Lijstnummering"/>
        <w:numPr>
          <w:ilvl w:val="0"/>
          <w:numId w:val="0"/>
        </w:numPr>
        <w:spacing w:before="0" w:after="0" w:line="240" w:lineRule="auto"/>
        <w:ind w:left="360"/>
        <w:rPr>
          <w:lang w:val="nl-NL"/>
        </w:rPr>
      </w:pPr>
      <w:r w:rsidRPr="009D2941">
        <w:rPr>
          <w:lang w:val="nl-NL"/>
        </w:rPr>
        <w:t>“Welke 3 dingen kunnen nog misgaan met deze prompt of de output?</w:t>
      </w:r>
      <w:r w:rsidRPr="009D2941">
        <w:rPr>
          <w:lang w:val="nl-NL"/>
        </w:rPr>
        <w:br/>
        <w:t>Voeg 2 veiligheidsregels toe (privacy/broncheck) en geef de definitieve masterprompt.”</w:t>
      </w:r>
    </w:p>
    <w:p w14:paraId="4CB5FE98" w14:textId="626D850E" w:rsidR="00E60E9F" w:rsidRDefault="00E60E9F">
      <w:pPr>
        <w:rPr>
          <w:lang w:val="nl-NL"/>
        </w:rPr>
      </w:pPr>
      <w:r>
        <w:rPr>
          <w:lang w:val="nl-NL"/>
        </w:rPr>
        <w:br w:type="page"/>
      </w:r>
    </w:p>
    <w:p w14:paraId="6603DD57" w14:textId="67DEA877" w:rsidR="00886F8D" w:rsidRPr="00886F8D" w:rsidRDefault="00DB6C95" w:rsidP="00936394">
      <w:pPr>
        <w:pStyle w:val="Kop2"/>
        <w:spacing w:before="0" w:line="240" w:lineRule="auto"/>
        <w:rPr>
          <w:lang w:val="nl-NL"/>
        </w:rPr>
      </w:pPr>
      <w:r w:rsidRPr="00FB5E5D">
        <w:rPr>
          <w:lang w:val="nl-NL"/>
        </w:rPr>
        <w:lastRenderedPageBreak/>
        <w:t>Pro-tip</w:t>
      </w:r>
    </w:p>
    <w:p w14:paraId="2ED42005" w14:textId="2582EC2C" w:rsidR="00DB6C95" w:rsidRDefault="00DB6C95" w:rsidP="006B2285">
      <w:pPr>
        <w:pStyle w:val="Lijstnummering"/>
        <w:numPr>
          <w:ilvl w:val="0"/>
          <w:numId w:val="0"/>
        </w:numPr>
        <w:spacing w:before="0" w:after="0" w:line="240" w:lineRule="auto"/>
        <w:rPr>
          <w:lang w:val="nl-NL"/>
        </w:rPr>
      </w:pPr>
      <w:r>
        <w:rPr>
          <w:lang w:val="nl-NL"/>
        </w:rPr>
        <w:t xml:space="preserve">Als </w:t>
      </w:r>
      <w:r w:rsidR="00BC6865">
        <w:rPr>
          <w:lang w:val="nl-NL"/>
        </w:rPr>
        <w:t xml:space="preserve">een </w:t>
      </w:r>
      <w:r>
        <w:rPr>
          <w:lang w:val="nl-NL"/>
        </w:rPr>
        <w:t xml:space="preserve">prompt een output heeft opgeleverd die voldoet aan je kwaliteitseisen, sla deze </w:t>
      </w:r>
      <w:r w:rsidR="00BC6865">
        <w:rPr>
          <w:lang w:val="nl-NL"/>
        </w:rPr>
        <w:t xml:space="preserve">prompt </w:t>
      </w:r>
      <w:r>
        <w:rPr>
          <w:lang w:val="nl-NL"/>
        </w:rPr>
        <w:t>dan op voor later gebruik.</w:t>
      </w:r>
      <w:r w:rsidR="00FB5E5D">
        <w:rPr>
          <w:lang w:val="nl-NL"/>
        </w:rPr>
        <w:t xml:space="preserve"> Maak hiervoor een document aan die je snel terug kunt vinden. Soms kun je in de AI-tool ook je prompt opslaan. </w:t>
      </w:r>
      <w:r>
        <w:rPr>
          <w:lang w:val="nl-NL"/>
        </w:rPr>
        <w:t xml:space="preserve">Zo bouw je aan een eigen promptbibliotheek. </w:t>
      </w:r>
    </w:p>
    <w:p w14:paraId="5AB2B7B9" w14:textId="77777777" w:rsidR="00936394" w:rsidRDefault="00936394" w:rsidP="00936394">
      <w:pPr>
        <w:pStyle w:val="Lijstnummering"/>
        <w:numPr>
          <w:ilvl w:val="0"/>
          <w:numId w:val="0"/>
        </w:numPr>
        <w:spacing w:before="0" w:after="0" w:line="240" w:lineRule="auto"/>
        <w:rPr>
          <w:lang w:val="nl-NL"/>
        </w:rPr>
      </w:pPr>
    </w:p>
    <w:p w14:paraId="3FC147EE" w14:textId="284837DB" w:rsidR="002527AA" w:rsidRDefault="002527AA" w:rsidP="00936394">
      <w:pPr>
        <w:pStyle w:val="Lijstnummering"/>
        <w:numPr>
          <w:ilvl w:val="0"/>
          <w:numId w:val="0"/>
        </w:numPr>
        <w:spacing w:before="0" w:after="0" w:line="240" w:lineRule="auto"/>
        <w:rPr>
          <w:lang w:val="nl-NL"/>
        </w:rPr>
      </w:pPr>
      <w:r>
        <w:rPr>
          <w:lang w:val="nl-NL"/>
        </w:rPr>
        <w:t xml:space="preserve">Als je al langere tijd een bepaalde output, een tekst of een </w:t>
      </w:r>
      <w:r w:rsidR="00875312">
        <w:rPr>
          <w:lang w:val="nl-NL"/>
        </w:rPr>
        <w:t xml:space="preserve">afbeelding aan het </w:t>
      </w:r>
      <w:proofErr w:type="spellStart"/>
      <w:r w:rsidR="00875312">
        <w:rPr>
          <w:lang w:val="nl-NL"/>
        </w:rPr>
        <w:t>tweaken</w:t>
      </w:r>
      <w:proofErr w:type="spellEnd"/>
      <w:r w:rsidR="00875312">
        <w:rPr>
          <w:lang w:val="nl-NL"/>
        </w:rPr>
        <w:t xml:space="preserve"> bent, aan het aanpassen bent, omdat het resultaat telkens net niet is wat je wilt, dan is het soms beter om helemaal opnieuw te beginnen en een nieuwe chat te openen. Dat voelt soms als een verlies (van je tijd en energie) maar waarschijnlijk heb je wel iets geleerd in het </w:t>
      </w:r>
      <w:proofErr w:type="spellStart"/>
      <w:r w:rsidR="00875312">
        <w:rPr>
          <w:lang w:val="nl-NL"/>
        </w:rPr>
        <w:t>prompten</w:t>
      </w:r>
      <w:proofErr w:type="spellEnd"/>
      <w:r w:rsidR="00875312">
        <w:rPr>
          <w:lang w:val="nl-NL"/>
        </w:rPr>
        <w:t xml:space="preserve"> zodat je je beginprompt nu sterker kunt maken. </w:t>
      </w:r>
    </w:p>
    <w:p w14:paraId="6534B468" w14:textId="77777777" w:rsidR="002527AA" w:rsidRPr="00862DF4" w:rsidRDefault="002527AA" w:rsidP="00936394">
      <w:pPr>
        <w:pStyle w:val="Lijstnummering"/>
        <w:numPr>
          <w:ilvl w:val="0"/>
          <w:numId w:val="0"/>
        </w:numPr>
        <w:spacing w:before="0" w:after="0" w:line="240" w:lineRule="auto"/>
        <w:rPr>
          <w:lang w:val="nl-NL"/>
        </w:rPr>
      </w:pPr>
    </w:p>
    <w:p w14:paraId="261AD000" w14:textId="77777777" w:rsidR="00325D2C" w:rsidRPr="00DB6C95" w:rsidRDefault="0079121F" w:rsidP="00936394">
      <w:pPr>
        <w:pStyle w:val="Kop2"/>
        <w:spacing w:before="0" w:line="240" w:lineRule="auto"/>
        <w:rPr>
          <w:lang w:val="nl-NL"/>
        </w:rPr>
      </w:pPr>
      <w:r w:rsidRPr="00DB6C95">
        <w:rPr>
          <w:lang w:val="nl-NL"/>
        </w:rPr>
        <w:t>Reflectie</w:t>
      </w:r>
    </w:p>
    <w:p w14:paraId="6DAA6052" w14:textId="461BB549" w:rsidR="00325D2C" w:rsidRPr="00862DF4" w:rsidRDefault="0079121F" w:rsidP="00936394">
      <w:pPr>
        <w:pStyle w:val="Lijstopsomteken"/>
        <w:spacing w:before="0" w:after="0" w:line="240" w:lineRule="auto"/>
        <w:rPr>
          <w:lang w:val="nl-NL"/>
        </w:rPr>
      </w:pPr>
      <w:r w:rsidRPr="00862DF4">
        <w:rPr>
          <w:lang w:val="nl-NL"/>
        </w:rPr>
        <w:t xml:space="preserve">Welke toevoeging </w:t>
      </w:r>
      <w:r w:rsidR="00FB5E5D">
        <w:rPr>
          <w:lang w:val="nl-NL"/>
        </w:rPr>
        <w:t>uit het PREPARE-model</w:t>
      </w:r>
      <w:r w:rsidRPr="00862DF4">
        <w:rPr>
          <w:lang w:val="nl-NL"/>
        </w:rPr>
        <w:t xml:space="preserve"> maakte het grootste verschil?</w:t>
      </w:r>
    </w:p>
    <w:p w14:paraId="3C3E1F34" w14:textId="77777777" w:rsidR="00325D2C" w:rsidRDefault="0079121F" w:rsidP="00936394">
      <w:pPr>
        <w:pStyle w:val="Lijstopsomteken"/>
        <w:spacing w:after="0" w:line="240" w:lineRule="auto"/>
        <w:rPr>
          <w:lang w:val="nl-NL"/>
        </w:rPr>
      </w:pPr>
      <w:r w:rsidRPr="00862DF4">
        <w:rPr>
          <w:lang w:val="nl-NL"/>
        </w:rPr>
        <w:t>Wat zou je in je onderwijs kunnen standaardiseren (bijv. prompt-sjablonen voor studenten)?</w:t>
      </w:r>
    </w:p>
    <w:p w14:paraId="30F91DCA" w14:textId="77777777" w:rsidR="00936394" w:rsidRPr="00862DF4" w:rsidRDefault="00936394" w:rsidP="00936394">
      <w:pPr>
        <w:pStyle w:val="Lijstopsomteken"/>
        <w:numPr>
          <w:ilvl w:val="0"/>
          <w:numId w:val="0"/>
        </w:numPr>
        <w:spacing w:before="0" w:after="0" w:line="240" w:lineRule="auto"/>
        <w:ind w:left="360"/>
        <w:rPr>
          <w:lang w:val="nl-NL"/>
        </w:rPr>
      </w:pPr>
    </w:p>
    <w:p w14:paraId="1452025E" w14:textId="355DDB92" w:rsidR="00C178DD" w:rsidRPr="00F87E54" w:rsidRDefault="00C178DD" w:rsidP="00936394">
      <w:pPr>
        <w:pStyle w:val="Kop2"/>
        <w:spacing w:before="0" w:line="240" w:lineRule="auto"/>
        <w:rPr>
          <w:lang w:val="nl-NL"/>
        </w:rPr>
      </w:pPr>
      <w:r>
        <w:rPr>
          <w:lang w:val="nl-NL"/>
        </w:rPr>
        <w:t>Showcase</w:t>
      </w:r>
    </w:p>
    <w:p w14:paraId="29318FEA" w14:textId="77777777" w:rsidR="00C178DD" w:rsidRDefault="00C178DD" w:rsidP="00936394">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52AB6517" w14:textId="6D6ACD96" w:rsidR="00C178DD" w:rsidRPr="00C178DD" w:rsidRDefault="00C178DD" w:rsidP="00936394">
      <w:pPr>
        <w:pStyle w:val="Lijstopsomteken"/>
        <w:numPr>
          <w:ilvl w:val="0"/>
          <w:numId w:val="0"/>
        </w:numPr>
        <w:spacing w:before="0" w:after="0" w:line="240" w:lineRule="auto"/>
        <w:ind w:left="360" w:hanging="360"/>
        <w:rPr>
          <w:lang w:val="nl-NL"/>
        </w:rPr>
      </w:pPr>
      <w:r>
        <w:rPr>
          <w:lang w:val="nl-NL"/>
        </w:rPr>
        <w:t xml:space="preserve">Hulpvragen hierbij: </w:t>
      </w:r>
      <w:r w:rsidRPr="00862DF4">
        <w:rPr>
          <w:lang w:val="nl-NL"/>
        </w:rPr>
        <w:t>wat probeerde je, wat kwam eruit, wat neem je mee?</w:t>
      </w:r>
    </w:p>
    <w:p w14:paraId="1A79473E" w14:textId="77777777" w:rsidR="00CE13B2" w:rsidRDefault="00CE13B2" w:rsidP="00936394">
      <w:pPr>
        <w:spacing w:before="0" w:after="0" w:line="240" w:lineRule="auto"/>
        <w:rPr>
          <w:lang w:val="nl-NL"/>
        </w:rPr>
      </w:pPr>
    </w:p>
    <w:p w14:paraId="39AECC86" w14:textId="77777777" w:rsidR="00CE13B2" w:rsidRPr="00F87E54" w:rsidRDefault="00CE13B2" w:rsidP="00936394">
      <w:pPr>
        <w:pStyle w:val="Kop2"/>
        <w:spacing w:before="0" w:line="240" w:lineRule="auto"/>
        <w:rPr>
          <w:lang w:val="nl-NL"/>
        </w:rPr>
      </w:pPr>
      <w:r>
        <w:rPr>
          <w:lang w:val="nl-NL"/>
        </w:rPr>
        <w:t>Logische vervolgstap na dit werkblad</w:t>
      </w:r>
    </w:p>
    <w:p w14:paraId="52EF40B4" w14:textId="05E5E346" w:rsidR="00CE13B2" w:rsidRDefault="00CE13B2" w:rsidP="00936394">
      <w:pPr>
        <w:spacing w:before="0" w:after="0" w:line="240" w:lineRule="auto"/>
        <w:rPr>
          <w:lang w:val="nl-NL"/>
        </w:rPr>
      </w:pPr>
      <w:r>
        <w:rPr>
          <w:lang w:val="nl-NL"/>
        </w:rPr>
        <w:t xml:space="preserve">Voor Op en OOP is de logische vervolgstap om nu actief te gaan oefenen met </w:t>
      </w:r>
      <w:proofErr w:type="spellStart"/>
      <w:r>
        <w:rPr>
          <w:lang w:val="nl-NL"/>
        </w:rPr>
        <w:t>prompten</w:t>
      </w:r>
      <w:proofErr w:type="spellEnd"/>
      <w:r>
        <w:rPr>
          <w:lang w:val="nl-NL"/>
        </w:rPr>
        <w:t xml:space="preserve"> </w:t>
      </w:r>
      <w:r w:rsidR="005616A7">
        <w:rPr>
          <w:lang w:val="nl-NL"/>
        </w:rPr>
        <w:t xml:space="preserve">bij </w:t>
      </w:r>
      <w:r w:rsidR="00BC05C5">
        <w:rPr>
          <w:lang w:val="nl-NL"/>
        </w:rPr>
        <w:t xml:space="preserve">een concrete hulpvraag. Kies een </w:t>
      </w:r>
      <w:r w:rsidR="00BC05C5" w:rsidRPr="00911F82">
        <w:rPr>
          <w:b/>
          <w:bCs/>
          <w:lang w:val="nl-NL"/>
        </w:rPr>
        <w:t>werkblad van 5 tot en met 11</w:t>
      </w:r>
      <w:r w:rsidR="00BC05C5">
        <w:rPr>
          <w:lang w:val="nl-NL"/>
        </w:rPr>
        <w:t xml:space="preserve">. </w:t>
      </w:r>
    </w:p>
    <w:p w14:paraId="689A210D" w14:textId="77777777" w:rsidR="00F24DEF" w:rsidRDefault="00CE13B2" w:rsidP="00936394">
      <w:pPr>
        <w:spacing w:before="0" w:after="0" w:line="240" w:lineRule="auto"/>
        <w:rPr>
          <w:lang w:val="nl-NL"/>
        </w:rPr>
      </w:pPr>
      <w:r>
        <w:rPr>
          <w:lang w:val="nl-NL"/>
        </w:rPr>
        <w:t xml:space="preserve">Op een later moment kun je </w:t>
      </w:r>
      <w:r w:rsidRPr="00911F82">
        <w:rPr>
          <w:b/>
          <w:bCs/>
          <w:lang w:val="nl-NL"/>
        </w:rPr>
        <w:t>Werkblad 4</w:t>
      </w:r>
      <w:r w:rsidR="005616A7" w:rsidRPr="00911F82">
        <w:rPr>
          <w:b/>
          <w:bCs/>
          <w:lang w:val="nl-NL"/>
        </w:rPr>
        <w:t xml:space="preserve"> </w:t>
      </w:r>
      <w:r w:rsidRPr="00911F82">
        <w:rPr>
          <w:b/>
          <w:bCs/>
          <w:lang w:val="nl-NL"/>
        </w:rPr>
        <w:t xml:space="preserve">- </w:t>
      </w:r>
      <w:r w:rsidR="00FE5369" w:rsidRPr="00911F82">
        <w:rPr>
          <w:b/>
          <w:bCs/>
          <w:lang w:val="nl-NL"/>
        </w:rPr>
        <w:t xml:space="preserve">Ik kan </w:t>
      </w:r>
      <w:proofErr w:type="spellStart"/>
      <w:r w:rsidR="00FE5369" w:rsidRPr="00911F82">
        <w:rPr>
          <w:b/>
          <w:bCs/>
          <w:lang w:val="nl-NL"/>
        </w:rPr>
        <w:t>prompten</w:t>
      </w:r>
      <w:proofErr w:type="spellEnd"/>
      <w:r w:rsidR="00FE5369" w:rsidRPr="00911F82">
        <w:rPr>
          <w:b/>
          <w:bCs/>
          <w:lang w:val="nl-NL"/>
        </w:rPr>
        <w:t>, maar ik wil leren hoe ik dat nog beter kan doen</w:t>
      </w:r>
      <w:r w:rsidR="00FE5369" w:rsidRPr="00FE5369">
        <w:rPr>
          <w:lang w:val="nl-NL"/>
        </w:rPr>
        <w:t xml:space="preserve"> </w:t>
      </w:r>
      <w:r w:rsidR="008E5E33">
        <w:rPr>
          <w:lang w:val="nl-NL"/>
        </w:rPr>
        <w:t xml:space="preserve">uitvoeren als je meer ervaring hebt met </w:t>
      </w:r>
      <w:proofErr w:type="spellStart"/>
      <w:r w:rsidR="008E5E33">
        <w:rPr>
          <w:lang w:val="nl-NL"/>
        </w:rPr>
        <w:t>prompten</w:t>
      </w:r>
      <w:proofErr w:type="spellEnd"/>
      <w:r w:rsidR="008E5E33">
        <w:rPr>
          <w:lang w:val="nl-NL"/>
        </w:rPr>
        <w:t xml:space="preserve"> in de praktijk. </w:t>
      </w:r>
    </w:p>
    <w:p w14:paraId="321EE671" w14:textId="77777777" w:rsidR="00F24DEF" w:rsidRDefault="00F24DEF" w:rsidP="00936394">
      <w:pPr>
        <w:spacing w:before="0" w:after="0" w:line="240" w:lineRule="auto"/>
        <w:rPr>
          <w:lang w:val="nl-NL"/>
        </w:rPr>
      </w:pPr>
    </w:p>
    <w:p w14:paraId="2BE5CA41" w14:textId="7BF2F145" w:rsidR="00325D2C" w:rsidRPr="00862DF4" w:rsidRDefault="0079121F" w:rsidP="00936394">
      <w:pPr>
        <w:spacing w:before="0" w:after="0" w:line="240" w:lineRule="auto"/>
        <w:rPr>
          <w:lang w:val="nl-NL"/>
        </w:rPr>
      </w:pPr>
      <w:r w:rsidRPr="00862DF4">
        <w:rPr>
          <w:lang w:val="nl-NL"/>
        </w:rPr>
        <w:br w:type="page"/>
      </w:r>
    </w:p>
    <w:p w14:paraId="298CF422" w14:textId="4D1EC1C8" w:rsidR="00325D2C" w:rsidRPr="00862DF4" w:rsidRDefault="0079121F" w:rsidP="00936394">
      <w:pPr>
        <w:pStyle w:val="Kop1"/>
        <w:spacing w:before="0" w:line="240" w:lineRule="auto"/>
        <w:rPr>
          <w:lang w:val="nl-NL"/>
        </w:rPr>
      </w:pPr>
      <w:bookmarkStart w:id="5" w:name="_Werkblad_4_–"/>
      <w:bookmarkEnd w:id="5"/>
      <w:r w:rsidRPr="00862DF4">
        <w:rPr>
          <w:lang w:val="nl-NL"/>
        </w:rPr>
        <w:lastRenderedPageBreak/>
        <w:t xml:space="preserve">Werkblad 4 – Ik kan prompten, </w:t>
      </w:r>
      <w:r w:rsidR="00FE28F2" w:rsidRPr="00FE28F2">
        <w:rPr>
          <w:lang w:val="nl-NL"/>
        </w:rPr>
        <w:t>maar ik wil leren hoe ik dat nog beter kan doen</w:t>
      </w:r>
    </w:p>
    <w:p w14:paraId="1F7E91FF" w14:textId="77777777"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0"/>
        <w:gridCol w:w="4314"/>
      </w:tblGrid>
      <w:tr w:rsidR="00E7400F" w:rsidRPr="00862DF4" w14:paraId="31B1F198" w14:textId="77777777" w:rsidTr="00E7400F">
        <w:tc>
          <w:tcPr>
            <w:tcW w:w="4310" w:type="dxa"/>
            <w:tcBorders>
              <w:top w:val="single" w:sz="6" w:space="0" w:color="C9C9C9"/>
              <w:left w:val="single" w:sz="6" w:space="0" w:color="C9C9C9"/>
              <w:bottom w:val="single" w:sz="6" w:space="0" w:color="C9C9C9"/>
              <w:right w:val="single" w:sz="6" w:space="0" w:color="C9C9C9"/>
            </w:tcBorders>
          </w:tcPr>
          <w:p w14:paraId="6A8406EA" w14:textId="77777777" w:rsidR="00E7400F" w:rsidRDefault="00E7400F" w:rsidP="00936394">
            <w:pPr>
              <w:spacing w:before="0" w:after="0" w:line="240" w:lineRule="auto"/>
              <w:rPr>
                <w:b/>
              </w:rPr>
            </w:pPr>
            <w:proofErr w:type="spellStart"/>
            <w:r>
              <w:rPr>
                <w:b/>
              </w:rPr>
              <w:t>Doelgroep</w:t>
            </w:r>
            <w:proofErr w:type="spellEnd"/>
          </w:p>
        </w:tc>
        <w:tc>
          <w:tcPr>
            <w:tcW w:w="4314" w:type="dxa"/>
            <w:tcBorders>
              <w:top w:val="single" w:sz="6" w:space="0" w:color="C9C9C9"/>
              <w:left w:val="single" w:sz="6" w:space="0" w:color="C9C9C9"/>
              <w:bottom w:val="single" w:sz="6" w:space="0" w:color="C9C9C9"/>
              <w:right w:val="single" w:sz="6" w:space="0" w:color="C9C9C9"/>
            </w:tcBorders>
          </w:tcPr>
          <w:p w14:paraId="660A3C23" w14:textId="77777777" w:rsidR="00E7400F" w:rsidRPr="00862DF4" w:rsidRDefault="00E7400F" w:rsidP="00936394">
            <w:pPr>
              <w:spacing w:before="0" w:after="0" w:line="240" w:lineRule="auto"/>
              <w:rPr>
                <w:lang w:val="nl-NL"/>
              </w:rPr>
            </w:pPr>
            <w:r>
              <w:rPr>
                <w:lang w:val="nl-NL"/>
              </w:rPr>
              <w:t>OP + OOP</w:t>
            </w:r>
          </w:p>
        </w:tc>
      </w:tr>
      <w:tr w:rsidR="00325D2C" w:rsidRPr="00B07954" w14:paraId="36ADE734" w14:textId="77777777" w:rsidTr="00E7400F">
        <w:tc>
          <w:tcPr>
            <w:tcW w:w="4310" w:type="dxa"/>
          </w:tcPr>
          <w:p w14:paraId="55B3AEB7" w14:textId="77777777" w:rsidR="00325D2C" w:rsidRDefault="0079121F" w:rsidP="00936394">
            <w:pPr>
              <w:spacing w:before="0" w:after="0" w:line="240" w:lineRule="auto"/>
            </w:pPr>
            <w:r>
              <w:rPr>
                <w:b/>
              </w:rPr>
              <w:t>Doel</w:t>
            </w:r>
          </w:p>
        </w:tc>
        <w:tc>
          <w:tcPr>
            <w:tcW w:w="4314" w:type="dxa"/>
          </w:tcPr>
          <w:p w14:paraId="69427C78" w14:textId="77777777" w:rsidR="00325D2C" w:rsidRPr="00862DF4" w:rsidRDefault="0079121F" w:rsidP="00936394">
            <w:pPr>
              <w:spacing w:before="0" w:after="0" w:line="240" w:lineRule="auto"/>
              <w:rPr>
                <w:lang w:val="nl-NL"/>
              </w:rPr>
            </w:pPr>
            <w:r w:rsidRPr="00862DF4">
              <w:rPr>
                <w:lang w:val="nl-NL"/>
              </w:rPr>
              <w:t xml:space="preserve">Verdiepen in systematisch </w:t>
            </w:r>
            <w:proofErr w:type="spellStart"/>
            <w:r w:rsidRPr="00862DF4">
              <w:rPr>
                <w:lang w:val="nl-NL"/>
              </w:rPr>
              <w:t>prompten</w:t>
            </w:r>
            <w:proofErr w:type="spellEnd"/>
            <w:r w:rsidRPr="00862DF4">
              <w:rPr>
                <w:lang w:val="nl-NL"/>
              </w:rPr>
              <w:t>: itereren, kwaliteitscontrole inbouwen, en output laten verifiëren/alternatieven laten geven.</w:t>
            </w:r>
          </w:p>
        </w:tc>
      </w:tr>
      <w:tr w:rsidR="00325D2C" w14:paraId="40227A62" w14:textId="77777777" w:rsidTr="00E7400F">
        <w:tc>
          <w:tcPr>
            <w:tcW w:w="4310" w:type="dxa"/>
          </w:tcPr>
          <w:p w14:paraId="488B870A" w14:textId="77777777" w:rsidR="00325D2C" w:rsidRDefault="0079121F" w:rsidP="00936394">
            <w:pPr>
              <w:spacing w:before="0" w:after="0" w:line="240" w:lineRule="auto"/>
            </w:pPr>
            <w:proofErr w:type="spellStart"/>
            <w:r>
              <w:rPr>
                <w:b/>
              </w:rPr>
              <w:t>Niveau</w:t>
            </w:r>
            <w:proofErr w:type="spellEnd"/>
          </w:p>
        </w:tc>
        <w:tc>
          <w:tcPr>
            <w:tcW w:w="4314" w:type="dxa"/>
          </w:tcPr>
          <w:p w14:paraId="2BC8599C" w14:textId="77777777" w:rsidR="00325D2C" w:rsidRDefault="0079121F" w:rsidP="00936394">
            <w:pPr>
              <w:spacing w:before="0" w:after="0" w:line="240" w:lineRule="auto"/>
            </w:pPr>
            <w:proofErr w:type="spellStart"/>
            <w:r>
              <w:t>Gevorderd</w:t>
            </w:r>
            <w:proofErr w:type="spellEnd"/>
          </w:p>
        </w:tc>
      </w:tr>
      <w:tr w:rsidR="00325D2C" w14:paraId="61E107FA" w14:textId="77777777" w:rsidTr="00E7400F">
        <w:tc>
          <w:tcPr>
            <w:tcW w:w="4310" w:type="dxa"/>
          </w:tcPr>
          <w:p w14:paraId="05BDCABC" w14:textId="77777777" w:rsidR="00325D2C" w:rsidRDefault="0079121F" w:rsidP="00936394">
            <w:pPr>
              <w:spacing w:before="0" w:after="0" w:line="240" w:lineRule="auto"/>
            </w:pPr>
            <w:proofErr w:type="spellStart"/>
            <w:r>
              <w:rPr>
                <w:b/>
              </w:rPr>
              <w:t>Tijd</w:t>
            </w:r>
            <w:proofErr w:type="spellEnd"/>
          </w:p>
        </w:tc>
        <w:tc>
          <w:tcPr>
            <w:tcW w:w="4314" w:type="dxa"/>
          </w:tcPr>
          <w:p w14:paraId="5D174C90" w14:textId="2FA8A3A9" w:rsidR="00325D2C" w:rsidRDefault="002D0E77" w:rsidP="00936394">
            <w:pPr>
              <w:spacing w:before="0" w:after="0" w:line="240" w:lineRule="auto"/>
            </w:pPr>
            <w:proofErr w:type="spellStart"/>
            <w:r>
              <w:t>kort</w:t>
            </w:r>
            <w:proofErr w:type="spellEnd"/>
          </w:p>
        </w:tc>
      </w:tr>
      <w:tr w:rsidR="00325D2C" w:rsidRPr="00B07954" w14:paraId="6200D07B" w14:textId="77777777" w:rsidTr="00E7400F">
        <w:tc>
          <w:tcPr>
            <w:tcW w:w="4310" w:type="dxa"/>
          </w:tcPr>
          <w:p w14:paraId="10FBEF98" w14:textId="77777777" w:rsidR="00325D2C" w:rsidRDefault="0079121F" w:rsidP="00936394">
            <w:pPr>
              <w:spacing w:before="0" w:after="0" w:line="240" w:lineRule="auto"/>
            </w:pPr>
            <w:proofErr w:type="spellStart"/>
            <w:r>
              <w:rPr>
                <w:b/>
              </w:rPr>
              <w:t>Resultaat</w:t>
            </w:r>
            <w:proofErr w:type="spellEnd"/>
          </w:p>
        </w:tc>
        <w:tc>
          <w:tcPr>
            <w:tcW w:w="4314" w:type="dxa"/>
          </w:tcPr>
          <w:p w14:paraId="2C2351AB" w14:textId="56F7B127" w:rsidR="00325D2C" w:rsidRPr="00937A56" w:rsidRDefault="00937A56" w:rsidP="00936394">
            <w:pPr>
              <w:spacing w:before="0" w:after="0" w:line="240" w:lineRule="auto"/>
              <w:rPr>
                <w:lang w:val="nl-NL"/>
              </w:rPr>
            </w:pPr>
            <w:r w:rsidRPr="00937A56">
              <w:rPr>
                <w:lang w:val="nl-NL"/>
              </w:rPr>
              <w:t>Je leert een masterprompt maken voor een terugkerende taak, inclusief kwaliteitschecks en een bruikbaar moment waarop je de prompt wél/niet inzet.</w:t>
            </w:r>
          </w:p>
        </w:tc>
      </w:tr>
      <w:tr w:rsidR="00325D2C" w:rsidRPr="00B07954" w14:paraId="7BF5F192" w14:textId="77777777" w:rsidTr="00E7400F">
        <w:tc>
          <w:tcPr>
            <w:tcW w:w="4310" w:type="dxa"/>
          </w:tcPr>
          <w:p w14:paraId="544AE3D6" w14:textId="77777777" w:rsidR="00325D2C" w:rsidRDefault="0079121F" w:rsidP="00936394">
            <w:pPr>
              <w:spacing w:before="0" w:after="0" w:line="240" w:lineRule="auto"/>
            </w:pPr>
            <w:r>
              <w:rPr>
                <w:b/>
              </w:rPr>
              <w:t xml:space="preserve">Tools / </w:t>
            </w:r>
            <w:proofErr w:type="spellStart"/>
            <w:r>
              <w:rPr>
                <w:b/>
              </w:rPr>
              <w:t>kaders</w:t>
            </w:r>
            <w:proofErr w:type="spellEnd"/>
          </w:p>
        </w:tc>
        <w:tc>
          <w:tcPr>
            <w:tcW w:w="4314" w:type="dxa"/>
          </w:tcPr>
          <w:p w14:paraId="58136AD2" w14:textId="11DDA666" w:rsidR="00325D2C" w:rsidRPr="00862DF4" w:rsidRDefault="0079121F" w:rsidP="00936394">
            <w:pPr>
              <w:spacing w:before="0" w:after="0" w:line="240" w:lineRule="auto"/>
              <w:rPr>
                <w:lang w:val="nl-NL"/>
              </w:rPr>
            </w:pPr>
            <w:r w:rsidRPr="00862DF4">
              <w:rPr>
                <w:lang w:val="nl-NL"/>
              </w:rPr>
              <w:t xml:space="preserve">Tools: </w:t>
            </w:r>
            <w:proofErr w:type="spellStart"/>
            <w:r w:rsidRPr="00862DF4">
              <w:rPr>
                <w:lang w:val="nl-NL"/>
              </w:rPr>
              <w:t>ChatGPT</w:t>
            </w:r>
            <w:proofErr w:type="spellEnd"/>
            <w:r w:rsidRPr="00862DF4">
              <w:rPr>
                <w:lang w:val="nl-NL"/>
              </w:rPr>
              <w:t xml:space="preserve">, </w:t>
            </w:r>
            <w:proofErr w:type="spellStart"/>
            <w:r w:rsidRPr="00862DF4">
              <w:rPr>
                <w:lang w:val="nl-NL"/>
              </w:rPr>
              <w:t>Copilot</w:t>
            </w:r>
            <w:proofErr w:type="spellEnd"/>
            <w:r w:rsidRPr="00862DF4">
              <w:rPr>
                <w:lang w:val="nl-NL"/>
              </w:rPr>
              <w:t xml:space="preserve"> of een andere tool. Kaders: Let op privacy/auteursrecht. Als je met beleidsteksten werkt: gebruik openbare of eigen documenten.</w:t>
            </w:r>
          </w:p>
        </w:tc>
      </w:tr>
    </w:tbl>
    <w:p w14:paraId="254174D6" w14:textId="77777777" w:rsidR="00325D2C" w:rsidRDefault="00325D2C" w:rsidP="00936394">
      <w:pPr>
        <w:spacing w:before="0" w:after="0" w:line="240" w:lineRule="auto"/>
        <w:rPr>
          <w:lang w:val="nl-NL"/>
        </w:rPr>
      </w:pPr>
    </w:p>
    <w:p w14:paraId="76F484E2" w14:textId="61978057" w:rsidR="00886F8D" w:rsidRPr="00211E4E" w:rsidRDefault="00886F8D" w:rsidP="00936394">
      <w:pPr>
        <w:pStyle w:val="Kop2"/>
        <w:spacing w:before="0" w:line="240" w:lineRule="auto"/>
        <w:rPr>
          <w:lang w:val="nl-NL"/>
        </w:rPr>
      </w:pPr>
      <w:r>
        <w:rPr>
          <w:lang w:val="nl-NL"/>
        </w:rPr>
        <w:t>Een masterprompt</w:t>
      </w:r>
    </w:p>
    <w:p w14:paraId="4A22910B" w14:textId="7FB21D21" w:rsidR="00886F8D" w:rsidRPr="00886F8D" w:rsidRDefault="00886F8D" w:rsidP="00936394">
      <w:pPr>
        <w:spacing w:before="0" w:after="0" w:line="240" w:lineRule="auto"/>
        <w:rPr>
          <w:lang w:val="nl-NL"/>
        </w:rPr>
      </w:pPr>
      <w:r w:rsidRPr="00886F8D">
        <w:rPr>
          <w:lang w:val="nl-NL"/>
        </w:rPr>
        <w:t>Een masterprompt is een vaste, herbruikbare “superprompt”: een prompt die je één keer goed ontwerpt voor een terugkerende taak, zodat je niet telkens opnieuw hoeft te bedenken hoe je de AI moet instrueren.</w:t>
      </w:r>
      <w:r w:rsidR="00465CB5">
        <w:rPr>
          <w:lang w:val="nl-NL"/>
        </w:rPr>
        <w:t xml:space="preserve"> Je kunt deze masterprompt ook gebruiken als prompt voor een eigen </w:t>
      </w:r>
      <w:proofErr w:type="spellStart"/>
      <w:r w:rsidR="00465CB5">
        <w:rPr>
          <w:lang w:val="nl-NL"/>
        </w:rPr>
        <w:t>chatbot</w:t>
      </w:r>
      <w:proofErr w:type="spellEnd"/>
      <w:r w:rsidR="00465CB5">
        <w:rPr>
          <w:lang w:val="nl-NL"/>
        </w:rPr>
        <w:t xml:space="preserve">. </w:t>
      </w:r>
    </w:p>
    <w:p w14:paraId="4418B90B" w14:textId="148E39B9" w:rsidR="00886F8D" w:rsidRPr="00586473" w:rsidRDefault="00886F8D" w:rsidP="00586473">
      <w:pPr>
        <w:spacing w:before="0" w:after="0" w:line="240" w:lineRule="auto"/>
        <w:rPr>
          <w:lang w:val="nl-NL"/>
        </w:rPr>
      </w:pPr>
      <w:r w:rsidRPr="00886F8D">
        <w:rPr>
          <w:lang w:val="nl-NL"/>
        </w:rPr>
        <w:t>Zie het als</w:t>
      </w:r>
      <w:r w:rsidR="00586473">
        <w:rPr>
          <w:lang w:val="nl-NL"/>
        </w:rPr>
        <w:t xml:space="preserve"> </w:t>
      </w:r>
      <w:r w:rsidRPr="00586473">
        <w:rPr>
          <w:lang w:val="nl-NL"/>
        </w:rPr>
        <w:t>een standaardbriefing voor een collega</w:t>
      </w:r>
      <w:r w:rsidR="00586473">
        <w:rPr>
          <w:lang w:val="nl-NL"/>
        </w:rPr>
        <w:t xml:space="preserve"> </w:t>
      </w:r>
      <w:r w:rsidRPr="00586473">
        <w:rPr>
          <w:lang w:val="nl-NL"/>
        </w:rPr>
        <w:t xml:space="preserve">of een template (zoals een format voor feedback, een </w:t>
      </w:r>
      <w:proofErr w:type="spellStart"/>
      <w:r w:rsidRPr="00586473">
        <w:rPr>
          <w:lang w:val="nl-NL"/>
        </w:rPr>
        <w:t>rubric</w:t>
      </w:r>
      <w:proofErr w:type="spellEnd"/>
      <w:r w:rsidRPr="00586473">
        <w:rPr>
          <w:lang w:val="nl-NL"/>
        </w:rPr>
        <w:t xml:space="preserve"> of een lesopzet)met daarin al jouw vaste eisen ingebouwd.</w:t>
      </w:r>
    </w:p>
    <w:p w14:paraId="03032F55" w14:textId="77777777" w:rsidR="00465CB5" w:rsidRDefault="00465CB5" w:rsidP="00936394">
      <w:pPr>
        <w:spacing w:before="0" w:after="0" w:line="240" w:lineRule="auto"/>
        <w:rPr>
          <w:lang w:val="nl-NL"/>
        </w:rPr>
      </w:pPr>
    </w:p>
    <w:p w14:paraId="037FB930" w14:textId="4C2A04B3" w:rsidR="00886F8D" w:rsidRPr="00886F8D" w:rsidRDefault="00886F8D" w:rsidP="00936394">
      <w:pPr>
        <w:spacing w:before="0" w:after="0" w:line="240" w:lineRule="auto"/>
        <w:rPr>
          <w:b/>
          <w:bCs/>
          <w:lang w:val="nl-NL"/>
        </w:rPr>
      </w:pPr>
      <w:r w:rsidRPr="00886F8D">
        <w:rPr>
          <w:b/>
          <w:bCs/>
          <w:lang w:val="nl-NL"/>
        </w:rPr>
        <w:t>Wat staat er meestal in een masterprompt?</w:t>
      </w:r>
    </w:p>
    <w:p w14:paraId="55F00B60" w14:textId="77777777" w:rsidR="00886F8D" w:rsidRPr="00886F8D" w:rsidRDefault="00886F8D" w:rsidP="00936394">
      <w:pPr>
        <w:spacing w:before="0" w:after="0" w:line="240" w:lineRule="auto"/>
        <w:rPr>
          <w:lang w:val="nl-NL"/>
        </w:rPr>
      </w:pPr>
      <w:r w:rsidRPr="00886F8D">
        <w:rPr>
          <w:lang w:val="nl-NL"/>
        </w:rPr>
        <w:t>Een goede masterprompt bevat (minstens) deze bouwstenen:</w:t>
      </w:r>
    </w:p>
    <w:p w14:paraId="74F150C4" w14:textId="77777777" w:rsidR="00886F8D" w:rsidRPr="00886F8D" w:rsidRDefault="00886F8D" w:rsidP="00974A8A">
      <w:pPr>
        <w:numPr>
          <w:ilvl w:val="0"/>
          <w:numId w:val="21"/>
        </w:numPr>
        <w:spacing w:before="0" w:after="0" w:line="240" w:lineRule="auto"/>
        <w:rPr>
          <w:lang w:val="nl-NL"/>
        </w:rPr>
      </w:pPr>
      <w:r w:rsidRPr="00886F8D">
        <w:rPr>
          <w:lang w:val="nl-NL"/>
        </w:rPr>
        <w:t>Doel – wat wil je bereiken?</w:t>
      </w:r>
      <w:r w:rsidRPr="00886F8D">
        <w:rPr>
          <w:lang w:val="nl-NL"/>
        </w:rPr>
        <w:br/>
        <w:t xml:space="preserve">(bijv. “geef feedback”, “maak </w:t>
      </w:r>
      <w:proofErr w:type="spellStart"/>
      <w:r w:rsidRPr="00886F8D">
        <w:rPr>
          <w:lang w:val="nl-NL"/>
        </w:rPr>
        <w:t>toetsvragen</w:t>
      </w:r>
      <w:proofErr w:type="spellEnd"/>
      <w:r w:rsidRPr="00886F8D">
        <w:rPr>
          <w:lang w:val="nl-NL"/>
        </w:rPr>
        <w:t>”, “genereer casus”)</w:t>
      </w:r>
    </w:p>
    <w:p w14:paraId="68B468CF" w14:textId="77777777" w:rsidR="00886F8D" w:rsidRPr="00886F8D" w:rsidRDefault="00886F8D" w:rsidP="00974A8A">
      <w:pPr>
        <w:numPr>
          <w:ilvl w:val="0"/>
          <w:numId w:val="21"/>
        </w:numPr>
        <w:spacing w:before="0" w:after="0" w:line="240" w:lineRule="auto"/>
        <w:rPr>
          <w:lang w:val="nl-NL"/>
        </w:rPr>
      </w:pPr>
      <w:r w:rsidRPr="00886F8D">
        <w:rPr>
          <w:lang w:val="nl-NL"/>
        </w:rPr>
        <w:t>Rol – in welke rol moet de AI antwoorden?</w:t>
      </w:r>
      <w:r w:rsidRPr="00886F8D">
        <w:rPr>
          <w:lang w:val="nl-NL"/>
        </w:rPr>
        <w:br/>
        <w:t xml:space="preserve">(docent, jurist, redacteur, </w:t>
      </w:r>
      <w:proofErr w:type="spellStart"/>
      <w:r w:rsidRPr="00886F8D">
        <w:rPr>
          <w:lang w:val="nl-NL"/>
        </w:rPr>
        <w:t>toetsdeskundige</w:t>
      </w:r>
      <w:proofErr w:type="spellEnd"/>
      <w:r w:rsidRPr="00886F8D">
        <w:rPr>
          <w:lang w:val="nl-NL"/>
        </w:rPr>
        <w:t>)</w:t>
      </w:r>
    </w:p>
    <w:p w14:paraId="6C25C5E8" w14:textId="77777777" w:rsidR="00886F8D" w:rsidRPr="00886F8D" w:rsidRDefault="00886F8D" w:rsidP="00974A8A">
      <w:pPr>
        <w:numPr>
          <w:ilvl w:val="0"/>
          <w:numId w:val="21"/>
        </w:numPr>
        <w:spacing w:before="0" w:after="0" w:line="240" w:lineRule="auto"/>
        <w:rPr>
          <w:lang w:val="nl-NL"/>
        </w:rPr>
      </w:pPr>
      <w:r w:rsidRPr="00886F8D">
        <w:rPr>
          <w:lang w:val="nl-NL"/>
        </w:rPr>
        <w:t>Context – welke opdracht, criteria, leerdoelen, niveau?</w:t>
      </w:r>
    </w:p>
    <w:p w14:paraId="00264707" w14:textId="77777777" w:rsidR="00886F8D" w:rsidRPr="00886F8D" w:rsidRDefault="00886F8D" w:rsidP="00974A8A">
      <w:pPr>
        <w:numPr>
          <w:ilvl w:val="0"/>
          <w:numId w:val="21"/>
        </w:numPr>
        <w:spacing w:before="0" w:after="0" w:line="240" w:lineRule="auto"/>
        <w:rPr>
          <w:lang w:val="nl-NL"/>
        </w:rPr>
      </w:pPr>
      <w:r w:rsidRPr="00886F8D">
        <w:rPr>
          <w:lang w:val="nl-NL"/>
        </w:rPr>
        <w:t>Doelgroep – voor wie is de output bedoeld?</w:t>
      </w:r>
    </w:p>
    <w:p w14:paraId="577F80D4" w14:textId="77777777" w:rsidR="00886F8D" w:rsidRPr="00886F8D" w:rsidRDefault="00886F8D" w:rsidP="00974A8A">
      <w:pPr>
        <w:numPr>
          <w:ilvl w:val="0"/>
          <w:numId w:val="21"/>
        </w:numPr>
        <w:spacing w:before="0" w:after="0" w:line="240" w:lineRule="auto"/>
        <w:rPr>
          <w:lang w:val="nl-NL"/>
        </w:rPr>
      </w:pPr>
      <w:r w:rsidRPr="00886F8D">
        <w:rPr>
          <w:lang w:val="nl-NL"/>
        </w:rPr>
        <w:t>Outputvorm – welke structuur/format wil je (</w:t>
      </w:r>
      <w:proofErr w:type="spellStart"/>
      <w:r w:rsidRPr="00886F8D">
        <w:rPr>
          <w:lang w:val="nl-NL"/>
        </w:rPr>
        <w:t>bullets</w:t>
      </w:r>
      <w:proofErr w:type="spellEnd"/>
      <w:r w:rsidRPr="00886F8D">
        <w:rPr>
          <w:lang w:val="nl-NL"/>
        </w:rPr>
        <w:t>, tabel, stappenplan)?</w:t>
      </w:r>
    </w:p>
    <w:p w14:paraId="517E2214" w14:textId="77777777" w:rsidR="00886F8D" w:rsidRPr="00886F8D" w:rsidRDefault="00886F8D" w:rsidP="00974A8A">
      <w:pPr>
        <w:numPr>
          <w:ilvl w:val="0"/>
          <w:numId w:val="21"/>
        </w:numPr>
        <w:spacing w:before="0" w:after="0" w:line="240" w:lineRule="auto"/>
        <w:rPr>
          <w:lang w:val="nl-NL"/>
        </w:rPr>
      </w:pPr>
      <w:r w:rsidRPr="00886F8D">
        <w:rPr>
          <w:lang w:val="nl-NL"/>
        </w:rPr>
        <w:t>Randvoorwaarden – toon, lengte, taalniveau, wat juist níet mag</w:t>
      </w:r>
    </w:p>
    <w:p w14:paraId="6EEE320E" w14:textId="77777777" w:rsidR="00886F8D" w:rsidRPr="00886F8D" w:rsidRDefault="00886F8D" w:rsidP="00974A8A">
      <w:pPr>
        <w:numPr>
          <w:ilvl w:val="0"/>
          <w:numId w:val="21"/>
        </w:numPr>
        <w:spacing w:before="0" w:after="0" w:line="240" w:lineRule="auto"/>
        <w:rPr>
          <w:lang w:val="nl-NL"/>
        </w:rPr>
      </w:pPr>
      <w:r w:rsidRPr="00886F8D">
        <w:rPr>
          <w:lang w:val="nl-NL"/>
        </w:rPr>
        <w:t>Kwaliteitschecks – laat de AI zichzelf controleren</w:t>
      </w:r>
      <w:r w:rsidRPr="00886F8D">
        <w:rPr>
          <w:lang w:val="nl-NL"/>
        </w:rPr>
        <w:br/>
        <w:t>(bijv. aannames markeren, vragen stellen als info mist, risico’s noemen)</w:t>
      </w:r>
    </w:p>
    <w:p w14:paraId="71A37477" w14:textId="77777777" w:rsidR="00465CB5" w:rsidRDefault="00465CB5" w:rsidP="00936394">
      <w:pPr>
        <w:spacing w:before="0" w:after="0" w:line="240" w:lineRule="auto"/>
        <w:rPr>
          <w:b/>
          <w:bCs/>
          <w:lang w:val="nl-NL"/>
        </w:rPr>
      </w:pPr>
    </w:p>
    <w:p w14:paraId="4303264B" w14:textId="4F1B9EAF" w:rsidR="00886F8D" w:rsidRPr="00886F8D" w:rsidRDefault="00886F8D" w:rsidP="00936394">
      <w:pPr>
        <w:spacing w:before="0" w:after="0" w:line="240" w:lineRule="auto"/>
        <w:rPr>
          <w:b/>
          <w:bCs/>
          <w:lang w:val="nl-NL"/>
        </w:rPr>
      </w:pPr>
      <w:r w:rsidRPr="00886F8D">
        <w:rPr>
          <w:b/>
          <w:bCs/>
          <w:lang w:val="nl-NL"/>
        </w:rPr>
        <w:t>Waarom is dit handig?</w:t>
      </w:r>
    </w:p>
    <w:p w14:paraId="6AE0D19A" w14:textId="77777777" w:rsidR="00886F8D" w:rsidRPr="00886F8D" w:rsidRDefault="00886F8D" w:rsidP="00974A8A">
      <w:pPr>
        <w:numPr>
          <w:ilvl w:val="0"/>
          <w:numId w:val="22"/>
        </w:numPr>
        <w:spacing w:before="0" w:after="0" w:line="240" w:lineRule="auto"/>
        <w:rPr>
          <w:lang w:val="nl-NL"/>
        </w:rPr>
      </w:pPr>
      <w:r w:rsidRPr="00886F8D">
        <w:rPr>
          <w:lang w:val="nl-NL"/>
        </w:rPr>
        <w:t>Consistente kwaliteit: je krijgt vaker output in de vorm die jij nodig hebt.</w:t>
      </w:r>
    </w:p>
    <w:p w14:paraId="4DD5F04A" w14:textId="77777777" w:rsidR="00886F8D" w:rsidRPr="00886F8D" w:rsidRDefault="00886F8D" w:rsidP="00974A8A">
      <w:pPr>
        <w:numPr>
          <w:ilvl w:val="0"/>
          <w:numId w:val="22"/>
        </w:numPr>
        <w:spacing w:before="0" w:after="0" w:line="240" w:lineRule="auto"/>
        <w:rPr>
          <w:lang w:val="nl-NL"/>
        </w:rPr>
      </w:pPr>
      <w:r w:rsidRPr="00886F8D">
        <w:rPr>
          <w:lang w:val="nl-NL"/>
        </w:rPr>
        <w:t>Sneller werken: je hoeft alleen nog variabelen aan te passen (onderwerp, doelgroep, lengte).</w:t>
      </w:r>
    </w:p>
    <w:p w14:paraId="23701DBA" w14:textId="77777777" w:rsidR="00886F8D" w:rsidRPr="00886F8D" w:rsidRDefault="00886F8D" w:rsidP="00974A8A">
      <w:pPr>
        <w:numPr>
          <w:ilvl w:val="0"/>
          <w:numId w:val="22"/>
        </w:numPr>
        <w:spacing w:before="0" w:after="0" w:line="240" w:lineRule="auto"/>
        <w:rPr>
          <w:lang w:val="nl-NL"/>
        </w:rPr>
      </w:pPr>
      <w:r w:rsidRPr="00886F8D">
        <w:rPr>
          <w:lang w:val="nl-NL"/>
        </w:rPr>
        <w:t>Veiliger: je kunt standaard checks opnemen (privacy, bias, bronverificatie).</w:t>
      </w:r>
    </w:p>
    <w:p w14:paraId="1F31300E" w14:textId="77777777" w:rsidR="00886F8D" w:rsidRPr="00886F8D" w:rsidRDefault="00886F8D" w:rsidP="00974A8A">
      <w:pPr>
        <w:numPr>
          <w:ilvl w:val="0"/>
          <w:numId w:val="22"/>
        </w:numPr>
        <w:spacing w:before="0" w:after="0" w:line="240" w:lineRule="auto"/>
        <w:rPr>
          <w:lang w:val="nl-NL"/>
        </w:rPr>
      </w:pPr>
      <w:r w:rsidRPr="00886F8D">
        <w:rPr>
          <w:lang w:val="nl-NL"/>
        </w:rPr>
        <w:t>Makkelijk delen: collega’s kunnen dezelfde masterprompt gebruiken.</w:t>
      </w:r>
    </w:p>
    <w:p w14:paraId="20B5DE7D" w14:textId="2CE13606" w:rsidR="00387949" w:rsidRDefault="00387949">
      <w:pPr>
        <w:rPr>
          <w:lang w:val="nl-NL"/>
        </w:rPr>
      </w:pPr>
      <w:r>
        <w:rPr>
          <w:lang w:val="nl-NL"/>
        </w:rPr>
        <w:br w:type="page"/>
      </w:r>
    </w:p>
    <w:p w14:paraId="3183A89A" w14:textId="6A5AE6DC" w:rsidR="005E3D63" w:rsidRPr="005E3D63" w:rsidRDefault="0079121F" w:rsidP="00936394">
      <w:pPr>
        <w:pStyle w:val="Kop2"/>
        <w:spacing w:before="0" w:line="240" w:lineRule="auto"/>
        <w:rPr>
          <w:lang w:val="nl-NL"/>
        </w:rPr>
      </w:pPr>
      <w:r w:rsidRPr="00211E4E">
        <w:rPr>
          <w:lang w:val="nl-NL"/>
        </w:rPr>
        <w:lastRenderedPageBreak/>
        <w:t>Stappenplan</w:t>
      </w:r>
      <w:r w:rsidR="005E3D63">
        <w:rPr>
          <w:lang w:val="nl-NL"/>
        </w:rPr>
        <w:t xml:space="preserve"> </w:t>
      </w:r>
    </w:p>
    <w:p w14:paraId="64490F27" w14:textId="18F9244F" w:rsidR="00F82F6A" w:rsidRDefault="00F82F6A" w:rsidP="00936394">
      <w:pPr>
        <w:spacing w:before="0" w:after="0" w:line="240" w:lineRule="auto"/>
        <w:rPr>
          <w:lang w:val="nl-NL"/>
        </w:rPr>
      </w:pPr>
    </w:p>
    <w:p w14:paraId="44A7F96C" w14:textId="77777777" w:rsidR="00D21803" w:rsidRPr="00E602EE" w:rsidRDefault="00D21803" w:rsidP="00586473">
      <w:pPr>
        <w:spacing w:before="0" w:after="0" w:line="240" w:lineRule="auto"/>
        <w:rPr>
          <w:b/>
          <w:bCs/>
          <w:lang w:val="nl-NL"/>
        </w:rPr>
      </w:pPr>
      <w:r w:rsidRPr="00E602EE">
        <w:rPr>
          <w:b/>
          <w:bCs/>
          <w:lang w:val="nl-NL"/>
        </w:rPr>
        <w:t>Stap 1 – Bepaal je vaste onderdelen</w:t>
      </w:r>
    </w:p>
    <w:p w14:paraId="7B188929" w14:textId="77777777" w:rsidR="00D21803" w:rsidRPr="00D21803" w:rsidRDefault="00D21803" w:rsidP="00586473">
      <w:pPr>
        <w:spacing w:before="0" w:after="0" w:line="240" w:lineRule="auto"/>
        <w:rPr>
          <w:lang w:val="nl-NL"/>
        </w:rPr>
      </w:pPr>
    </w:p>
    <w:p w14:paraId="7752DD6E" w14:textId="77777777" w:rsidR="00D21803" w:rsidRPr="00D21803" w:rsidRDefault="00D21803" w:rsidP="00586473">
      <w:pPr>
        <w:spacing w:before="0" w:after="0" w:line="240" w:lineRule="auto"/>
        <w:rPr>
          <w:lang w:val="nl-NL"/>
        </w:rPr>
      </w:pPr>
      <w:r w:rsidRPr="00D21803">
        <w:rPr>
          <w:lang w:val="nl-NL"/>
        </w:rPr>
        <w:t>Noteer voor jouw taak:</w:t>
      </w:r>
    </w:p>
    <w:p w14:paraId="4105C8C3" w14:textId="77777777" w:rsidR="00D21803" w:rsidRPr="00D21803" w:rsidRDefault="00D21803" w:rsidP="00586473">
      <w:pPr>
        <w:spacing w:before="0" w:after="0" w:line="240" w:lineRule="auto"/>
        <w:rPr>
          <w:lang w:val="nl-NL"/>
        </w:rPr>
      </w:pPr>
    </w:p>
    <w:p w14:paraId="15F3A7CD" w14:textId="77777777" w:rsidR="00D21803" w:rsidRPr="00D21803" w:rsidRDefault="00D21803" w:rsidP="00586473">
      <w:pPr>
        <w:spacing w:before="0" w:after="0" w:line="240" w:lineRule="auto"/>
        <w:rPr>
          <w:lang w:val="nl-NL"/>
        </w:rPr>
      </w:pPr>
      <w:r w:rsidRPr="00D21803">
        <w:rPr>
          <w:lang w:val="nl-NL"/>
        </w:rPr>
        <w:t>Doel: wat moet de AI telkens doen?</w:t>
      </w:r>
    </w:p>
    <w:p w14:paraId="2386590C" w14:textId="77777777" w:rsidR="00D21803" w:rsidRPr="00D21803" w:rsidRDefault="00D21803" w:rsidP="00586473">
      <w:pPr>
        <w:spacing w:before="0" w:after="0" w:line="240" w:lineRule="auto"/>
        <w:rPr>
          <w:lang w:val="nl-NL"/>
        </w:rPr>
      </w:pPr>
      <w:r w:rsidRPr="00D21803">
        <w:rPr>
          <w:lang w:val="nl-NL"/>
        </w:rPr>
        <w:t>Rol: vanuit welke expertise moet de AI antwoorden?</w:t>
      </w:r>
    </w:p>
    <w:p w14:paraId="12D7B7C5" w14:textId="77777777" w:rsidR="00D21803" w:rsidRPr="00D21803" w:rsidRDefault="00D21803" w:rsidP="00586473">
      <w:pPr>
        <w:spacing w:before="0" w:after="0" w:line="240" w:lineRule="auto"/>
        <w:rPr>
          <w:lang w:val="nl-NL"/>
        </w:rPr>
      </w:pPr>
      <w:r w:rsidRPr="00D21803">
        <w:rPr>
          <w:lang w:val="nl-NL"/>
        </w:rPr>
        <w:t>Context: onderwijs, rechtsgebied, niveau?</w:t>
      </w:r>
    </w:p>
    <w:p w14:paraId="54495C2F" w14:textId="77777777" w:rsidR="00D21803" w:rsidRPr="00D21803" w:rsidRDefault="00D21803" w:rsidP="00586473">
      <w:pPr>
        <w:spacing w:before="0" w:after="0" w:line="240" w:lineRule="auto"/>
        <w:rPr>
          <w:lang w:val="nl-NL"/>
        </w:rPr>
      </w:pPr>
      <w:r w:rsidRPr="00D21803">
        <w:rPr>
          <w:lang w:val="nl-NL"/>
        </w:rPr>
        <w:t>Doelgroep: studenten / collega’s / externen?</w:t>
      </w:r>
    </w:p>
    <w:p w14:paraId="6233D6BE" w14:textId="77777777" w:rsidR="00D21803" w:rsidRPr="00D21803" w:rsidRDefault="00D21803" w:rsidP="00586473">
      <w:pPr>
        <w:spacing w:before="0" w:after="0" w:line="240" w:lineRule="auto"/>
        <w:rPr>
          <w:lang w:val="nl-NL"/>
        </w:rPr>
      </w:pPr>
      <w:r w:rsidRPr="00D21803">
        <w:rPr>
          <w:lang w:val="nl-NL"/>
        </w:rPr>
        <w:t>Outputvorm: tabel, feedback, stappenplan?</w:t>
      </w:r>
    </w:p>
    <w:p w14:paraId="29914BF8" w14:textId="77777777" w:rsidR="00D21803" w:rsidRPr="00D21803" w:rsidRDefault="00D21803" w:rsidP="00586473">
      <w:pPr>
        <w:spacing w:before="0" w:after="0" w:line="240" w:lineRule="auto"/>
        <w:rPr>
          <w:lang w:val="nl-NL"/>
        </w:rPr>
      </w:pPr>
      <w:r w:rsidRPr="00D21803">
        <w:rPr>
          <w:lang w:val="nl-NL"/>
        </w:rPr>
        <w:t>Randvoorwaarden: toon, lengte, taalniveau?</w:t>
      </w:r>
    </w:p>
    <w:p w14:paraId="4421296E" w14:textId="77777777" w:rsidR="00D21803" w:rsidRPr="00D21803" w:rsidRDefault="00D21803" w:rsidP="00586473">
      <w:pPr>
        <w:spacing w:before="0" w:after="0" w:line="240" w:lineRule="auto"/>
        <w:rPr>
          <w:lang w:val="nl-NL"/>
        </w:rPr>
      </w:pPr>
      <w:r w:rsidRPr="00D21803">
        <w:rPr>
          <w:lang w:val="nl-NL"/>
        </w:rPr>
        <w:t>Kwaliteitschecks: wat moet de AI altijd controleren?</w:t>
      </w:r>
    </w:p>
    <w:p w14:paraId="473F3076" w14:textId="77777777" w:rsidR="00D21803" w:rsidRPr="00D21803" w:rsidRDefault="00D21803" w:rsidP="00586473">
      <w:pPr>
        <w:spacing w:before="0" w:after="0" w:line="240" w:lineRule="auto"/>
        <w:rPr>
          <w:lang w:val="nl-NL"/>
        </w:rPr>
      </w:pPr>
    </w:p>
    <w:p w14:paraId="5E32EDFD" w14:textId="77777777" w:rsidR="00D21803" w:rsidRPr="00E602EE" w:rsidRDefault="00D21803" w:rsidP="00586473">
      <w:pPr>
        <w:spacing w:before="0" w:after="0" w:line="240" w:lineRule="auto"/>
        <w:rPr>
          <w:b/>
          <w:bCs/>
          <w:lang w:val="nl-NL"/>
        </w:rPr>
      </w:pPr>
      <w:r w:rsidRPr="00E602EE">
        <w:rPr>
          <w:b/>
          <w:bCs/>
          <w:lang w:val="nl-NL"/>
        </w:rPr>
        <w:t>Stap 2 – Bouw je masterprompt</w:t>
      </w:r>
    </w:p>
    <w:p w14:paraId="62E0FBEB" w14:textId="77777777" w:rsidR="00D21803" w:rsidRPr="00D21803" w:rsidRDefault="00D21803" w:rsidP="00586473">
      <w:pPr>
        <w:spacing w:before="0" w:after="0" w:line="240" w:lineRule="auto"/>
        <w:rPr>
          <w:lang w:val="nl-NL"/>
        </w:rPr>
      </w:pPr>
    </w:p>
    <w:p w14:paraId="6C2D4D9F" w14:textId="77777777" w:rsidR="00D21803" w:rsidRPr="00D21803" w:rsidRDefault="00D21803" w:rsidP="00586473">
      <w:pPr>
        <w:spacing w:before="0" w:after="0" w:line="240" w:lineRule="auto"/>
        <w:rPr>
          <w:lang w:val="nl-NL"/>
        </w:rPr>
      </w:pPr>
      <w:r w:rsidRPr="00D21803">
        <w:rPr>
          <w:lang w:val="nl-NL"/>
        </w:rPr>
        <w:t>Schrijf nu één samenhangende prompt waarin al deze elementen zijn verwerkt.</w:t>
      </w:r>
    </w:p>
    <w:p w14:paraId="2107B224" w14:textId="77777777" w:rsidR="00D21803" w:rsidRPr="00D21803" w:rsidRDefault="00D21803" w:rsidP="00586473">
      <w:pPr>
        <w:spacing w:before="0" w:after="0" w:line="240" w:lineRule="auto"/>
        <w:rPr>
          <w:lang w:val="nl-NL"/>
        </w:rPr>
      </w:pPr>
    </w:p>
    <w:p w14:paraId="3F49DFC7" w14:textId="3858D788" w:rsidR="00D21803" w:rsidRPr="00D21803" w:rsidRDefault="00D21803" w:rsidP="00586473">
      <w:pPr>
        <w:spacing w:before="0" w:after="0" w:line="240" w:lineRule="auto"/>
        <w:rPr>
          <w:lang w:val="nl-NL"/>
        </w:rPr>
      </w:pPr>
      <w:r w:rsidRPr="00D21803">
        <w:rPr>
          <w:lang w:val="nl-NL"/>
        </w:rPr>
        <w:t>Tip: gebruik eventueel het PREPARE-model uit werkblad 3 als checklist.</w:t>
      </w:r>
    </w:p>
    <w:p w14:paraId="101AA0D3" w14:textId="77777777" w:rsidR="00D21803" w:rsidRPr="00D21803" w:rsidRDefault="00D21803" w:rsidP="00586473">
      <w:pPr>
        <w:spacing w:before="0" w:after="0" w:line="240" w:lineRule="auto"/>
        <w:rPr>
          <w:lang w:val="nl-NL"/>
        </w:rPr>
      </w:pPr>
    </w:p>
    <w:p w14:paraId="689875B9" w14:textId="77777777" w:rsidR="00D21803" w:rsidRPr="00D21803" w:rsidRDefault="00D21803" w:rsidP="00586473">
      <w:pPr>
        <w:spacing w:before="0" w:after="0" w:line="240" w:lineRule="auto"/>
        <w:rPr>
          <w:lang w:val="nl-NL"/>
        </w:rPr>
      </w:pPr>
      <w:r w:rsidRPr="00D21803">
        <w:rPr>
          <w:lang w:val="nl-NL"/>
        </w:rPr>
        <w:t>Extra opdracht (optioneel):</w:t>
      </w:r>
    </w:p>
    <w:p w14:paraId="3BE92774" w14:textId="77777777" w:rsidR="00D21803" w:rsidRPr="00D21803" w:rsidRDefault="00D21803" w:rsidP="00586473">
      <w:pPr>
        <w:spacing w:before="0" w:after="0" w:line="240" w:lineRule="auto"/>
        <w:rPr>
          <w:lang w:val="nl-NL"/>
        </w:rPr>
      </w:pPr>
      <w:r w:rsidRPr="00D21803">
        <w:rPr>
          <w:lang w:val="nl-NL"/>
        </w:rPr>
        <w:t>Laat een AI-tool je masterprompt beoordelen met:</w:t>
      </w:r>
    </w:p>
    <w:p w14:paraId="7A9B6088" w14:textId="77777777" w:rsidR="00D21803" w:rsidRPr="00D21803" w:rsidRDefault="00D21803" w:rsidP="00586473">
      <w:pPr>
        <w:spacing w:before="0" w:after="0" w:line="240" w:lineRule="auto"/>
        <w:rPr>
          <w:lang w:val="nl-NL"/>
        </w:rPr>
      </w:pPr>
    </w:p>
    <w:p w14:paraId="35D347FA" w14:textId="77777777" w:rsidR="00D21803" w:rsidRPr="00D21803" w:rsidRDefault="00D21803" w:rsidP="00586473">
      <w:pPr>
        <w:spacing w:before="0" w:after="0" w:line="240" w:lineRule="auto"/>
        <w:rPr>
          <w:lang w:val="nl-NL"/>
        </w:rPr>
      </w:pPr>
      <w:r w:rsidRPr="00D21803">
        <w:rPr>
          <w:lang w:val="nl-NL"/>
        </w:rPr>
        <w:t>“Beoordeel deze prompt op duidelijkheid, risico’s en herbruikbaarheid.”</w:t>
      </w:r>
    </w:p>
    <w:p w14:paraId="057D245B" w14:textId="77777777" w:rsidR="00D21803" w:rsidRDefault="00D21803" w:rsidP="00586473">
      <w:pPr>
        <w:spacing w:before="0" w:after="0" w:line="240" w:lineRule="auto"/>
        <w:rPr>
          <w:lang w:val="nl-NL"/>
        </w:rPr>
      </w:pPr>
    </w:p>
    <w:p w14:paraId="105DEB9C" w14:textId="6A7AE7C3" w:rsidR="00974A8A" w:rsidRDefault="00974A8A" w:rsidP="00586473">
      <w:pPr>
        <w:spacing w:before="0" w:after="0" w:line="240" w:lineRule="auto"/>
        <w:rPr>
          <w:lang w:val="nl-NL"/>
        </w:rPr>
      </w:pPr>
      <w:r>
        <w:rPr>
          <w:lang w:val="nl-NL"/>
        </w:rPr>
        <w:t>Zie de volgende pagina voor enkele voorbeelden van masterprompts.</w:t>
      </w:r>
    </w:p>
    <w:p w14:paraId="2183B82F" w14:textId="77777777" w:rsidR="00974A8A" w:rsidRDefault="00974A8A" w:rsidP="00586473">
      <w:pPr>
        <w:spacing w:before="0" w:after="0" w:line="240" w:lineRule="auto"/>
        <w:rPr>
          <w:lang w:val="nl-NL"/>
        </w:rPr>
      </w:pPr>
    </w:p>
    <w:p w14:paraId="2CE86511" w14:textId="7F0FF054" w:rsidR="00D21803" w:rsidRPr="00974A8A" w:rsidRDefault="00974A8A" w:rsidP="00586473">
      <w:pPr>
        <w:spacing w:before="0" w:after="0" w:line="240" w:lineRule="auto"/>
        <w:rPr>
          <w:b/>
          <w:bCs/>
          <w:lang w:val="nl-NL"/>
        </w:rPr>
      </w:pPr>
      <w:r w:rsidRPr="00974A8A">
        <w:rPr>
          <w:b/>
          <w:bCs/>
          <w:lang w:val="nl-NL"/>
        </w:rPr>
        <w:t>Stap 3 – wanneer stop je met verbeteren?</w:t>
      </w:r>
    </w:p>
    <w:p w14:paraId="6A7A04E1" w14:textId="77777777" w:rsidR="00D21803" w:rsidRPr="00D21803" w:rsidRDefault="00D21803" w:rsidP="00586473">
      <w:pPr>
        <w:spacing w:before="0" w:after="0" w:line="240" w:lineRule="auto"/>
        <w:rPr>
          <w:lang w:val="nl-NL"/>
        </w:rPr>
      </w:pPr>
    </w:p>
    <w:p w14:paraId="661A256B" w14:textId="77777777" w:rsidR="00D21803" w:rsidRPr="00D21803" w:rsidRDefault="00D21803" w:rsidP="00586473">
      <w:pPr>
        <w:spacing w:before="0" w:after="0" w:line="240" w:lineRule="auto"/>
        <w:rPr>
          <w:lang w:val="nl-NL"/>
        </w:rPr>
      </w:pPr>
      <w:proofErr w:type="spellStart"/>
      <w:r w:rsidRPr="00D21803">
        <w:rPr>
          <w:lang w:val="nl-NL"/>
        </w:rPr>
        <w:t>Prompten</w:t>
      </w:r>
      <w:proofErr w:type="spellEnd"/>
      <w:r w:rsidRPr="00D21803">
        <w:rPr>
          <w:lang w:val="nl-NL"/>
        </w:rPr>
        <w:t xml:space="preserve"> kent geen perfecte eindversie.</w:t>
      </w:r>
    </w:p>
    <w:p w14:paraId="7E339F8C" w14:textId="77777777" w:rsidR="00E602EE" w:rsidRDefault="00E602EE" w:rsidP="00586473">
      <w:pPr>
        <w:spacing w:before="0" w:after="0" w:line="240" w:lineRule="auto"/>
        <w:rPr>
          <w:lang w:val="nl-NL"/>
        </w:rPr>
      </w:pPr>
    </w:p>
    <w:p w14:paraId="56B2FD9C" w14:textId="5D82CE5D" w:rsidR="00D21803" w:rsidRPr="00D21803" w:rsidRDefault="00D21803" w:rsidP="00586473">
      <w:pPr>
        <w:spacing w:before="0" w:after="0" w:line="240" w:lineRule="auto"/>
        <w:rPr>
          <w:lang w:val="nl-NL"/>
        </w:rPr>
      </w:pPr>
      <w:r w:rsidRPr="00D21803">
        <w:rPr>
          <w:lang w:val="nl-NL"/>
        </w:rPr>
        <w:t>Beantwoord voor jezelf:</w:t>
      </w:r>
    </w:p>
    <w:p w14:paraId="5156F459" w14:textId="77777777" w:rsidR="00D21803" w:rsidRPr="00E602EE" w:rsidRDefault="00D21803" w:rsidP="00974A8A">
      <w:pPr>
        <w:pStyle w:val="Lijstalinea"/>
        <w:numPr>
          <w:ilvl w:val="0"/>
          <w:numId w:val="143"/>
        </w:numPr>
        <w:spacing w:before="0" w:after="0" w:line="240" w:lineRule="auto"/>
        <w:rPr>
          <w:lang w:val="nl-NL"/>
        </w:rPr>
      </w:pPr>
      <w:r w:rsidRPr="00E602EE">
        <w:rPr>
          <w:lang w:val="nl-NL"/>
        </w:rPr>
        <w:t>Wanneer is de output goed genoeg?</w:t>
      </w:r>
    </w:p>
    <w:p w14:paraId="743CD557" w14:textId="77777777" w:rsidR="00D21803" w:rsidRPr="00E602EE" w:rsidRDefault="00D21803" w:rsidP="00974A8A">
      <w:pPr>
        <w:pStyle w:val="Lijstalinea"/>
        <w:numPr>
          <w:ilvl w:val="0"/>
          <w:numId w:val="143"/>
        </w:numPr>
        <w:spacing w:before="0" w:after="0" w:line="240" w:lineRule="auto"/>
        <w:rPr>
          <w:lang w:val="nl-NL"/>
        </w:rPr>
      </w:pPr>
      <w:r w:rsidRPr="00E602EE">
        <w:rPr>
          <w:lang w:val="nl-NL"/>
        </w:rPr>
        <w:t xml:space="preserve">Wanneer kost verder </w:t>
      </w:r>
      <w:proofErr w:type="spellStart"/>
      <w:r w:rsidRPr="00E602EE">
        <w:rPr>
          <w:lang w:val="nl-NL"/>
        </w:rPr>
        <w:t>tweaken</w:t>
      </w:r>
      <w:proofErr w:type="spellEnd"/>
      <w:r w:rsidRPr="00E602EE">
        <w:rPr>
          <w:lang w:val="nl-NL"/>
        </w:rPr>
        <w:t xml:space="preserve"> meer tijd dan het oplevert?</w:t>
      </w:r>
    </w:p>
    <w:p w14:paraId="0B36E8ED" w14:textId="418DFD48" w:rsidR="00D264FD" w:rsidRDefault="00D21803" w:rsidP="00974A8A">
      <w:pPr>
        <w:pStyle w:val="Lijstalinea"/>
        <w:numPr>
          <w:ilvl w:val="0"/>
          <w:numId w:val="143"/>
        </w:numPr>
        <w:spacing w:before="0" w:after="0" w:line="240" w:lineRule="auto"/>
        <w:rPr>
          <w:lang w:val="nl-NL"/>
        </w:rPr>
      </w:pPr>
      <w:r w:rsidRPr="00E602EE">
        <w:rPr>
          <w:lang w:val="nl-NL"/>
        </w:rPr>
        <w:t>Welke controle moet jij altijd zelf blijven doen?</w:t>
      </w:r>
    </w:p>
    <w:p w14:paraId="7F3A7DC8" w14:textId="77777777" w:rsidR="00D264FD" w:rsidRDefault="00D264FD">
      <w:pPr>
        <w:rPr>
          <w:lang w:val="nl-NL"/>
        </w:rPr>
      </w:pPr>
      <w:r>
        <w:rPr>
          <w:lang w:val="nl-NL"/>
        </w:rPr>
        <w:br w:type="page"/>
      </w:r>
    </w:p>
    <w:p w14:paraId="6A3DF7CA" w14:textId="77777777" w:rsidR="00D264FD" w:rsidRPr="00473D0C" w:rsidRDefault="00D264FD" w:rsidP="00D264FD">
      <w:pPr>
        <w:spacing w:before="0" w:after="0" w:line="240" w:lineRule="auto"/>
        <w:rPr>
          <w:lang w:val="nl-NL"/>
        </w:rPr>
      </w:pPr>
    </w:p>
    <w:p w14:paraId="6657EBD4" w14:textId="0859B23D" w:rsidR="00D264FD" w:rsidRDefault="00974A8A" w:rsidP="00D264FD">
      <w:pPr>
        <w:pStyle w:val="Kop2"/>
        <w:spacing w:before="0" w:line="240" w:lineRule="auto"/>
      </w:pPr>
      <w:r>
        <w:t>Voorbeeld 1</w:t>
      </w:r>
    </w:p>
    <w:p w14:paraId="2D771B3D" w14:textId="64B20D9A" w:rsidR="00D264FD" w:rsidRDefault="00D264FD" w:rsidP="00D264FD">
      <w:pPr>
        <w:spacing w:before="0" w:after="0" w:line="240" w:lineRule="auto"/>
        <w:rPr>
          <w:lang w:val="nl-NL"/>
        </w:rPr>
      </w:pPr>
      <w:r>
        <w:rPr>
          <w:noProof/>
          <w:lang w:val="nl-NL"/>
        </w:rPr>
        <mc:AlternateContent>
          <mc:Choice Requires="wps">
            <w:drawing>
              <wp:anchor distT="0" distB="0" distL="114300" distR="114300" simplePos="0" relativeHeight="251657215" behindDoc="1" locked="0" layoutInCell="1" allowOverlap="1" wp14:anchorId="2C6C7234" wp14:editId="73C4A08A">
                <wp:simplePos x="0" y="0"/>
                <wp:positionH relativeFrom="column">
                  <wp:posOffset>-26670</wp:posOffset>
                </wp:positionH>
                <wp:positionV relativeFrom="paragraph">
                  <wp:posOffset>132715</wp:posOffset>
                </wp:positionV>
                <wp:extent cx="5387340" cy="5090160"/>
                <wp:effectExtent l="57150" t="19050" r="80010" b="91440"/>
                <wp:wrapNone/>
                <wp:docPr id="1432121011" name="Rechthoek 10"/>
                <wp:cNvGraphicFramePr/>
                <a:graphic xmlns:a="http://schemas.openxmlformats.org/drawingml/2006/main">
                  <a:graphicData uri="http://schemas.microsoft.com/office/word/2010/wordprocessingShape">
                    <wps:wsp>
                      <wps:cNvSpPr/>
                      <wps:spPr>
                        <a:xfrm>
                          <a:off x="0" y="0"/>
                          <a:ext cx="5387340" cy="509016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CB6B5" id="Rechthoek 10" o:spid="_x0000_s1026" style="position:absolute;margin-left:-2.1pt;margin-top:10.45pt;width:424.2pt;height:400.8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" fillcolor="white [3212]" strokecolor="#4579b8 [3044]">
                <v:shadow on="t" color="black" opacity="22937f" origin=",.5" offset="0,.63889mm"/>
              </v:rect>
            </w:pict>
          </mc:Fallback>
        </mc:AlternateContent>
      </w:r>
    </w:p>
    <w:p w14:paraId="218A44A0" w14:textId="5201E33A" w:rsidR="00D264FD" w:rsidRPr="00D264FD" w:rsidRDefault="00D264FD" w:rsidP="00D264FD">
      <w:pPr>
        <w:spacing w:before="0" w:after="0" w:line="240" w:lineRule="auto"/>
        <w:rPr>
          <w:lang w:val="nl-NL"/>
        </w:rPr>
      </w:pPr>
      <w:r w:rsidRPr="00D264FD">
        <w:rPr>
          <w:lang w:val="nl-NL"/>
        </w:rPr>
        <w:t>Je bent een ervaren docent en onderwijskundige in het juridisch hbo-onderwijs.</w:t>
      </w:r>
    </w:p>
    <w:p w14:paraId="507771C9" w14:textId="77777777" w:rsidR="00D264FD" w:rsidRPr="00D264FD" w:rsidRDefault="00D264FD" w:rsidP="00D264FD">
      <w:pPr>
        <w:spacing w:before="0" w:after="0" w:line="240" w:lineRule="auto"/>
        <w:rPr>
          <w:lang w:val="nl-NL"/>
        </w:rPr>
      </w:pPr>
    </w:p>
    <w:p w14:paraId="115506B0" w14:textId="39EAA029" w:rsidR="00D264FD" w:rsidRPr="00D264FD" w:rsidRDefault="00D264FD" w:rsidP="00D264FD">
      <w:pPr>
        <w:spacing w:before="0" w:after="0" w:line="240" w:lineRule="auto"/>
        <w:rPr>
          <w:lang w:val="nl-NL"/>
        </w:rPr>
      </w:pPr>
      <w:r w:rsidRPr="00D264FD">
        <w:rPr>
          <w:lang w:val="nl-NL"/>
        </w:rPr>
        <w:t>Doel:</w:t>
      </w:r>
    </w:p>
    <w:p w14:paraId="05EE392D" w14:textId="77777777" w:rsidR="00D264FD" w:rsidRPr="00D264FD" w:rsidRDefault="00D264FD" w:rsidP="00D264FD">
      <w:pPr>
        <w:spacing w:before="0" w:after="0" w:line="240" w:lineRule="auto"/>
        <w:rPr>
          <w:lang w:val="nl-NL"/>
        </w:rPr>
      </w:pPr>
      <w:r w:rsidRPr="00D264FD">
        <w:rPr>
          <w:lang w:val="nl-NL"/>
        </w:rPr>
        <w:t>Ontwerp een lesopzet die didactisch verantwoord is en aansluit bij het niveau en de leerdoelen.</w:t>
      </w:r>
    </w:p>
    <w:p w14:paraId="1F141F68" w14:textId="77777777" w:rsidR="00D264FD" w:rsidRPr="00D264FD" w:rsidRDefault="00D264FD" w:rsidP="00D264FD">
      <w:pPr>
        <w:spacing w:before="0" w:after="0" w:line="240" w:lineRule="auto"/>
        <w:rPr>
          <w:lang w:val="nl-NL"/>
        </w:rPr>
      </w:pPr>
    </w:p>
    <w:p w14:paraId="6205AB20" w14:textId="77777777" w:rsidR="00D264FD" w:rsidRPr="00D264FD" w:rsidRDefault="00D264FD" w:rsidP="00D264FD">
      <w:pPr>
        <w:spacing w:before="0" w:after="0" w:line="240" w:lineRule="auto"/>
        <w:rPr>
          <w:lang w:val="nl-NL"/>
        </w:rPr>
      </w:pPr>
      <w:r w:rsidRPr="00D264FD">
        <w:rPr>
          <w:lang w:val="nl-NL"/>
        </w:rPr>
        <w:t>Context:</w:t>
      </w:r>
    </w:p>
    <w:p w14:paraId="0E82DC5F" w14:textId="0B38BAC9" w:rsidR="00D264FD" w:rsidRPr="00D264FD" w:rsidRDefault="00D264FD" w:rsidP="00D264FD">
      <w:pPr>
        <w:spacing w:before="0" w:after="0" w:line="240" w:lineRule="auto"/>
        <w:rPr>
          <w:lang w:val="nl-NL"/>
        </w:rPr>
      </w:pPr>
      <w:r w:rsidRPr="00D264FD">
        <w:rPr>
          <w:lang w:val="nl-NL"/>
        </w:rPr>
        <w:t>- Opleiding: HBO-Rechten</w:t>
      </w:r>
    </w:p>
    <w:p w14:paraId="4D4CD1A6" w14:textId="77777777" w:rsidR="00D264FD" w:rsidRPr="00D264FD" w:rsidRDefault="00D264FD" w:rsidP="00D264FD">
      <w:pPr>
        <w:spacing w:before="0" w:after="0" w:line="240" w:lineRule="auto"/>
        <w:rPr>
          <w:lang w:val="nl-NL"/>
        </w:rPr>
      </w:pPr>
      <w:r w:rsidRPr="00D264FD">
        <w:rPr>
          <w:lang w:val="nl-NL"/>
        </w:rPr>
        <w:t>- Vak / rechtsgebied: [invullen]</w:t>
      </w:r>
    </w:p>
    <w:p w14:paraId="17139C6F" w14:textId="77777777" w:rsidR="00D264FD" w:rsidRPr="00D264FD" w:rsidRDefault="00D264FD" w:rsidP="00D264FD">
      <w:pPr>
        <w:spacing w:before="0" w:after="0" w:line="240" w:lineRule="auto"/>
        <w:rPr>
          <w:lang w:val="nl-NL"/>
        </w:rPr>
      </w:pPr>
      <w:r w:rsidRPr="00D264FD">
        <w:rPr>
          <w:lang w:val="nl-NL"/>
        </w:rPr>
        <w:t>- Leerjaar: [invullen]</w:t>
      </w:r>
    </w:p>
    <w:p w14:paraId="6664FA9B" w14:textId="77777777" w:rsidR="00D264FD" w:rsidRPr="00D264FD" w:rsidRDefault="00D264FD" w:rsidP="00D264FD">
      <w:pPr>
        <w:spacing w:before="0" w:after="0" w:line="240" w:lineRule="auto"/>
        <w:rPr>
          <w:lang w:val="nl-NL"/>
        </w:rPr>
      </w:pPr>
      <w:r w:rsidRPr="00D264FD">
        <w:rPr>
          <w:lang w:val="nl-NL"/>
        </w:rPr>
        <w:t>- Duur van de les: [bijv. 90 minuten]</w:t>
      </w:r>
    </w:p>
    <w:p w14:paraId="4AEEF38F" w14:textId="77777777" w:rsidR="00D264FD" w:rsidRPr="00D264FD" w:rsidRDefault="00D264FD" w:rsidP="00D264FD">
      <w:pPr>
        <w:spacing w:before="0" w:after="0" w:line="240" w:lineRule="auto"/>
        <w:rPr>
          <w:lang w:val="nl-NL"/>
        </w:rPr>
      </w:pPr>
      <w:r w:rsidRPr="00D264FD">
        <w:rPr>
          <w:lang w:val="nl-NL"/>
        </w:rPr>
        <w:t>- Voorkennis van studenten: [kort beschrijven]</w:t>
      </w:r>
    </w:p>
    <w:p w14:paraId="4C029A54" w14:textId="77777777" w:rsidR="00D264FD" w:rsidRPr="00D264FD" w:rsidRDefault="00D264FD" w:rsidP="00D264FD">
      <w:pPr>
        <w:spacing w:before="0" w:after="0" w:line="240" w:lineRule="auto"/>
        <w:rPr>
          <w:lang w:val="nl-NL"/>
        </w:rPr>
      </w:pPr>
    </w:p>
    <w:p w14:paraId="1AE75924" w14:textId="4B3BF16F" w:rsidR="00D264FD" w:rsidRPr="00D264FD" w:rsidRDefault="00D264FD" w:rsidP="00D264FD">
      <w:pPr>
        <w:spacing w:before="0" w:after="0" w:line="240" w:lineRule="auto"/>
        <w:rPr>
          <w:lang w:val="nl-NL"/>
        </w:rPr>
      </w:pPr>
      <w:r w:rsidRPr="00D264FD">
        <w:rPr>
          <w:lang w:val="nl-NL"/>
        </w:rPr>
        <w:t>Doelgroep:</w:t>
      </w:r>
    </w:p>
    <w:p w14:paraId="38537EA3" w14:textId="77777777" w:rsidR="00D264FD" w:rsidRPr="00D264FD" w:rsidRDefault="00D264FD" w:rsidP="00D264FD">
      <w:pPr>
        <w:spacing w:before="0" w:after="0" w:line="240" w:lineRule="auto"/>
        <w:rPr>
          <w:lang w:val="nl-NL"/>
        </w:rPr>
      </w:pPr>
      <w:r w:rsidRPr="00D264FD">
        <w:rPr>
          <w:lang w:val="nl-NL"/>
        </w:rPr>
        <w:t>Studenten HBO-Rechten op bovengenoemd niveau.</w:t>
      </w:r>
    </w:p>
    <w:p w14:paraId="762E14C5" w14:textId="77777777" w:rsidR="00D264FD" w:rsidRPr="00D264FD" w:rsidRDefault="00D264FD" w:rsidP="00D264FD">
      <w:pPr>
        <w:spacing w:before="0" w:after="0" w:line="240" w:lineRule="auto"/>
        <w:rPr>
          <w:lang w:val="nl-NL"/>
        </w:rPr>
      </w:pPr>
    </w:p>
    <w:p w14:paraId="60DFB66F" w14:textId="77777777" w:rsidR="00D264FD" w:rsidRPr="00D264FD" w:rsidRDefault="00D264FD" w:rsidP="00D264FD">
      <w:pPr>
        <w:spacing w:before="0" w:after="0" w:line="240" w:lineRule="auto"/>
        <w:rPr>
          <w:lang w:val="nl-NL"/>
        </w:rPr>
      </w:pPr>
      <w:r w:rsidRPr="00D264FD">
        <w:rPr>
          <w:lang w:val="nl-NL"/>
        </w:rPr>
        <w:t>Outputvorm:</w:t>
      </w:r>
    </w:p>
    <w:p w14:paraId="0166BDAF" w14:textId="77777777" w:rsidR="00D264FD" w:rsidRPr="00D264FD" w:rsidRDefault="00D264FD" w:rsidP="00D264FD">
      <w:pPr>
        <w:spacing w:before="0" w:after="0" w:line="240" w:lineRule="auto"/>
        <w:rPr>
          <w:lang w:val="nl-NL"/>
        </w:rPr>
      </w:pPr>
      <w:r w:rsidRPr="00D264FD">
        <w:rPr>
          <w:lang w:val="nl-NL"/>
        </w:rPr>
        <w:t>Geef de lesopzet gestructureerd weer met:</w:t>
      </w:r>
    </w:p>
    <w:p w14:paraId="5D8791A1" w14:textId="661AC6D9" w:rsidR="00D264FD" w:rsidRPr="00D264FD" w:rsidRDefault="00D264FD" w:rsidP="00D264FD">
      <w:pPr>
        <w:spacing w:before="0" w:after="0" w:line="240" w:lineRule="auto"/>
        <w:rPr>
          <w:lang w:val="nl-NL"/>
        </w:rPr>
      </w:pPr>
      <w:r w:rsidRPr="00D264FD">
        <w:rPr>
          <w:lang w:val="nl-NL"/>
        </w:rPr>
        <w:t>1. Leerdoel(en)</w:t>
      </w:r>
    </w:p>
    <w:p w14:paraId="34EAAA07" w14:textId="77777777" w:rsidR="00D264FD" w:rsidRPr="00D264FD" w:rsidRDefault="00D264FD" w:rsidP="00D264FD">
      <w:pPr>
        <w:spacing w:before="0" w:after="0" w:line="240" w:lineRule="auto"/>
        <w:rPr>
          <w:lang w:val="nl-NL"/>
        </w:rPr>
      </w:pPr>
      <w:r w:rsidRPr="00D264FD">
        <w:rPr>
          <w:lang w:val="nl-NL"/>
        </w:rPr>
        <w:t>2. Startactiviteit (activerend)</w:t>
      </w:r>
    </w:p>
    <w:p w14:paraId="298999FF" w14:textId="77777777" w:rsidR="00D264FD" w:rsidRPr="00D264FD" w:rsidRDefault="00D264FD" w:rsidP="00D264FD">
      <w:pPr>
        <w:spacing w:before="0" w:after="0" w:line="240" w:lineRule="auto"/>
        <w:rPr>
          <w:lang w:val="nl-NL"/>
        </w:rPr>
      </w:pPr>
      <w:r w:rsidRPr="00D264FD">
        <w:rPr>
          <w:lang w:val="nl-NL"/>
        </w:rPr>
        <w:t>3. Kern (inhoud + werkvorm)</w:t>
      </w:r>
    </w:p>
    <w:p w14:paraId="1EE5A21B" w14:textId="77777777" w:rsidR="00D264FD" w:rsidRPr="00D264FD" w:rsidRDefault="00D264FD" w:rsidP="00D264FD">
      <w:pPr>
        <w:spacing w:before="0" w:after="0" w:line="240" w:lineRule="auto"/>
        <w:rPr>
          <w:lang w:val="nl-NL"/>
        </w:rPr>
      </w:pPr>
      <w:r w:rsidRPr="00D264FD">
        <w:rPr>
          <w:lang w:val="nl-NL"/>
        </w:rPr>
        <w:t>4. Verwerking (toepassen / oefenen)</w:t>
      </w:r>
    </w:p>
    <w:p w14:paraId="6A88B0CF" w14:textId="5B7368D0" w:rsidR="00D264FD" w:rsidRPr="00D264FD" w:rsidRDefault="00D264FD" w:rsidP="00D264FD">
      <w:pPr>
        <w:spacing w:before="0" w:after="0" w:line="240" w:lineRule="auto"/>
        <w:rPr>
          <w:lang w:val="nl-NL"/>
        </w:rPr>
      </w:pPr>
      <w:r w:rsidRPr="00D264FD">
        <w:rPr>
          <w:lang w:val="nl-NL"/>
        </w:rPr>
        <w:t>5. Afsluiting (check op begrip)</w:t>
      </w:r>
    </w:p>
    <w:p w14:paraId="18F3EE96" w14:textId="77777777" w:rsidR="00D264FD" w:rsidRPr="00D264FD" w:rsidRDefault="00D264FD" w:rsidP="00D264FD">
      <w:pPr>
        <w:spacing w:before="0" w:after="0" w:line="240" w:lineRule="auto"/>
        <w:rPr>
          <w:lang w:val="nl-NL"/>
        </w:rPr>
      </w:pPr>
    </w:p>
    <w:p w14:paraId="6114ADDB" w14:textId="77777777" w:rsidR="00D264FD" w:rsidRPr="00D264FD" w:rsidRDefault="00D264FD" w:rsidP="00D264FD">
      <w:pPr>
        <w:spacing w:before="0" w:after="0" w:line="240" w:lineRule="auto"/>
        <w:rPr>
          <w:lang w:val="nl-NL"/>
        </w:rPr>
      </w:pPr>
      <w:r w:rsidRPr="00D264FD">
        <w:rPr>
          <w:lang w:val="nl-NL"/>
        </w:rPr>
        <w:t>Randvoorwaarden:</w:t>
      </w:r>
    </w:p>
    <w:p w14:paraId="715EA1B1" w14:textId="30A67905" w:rsidR="00D264FD" w:rsidRPr="00D264FD" w:rsidRDefault="00D264FD" w:rsidP="00D264FD">
      <w:pPr>
        <w:spacing w:before="0" w:after="0" w:line="240" w:lineRule="auto"/>
        <w:rPr>
          <w:lang w:val="nl-NL"/>
        </w:rPr>
      </w:pPr>
      <w:r w:rsidRPr="00D264FD">
        <w:rPr>
          <w:lang w:val="nl-NL"/>
        </w:rPr>
        <w:t>- Houd het praktisch en realistisch uitvoerbaar</w:t>
      </w:r>
    </w:p>
    <w:p w14:paraId="566DFC29" w14:textId="77777777" w:rsidR="00D264FD" w:rsidRPr="00D264FD" w:rsidRDefault="00D264FD" w:rsidP="00D264FD">
      <w:pPr>
        <w:spacing w:before="0" w:after="0" w:line="240" w:lineRule="auto"/>
        <w:rPr>
          <w:lang w:val="nl-NL"/>
        </w:rPr>
      </w:pPr>
      <w:r w:rsidRPr="00D264FD">
        <w:rPr>
          <w:lang w:val="nl-NL"/>
        </w:rPr>
        <w:t>- Gebruik geen specifieke echte casussen</w:t>
      </w:r>
    </w:p>
    <w:p w14:paraId="546F8A48" w14:textId="77777777" w:rsidR="00D264FD" w:rsidRPr="00D264FD" w:rsidRDefault="00D264FD" w:rsidP="00D264FD">
      <w:pPr>
        <w:spacing w:before="0" w:after="0" w:line="240" w:lineRule="auto"/>
        <w:rPr>
          <w:lang w:val="nl-NL"/>
        </w:rPr>
      </w:pPr>
      <w:r w:rsidRPr="00D264FD">
        <w:rPr>
          <w:lang w:val="nl-NL"/>
        </w:rPr>
        <w:t>- Formuleer helder en op B1/B2-niveau</w:t>
      </w:r>
    </w:p>
    <w:p w14:paraId="5618E0BE" w14:textId="27837C22" w:rsidR="00D264FD" w:rsidRPr="00D264FD" w:rsidRDefault="00D264FD" w:rsidP="00D264FD">
      <w:pPr>
        <w:spacing w:before="0" w:after="0" w:line="240" w:lineRule="auto"/>
        <w:rPr>
          <w:lang w:val="nl-NL"/>
        </w:rPr>
      </w:pPr>
    </w:p>
    <w:p w14:paraId="1372CB24" w14:textId="0369708D" w:rsidR="00D264FD" w:rsidRPr="00D264FD" w:rsidRDefault="00D264FD" w:rsidP="00D264FD">
      <w:pPr>
        <w:spacing w:before="0" w:after="0" w:line="240" w:lineRule="auto"/>
        <w:rPr>
          <w:lang w:val="nl-NL"/>
        </w:rPr>
      </w:pPr>
      <w:r w:rsidRPr="00D264FD">
        <w:rPr>
          <w:lang w:val="nl-NL"/>
        </w:rPr>
        <w:t>Kwaliteitschecks:</w:t>
      </w:r>
    </w:p>
    <w:p w14:paraId="35E7F00E" w14:textId="77777777" w:rsidR="00D264FD" w:rsidRPr="00D264FD" w:rsidRDefault="00D264FD" w:rsidP="00D264FD">
      <w:pPr>
        <w:spacing w:before="0" w:after="0" w:line="240" w:lineRule="auto"/>
        <w:rPr>
          <w:lang w:val="nl-NL"/>
        </w:rPr>
      </w:pPr>
      <w:r w:rsidRPr="00D264FD">
        <w:rPr>
          <w:lang w:val="nl-NL"/>
        </w:rPr>
        <w:t>- Benoem mogelijke didactische risico’s (bijv. te abstract, te veel stof)</w:t>
      </w:r>
    </w:p>
    <w:p w14:paraId="1DF129F8" w14:textId="46D9384C" w:rsidR="00D264FD" w:rsidRPr="00D264FD" w:rsidRDefault="00D264FD" w:rsidP="00D264FD">
      <w:pPr>
        <w:spacing w:before="0" w:after="0" w:line="240" w:lineRule="auto"/>
        <w:rPr>
          <w:lang w:val="nl-NL"/>
        </w:rPr>
      </w:pPr>
      <w:r w:rsidRPr="00D264FD">
        <w:rPr>
          <w:lang w:val="nl-NL"/>
        </w:rPr>
        <w:t>- Geef aan wat ik als docent expliciet moet uitleggen of begeleiden</w:t>
      </w:r>
    </w:p>
    <w:p w14:paraId="351A0065" w14:textId="4E01AB19" w:rsidR="0031698C" w:rsidRDefault="00D264FD" w:rsidP="00D264FD">
      <w:pPr>
        <w:spacing w:before="0" w:after="0" w:line="240" w:lineRule="auto"/>
        <w:rPr>
          <w:lang w:val="nl-NL"/>
        </w:rPr>
      </w:pPr>
      <w:r w:rsidRPr="00D264FD">
        <w:rPr>
          <w:lang w:val="nl-NL"/>
        </w:rPr>
        <w:t>- Stel eerst vragen als essentiële informatie ontbreekt</w:t>
      </w:r>
    </w:p>
    <w:p w14:paraId="39DC21AB" w14:textId="77777777" w:rsidR="00D264FD" w:rsidRDefault="00D264FD" w:rsidP="00D264FD">
      <w:pPr>
        <w:spacing w:before="0" w:after="0" w:line="240" w:lineRule="auto"/>
        <w:rPr>
          <w:lang w:val="nl-NL"/>
        </w:rPr>
      </w:pPr>
    </w:p>
    <w:p w14:paraId="408DDEF1" w14:textId="656E1660" w:rsidR="00D264FD" w:rsidRDefault="00D264FD" w:rsidP="00D264FD">
      <w:pPr>
        <w:spacing w:before="0" w:after="0" w:line="240" w:lineRule="auto"/>
        <w:rPr>
          <w:lang w:val="nl-NL"/>
        </w:rPr>
      </w:pPr>
    </w:p>
    <w:p w14:paraId="4A4BA819" w14:textId="77777777" w:rsidR="00D264FD" w:rsidRDefault="00D264FD" w:rsidP="00D264FD">
      <w:pPr>
        <w:spacing w:before="0" w:after="0" w:line="240" w:lineRule="auto"/>
        <w:rPr>
          <w:lang w:val="nl-NL"/>
        </w:rPr>
      </w:pPr>
    </w:p>
    <w:p w14:paraId="59400EEE" w14:textId="054E58A8" w:rsidR="00974A8A" w:rsidRDefault="00974A8A">
      <w:pPr>
        <w:rPr>
          <w:lang w:val="nl-NL"/>
        </w:rPr>
      </w:pPr>
      <w:r>
        <w:rPr>
          <w:lang w:val="nl-NL"/>
        </w:rPr>
        <w:br w:type="page"/>
      </w:r>
    </w:p>
    <w:p w14:paraId="4EDD1BF1" w14:textId="7D033926" w:rsidR="00974A8A" w:rsidRPr="00473D0C" w:rsidRDefault="00974A8A" w:rsidP="00974A8A">
      <w:pPr>
        <w:spacing w:before="0" w:after="0" w:line="240" w:lineRule="auto"/>
        <w:rPr>
          <w:lang w:val="nl-NL"/>
        </w:rPr>
      </w:pPr>
    </w:p>
    <w:p w14:paraId="1385C75E" w14:textId="287AA889" w:rsidR="00974A8A" w:rsidRDefault="00974A8A" w:rsidP="00974A8A">
      <w:pPr>
        <w:pStyle w:val="Kop2"/>
        <w:spacing w:before="0" w:line="240" w:lineRule="auto"/>
      </w:pPr>
      <w:r>
        <w:t>Voorbeeld 2</w:t>
      </w:r>
    </w:p>
    <w:p w14:paraId="283686C6" w14:textId="07FBE06D" w:rsidR="00974A8A" w:rsidRDefault="00974A8A" w:rsidP="00974A8A">
      <w:pPr>
        <w:spacing w:before="0" w:after="0" w:line="240" w:lineRule="auto"/>
        <w:rPr>
          <w:lang w:val="nl-NL"/>
        </w:rPr>
      </w:pPr>
      <w:r>
        <w:rPr>
          <w:noProof/>
          <w:lang w:val="nl-NL"/>
        </w:rPr>
        <mc:AlternateContent>
          <mc:Choice Requires="wps">
            <w:drawing>
              <wp:anchor distT="0" distB="0" distL="114300" distR="114300" simplePos="0" relativeHeight="251684864" behindDoc="1" locked="0" layoutInCell="1" allowOverlap="1" wp14:anchorId="7360A50D" wp14:editId="07F19613">
                <wp:simplePos x="0" y="0"/>
                <wp:positionH relativeFrom="column">
                  <wp:posOffset>-26670</wp:posOffset>
                </wp:positionH>
                <wp:positionV relativeFrom="paragraph">
                  <wp:posOffset>56515</wp:posOffset>
                </wp:positionV>
                <wp:extent cx="5387340" cy="7120890"/>
                <wp:effectExtent l="57150" t="19050" r="80010" b="99060"/>
                <wp:wrapNone/>
                <wp:docPr id="1233336250" name="Rechthoek 10"/>
                <wp:cNvGraphicFramePr/>
                <a:graphic xmlns:a="http://schemas.openxmlformats.org/drawingml/2006/main">
                  <a:graphicData uri="http://schemas.microsoft.com/office/word/2010/wordprocessingShape">
                    <wps:wsp>
                      <wps:cNvSpPr/>
                      <wps:spPr>
                        <a:xfrm>
                          <a:off x="0" y="0"/>
                          <a:ext cx="5387340" cy="712089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EAAEC" id="Rechthoek 10" o:spid="_x0000_s1026" style="position:absolute;margin-left:-2.1pt;margin-top:4.45pt;width:424.2pt;height:560.7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" fillcolor="white [3212]" strokecolor="#4579b8 [3044]">
                <v:shadow on="t" color="black" opacity="22937f" origin=",.5" offset="0,.63889mm"/>
              </v:rect>
            </w:pict>
          </mc:Fallback>
        </mc:AlternateContent>
      </w:r>
    </w:p>
    <w:p w14:paraId="17A7F858" w14:textId="62C3590C" w:rsidR="00974A8A" w:rsidRPr="00974A8A" w:rsidRDefault="00974A8A" w:rsidP="00974A8A">
      <w:pPr>
        <w:spacing w:before="0" w:after="0" w:line="240" w:lineRule="auto"/>
        <w:rPr>
          <w:lang w:val="nl-NL"/>
        </w:rPr>
      </w:pPr>
      <w:r w:rsidRPr="00974A8A">
        <w:rPr>
          <w:lang w:val="nl-NL"/>
        </w:rPr>
        <w:t>Je bent een ervaren docent én onderwijskundige in het juridisch hbo-onderwijs.</w:t>
      </w:r>
    </w:p>
    <w:p w14:paraId="21EF130D" w14:textId="0D3916D5" w:rsidR="00974A8A" w:rsidRPr="00974A8A" w:rsidRDefault="00974A8A" w:rsidP="00974A8A">
      <w:pPr>
        <w:spacing w:before="0" w:after="0" w:line="240" w:lineRule="auto"/>
        <w:rPr>
          <w:lang w:val="nl-NL"/>
        </w:rPr>
      </w:pPr>
      <w:r w:rsidRPr="00974A8A">
        <w:rPr>
          <w:lang w:val="nl-NL"/>
        </w:rPr>
        <w:t>Je hebt expertise in activerend onderwijs, constructieve afstemming en juridisch zorgvuldig formuleren.</w:t>
      </w:r>
    </w:p>
    <w:p w14:paraId="6BBA8D59" w14:textId="1987C0CB" w:rsidR="00974A8A" w:rsidRPr="00974A8A" w:rsidRDefault="00974A8A" w:rsidP="00974A8A">
      <w:pPr>
        <w:spacing w:before="0" w:after="0" w:line="240" w:lineRule="auto"/>
        <w:rPr>
          <w:lang w:val="nl-NL"/>
        </w:rPr>
      </w:pPr>
    </w:p>
    <w:p w14:paraId="6ECD6EF0" w14:textId="043AFAAB" w:rsidR="00974A8A" w:rsidRPr="00974A8A" w:rsidRDefault="00974A8A" w:rsidP="00974A8A">
      <w:pPr>
        <w:spacing w:before="0" w:after="0" w:line="240" w:lineRule="auto"/>
        <w:rPr>
          <w:lang w:val="nl-NL"/>
        </w:rPr>
      </w:pPr>
      <w:r w:rsidRPr="00974A8A">
        <w:rPr>
          <w:lang w:val="nl-NL"/>
        </w:rPr>
        <w:t>DOEL</w:t>
      </w:r>
    </w:p>
    <w:p w14:paraId="5A25E4B2" w14:textId="5C39AD53" w:rsidR="00974A8A" w:rsidRPr="00974A8A" w:rsidRDefault="00974A8A" w:rsidP="00974A8A">
      <w:pPr>
        <w:spacing w:before="0" w:after="0" w:line="240" w:lineRule="auto"/>
        <w:rPr>
          <w:lang w:val="nl-NL"/>
        </w:rPr>
      </w:pPr>
      <w:r w:rsidRPr="00974A8A">
        <w:rPr>
          <w:lang w:val="nl-NL"/>
        </w:rPr>
        <w:t>Ontwerp een lesopzet die:</w:t>
      </w:r>
    </w:p>
    <w:p w14:paraId="7AC37613" w14:textId="77777777" w:rsidR="00974A8A" w:rsidRPr="00974A8A" w:rsidRDefault="00974A8A" w:rsidP="00974A8A">
      <w:pPr>
        <w:spacing w:before="0" w:after="0" w:line="240" w:lineRule="auto"/>
        <w:rPr>
          <w:lang w:val="nl-NL"/>
        </w:rPr>
      </w:pPr>
      <w:r w:rsidRPr="00974A8A">
        <w:rPr>
          <w:lang w:val="nl-NL"/>
        </w:rPr>
        <w:t>- didactisch verantwoord is,</w:t>
      </w:r>
    </w:p>
    <w:p w14:paraId="3795A8F2" w14:textId="3281B00D" w:rsidR="00974A8A" w:rsidRPr="00974A8A" w:rsidRDefault="00974A8A" w:rsidP="00974A8A">
      <w:pPr>
        <w:spacing w:before="0" w:after="0" w:line="240" w:lineRule="auto"/>
        <w:rPr>
          <w:lang w:val="nl-NL"/>
        </w:rPr>
      </w:pPr>
      <w:r w:rsidRPr="00974A8A">
        <w:rPr>
          <w:lang w:val="nl-NL"/>
        </w:rPr>
        <w:t>- aansluit bij het niveau van de studenten,</w:t>
      </w:r>
    </w:p>
    <w:p w14:paraId="037F1114" w14:textId="68C3FB79" w:rsidR="00974A8A" w:rsidRPr="00974A8A" w:rsidRDefault="00974A8A" w:rsidP="00974A8A">
      <w:pPr>
        <w:spacing w:before="0" w:after="0" w:line="240" w:lineRule="auto"/>
        <w:rPr>
          <w:lang w:val="nl-NL"/>
        </w:rPr>
      </w:pPr>
      <w:r w:rsidRPr="00974A8A">
        <w:rPr>
          <w:lang w:val="nl-NL"/>
        </w:rPr>
        <w:t>- en praktisch uitvoerbaar is binnen de beschikbare lestijd.</w:t>
      </w:r>
    </w:p>
    <w:p w14:paraId="3CBED27B" w14:textId="1F354677" w:rsidR="00974A8A" w:rsidRPr="00974A8A" w:rsidRDefault="00974A8A" w:rsidP="00974A8A">
      <w:pPr>
        <w:spacing w:before="0" w:after="0" w:line="240" w:lineRule="auto"/>
        <w:rPr>
          <w:lang w:val="nl-NL"/>
        </w:rPr>
      </w:pPr>
    </w:p>
    <w:p w14:paraId="7F9D8495" w14:textId="426DE9C2" w:rsidR="00974A8A" w:rsidRPr="00974A8A" w:rsidRDefault="00974A8A" w:rsidP="00974A8A">
      <w:pPr>
        <w:spacing w:before="0" w:after="0" w:line="240" w:lineRule="auto"/>
        <w:rPr>
          <w:lang w:val="nl-NL"/>
        </w:rPr>
      </w:pPr>
      <w:r w:rsidRPr="00974A8A">
        <w:rPr>
          <w:lang w:val="nl-NL"/>
        </w:rPr>
        <w:t>CONTEXT</w:t>
      </w:r>
    </w:p>
    <w:p w14:paraId="58F44868" w14:textId="77777777" w:rsidR="00974A8A" w:rsidRPr="00974A8A" w:rsidRDefault="00974A8A" w:rsidP="00974A8A">
      <w:pPr>
        <w:spacing w:before="0" w:after="0" w:line="240" w:lineRule="auto"/>
        <w:rPr>
          <w:lang w:val="nl-NL"/>
        </w:rPr>
      </w:pPr>
      <w:r w:rsidRPr="00974A8A">
        <w:rPr>
          <w:lang w:val="nl-NL"/>
        </w:rPr>
        <w:t>- Opleiding: HBO-Rechten</w:t>
      </w:r>
    </w:p>
    <w:p w14:paraId="2E8A966C" w14:textId="77777777" w:rsidR="00974A8A" w:rsidRPr="00974A8A" w:rsidRDefault="00974A8A" w:rsidP="00974A8A">
      <w:pPr>
        <w:spacing w:before="0" w:after="0" w:line="240" w:lineRule="auto"/>
        <w:rPr>
          <w:lang w:val="nl-NL"/>
        </w:rPr>
      </w:pPr>
      <w:r w:rsidRPr="00974A8A">
        <w:rPr>
          <w:lang w:val="nl-NL"/>
        </w:rPr>
        <w:t>- Vak / rechtsgebied: [invullen]</w:t>
      </w:r>
    </w:p>
    <w:p w14:paraId="15B98281" w14:textId="77777777" w:rsidR="00974A8A" w:rsidRPr="00974A8A" w:rsidRDefault="00974A8A" w:rsidP="00974A8A">
      <w:pPr>
        <w:spacing w:before="0" w:after="0" w:line="240" w:lineRule="auto"/>
        <w:rPr>
          <w:lang w:val="nl-NL"/>
        </w:rPr>
      </w:pPr>
      <w:r w:rsidRPr="00974A8A">
        <w:rPr>
          <w:lang w:val="nl-NL"/>
        </w:rPr>
        <w:t>- Thema van de les: [invullen]</w:t>
      </w:r>
    </w:p>
    <w:p w14:paraId="08D05D77" w14:textId="77777777" w:rsidR="00974A8A" w:rsidRPr="00974A8A" w:rsidRDefault="00974A8A" w:rsidP="00974A8A">
      <w:pPr>
        <w:spacing w:before="0" w:after="0" w:line="240" w:lineRule="auto"/>
        <w:rPr>
          <w:lang w:val="nl-NL"/>
        </w:rPr>
      </w:pPr>
      <w:r w:rsidRPr="00974A8A">
        <w:rPr>
          <w:lang w:val="nl-NL"/>
        </w:rPr>
        <w:t>- Leerjaar / niveau: [bijv. jaar 1, startniveau]</w:t>
      </w:r>
    </w:p>
    <w:p w14:paraId="3C9E6676" w14:textId="77777777" w:rsidR="00974A8A" w:rsidRPr="00974A8A" w:rsidRDefault="00974A8A" w:rsidP="00974A8A">
      <w:pPr>
        <w:spacing w:before="0" w:after="0" w:line="240" w:lineRule="auto"/>
        <w:rPr>
          <w:lang w:val="nl-NL"/>
        </w:rPr>
      </w:pPr>
      <w:r w:rsidRPr="00974A8A">
        <w:rPr>
          <w:lang w:val="nl-NL"/>
        </w:rPr>
        <w:t>- Duur van de les: [bijv. 90 minuten]</w:t>
      </w:r>
    </w:p>
    <w:p w14:paraId="23CD9A9B" w14:textId="77777777" w:rsidR="00974A8A" w:rsidRPr="00974A8A" w:rsidRDefault="00974A8A" w:rsidP="00974A8A">
      <w:pPr>
        <w:spacing w:before="0" w:after="0" w:line="240" w:lineRule="auto"/>
        <w:rPr>
          <w:lang w:val="nl-NL"/>
        </w:rPr>
      </w:pPr>
      <w:r w:rsidRPr="00974A8A">
        <w:rPr>
          <w:lang w:val="nl-NL"/>
        </w:rPr>
        <w:t>- Plaats in het onderwijsblok: [bijv. introductie / verdieping / toepassing]</w:t>
      </w:r>
    </w:p>
    <w:p w14:paraId="21B0E8B4" w14:textId="77777777" w:rsidR="00974A8A" w:rsidRPr="00974A8A" w:rsidRDefault="00974A8A" w:rsidP="00974A8A">
      <w:pPr>
        <w:spacing w:before="0" w:after="0" w:line="240" w:lineRule="auto"/>
        <w:rPr>
          <w:lang w:val="nl-NL"/>
        </w:rPr>
      </w:pPr>
      <w:r w:rsidRPr="00974A8A">
        <w:rPr>
          <w:lang w:val="nl-NL"/>
        </w:rPr>
        <w:t>- Relevante voorkennis studenten: [kort beschrijven]</w:t>
      </w:r>
    </w:p>
    <w:p w14:paraId="1ADC044E" w14:textId="77777777" w:rsidR="00974A8A" w:rsidRPr="00974A8A" w:rsidRDefault="00974A8A" w:rsidP="00974A8A">
      <w:pPr>
        <w:spacing w:before="0" w:after="0" w:line="240" w:lineRule="auto"/>
        <w:rPr>
          <w:lang w:val="nl-NL"/>
        </w:rPr>
      </w:pPr>
    </w:p>
    <w:p w14:paraId="059DDFAF" w14:textId="77777777" w:rsidR="00974A8A" w:rsidRPr="00974A8A" w:rsidRDefault="00974A8A" w:rsidP="00974A8A">
      <w:pPr>
        <w:spacing w:before="0" w:after="0" w:line="240" w:lineRule="auto"/>
        <w:rPr>
          <w:lang w:val="nl-NL"/>
        </w:rPr>
      </w:pPr>
      <w:r w:rsidRPr="00974A8A">
        <w:rPr>
          <w:lang w:val="nl-NL"/>
        </w:rPr>
        <w:t>DOELGROEP</w:t>
      </w:r>
    </w:p>
    <w:p w14:paraId="149AEAA8" w14:textId="77777777" w:rsidR="00974A8A" w:rsidRPr="00974A8A" w:rsidRDefault="00974A8A" w:rsidP="00974A8A">
      <w:pPr>
        <w:spacing w:before="0" w:after="0" w:line="240" w:lineRule="auto"/>
        <w:rPr>
          <w:lang w:val="nl-NL"/>
        </w:rPr>
      </w:pPr>
      <w:r w:rsidRPr="00974A8A">
        <w:rPr>
          <w:lang w:val="nl-NL"/>
        </w:rPr>
        <w:t>Studenten HBO-Rechten met het hierboven beschreven niveau en voorkennis.</w:t>
      </w:r>
    </w:p>
    <w:p w14:paraId="1628FDB5" w14:textId="77777777" w:rsidR="00974A8A" w:rsidRPr="00974A8A" w:rsidRDefault="00974A8A" w:rsidP="00974A8A">
      <w:pPr>
        <w:spacing w:before="0" w:after="0" w:line="240" w:lineRule="auto"/>
        <w:rPr>
          <w:lang w:val="nl-NL"/>
        </w:rPr>
      </w:pPr>
    </w:p>
    <w:p w14:paraId="3D99D7F4" w14:textId="77777777" w:rsidR="00974A8A" w:rsidRPr="00974A8A" w:rsidRDefault="00974A8A" w:rsidP="00974A8A">
      <w:pPr>
        <w:spacing w:before="0" w:after="0" w:line="240" w:lineRule="auto"/>
        <w:rPr>
          <w:lang w:val="nl-NL"/>
        </w:rPr>
      </w:pPr>
      <w:r w:rsidRPr="00974A8A">
        <w:rPr>
          <w:lang w:val="nl-NL"/>
        </w:rPr>
        <w:t>OUTPUTVORM</w:t>
      </w:r>
    </w:p>
    <w:p w14:paraId="51FE8541" w14:textId="77777777" w:rsidR="00974A8A" w:rsidRPr="00974A8A" w:rsidRDefault="00974A8A" w:rsidP="00974A8A">
      <w:pPr>
        <w:spacing w:before="0" w:after="0" w:line="240" w:lineRule="auto"/>
        <w:rPr>
          <w:lang w:val="nl-NL"/>
        </w:rPr>
      </w:pPr>
      <w:r w:rsidRPr="00974A8A">
        <w:rPr>
          <w:lang w:val="nl-NL"/>
        </w:rPr>
        <w:t>Geef een complete lesopzet met de volgende vaste onderdelen:</w:t>
      </w:r>
    </w:p>
    <w:p w14:paraId="2C4AF1BF" w14:textId="77777777" w:rsidR="00974A8A" w:rsidRPr="00974A8A" w:rsidRDefault="00974A8A" w:rsidP="00974A8A">
      <w:pPr>
        <w:spacing w:before="0" w:after="0" w:line="240" w:lineRule="auto"/>
        <w:rPr>
          <w:lang w:val="nl-NL"/>
        </w:rPr>
      </w:pPr>
    </w:p>
    <w:p w14:paraId="5228EBC6" w14:textId="77777777" w:rsidR="00974A8A" w:rsidRPr="00974A8A" w:rsidRDefault="00974A8A" w:rsidP="00974A8A">
      <w:pPr>
        <w:spacing w:before="0" w:after="0" w:line="240" w:lineRule="auto"/>
        <w:rPr>
          <w:lang w:val="nl-NL"/>
        </w:rPr>
      </w:pPr>
      <w:r w:rsidRPr="00974A8A">
        <w:rPr>
          <w:lang w:val="nl-NL"/>
        </w:rPr>
        <w:t>1. Leerdoel(en)</w:t>
      </w:r>
    </w:p>
    <w:p w14:paraId="06E9FE66" w14:textId="77777777" w:rsidR="00974A8A" w:rsidRPr="00974A8A" w:rsidRDefault="00974A8A" w:rsidP="00974A8A">
      <w:pPr>
        <w:spacing w:before="0" w:after="0" w:line="240" w:lineRule="auto"/>
        <w:rPr>
          <w:lang w:val="nl-NL"/>
        </w:rPr>
      </w:pPr>
      <w:r w:rsidRPr="00974A8A">
        <w:rPr>
          <w:lang w:val="nl-NL"/>
        </w:rPr>
        <w:t xml:space="preserve">   - In werkwoordvorm (</w:t>
      </w:r>
      <w:proofErr w:type="spellStart"/>
      <w:r w:rsidRPr="00974A8A">
        <w:rPr>
          <w:lang w:val="nl-NL"/>
        </w:rPr>
        <w:t>Bloom</w:t>
      </w:r>
      <w:proofErr w:type="spellEnd"/>
      <w:r w:rsidRPr="00974A8A">
        <w:rPr>
          <w:lang w:val="nl-NL"/>
        </w:rPr>
        <w:t>)</w:t>
      </w:r>
    </w:p>
    <w:p w14:paraId="59D13F02" w14:textId="77777777" w:rsidR="00974A8A" w:rsidRPr="00974A8A" w:rsidRDefault="00974A8A" w:rsidP="00974A8A">
      <w:pPr>
        <w:spacing w:before="0" w:after="0" w:line="240" w:lineRule="auto"/>
        <w:rPr>
          <w:lang w:val="nl-NL"/>
        </w:rPr>
      </w:pPr>
      <w:r w:rsidRPr="00974A8A">
        <w:rPr>
          <w:lang w:val="nl-NL"/>
        </w:rPr>
        <w:t xml:space="preserve">   - Gericht op toepassen / analyseren / beargumenteren</w:t>
      </w:r>
    </w:p>
    <w:p w14:paraId="4B6B1328" w14:textId="77777777" w:rsidR="00974A8A" w:rsidRPr="00974A8A" w:rsidRDefault="00974A8A" w:rsidP="00974A8A">
      <w:pPr>
        <w:spacing w:before="0" w:after="0" w:line="240" w:lineRule="auto"/>
        <w:rPr>
          <w:lang w:val="nl-NL"/>
        </w:rPr>
      </w:pPr>
    </w:p>
    <w:p w14:paraId="65CAC0CB" w14:textId="77777777" w:rsidR="00974A8A" w:rsidRPr="00974A8A" w:rsidRDefault="00974A8A" w:rsidP="00974A8A">
      <w:pPr>
        <w:spacing w:before="0" w:after="0" w:line="240" w:lineRule="auto"/>
        <w:rPr>
          <w:lang w:val="nl-NL"/>
        </w:rPr>
      </w:pPr>
      <w:r w:rsidRPr="00974A8A">
        <w:rPr>
          <w:lang w:val="nl-NL"/>
        </w:rPr>
        <w:t>2. Start van de les (5–10 min)</w:t>
      </w:r>
    </w:p>
    <w:p w14:paraId="2E530EBA" w14:textId="77777777" w:rsidR="00974A8A" w:rsidRPr="00974A8A" w:rsidRDefault="00974A8A" w:rsidP="00974A8A">
      <w:pPr>
        <w:spacing w:before="0" w:after="0" w:line="240" w:lineRule="auto"/>
        <w:rPr>
          <w:lang w:val="nl-NL"/>
        </w:rPr>
      </w:pPr>
      <w:r w:rsidRPr="00974A8A">
        <w:rPr>
          <w:lang w:val="nl-NL"/>
        </w:rPr>
        <w:t xml:space="preserve">   - Activerende werkvorm</w:t>
      </w:r>
    </w:p>
    <w:p w14:paraId="4368CD63" w14:textId="77777777" w:rsidR="00974A8A" w:rsidRPr="00974A8A" w:rsidRDefault="00974A8A" w:rsidP="00974A8A">
      <w:pPr>
        <w:spacing w:before="0" w:after="0" w:line="240" w:lineRule="auto"/>
        <w:rPr>
          <w:lang w:val="nl-NL"/>
        </w:rPr>
      </w:pPr>
      <w:r w:rsidRPr="00974A8A">
        <w:rPr>
          <w:lang w:val="nl-NL"/>
        </w:rPr>
        <w:t xml:space="preserve">   - Gericht op voorkennis of relevantie</w:t>
      </w:r>
    </w:p>
    <w:p w14:paraId="269C244F" w14:textId="77777777" w:rsidR="00974A8A" w:rsidRPr="00974A8A" w:rsidRDefault="00974A8A" w:rsidP="00974A8A">
      <w:pPr>
        <w:spacing w:before="0" w:after="0" w:line="240" w:lineRule="auto"/>
        <w:rPr>
          <w:lang w:val="nl-NL"/>
        </w:rPr>
      </w:pPr>
      <w:r w:rsidRPr="00974A8A">
        <w:rPr>
          <w:lang w:val="nl-NL"/>
        </w:rPr>
        <w:t xml:space="preserve">   - Met voorbeeldvraag of korte opdracht</w:t>
      </w:r>
    </w:p>
    <w:p w14:paraId="4F29C044" w14:textId="77777777" w:rsidR="00974A8A" w:rsidRPr="00974A8A" w:rsidRDefault="00974A8A" w:rsidP="00974A8A">
      <w:pPr>
        <w:spacing w:before="0" w:after="0" w:line="240" w:lineRule="auto"/>
        <w:rPr>
          <w:lang w:val="nl-NL"/>
        </w:rPr>
      </w:pPr>
    </w:p>
    <w:p w14:paraId="0FC1DB2E" w14:textId="77777777" w:rsidR="00974A8A" w:rsidRPr="00974A8A" w:rsidRDefault="00974A8A" w:rsidP="00974A8A">
      <w:pPr>
        <w:spacing w:before="0" w:after="0" w:line="240" w:lineRule="auto"/>
        <w:rPr>
          <w:lang w:val="nl-NL"/>
        </w:rPr>
      </w:pPr>
      <w:r w:rsidRPr="00974A8A">
        <w:rPr>
          <w:lang w:val="nl-NL"/>
        </w:rPr>
        <w:t>3. Kern van de les</w:t>
      </w:r>
    </w:p>
    <w:p w14:paraId="1B022B76" w14:textId="77777777" w:rsidR="00974A8A" w:rsidRPr="00974A8A" w:rsidRDefault="00974A8A" w:rsidP="00974A8A">
      <w:pPr>
        <w:spacing w:before="0" w:after="0" w:line="240" w:lineRule="auto"/>
        <w:rPr>
          <w:lang w:val="nl-NL"/>
        </w:rPr>
      </w:pPr>
      <w:r w:rsidRPr="00974A8A">
        <w:rPr>
          <w:lang w:val="nl-NL"/>
        </w:rPr>
        <w:t xml:space="preserve">   - Inhoudelijke uitleg (wat moet ik als docent expliciet toelichten?)</w:t>
      </w:r>
    </w:p>
    <w:p w14:paraId="3D4A06BD" w14:textId="77777777" w:rsidR="00974A8A" w:rsidRPr="00974A8A" w:rsidRDefault="00974A8A" w:rsidP="00974A8A">
      <w:pPr>
        <w:spacing w:before="0" w:after="0" w:line="240" w:lineRule="auto"/>
        <w:rPr>
          <w:lang w:val="nl-NL"/>
        </w:rPr>
      </w:pPr>
      <w:r w:rsidRPr="00974A8A">
        <w:rPr>
          <w:lang w:val="nl-NL"/>
        </w:rPr>
        <w:t xml:space="preserve">   - Werkvorm(en) waarin studenten actief oefenen</w:t>
      </w:r>
    </w:p>
    <w:p w14:paraId="5BF15554" w14:textId="77777777" w:rsidR="00974A8A" w:rsidRPr="00974A8A" w:rsidRDefault="00974A8A" w:rsidP="00974A8A">
      <w:pPr>
        <w:spacing w:before="0" w:after="0" w:line="240" w:lineRule="auto"/>
        <w:rPr>
          <w:lang w:val="nl-NL"/>
        </w:rPr>
      </w:pPr>
      <w:r w:rsidRPr="00974A8A">
        <w:rPr>
          <w:lang w:val="nl-NL"/>
        </w:rPr>
        <w:t xml:space="preserve">   - Aandacht voor veelgemaakte misverstanden</w:t>
      </w:r>
    </w:p>
    <w:p w14:paraId="54635B18" w14:textId="77777777" w:rsidR="00974A8A" w:rsidRPr="00974A8A" w:rsidRDefault="00974A8A" w:rsidP="00974A8A">
      <w:pPr>
        <w:spacing w:before="0" w:after="0" w:line="240" w:lineRule="auto"/>
        <w:rPr>
          <w:lang w:val="nl-NL"/>
        </w:rPr>
      </w:pPr>
    </w:p>
    <w:p w14:paraId="02AA90EC" w14:textId="77777777" w:rsidR="00974A8A" w:rsidRPr="00974A8A" w:rsidRDefault="00974A8A" w:rsidP="00974A8A">
      <w:pPr>
        <w:spacing w:before="0" w:after="0" w:line="240" w:lineRule="auto"/>
        <w:rPr>
          <w:lang w:val="nl-NL"/>
        </w:rPr>
      </w:pPr>
      <w:r w:rsidRPr="00974A8A">
        <w:rPr>
          <w:lang w:val="nl-NL"/>
        </w:rPr>
        <w:t>4. Verwerking / toepassing</w:t>
      </w:r>
    </w:p>
    <w:p w14:paraId="6486621B" w14:textId="77777777" w:rsidR="00974A8A" w:rsidRPr="00974A8A" w:rsidRDefault="00974A8A" w:rsidP="00974A8A">
      <w:pPr>
        <w:spacing w:before="0" w:after="0" w:line="240" w:lineRule="auto"/>
        <w:rPr>
          <w:lang w:val="nl-NL"/>
        </w:rPr>
      </w:pPr>
      <w:r w:rsidRPr="00974A8A">
        <w:rPr>
          <w:lang w:val="nl-NL"/>
        </w:rPr>
        <w:t xml:space="preserve">   - Concrete opdracht (individueel / duo / groep)</w:t>
      </w:r>
    </w:p>
    <w:p w14:paraId="126EA4BE" w14:textId="77777777" w:rsidR="00974A8A" w:rsidRPr="00974A8A" w:rsidRDefault="00974A8A" w:rsidP="00974A8A">
      <w:pPr>
        <w:spacing w:before="0" w:after="0" w:line="240" w:lineRule="auto"/>
        <w:rPr>
          <w:lang w:val="nl-NL"/>
        </w:rPr>
      </w:pPr>
      <w:r w:rsidRPr="00974A8A">
        <w:rPr>
          <w:lang w:val="nl-NL"/>
        </w:rPr>
        <w:t xml:space="preserve">   - Gericht op transfer naar juridisch handelen</w:t>
      </w:r>
    </w:p>
    <w:p w14:paraId="39B2CBF7" w14:textId="77777777" w:rsidR="00974A8A" w:rsidRPr="00974A8A" w:rsidRDefault="00974A8A" w:rsidP="00974A8A">
      <w:pPr>
        <w:spacing w:before="0" w:after="0" w:line="240" w:lineRule="auto"/>
        <w:rPr>
          <w:lang w:val="nl-NL"/>
        </w:rPr>
      </w:pPr>
    </w:p>
    <w:p w14:paraId="1B478C63" w14:textId="77777777" w:rsidR="00974A8A" w:rsidRPr="00974A8A" w:rsidRDefault="00974A8A" w:rsidP="00974A8A">
      <w:pPr>
        <w:spacing w:before="0" w:after="0" w:line="240" w:lineRule="auto"/>
        <w:rPr>
          <w:lang w:val="nl-NL"/>
        </w:rPr>
      </w:pPr>
      <w:r w:rsidRPr="00974A8A">
        <w:rPr>
          <w:lang w:val="nl-NL"/>
        </w:rPr>
        <w:t>5. Afsluiting</w:t>
      </w:r>
    </w:p>
    <w:p w14:paraId="22E17AA6" w14:textId="77777777" w:rsidR="00974A8A" w:rsidRPr="00974A8A" w:rsidRDefault="00974A8A" w:rsidP="00974A8A">
      <w:pPr>
        <w:spacing w:before="0" w:after="0" w:line="240" w:lineRule="auto"/>
        <w:rPr>
          <w:lang w:val="nl-NL"/>
        </w:rPr>
      </w:pPr>
      <w:r w:rsidRPr="00974A8A">
        <w:rPr>
          <w:lang w:val="nl-NL"/>
        </w:rPr>
        <w:t xml:space="preserve">   - Korte formatieve check (bijv. vraag, mini-opdracht, exit ticket)</w:t>
      </w:r>
    </w:p>
    <w:p w14:paraId="3F2AED20" w14:textId="77777777" w:rsidR="00974A8A" w:rsidRPr="00974A8A" w:rsidRDefault="00974A8A" w:rsidP="00974A8A">
      <w:pPr>
        <w:spacing w:before="0" w:after="0" w:line="240" w:lineRule="auto"/>
        <w:rPr>
          <w:lang w:val="nl-NL"/>
        </w:rPr>
      </w:pPr>
      <w:r w:rsidRPr="00974A8A">
        <w:rPr>
          <w:lang w:val="nl-NL"/>
        </w:rPr>
        <w:t xml:space="preserve">   - Wat moet duidelijk zijn aan het einde van de les?</w:t>
      </w:r>
    </w:p>
    <w:p w14:paraId="6CD7AEA7" w14:textId="77777777" w:rsidR="00974A8A" w:rsidRPr="00974A8A" w:rsidRDefault="00974A8A" w:rsidP="00974A8A">
      <w:pPr>
        <w:spacing w:before="0" w:after="0" w:line="240" w:lineRule="auto"/>
        <w:rPr>
          <w:lang w:val="nl-NL"/>
        </w:rPr>
      </w:pPr>
    </w:p>
    <w:p w14:paraId="508BC11A" w14:textId="77777777" w:rsidR="00974A8A" w:rsidRDefault="00974A8A" w:rsidP="00974A8A">
      <w:pPr>
        <w:spacing w:before="0" w:after="0" w:line="240" w:lineRule="auto"/>
        <w:rPr>
          <w:lang w:val="nl-NL"/>
        </w:rPr>
      </w:pPr>
    </w:p>
    <w:p w14:paraId="57850544" w14:textId="77777777" w:rsidR="00974A8A" w:rsidRDefault="00974A8A" w:rsidP="00974A8A">
      <w:pPr>
        <w:spacing w:before="0" w:after="0" w:line="240" w:lineRule="auto"/>
        <w:rPr>
          <w:lang w:val="nl-NL"/>
        </w:rPr>
      </w:pPr>
    </w:p>
    <w:p w14:paraId="086E2F05" w14:textId="4972AD04" w:rsidR="00974A8A" w:rsidRDefault="00974A8A" w:rsidP="00974A8A">
      <w:pPr>
        <w:spacing w:before="0" w:after="0" w:line="240" w:lineRule="auto"/>
        <w:rPr>
          <w:lang w:val="nl-NL"/>
        </w:rPr>
      </w:pPr>
      <w:r>
        <w:rPr>
          <w:lang w:val="nl-NL"/>
        </w:rPr>
        <w:t>NB: Vervolg voorbeeld op de volgende pagina</w:t>
      </w:r>
    </w:p>
    <w:p w14:paraId="77FA8921" w14:textId="77777777" w:rsidR="00974A8A" w:rsidRDefault="00974A8A" w:rsidP="00974A8A">
      <w:pPr>
        <w:spacing w:before="0" w:after="0" w:line="240" w:lineRule="auto"/>
        <w:rPr>
          <w:lang w:val="nl-NL"/>
        </w:rPr>
      </w:pPr>
    </w:p>
    <w:p w14:paraId="29542831" w14:textId="060E91C3" w:rsidR="00974A8A" w:rsidRPr="00974A8A" w:rsidRDefault="00974A8A" w:rsidP="00974A8A">
      <w:pPr>
        <w:spacing w:before="0" w:after="0" w:line="240" w:lineRule="auto"/>
        <w:rPr>
          <w:lang w:val="nl-NL"/>
        </w:rPr>
      </w:pPr>
      <w:r w:rsidRPr="00974A8A">
        <w:rPr>
          <w:lang w:val="nl-NL"/>
        </w:rPr>
        <w:lastRenderedPageBreak/>
        <w:t>RANDVOORWAARDEN</w:t>
      </w:r>
    </w:p>
    <w:p w14:paraId="1C96AC74" w14:textId="77777777" w:rsidR="00974A8A" w:rsidRPr="00974A8A" w:rsidRDefault="00974A8A" w:rsidP="00974A8A">
      <w:pPr>
        <w:spacing w:before="0" w:after="0" w:line="240" w:lineRule="auto"/>
        <w:rPr>
          <w:lang w:val="nl-NL"/>
        </w:rPr>
      </w:pPr>
      <w:r w:rsidRPr="00974A8A">
        <w:rPr>
          <w:lang w:val="nl-NL"/>
        </w:rPr>
        <w:t>- Gebruik uitsluitend fictieve casussen of voorbeelden</w:t>
      </w:r>
    </w:p>
    <w:p w14:paraId="5B62B103" w14:textId="77777777" w:rsidR="00974A8A" w:rsidRPr="00974A8A" w:rsidRDefault="00974A8A" w:rsidP="00974A8A">
      <w:pPr>
        <w:spacing w:before="0" w:after="0" w:line="240" w:lineRule="auto"/>
        <w:rPr>
          <w:lang w:val="nl-NL"/>
        </w:rPr>
      </w:pPr>
      <w:r w:rsidRPr="00974A8A">
        <w:rPr>
          <w:lang w:val="nl-NL"/>
        </w:rPr>
        <w:t>- Verzín geen specifieke jurisprudentie of wetsartikelen</w:t>
      </w:r>
    </w:p>
    <w:p w14:paraId="1C7C30DF" w14:textId="527DF02D" w:rsidR="00974A8A" w:rsidRPr="00974A8A" w:rsidRDefault="00974A8A" w:rsidP="00974A8A">
      <w:pPr>
        <w:spacing w:before="0" w:after="0" w:line="240" w:lineRule="auto"/>
        <w:rPr>
          <w:lang w:val="nl-NL"/>
        </w:rPr>
      </w:pPr>
      <w:r w:rsidRPr="00974A8A">
        <w:rPr>
          <w:lang w:val="nl-NL"/>
        </w:rPr>
        <w:t>- Houd taalniveau B1/B2</w:t>
      </w:r>
      <w:r>
        <w:rPr>
          <w:lang w:val="nl-NL"/>
        </w:rPr>
        <w:t xml:space="preserve"> </w:t>
      </w:r>
    </w:p>
    <w:p w14:paraId="13DBD81F" w14:textId="7A5E9B5D" w:rsidR="00974A8A" w:rsidRPr="00974A8A" w:rsidRDefault="00974A8A" w:rsidP="00974A8A">
      <w:pPr>
        <w:spacing w:before="0" w:after="0" w:line="240" w:lineRule="auto"/>
        <w:rPr>
          <w:lang w:val="nl-NL"/>
        </w:rPr>
      </w:pPr>
      <w:r>
        <w:rPr>
          <w:noProof/>
          <w:lang w:val="nl-NL"/>
        </w:rPr>
        <mc:AlternateContent>
          <mc:Choice Requires="wps">
            <w:drawing>
              <wp:anchor distT="0" distB="0" distL="114300" distR="114300" simplePos="0" relativeHeight="251686912" behindDoc="1" locked="0" layoutInCell="1" allowOverlap="1" wp14:anchorId="26B8F1F6" wp14:editId="0AE11968">
                <wp:simplePos x="0" y="0"/>
                <wp:positionH relativeFrom="column">
                  <wp:posOffset>-102870</wp:posOffset>
                </wp:positionH>
                <wp:positionV relativeFrom="paragraph">
                  <wp:posOffset>-129540</wp:posOffset>
                </wp:positionV>
                <wp:extent cx="5387340" cy="2453640"/>
                <wp:effectExtent l="57150" t="19050" r="80010" b="99060"/>
                <wp:wrapNone/>
                <wp:docPr id="747525792" name="Rechthoek 10"/>
                <wp:cNvGraphicFramePr/>
                <a:graphic xmlns:a="http://schemas.openxmlformats.org/drawingml/2006/main">
                  <a:graphicData uri="http://schemas.microsoft.com/office/word/2010/wordprocessingShape">
                    <wps:wsp>
                      <wps:cNvSpPr/>
                      <wps:spPr>
                        <a:xfrm>
                          <a:off x="0" y="0"/>
                          <a:ext cx="5387340" cy="245364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3233E1" id="Rechthoek 10" o:spid="_x0000_s1026" style="position:absolute;margin-left:-8.1pt;margin-top:-10.2pt;width:424.2pt;height:193.2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" fillcolor="white [3212]" strokecolor="#4579b8 [3044]">
                <v:shadow on="t" color="black" opacity="22937f" origin=",.5" offset="0,.63889mm"/>
              </v:rect>
            </w:pict>
          </mc:Fallback>
        </mc:AlternateContent>
      </w:r>
      <w:r w:rsidRPr="00974A8A">
        <w:rPr>
          <w:lang w:val="nl-NL"/>
        </w:rPr>
        <w:t>- Maak aannames expliciet</w:t>
      </w:r>
    </w:p>
    <w:p w14:paraId="73FEC8A4" w14:textId="77777777" w:rsidR="00974A8A" w:rsidRPr="00974A8A" w:rsidRDefault="00974A8A" w:rsidP="00974A8A">
      <w:pPr>
        <w:spacing w:before="0" w:after="0" w:line="240" w:lineRule="auto"/>
        <w:rPr>
          <w:lang w:val="nl-NL"/>
        </w:rPr>
      </w:pPr>
      <w:r w:rsidRPr="00974A8A">
        <w:rPr>
          <w:lang w:val="nl-NL"/>
        </w:rPr>
        <w:t>- Zorg dat de les haalbaar is binnen de tijd</w:t>
      </w:r>
    </w:p>
    <w:p w14:paraId="1064424D" w14:textId="4538B8ED" w:rsidR="00974A8A" w:rsidRPr="00974A8A" w:rsidRDefault="00974A8A" w:rsidP="00974A8A">
      <w:pPr>
        <w:spacing w:before="0" w:after="0" w:line="240" w:lineRule="auto"/>
        <w:rPr>
          <w:lang w:val="nl-NL"/>
        </w:rPr>
      </w:pPr>
    </w:p>
    <w:p w14:paraId="71504E39" w14:textId="77777777" w:rsidR="00974A8A" w:rsidRPr="00974A8A" w:rsidRDefault="00974A8A" w:rsidP="00974A8A">
      <w:pPr>
        <w:spacing w:before="0" w:after="0" w:line="240" w:lineRule="auto"/>
        <w:rPr>
          <w:lang w:val="nl-NL"/>
        </w:rPr>
      </w:pPr>
      <w:r w:rsidRPr="00974A8A">
        <w:rPr>
          <w:lang w:val="nl-NL"/>
        </w:rPr>
        <w:t>KWALITEITSCHECKS (verplicht uitvoeren)</w:t>
      </w:r>
    </w:p>
    <w:p w14:paraId="30D5E123" w14:textId="77777777" w:rsidR="00974A8A" w:rsidRPr="00974A8A" w:rsidRDefault="00974A8A" w:rsidP="00974A8A">
      <w:pPr>
        <w:spacing w:before="0" w:after="0" w:line="240" w:lineRule="auto"/>
        <w:rPr>
          <w:lang w:val="nl-NL"/>
        </w:rPr>
      </w:pPr>
      <w:r w:rsidRPr="00974A8A">
        <w:rPr>
          <w:lang w:val="nl-NL"/>
        </w:rPr>
        <w:t>- Benoem minimaal 3 didactische risico’s (bijv. te abstract, te juridisch, te veel stof)</w:t>
      </w:r>
    </w:p>
    <w:p w14:paraId="182ABC15" w14:textId="77777777" w:rsidR="00974A8A" w:rsidRPr="00974A8A" w:rsidRDefault="00974A8A" w:rsidP="00974A8A">
      <w:pPr>
        <w:spacing w:before="0" w:after="0" w:line="240" w:lineRule="auto"/>
        <w:rPr>
          <w:lang w:val="nl-NL"/>
        </w:rPr>
      </w:pPr>
      <w:r w:rsidRPr="00974A8A">
        <w:rPr>
          <w:lang w:val="nl-NL"/>
        </w:rPr>
        <w:t>- Geef per risico een concrete mitigerende maatregel</w:t>
      </w:r>
    </w:p>
    <w:p w14:paraId="3A7E263B" w14:textId="77777777" w:rsidR="00974A8A" w:rsidRPr="00974A8A" w:rsidRDefault="00974A8A" w:rsidP="00974A8A">
      <w:pPr>
        <w:spacing w:before="0" w:after="0" w:line="240" w:lineRule="auto"/>
        <w:rPr>
          <w:lang w:val="nl-NL"/>
        </w:rPr>
      </w:pPr>
      <w:r w:rsidRPr="00974A8A">
        <w:rPr>
          <w:lang w:val="nl-NL"/>
        </w:rPr>
        <w:t>- Benoem waar menselijke uitleg of sturing essentieel is</w:t>
      </w:r>
    </w:p>
    <w:p w14:paraId="148D6C8B" w14:textId="77777777" w:rsidR="00974A8A" w:rsidRPr="00974A8A" w:rsidRDefault="00974A8A" w:rsidP="00974A8A">
      <w:pPr>
        <w:spacing w:before="0" w:after="0" w:line="240" w:lineRule="auto"/>
        <w:rPr>
          <w:lang w:val="nl-NL"/>
        </w:rPr>
      </w:pPr>
      <w:r w:rsidRPr="00974A8A">
        <w:rPr>
          <w:lang w:val="nl-NL"/>
        </w:rPr>
        <w:t>- Geef één vereenvoudigde en één verdiepende variant van de kernactiviteit</w:t>
      </w:r>
    </w:p>
    <w:p w14:paraId="1089D270" w14:textId="77777777" w:rsidR="00974A8A" w:rsidRPr="00974A8A" w:rsidRDefault="00974A8A" w:rsidP="00974A8A">
      <w:pPr>
        <w:spacing w:before="0" w:after="0" w:line="240" w:lineRule="auto"/>
        <w:rPr>
          <w:lang w:val="nl-NL"/>
        </w:rPr>
      </w:pPr>
      <w:r w:rsidRPr="00974A8A">
        <w:rPr>
          <w:lang w:val="nl-NL"/>
        </w:rPr>
        <w:t>- Stel eerst verhelderende vragen als essentiële context ontbreekt</w:t>
      </w:r>
    </w:p>
    <w:p w14:paraId="125AC02C" w14:textId="77777777" w:rsidR="00974A8A" w:rsidRPr="00974A8A" w:rsidRDefault="00974A8A" w:rsidP="00974A8A">
      <w:pPr>
        <w:spacing w:before="0" w:after="0" w:line="240" w:lineRule="auto"/>
        <w:rPr>
          <w:lang w:val="nl-NL"/>
        </w:rPr>
      </w:pPr>
    </w:p>
    <w:p w14:paraId="3E8B1547" w14:textId="77777777" w:rsidR="00974A8A" w:rsidRPr="00974A8A" w:rsidRDefault="00974A8A" w:rsidP="00974A8A">
      <w:pPr>
        <w:spacing w:before="0" w:after="0" w:line="240" w:lineRule="auto"/>
        <w:rPr>
          <w:lang w:val="nl-NL"/>
        </w:rPr>
      </w:pPr>
      <w:r w:rsidRPr="00974A8A">
        <w:rPr>
          <w:lang w:val="nl-NL"/>
        </w:rPr>
        <w:t>AFSLUITING</w:t>
      </w:r>
    </w:p>
    <w:p w14:paraId="78BC0E98" w14:textId="77777777" w:rsidR="00974A8A" w:rsidRPr="00974A8A" w:rsidRDefault="00974A8A" w:rsidP="00974A8A">
      <w:pPr>
        <w:spacing w:before="0" w:after="0" w:line="240" w:lineRule="auto"/>
        <w:rPr>
          <w:lang w:val="nl-NL"/>
        </w:rPr>
      </w:pPr>
      <w:r w:rsidRPr="00974A8A">
        <w:rPr>
          <w:lang w:val="nl-NL"/>
        </w:rPr>
        <w:t>Sluit af met:</w:t>
      </w:r>
    </w:p>
    <w:p w14:paraId="6188DA33" w14:textId="77777777" w:rsidR="00974A8A" w:rsidRPr="00974A8A" w:rsidRDefault="00974A8A" w:rsidP="00974A8A">
      <w:pPr>
        <w:spacing w:before="0" w:after="0" w:line="240" w:lineRule="auto"/>
        <w:rPr>
          <w:lang w:val="nl-NL"/>
        </w:rPr>
      </w:pPr>
      <w:r w:rsidRPr="00974A8A">
        <w:rPr>
          <w:lang w:val="nl-NL"/>
        </w:rPr>
        <w:t>- 3 aandachtspunten voor de docent tijdens de uitvoering</w:t>
      </w:r>
    </w:p>
    <w:p w14:paraId="754A36D0" w14:textId="77777777" w:rsidR="00974A8A" w:rsidRDefault="00974A8A" w:rsidP="00586473">
      <w:pPr>
        <w:spacing w:before="0" w:after="0" w:line="240" w:lineRule="auto"/>
        <w:rPr>
          <w:lang w:val="nl-NL"/>
        </w:rPr>
      </w:pPr>
      <w:r w:rsidRPr="00974A8A">
        <w:rPr>
          <w:lang w:val="nl-NL"/>
        </w:rPr>
        <w:t>- 1 suggestie voor verbetering bij een volgende les</w:t>
      </w:r>
    </w:p>
    <w:p w14:paraId="3089DAAE" w14:textId="77777777" w:rsidR="00974A8A" w:rsidRDefault="00974A8A" w:rsidP="00586473">
      <w:pPr>
        <w:spacing w:before="0" w:after="0" w:line="240" w:lineRule="auto"/>
        <w:rPr>
          <w:lang w:val="nl-NL"/>
        </w:rPr>
      </w:pPr>
    </w:p>
    <w:p w14:paraId="39F00C6D" w14:textId="77777777" w:rsidR="00974A8A" w:rsidRDefault="00974A8A" w:rsidP="00586473">
      <w:pPr>
        <w:spacing w:before="0" w:after="0" w:line="240" w:lineRule="auto"/>
        <w:rPr>
          <w:lang w:val="nl-NL"/>
        </w:rPr>
      </w:pPr>
    </w:p>
    <w:p w14:paraId="13D8D4B5" w14:textId="49197FBF" w:rsidR="0031698C" w:rsidRPr="00473D0C" w:rsidRDefault="0031698C" w:rsidP="00586473">
      <w:pPr>
        <w:spacing w:before="0" w:after="0" w:line="240" w:lineRule="auto"/>
        <w:rPr>
          <w:lang w:val="nl-NL"/>
        </w:rPr>
      </w:pPr>
    </w:p>
    <w:p w14:paraId="11C7D44B" w14:textId="5FF8957D" w:rsidR="00325D2C" w:rsidRDefault="0079121F" w:rsidP="00936394">
      <w:pPr>
        <w:pStyle w:val="Kop2"/>
        <w:spacing w:before="0" w:line="240" w:lineRule="auto"/>
      </w:pPr>
      <w:r w:rsidRPr="00974A8A">
        <w:rPr>
          <w:lang w:val="nl-NL"/>
        </w:rPr>
        <w:t>Reflectie</w:t>
      </w:r>
    </w:p>
    <w:p w14:paraId="3A27FC84" w14:textId="77777777" w:rsidR="00325D2C" w:rsidRPr="00862DF4" w:rsidRDefault="0079121F" w:rsidP="00936394">
      <w:pPr>
        <w:pStyle w:val="Lijstopsomteken"/>
        <w:spacing w:before="0" w:after="0" w:line="240" w:lineRule="auto"/>
        <w:rPr>
          <w:lang w:val="nl-NL"/>
        </w:rPr>
      </w:pPr>
      <w:r w:rsidRPr="00862DF4">
        <w:rPr>
          <w:lang w:val="nl-NL"/>
        </w:rPr>
        <w:t>Welke kwaliteitscheck leverde de meeste waarde op?</w:t>
      </w:r>
    </w:p>
    <w:p w14:paraId="2B0F216E" w14:textId="77777777" w:rsidR="00325D2C" w:rsidRPr="00862DF4" w:rsidRDefault="0079121F" w:rsidP="00936394">
      <w:pPr>
        <w:pStyle w:val="Lijstopsomteken"/>
        <w:spacing w:before="0" w:after="0" w:line="240" w:lineRule="auto"/>
        <w:rPr>
          <w:lang w:val="nl-NL"/>
        </w:rPr>
      </w:pPr>
      <w:r w:rsidRPr="00862DF4">
        <w:rPr>
          <w:lang w:val="nl-NL"/>
        </w:rPr>
        <w:t>Waar moet jij als jurist altijd zelf eindverantwoordelijk voor blijven?</w:t>
      </w:r>
    </w:p>
    <w:p w14:paraId="30D7D965" w14:textId="47AF915F" w:rsidR="00C178DD" w:rsidRDefault="0079121F" w:rsidP="00936394">
      <w:pPr>
        <w:pStyle w:val="Lijstopsomteken"/>
        <w:spacing w:before="0" w:after="0" w:line="240" w:lineRule="auto"/>
        <w:rPr>
          <w:lang w:val="nl-NL"/>
        </w:rPr>
      </w:pPr>
      <w:r w:rsidRPr="00862DF4">
        <w:rPr>
          <w:lang w:val="nl-NL"/>
        </w:rPr>
        <w:t>Hoe zou je studenten kunnen trainen in deze ‘check’-stap?</w:t>
      </w:r>
    </w:p>
    <w:p w14:paraId="26E27FD0" w14:textId="77777777" w:rsidR="00F82F6A" w:rsidRPr="00211E4E" w:rsidRDefault="00F82F6A" w:rsidP="006B2285">
      <w:pPr>
        <w:pStyle w:val="Lijstopsomteken"/>
        <w:numPr>
          <w:ilvl w:val="0"/>
          <w:numId w:val="0"/>
        </w:numPr>
        <w:spacing w:before="0" w:after="0" w:line="240" w:lineRule="auto"/>
        <w:ind w:left="360"/>
        <w:rPr>
          <w:lang w:val="nl-NL"/>
        </w:rPr>
      </w:pPr>
    </w:p>
    <w:p w14:paraId="63BBB74E" w14:textId="33064DF7" w:rsidR="00C178DD" w:rsidRPr="00F87E54" w:rsidRDefault="00C178DD" w:rsidP="00936394">
      <w:pPr>
        <w:pStyle w:val="Kop2"/>
        <w:spacing w:before="0" w:line="240" w:lineRule="auto"/>
        <w:rPr>
          <w:lang w:val="nl-NL"/>
        </w:rPr>
      </w:pPr>
      <w:r>
        <w:rPr>
          <w:lang w:val="nl-NL"/>
        </w:rPr>
        <w:t>Showcase</w:t>
      </w:r>
    </w:p>
    <w:p w14:paraId="33740D58" w14:textId="77777777" w:rsidR="00C178DD" w:rsidRDefault="00C178DD" w:rsidP="00936394">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0630B2ED" w14:textId="0140DE90" w:rsidR="00426EC2" w:rsidRDefault="00C178DD" w:rsidP="00936394">
      <w:pPr>
        <w:pStyle w:val="Lijstopsomteken"/>
        <w:numPr>
          <w:ilvl w:val="0"/>
          <w:numId w:val="0"/>
        </w:numPr>
        <w:spacing w:before="0" w:after="0" w:line="240" w:lineRule="auto"/>
        <w:ind w:left="360" w:hanging="360"/>
        <w:rPr>
          <w:lang w:val="nl-NL"/>
        </w:rPr>
      </w:pPr>
      <w:r>
        <w:rPr>
          <w:lang w:val="nl-NL"/>
        </w:rPr>
        <w:t xml:space="preserve">Hulpvragen hierbij: </w:t>
      </w:r>
      <w:r w:rsidRPr="00862DF4">
        <w:rPr>
          <w:lang w:val="nl-NL"/>
        </w:rPr>
        <w:t>wat probeerde je, wat kwam eruit, wat neem je mee?</w:t>
      </w:r>
    </w:p>
    <w:p w14:paraId="30A6FA87" w14:textId="77777777" w:rsidR="00426EC2" w:rsidRDefault="00426EC2">
      <w:pPr>
        <w:rPr>
          <w:lang w:val="nl-NL"/>
        </w:rPr>
      </w:pPr>
      <w:r>
        <w:rPr>
          <w:lang w:val="nl-NL"/>
        </w:rPr>
        <w:br w:type="page"/>
      </w:r>
    </w:p>
    <w:p w14:paraId="21CAA3DD" w14:textId="02A0C6E6" w:rsidR="00F24DEF" w:rsidRPr="00F24DEF" w:rsidRDefault="00F24DEF" w:rsidP="00936394">
      <w:pPr>
        <w:spacing w:before="0" w:after="0" w:line="240" w:lineRule="auto"/>
        <w:rPr>
          <w:i/>
          <w:iCs/>
          <w:lang w:val="nl-NL"/>
        </w:rPr>
      </w:pPr>
      <w:r w:rsidRPr="00F24DEF">
        <w:rPr>
          <w:i/>
          <w:iCs/>
          <w:lang w:val="nl-NL"/>
        </w:rPr>
        <w:lastRenderedPageBreak/>
        <w:t>Uitstapje naar</w:t>
      </w:r>
      <w:r w:rsidR="00B46449">
        <w:rPr>
          <w:i/>
          <w:iCs/>
          <w:lang w:val="nl-NL"/>
        </w:rPr>
        <w:t xml:space="preserve"> een </w:t>
      </w:r>
      <w:r w:rsidR="00DA5B15">
        <w:rPr>
          <w:i/>
          <w:iCs/>
          <w:lang w:val="nl-NL"/>
        </w:rPr>
        <w:t>expert-</w:t>
      </w:r>
      <w:r w:rsidR="00B46449">
        <w:rPr>
          <w:i/>
          <w:iCs/>
          <w:lang w:val="nl-NL"/>
        </w:rPr>
        <w:t>artikel van</w:t>
      </w:r>
      <w:r w:rsidRPr="00F24DEF">
        <w:rPr>
          <w:i/>
          <w:iCs/>
          <w:lang w:val="nl-NL"/>
        </w:rPr>
        <w:t xml:space="preserve"> Barend Last op </w:t>
      </w:r>
      <w:proofErr w:type="spellStart"/>
      <w:r w:rsidRPr="00F24DEF">
        <w:rPr>
          <w:i/>
          <w:iCs/>
          <w:lang w:val="nl-NL"/>
        </w:rPr>
        <w:t>LinkedIN</w:t>
      </w:r>
      <w:proofErr w:type="spellEnd"/>
      <w:r w:rsidR="00305D47">
        <w:rPr>
          <w:i/>
          <w:iCs/>
          <w:lang w:val="nl-NL"/>
        </w:rPr>
        <w:t xml:space="preserve"> </w:t>
      </w:r>
      <w:hyperlink r:id="rId24" w:history="1">
        <w:r w:rsidR="00305D47">
          <w:rPr>
            <w:rStyle w:val="Hyperlink"/>
            <w:i/>
            <w:iCs/>
            <w:lang w:val="nl-NL"/>
          </w:rPr>
          <w:t>Bron</w:t>
        </w:r>
      </w:hyperlink>
    </w:p>
    <w:p w14:paraId="2B61071C" w14:textId="18915C9B" w:rsidR="00325D2C" w:rsidRPr="00862DF4" w:rsidRDefault="00B46449" w:rsidP="00936394">
      <w:pPr>
        <w:spacing w:before="0" w:after="0" w:line="240" w:lineRule="auto"/>
        <w:rPr>
          <w:lang w:val="nl-NL"/>
        </w:rPr>
      </w:pPr>
      <w:r>
        <w:rPr>
          <w:noProof/>
          <w:lang w:val="nl-NL"/>
        </w:rPr>
        <mc:AlternateContent>
          <mc:Choice Requires="wps">
            <w:drawing>
              <wp:anchor distT="0" distB="0" distL="114300" distR="114300" simplePos="0" relativeHeight="251659264" behindDoc="1" locked="0" layoutInCell="1" allowOverlap="1" wp14:anchorId="1B9A73DD" wp14:editId="7E7E8F45">
                <wp:simplePos x="0" y="0"/>
                <wp:positionH relativeFrom="column">
                  <wp:posOffset>-130419</wp:posOffset>
                </wp:positionH>
                <wp:positionV relativeFrom="paragraph">
                  <wp:posOffset>93198</wp:posOffset>
                </wp:positionV>
                <wp:extent cx="5791200" cy="6205904"/>
                <wp:effectExtent l="57150" t="19050" r="76200" b="99695"/>
                <wp:wrapNone/>
                <wp:docPr id="2133831345" name="Rechthoek 1"/>
                <wp:cNvGraphicFramePr/>
                <a:graphic xmlns:a="http://schemas.openxmlformats.org/drawingml/2006/main">
                  <a:graphicData uri="http://schemas.microsoft.com/office/word/2010/wordprocessingShape">
                    <wps:wsp>
                      <wps:cNvSpPr/>
                      <wps:spPr>
                        <a:xfrm>
                          <a:off x="0" y="0"/>
                          <a:ext cx="5791200" cy="6205904"/>
                        </a:xfrm>
                        <a:prstGeom prst="rect">
                          <a:avLst/>
                        </a:prstGeom>
                        <a:gradFill>
                          <a:gsLst>
                            <a:gs pos="0">
                              <a:schemeClr val="accent1">
                                <a:tint val="100000"/>
                                <a:shade val="100000"/>
                                <a:satMod val="130000"/>
                              </a:schemeClr>
                            </a:gs>
                            <a:gs pos="17000">
                              <a:schemeClr val="accent1">
                                <a:tint val="50000"/>
                                <a:shade val="100000"/>
                                <a:satMod val="350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524DBD" id="Rechthoek 1" o:spid="_x0000_s1026" style="position:absolute;margin-left:-10.25pt;margin-top:7.35pt;width:456pt;height:488.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" fillcolor="#4f81bd [3204]" strokecolor="#4579b8 [3044]">
                <v:fill color2="#a7bfde [1620]" rotate="t" angle="180" colors="0 #3f80cd;11141f #9bc1ff" focus="100%" type="gradient">
                  <o:fill v:ext="view" type="gradientUnscaled"/>
                </v:fill>
                <v:shadow on="t" color="black" opacity="22937f" origin=",.5" offset="0,.63889mm"/>
              </v:rect>
            </w:pict>
          </mc:Fallback>
        </mc:AlternateContent>
      </w:r>
      <w:r>
        <w:rPr>
          <w:lang w:val="nl-NL"/>
        </w:rPr>
        <w:br/>
      </w:r>
      <w:r w:rsidR="00F24DEF" w:rsidRPr="00F24DEF">
        <w:rPr>
          <w:lang w:val="nl-NL"/>
        </w:rPr>
        <w:t xml:space="preserve">Hoe meer ik met taalmodellen werk, hoe meer ik merk dat elk aspect van je </w:t>
      </w:r>
      <w:r w:rsidR="00F24DEF" w:rsidRPr="00F24DEF">
        <w:t>𝗽𝗿𝗼𝗺𝗽𝘁</w:t>
      </w:r>
      <w:r w:rsidR="00F24DEF" w:rsidRPr="00F24DEF">
        <w:rPr>
          <w:lang w:val="nl-NL"/>
        </w:rPr>
        <w:t xml:space="preserve"> (de instructie voor het systeem) ertoe doet. Vier interessante inzichten:</w:t>
      </w:r>
      <w:r w:rsidR="00F24DEF" w:rsidRPr="00F24DEF">
        <w:rPr>
          <w:lang w:val="nl-NL"/>
        </w:rPr>
        <w:br/>
      </w:r>
      <w:r w:rsidR="00F24DEF" w:rsidRPr="00F24DEF">
        <w:rPr>
          <w:lang w:val="nl-NL"/>
        </w:rPr>
        <w:br/>
        <w:t>1</w:t>
      </w:r>
      <w:r w:rsidR="00F24DEF" w:rsidRPr="00F24DEF">
        <w:t>️</w:t>
      </w:r>
      <w:r w:rsidR="00F24DEF" w:rsidRPr="00F24DEF">
        <w:rPr>
          <w:rFonts w:ascii="Segoe UI Symbol" w:hAnsi="Segoe UI Symbol" w:cs="Segoe UI Symbol"/>
          <w:lang w:val="nl-NL"/>
        </w:rPr>
        <w:t>⃣</w:t>
      </w:r>
      <w:r w:rsidR="00F24DEF" w:rsidRPr="00F24DEF">
        <w:rPr>
          <w:lang w:val="nl-NL"/>
        </w:rPr>
        <w:t xml:space="preserve"> </w:t>
      </w:r>
      <w:r w:rsidR="00F24DEF" w:rsidRPr="00F24DEF">
        <w:t>𝗦𝗲𝗺𝗮𝗻𝘁𝗶𝗰</w:t>
      </w:r>
      <w:r w:rsidR="00F24DEF" w:rsidRPr="00F24DEF">
        <w:rPr>
          <w:lang w:val="nl-NL"/>
        </w:rPr>
        <w:t xml:space="preserve"> </w:t>
      </w:r>
      <w:r w:rsidR="00F24DEF" w:rsidRPr="00F24DEF">
        <w:t>𝗹𝗲𝗮𝗸𝗮𝗴𝗲</w:t>
      </w:r>
      <w:r w:rsidR="00F24DEF" w:rsidRPr="00F24DEF">
        <w:rPr>
          <w:lang w:val="nl-NL"/>
        </w:rPr>
        <w:br/>
        <w:t xml:space="preserve">Dit fenomeen behelst dat woorden uit je prompt op onverwachte manieren lekken naar de output. Stel je voor, je vraagt </w:t>
      </w:r>
      <w:hyperlink r:id="rId25" w:history="1">
        <w:proofErr w:type="spellStart"/>
        <w:r w:rsidR="00F24DEF" w:rsidRPr="00F24DEF">
          <w:rPr>
            <w:rStyle w:val="Hyperlink"/>
            <w:b/>
            <w:bCs/>
            <w:lang w:val="nl-NL"/>
          </w:rPr>
          <w:t>hashtag#ChatGPT</w:t>
        </w:r>
        <w:proofErr w:type="spellEnd"/>
      </w:hyperlink>
      <w:r w:rsidR="00F24DEF" w:rsidRPr="00F24DEF">
        <w:rPr>
          <w:lang w:val="nl-NL"/>
        </w:rPr>
        <w:t>: "</w:t>
      </w:r>
      <w:r w:rsidR="00F24DEF" w:rsidRPr="00F24DEF">
        <w:t>𝘑𝘢𝘯</w:t>
      </w:r>
      <w:r w:rsidR="00F24DEF" w:rsidRPr="00F24DEF">
        <w:rPr>
          <w:lang w:val="nl-NL"/>
        </w:rPr>
        <w:t xml:space="preserve"> </w:t>
      </w:r>
      <w:r w:rsidR="00F24DEF" w:rsidRPr="00F24DEF">
        <w:t>𝘩𝘰𝘶𝘥𝘵</w:t>
      </w:r>
      <w:r w:rsidR="00F24DEF" w:rsidRPr="00F24DEF">
        <w:rPr>
          <w:lang w:val="nl-NL"/>
        </w:rPr>
        <w:t xml:space="preserve"> </w:t>
      </w:r>
      <w:r w:rsidR="00F24DEF" w:rsidRPr="00F24DEF">
        <w:t>𝘷𝘢𝘯</w:t>
      </w:r>
      <w:r w:rsidR="00F24DEF" w:rsidRPr="00F24DEF">
        <w:rPr>
          <w:lang w:val="nl-NL"/>
        </w:rPr>
        <w:t xml:space="preserve"> </w:t>
      </w:r>
      <w:r w:rsidR="00F24DEF" w:rsidRPr="00F24DEF">
        <w:t>𝘨𝘦𝘦𝘭</w:t>
      </w:r>
      <w:r w:rsidR="00F24DEF" w:rsidRPr="00F24DEF">
        <w:rPr>
          <w:lang w:val="nl-NL"/>
        </w:rPr>
        <w:t xml:space="preserve">, </w:t>
      </w:r>
      <w:r w:rsidR="00F24DEF" w:rsidRPr="00F24DEF">
        <w:t>𝘩𝘪𝘫</w:t>
      </w:r>
      <w:r w:rsidR="00F24DEF" w:rsidRPr="00F24DEF">
        <w:rPr>
          <w:lang w:val="nl-NL"/>
        </w:rPr>
        <w:t xml:space="preserve"> </w:t>
      </w:r>
      <w:r w:rsidR="00F24DEF" w:rsidRPr="00F24DEF">
        <w:t>𝘸𝘦𝘳𝘬𝘵</w:t>
      </w:r>
      <w:r w:rsidR="00F24DEF" w:rsidRPr="00F24DEF">
        <w:rPr>
          <w:lang w:val="nl-NL"/>
        </w:rPr>
        <w:t xml:space="preserve"> </w:t>
      </w:r>
      <w:r w:rsidR="00F24DEF" w:rsidRPr="00F24DEF">
        <w:t>𝘢𝘭𝘴</w:t>
      </w:r>
      <w:r w:rsidR="00F24DEF" w:rsidRPr="00F24DEF">
        <w:rPr>
          <w:lang w:val="nl-NL"/>
        </w:rPr>
        <w:t xml:space="preserve">..." Dan is de kans groot dat je het antwoord </w:t>
      </w:r>
      <w:r w:rsidR="00F24DEF" w:rsidRPr="00F24DEF">
        <w:t>𝘴𝘤𝘩𝘰𝘰𝘭𝘣𝘶𝘴𝘤𝘩𝘢𝘶𝘧𝘧𝘦𝘶𝘳</w:t>
      </w:r>
      <w:r w:rsidR="00F24DEF" w:rsidRPr="00F24DEF">
        <w:rPr>
          <w:lang w:val="nl-NL"/>
        </w:rPr>
        <w:t xml:space="preserve"> krijgt (want in Amerika zijn schoolbussen geel). Vraag je om een verhaal over een kind dat </w:t>
      </w:r>
      <w:r w:rsidR="00F24DEF" w:rsidRPr="00F24DEF">
        <w:t>𝘊𝘰𝘳𝘢𝘭</w:t>
      </w:r>
      <w:r w:rsidR="00F24DEF" w:rsidRPr="00F24DEF">
        <w:rPr>
          <w:lang w:val="nl-NL"/>
        </w:rPr>
        <w:t xml:space="preserve"> heet, dan is de kans aanwezig dat je een verhaal krijgt over oceanen, schelpen en dolfijnen. En vraag je een recept voor een blauwe pan? Bingo: bosbessenpannenkoeken ("blue </w:t>
      </w:r>
      <w:proofErr w:type="spellStart"/>
      <w:r w:rsidR="00F24DEF" w:rsidRPr="00F24DEF">
        <w:rPr>
          <w:lang w:val="nl-NL"/>
        </w:rPr>
        <w:t>berry</w:t>
      </w:r>
      <w:proofErr w:type="spellEnd"/>
      <w:r w:rsidR="00F24DEF" w:rsidRPr="00F24DEF">
        <w:rPr>
          <w:lang w:val="nl-NL"/>
        </w:rPr>
        <w:t xml:space="preserve"> </w:t>
      </w:r>
      <w:proofErr w:type="spellStart"/>
      <w:r w:rsidR="00F24DEF" w:rsidRPr="00F24DEF">
        <w:rPr>
          <w:lang w:val="nl-NL"/>
        </w:rPr>
        <w:t>pancakes</w:t>
      </w:r>
      <w:proofErr w:type="spellEnd"/>
      <w:r w:rsidR="00F24DEF" w:rsidRPr="00F24DEF">
        <w:rPr>
          <w:lang w:val="nl-NL"/>
        </w:rPr>
        <w:t>"). Oftewel, het model pikt semantische associaties op en weeft ze ongevraagd door je output.</w:t>
      </w:r>
      <w:r w:rsidR="00F24DEF" w:rsidRPr="00F24DEF">
        <w:rPr>
          <w:lang w:val="nl-NL"/>
        </w:rPr>
        <w:br/>
      </w:r>
      <w:r w:rsidR="00F24DEF" w:rsidRPr="00F24DEF">
        <w:rPr>
          <w:lang w:val="nl-NL"/>
        </w:rPr>
        <w:br/>
        <w:t>2</w:t>
      </w:r>
      <w:r w:rsidR="00F24DEF" w:rsidRPr="00F24DEF">
        <w:t>️</w:t>
      </w:r>
      <w:r w:rsidR="00F24DEF" w:rsidRPr="00F24DEF">
        <w:rPr>
          <w:rFonts w:ascii="Segoe UI Symbol" w:hAnsi="Segoe UI Symbol" w:cs="Segoe UI Symbol"/>
          <w:lang w:val="nl-NL"/>
        </w:rPr>
        <w:t>⃣</w:t>
      </w:r>
      <w:r w:rsidR="00F24DEF" w:rsidRPr="00F24DEF">
        <w:rPr>
          <w:lang w:val="nl-NL"/>
        </w:rPr>
        <w:t xml:space="preserve"> </w:t>
      </w:r>
      <w:r w:rsidR="00F24DEF" w:rsidRPr="00F24DEF">
        <w:t>𝗗𝗲</w:t>
      </w:r>
      <w:r w:rsidR="00F24DEF" w:rsidRPr="00F24DEF">
        <w:rPr>
          <w:lang w:val="nl-NL"/>
        </w:rPr>
        <w:t xml:space="preserve"> </w:t>
      </w:r>
      <w:r w:rsidR="00F24DEF" w:rsidRPr="00F24DEF">
        <w:t>𝗶𝗺𝗽𝗮𝗰𝘁</w:t>
      </w:r>
      <w:r w:rsidR="00F24DEF" w:rsidRPr="00F24DEF">
        <w:rPr>
          <w:lang w:val="nl-NL"/>
        </w:rPr>
        <w:t xml:space="preserve"> </w:t>
      </w:r>
      <w:r w:rsidR="00F24DEF" w:rsidRPr="00F24DEF">
        <w:t>𝘃𝗮𝗻</w:t>
      </w:r>
      <w:r w:rsidR="00F24DEF" w:rsidRPr="00F24DEF">
        <w:rPr>
          <w:lang w:val="nl-NL"/>
        </w:rPr>
        <w:t xml:space="preserve"> </w:t>
      </w:r>
      <w:r w:rsidR="00F24DEF" w:rsidRPr="00F24DEF">
        <w:t>𝗴𝗲𝗻𝗱𝗲𝗿</w:t>
      </w:r>
      <w:r w:rsidR="00F24DEF" w:rsidRPr="00F24DEF">
        <w:rPr>
          <w:lang w:val="nl-NL"/>
        </w:rPr>
        <w:br/>
        <w:t>Taalmodellen passen hun output aan op basis van het geslacht dat ze mee moeten nemen. Vraag uitleg over hoe een lampje werkt voor een meisje en dan een jongen, en je krijgt voor meisjes vaker sprookjesachtige taal (</w:t>
      </w:r>
      <w:proofErr w:type="spellStart"/>
      <w:r w:rsidR="00F24DEF" w:rsidRPr="00F24DEF">
        <w:rPr>
          <w:lang w:val="nl-NL"/>
        </w:rPr>
        <w:t>glitterelektriciteit</w:t>
      </w:r>
      <w:proofErr w:type="spellEnd"/>
      <w:r w:rsidR="00F24DEF" w:rsidRPr="00F24DEF">
        <w:rPr>
          <w:lang w:val="nl-NL"/>
        </w:rPr>
        <w:t>, kettinkjes met lichtjes), terwijl jongens technische analogieën krijgen (raceauto's, robots). In zo'n 2/3e van de meisjes-output blijken volgens onderzoek stereotiepe elementen te zitten, versus iets meer dan de helft bij jongens. Bovendien krijgt het geslacht dat je als eerste noemt langere en meer gedetailleerde uitleg. Het kan dus slim zijn om namen en genderduidingen te verwijderen wanneer je een bepaald soort uitleg wilt genereren (of vraag expliciet om genderneutrale uitleg, en check grondig).</w:t>
      </w:r>
      <w:r w:rsidR="00F24DEF" w:rsidRPr="00F24DEF">
        <w:rPr>
          <w:lang w:val="nl-NL"/>
        </w:rPr>
        <w:br/>
      </w:r>
      <w:r w:rsidR="00F24DEF" w:rsidRPr="00F24DEF">
        <w:rPr>
          <w:lang w:val="nl-NL"/>
        </w:rPr>
        <w:br/>
        <w:t>3</w:t>
      </w:r>
      <w:r w:rsidR="00F24DEF" w:rsidRPr="00F24DEF">
        <w:t>️</w:t>
      </w:r>
      <w:r w:rsidR="00F24DEF" w:rsidRPr="00F24DEF">
        <w:rPr>
          <w:rFonts w:ascii="Segoe UI Symbol" w:hAnsi="Segoe UI Symbol" w:cs="Segoe UI Symbol"/>
          <w:lang w:val="nl-NL"/>
        </w:rPr>
        <w:t>⃣</w:t>
      </w:r>
      <w:r w:rsidR="00F24DEF" w:rsidRPr="00F24DEF">
        <w:rPr>
          <w:lang w:val="nl-NL"/>
        </w:rPr>
        <w:t xml:space="preserve"> </w:t>
      </w:r>
      <w:r w:rsidR="00F24DEF" w:rsidRPr="00F24DEF">
        <w:t>𝗣𝗼𝘀𝗶𝘁𝗶𝗼𝗻𝗮𝗹</w:t>
      </w:r>
      <w:r w:rsidR="00F24DEF" w:rsidRPr="00F24DEF">
        <w:rPr>
          <w:lang w:val="nl-NL"/>
        </w:rPr>
        <w:t xml:space="preserve"> </w:t>
      </w:r>
      <w:r w:rsidR="00F24DEF" w:rsidRPr="00F24DEF">
        <w:t>𝗯𝗶𝗮𝘀</w:t>
      </w:r>
      <w:r w:rsidR="00F24DEF" w:rsidRPr="00F24DEF">
        <w:rPr>
          <w:lang w:val="nl-NL"/>
        </w:rPr>
        <w:br/>
        <w:t>Hier gaat het om de volgorde van hoe je iets aanbiedt aan een taalmodel, bijvoorbeeld wanneer het feedback moet geven of iets moet beoordelen. Zo blijkt dat wanneer je het vraagt om twee antwoorden te beoordelen, het veelal een voorkeur geeft aan het antwoord dat als eerste staat. Draai de volgorde om en het oordeel draait mee. Zelfs een expliciete instructie zoals "</w:t>
      </w:r>
      <w:r w:rsidR="00F24DEF" w:rsidRPr="00F24DEF">
        <w:t>𝘭𝘢𝘢𝘵</w:t>
      </w:r>
      <w:r w:rsidR="00F24DEF" w:rsidRPr="00F24DEF">
        <w:rPr>
          <w:lang w:val="nl-NL"/>
        </w:rPr>
        <w:t xml:space="preserve"> </w:t>
      </w:r>
      <w:r w:rsidR="00F24DEF" w:rsidRPr="00F24DEF">
        <w:t>𝘥𝘦</w:t>
      </w:r>
      <w:r w:rsidR="00F24DEF" w:rsidRPr="00F24DEF">
        <w:rPr>
          <w:lang w:val="nl-NL"/>
        </w:rPr>
        <w:t xml:space="preserve"> </w:t>
      </w:r>
      <w:r w:rsidR="00F24DEF" w:rsidRPr="00F24DEF">
        <w:t>𝘷𝘰𝘭𝘨𝘰𝘳𝘥𝘦</w:t>
      </w:r>
      <w:r w:rsidR="00F24DEF" w:rsidRPr="00F24DEF">
        <w:rPr>
          <w:lang w:val="nl-NL"/>
        </w:rPr>
        <w:t xml:space="preserve"> </w:t>
      </w:r>
      <w:r w:rsidR="00F24DEF" w:rsidRPr="00F24DEF">
        <w:t>𝘫𝘦</w:t>
      </w:r>
      <w:r w:rsidR="00F24DEF" w:rsidRPr="00F24DEF">
        <w:rPr>
          <w:lang w:val="nl-NL"/>
        </w:rPr>
        <w:t xml:space="preserve"> </w:t>
      </w:r>
      <w:r w:rsidR="00F24DEF" w:rsidRPr="00F24DEF">
        <w:t>𝘰𝘰𝘳𝘥𝘦𝘦𝘭</w:t>
      </w:r>
      <w:r w:rsidR="00F24DEF" w:rsidRPr="00F24DEF">
        <w:rPr>
          <w:lang w:val="nl-NL"/>
        </w:rPr>
        <w:t xml:space="preserve"> </w:t>
      </w:r>
      <w:r w:rsidR="00F24DEF" w:rsidRPr="00F24DEF">
        <w:t>𝘯𝘪𝘦𝘵</w:t>
      </w:r>
      <w:r w:rsidR="00F24DEF" w:rsidRPr="00F24DEF">
        <w:rPr>
          <w:lang w:val="nl-NL"/>
        </w:rPr>
        <w:t xml:space="preserve"> </w:t>
      </w:r>
      <w:r w:rsidR="00F24DEF" w:rsidRPr="00F24DEF">
        <w:t>𝘣𝘦</w:t>
      </w:r>
      <w:r w:rsidR="00F24DEF" w:rsidRPr="00F24DEF">
        <w:rPr>
          <w:lang w:val="nl-NL"/>
        </w:rPr>
        <w:t>ï</w:t>
      </w:r>
      <w:r w:rsidR="00F24DEF" w:rsidRPr="00F24DEF">
        <w:t>𝘯𝘷𝘭𝘰𝘦𝘥𝘦𝘯</w:t>
      </w:r>
      <w:r w:rsidR="00F24DEF" w:rsidRPr="00F24DEF">
        <w:rPr>
          <w:lang w:val="nl-NL"/>
        </w:rPr>
        <w:t>" helpt dan niet. Een tip is hier om bijvoorbeeld bij keuzes of vergelijkingen de volgorde te wisselen en het gemiddelde te nemen. Of wees je gewoon bewust van deze bias.</w:t>
      </w:r>
      <w:r w:rsidR="00F24DEF" w:rsidRPr="00F24DEF">
        <w:rPr>
          <w:lang w:val="nl-NL"/>
        </w:rPr>
        <w:br/>
      </w:r>
      <w:r w:rsidR="00F24DEF" w:rsidRPr="00F24DEF">
        <w:rPr>
          <w:lang w:val="nl-NL"/>
        </w:rPr>
        <w:br/>
        <w:t>4</w:t>
      </w:r>
      <w:r w:rsidR="00F24DEF" w:rsidRPr="00F24DEF">
        <w:t>️</w:t>
      </w:r>
      <w:r w:rsidR="00F24DEF" w:rsidRPr="00F24DEF">
        <w:rPr>
          <w:rFonts w:ascii="Segoe UI Symbol" w:hAnsi="Segoe UI Symbol" w:cs="Segoe UI Symbol"/>
          <w:lang w:val="nl-NL"/>
        </w:rPr>
        <w:t>⃣</w:t>
      </w:r>
      <w:r w:rsidR="00F24DEF" w:rsidRPr="00F24DEF">
        <w:rPr>
          <w:lang w:val="nl-NL"/>
        </w:rPr>
        <w:t xml:space="preserve"> </w:t>
      </w:r>
      <w:r w:rsidR="00F24DEF" w:rsidRPr="00F24DEF">
        <w:t>𝗙𝗼𝗿𝗺𝗮𝘁𝘁𝗶𝗻𝗴</w:t>
      </w:r>
      <w:r w:rsidR="00F24DEF" w:rsidRPr="00F24DEF">
        <w:rPr>
          <w:lang w:val="nl-NL"/>
        </w:rPr>
        <w:br/>
        <w:t xml:space="preserve">Zelfs de kleinste opmaakkeuzes, zoals een extra spatie, een dubbele punt i.p.v. een enkele, of een witregel meer, kunnen de output drastisch veranderen. Het model "leest" je </w:t>
      </w:r>
      <w:proofErr w:type="spellStart"/>
      <w:r w:rsidR="00F24DEF" w:rsidRPr="00F24DEF">
        <w:rPr>
          <w:lang w:val="nl-NL"/>
        </w:rPr>
        <w:t>formatting</w:t>
      </w:r>
      <w:proofErr w:type="spellEnd"/>
      <w:r w:rsidR="00F24DEF" w:rsidRPr="00F24DEF">
        <w:rPr>
          <w:lang w:val="nl-NL"/>
        </w:rPr>
        <w:t xml:space="preserve"> als signalen over structuur en intentie. Helaas is er geen universeel beste format, dus als je onverwachte resultaten krijgt, experimenteer dan ook eens met de opmaak van je prompt.</w:t>
      </w:r>
      <w:r w:rsidR="00F24DEF" w:rsidRPr="00F24DEF">
        <w:rPr>
          <w:lang w:val="nl-NL"/>
        </w:rPr>
        <w:br/>
      </w:r>
      <w:r w:rsidR="00F24DEF" w:rsidRPr="00F24DEF">
        <w:rPr>
          <w:lang w:val="nl-NL"/>
        </w:rPr>
        <w:br/>
        <w:t xml:space="preserve">Elk detail in je prompt beïnvloedt dus wat je terugkrijgt. Je kunt het zien als het activeren van associaties, die vervolgens in meer of mindere mate doorwerken in de output. Dit is, zoals zo vaak, geen bug maar hoe een taalmodel inherent werkt. </w:t>
      </w:r>
      <w:r w:rsidR="00F24DEF" w:rsidRPr="008830E5">
        <w:rPr>
          <w:lang w:val="nl-NL"/>
        </w:rPr>
        <w:t>Dat beteugelen is nog best een kunst, dus.</w:t>
      </w:r>
      <w:r w:rsidR="0079121F" w:rsidRPr="00862DF4">
        <w:rPr>
          <w:lang w:val="nl-NL"/>
        </w:rPr>
        <w:br w:type="page"/>
      </w:r>
    </w:p>
    <w:p w14:paraId="445A8E8B" w14:textId="77777777" w:rsidR="00325D2C" w:rsidRPr="00862DF4" w:rsidRDefault="0079121F" w:rsidP="00936394">
      <w:pPr>
        <w:pStyle w:val="Kop1"/>
        <w:spacing w:before="0" w:line="240" w:lineRule="auto"/>
        <w:rPr>
          <w:lang w:val="nl-NL"/>
        </w:rPr>
      </w:pPr>
      <w:bookmarkStart w:id="6" w:name="_Werkblad_5_–"/>
      <w:bookmarkEnd w:id="6"/>
      <w:r w:rsidRPr="00862DF4">
        <w:rPr>
          <w:lang w:val="nl-NL"/>
        </w:rPr>
        <w:lastRenderedPageBreak/>
        <w:t>Werkblad 5 – Ik wil een filmpje maken met een AI-avatar</w:t>
      </w:r>
    </w:p>
    <w:p w14:paraId="611B4E60" w14:textId="77777777"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1"/>
        <w:gridCol w:w="4313"/>
      </w:tblGrid>
      <w:tr w:rsidR="00E7400F" w:rsidRPr="00862DF4" w14:paraId="6355A7D2" w14:textId="77777777" w:rsidTr="00E7400F">
        <w:tc>
          <w:tcPr>
            <w:tcW w:w="4311" w:type="dxa"/>
            <w:tcBorders>
              <w:top w:val="single" w:sz="6" w:space="0" w:color="C9C9C9"/>
              <w:left w:val="single" w:sz="6" w:space="0" w:color="C9C9C9"/>
              <w:bottom w:val="single" w:sz="6" w:space="0" w:color="C9C9C9"/>
              <w:right w:val="single" w:sz="6" w:space="0" w:color="C9C9C9"/>
            </w:tcBorders>
          </w:tcPr>
          <w:p w14:paraId="1EF00DEE" w14:textId="77777777" w:rsidR="00E7400F" w:rsidRDefault="00E7400F" w:rsidP="00936394">
            <w:pPr>
              <w:spacing w:before="0" w:after="0" w:line="240" w:lineRule="auto"/>
              <w:rPr>
                <w:b/>
              </w:rPr>
            </w:pPr>
            <w:proofErr w:type="spellStart"/>
            <w:r>
              <w:rPr>
                <w:b/>
              </w:rPr>
              <w:t>Doelgroep</w:t>
            </w:r>
            <w:proofErr w:type="spellEnd"/>
          </w:p>
        </w:tc>
        <w:tc>
          <w:tcPr>
            <w:tcW w:w="4313" w:type="dxa"/>
            <w:tcBorders>
              <w:top w:val="single" w:sz="6" w:space="0" w:color="C9C9C9"/>
              <w:left w:val="single" w:sz="6" w:space="0" w:color="C9C9C9"/>
              <w:bottom w:val="single" w:sz="6" w:space="0" w:color="C9C9C9"/>
              <w:right w:val="single" w:sz="6" w:space="0" w:color="C9C9C9"/>
            </w:tcBorders>
          </w:tcPr>
          <w:p w14:paraId="7A5328EB" w14:textId="77777777" w:rsidR="00E7400F" w:rsidRPr="00862DF4" w:rsidRDefault="00E7400F" w:rsidP="00936394">
            <w:pPr>
              <w:spacing w:before="0" w:after="0" w:line="240" w:lineRule="auto"/>
              <w:rPr>
                <w:lang w:val="nl-NL"/>
              </w:rPr>
            </w:pPr>
            <w:r>
              <w:rPr>
                <w:lang w:val="nl-NL"/>
              </w:rPr>
              <w:t>OP + OOP</w:t>
            </w:r>
          </w:p>
        </w:tc>
      </w:tr>
      <w:tr w:rsidR="00325D2C" w:rsidRPr="00B07954" w14:paraId="1DECBC87" w14:textId="77777777" w:rsidTr="00E7400F">
        <w:tc>
          <w:tcPr>
            <w:tcW w:w="4311" w:type="dxa"/>
          </w:tcPr>
          <w:p w14:paraId="6F9A9795" w14:textId="77777777" w:rsidR="00325D2C" w:rsidRDefault="0079121F" w:rsidP="00936394">
            <w:pPr>
              <w:spacing w:before="0" w:after="0" w:line="240" w:lineRule="auto"/>
            </w:pPr>
            <w:r>
              <w:rPr>
                <w:b/>
              </w:rPr>
              <w:t>Doel</w:t>
            </w:r>
          </w:p>
        </w:tc>
        <w:tc>
          <w:tcPr>
            <w:tcW w:w="4313" w:type="dxa"/>
          </w:tcPr>
          <w:p w14:paraId="18B61FC0" w14:textId="77777777" w:rsidR="00325D2C" w:rsidRPr="00862DF4" w:rsidRDefault="0079121F" w:rsidP="00936394">
            <w:pPr>
              <w:spacing w:before="0" w:after="0" w:line="240" w:lineRule="auto"/>
              <w:rPr>
                <w:lang w:val="nl-NL"/>
              </w:rPr>
            </w:pPr>
            <w:r w:rsidRPr="00862DF4">
              <w:rPr>
                <w:lang w:val="nl-NL"/>
              </w:rPr>
              <w:t>Verkennen hoe je met AI een korte video-instructie kunt maken (script + avatar), met aandacht voor transparantie en passend gebruik.</w:t>
            </w:r>
          </w:p>
        </w:tc>
      </w:tr>
      <w:tr w:rsidR="00325D2C" w14:paraId="47D9798B" w14:textId="77777777" w:rsidTr="00E7400F">
        <w:tc>
          <w:tcPr>
            <w:tcW w:w="4311" w:type="dxa"/>
          </w:tcPr>
          <w:p w14:paraId="1E094E3A" w14:textId="77777777" w:rsidR="00325D2C" w:rsidRDefault="0079121F" w:rsidP="00936394">
            <w:pPr>
              <w:spacing w:before="0" w:after="0" w:line="240" w:lineRule="auto"/>
            </w:pPr>
            <w:proofErr w:type="spellStart"/>
            <w:r>
              <w:rPr>
                <w:b/>
              </w:rPr>
              <w:t>Niveau</w:t>
            </w:r>
            <w:proofErr w:type="spellEnd"/>
          </w:p>
        </w:tc>
        <w:tc>
          <w:tcPr>
            <w:tcW w:w="4313" w:type="dxa"/>
          </w:tcPr>
          <w:p w14:paraId="660ACFF9" w14:textId="77777777" w:rsidR="00325D2C" w:rsidRDefault="0079121F" w:rsidP="00936394">
            <w:pPr>
              <w:spacing w:before="0" w:after="0" w:line="240" w:lineRule="auto"/>
            </w:pPr>
            <w:proofErr w:type="spellStart"/>
            <w:r>
              <w:t>Gevorderd</w:t>
            </w:r>
            <w:proofErr w:type="spellEnd"/>
          </w:p>
        </w:tc>
      </w:tr>
      <w:tr w:rsidR="00325D2C" w14:paraId="5F558AAD" w14:textId="77777777" w:rsidTr="00E7400F">
        <w:tc>
          <w:tcPr>
            <w:tcW w:w="4311" w:type="dxa"/>
          </w:tcPr>
          <w:p w14:paraId="7D18AD86" w14:textId="77777777" w:rsidR="00325D2C" w:rsidRDefault="0079121F" w:rsidP="00936394">
            <w:pPr>
              <w:spacing w:before="0" w:after="0" w:line="240" w:lineRule="auto"/>
            </w:pPr>
            <w:proofErr w:type="spellStart"/>
            <w:r>
              <w:rPr>
                <w:b/>
              </w:rPr>
              <w:t>Tijd</w:t>
            </w:r>
            <w:proofErr w:type="spellEnd"/>
          </w:p>
        </w:tc>
        <w:tc>
          <w:tcPr>
            <w:tcW w:w="4313" w:type="dxa"/>
          </w:tcPr>
          <w:p w14:paraId="36C5DA54" w14:textId="77777777" w:rsidR="00325D2C" w:rsidRDefault="0079121F" w:rsidP="00936394">
            <w:pPr>
              <w:spacing w:before="0" w:after="0" w:line="240" w:lineRule="auto"/>
            </w:pPr>
            <w:r>
              <w:t>Medium / lang</w:t>
            </w:r>
          </w:p>
        </w:tc>
      </w:tr>
      <w:tr w:rsidR="00325D2C" w:rsidRPr="00B07954" w14:paraId="1C7E7F61" w14:textId="77777777" w:rsidTr="00E7400F">
        <w:tc>
          <w:tcPr>
            <w:tcW w:w="4311" w:type="dxa"/>
          </w:tcPr>
          <w:p w14:paraId="6FB5F798" w14:textId="77777777" w:rsidR="00325D2C" w:rsidRDefault="0079121F" w:rsidP="00936394">
            <w:pPr>
              <w:spacing w:before="0" w:after="0" w:line="240" w:lineRule="auto"/>
            </w:pPr>
            <w:proofErr w:type="spellStart"/>
            <w:r>
              <w:rPr>
                <w:b/>
              </w:rPr>
              <w:t>Resultaat</w:t>
            </w:r>
            <w:proofErr w:type="spellEnd"/>
          </w:p>
        </w:tc>
        <w:tc>
          <w:tcPr>
            <w:tcW w:w="4313" w:type="dxa"/>
          </w:tcPr>
          <w:p w14:paraId="32E87FE0" w14:textId="77777777" w:rsidR="00325D2C" w:rsidRPr="00862DF4" w:rsidRDefault="0079121F" w:rsidP="00936394">
            <w:pPr>
              <w:spacing w:before="0" w:after="0" w:line="240" w:lineRule="auto"/>
              <w:rPr>
                <w:lang w:val="nl-NL"/>
              </w:rPr>
            </w:pPr>
            <w:r w:rsidRPr="00862DF4">
              <w:rPr>
                <w:lang w:val="nl-NL"/>
              </w:rPr>
              <w:t>Een videoscript (30–60 sec) en – als de tool beschikbaar is – een korte video met avatar.</w:t>
            </w:r>
          </w:p>
        </w:tc>
      </w:tr>
      <w:tr w:rsidR="00325D2C" w14:paraId="020FF288" w14:textId="77777777" w:rsidTr="00E7400F">
        <w:tc>
          <w:tcPr>
            <w:tcW w:w="4311" w:type="dxa"/>
          </w:tcPr>
          <w:p w14:paraId="3BE97F42" w14:textId="77777777" w:rsidR="00325D2C" w:rsidRDefault="0079121F" w:rsidP="00936394">
            <w:pPr>
              <w:spacing w:before="0" w:after="0" w:line="240" w:lineRule="auto"/>
            </w:pPr>
            <w:r>
              <w:rPr>
                <w:b/>
              </w:rPr>
              <w:t xml:space="preserve">Tools / </w:t>
            </w:r>
            <w:proofErr w:type="spellStart"/>
            <w:r>
              <w:rPr>
                <w:b/>
              </w:rPr>
              <w:t>kaders</w:t>
            </w:r>
            <w:proofErr w:type="spellEnd"/>
          </w:p>
        </w:tc>
        <w:tc>
          <w:tcPr>
            <w:tcW w:w="4313" w:type="dxa"/>
          </w:tcPr>
          <w:p w14:paraId="07C3EAB6" w14:textId="77777777" w:rsidR="00325D2C" w:rsidRDefault="0079121F" w:rsidP="00936394">
            <w:pPr>
              <w:spacing w:before="0" w:after="0" w:line="240" w:lineRule="auto"/>
            </w:pPr>
            <w:r w:rsidRPr="00862DF4">
              <w:rPr>
                <w:lang w:val="nl-NL"/>
              </w:rPr>
              <w:t xml:space="preserve">Tools: </w:t>
            </w:r>
            <w:proofErr w:type="spellStart"/>
            <w:r w:rsidRPr="00862DF4">
              <w:rPr>
                <w:lang w:val="nl-NL"/>
              </w:rPr>
              <w:t>Synthesia</w:t>
            </w:r>
            <w:proofErr w:type="spellEnd"/>
            <w:r w:rsidRPr="00862DF4">
              <w:rPr>
                <w:lang w:val="nl-NL"/>
              </w:rPr>
              <w:t xml:space="preserve"> (of vergelijkbaar), plus een tekstgenerator (</w:t>
            </w:r>
            <w:proofErr w:type="spellStart"/>
            <w:r w:rsidRPr="00862DF4">
              <w:rPr>
                <w:lang w:val="nl-NL"/>
              </w:rPr>
              <w:t>ChatGPT</w:t>
            </w:r>
            <w:proofErr w:type="spellEnd"/>
            <w:r w:rsidRPr="00862DF4">
              <w:rPr>
                <w:lang w:val="nl-NL"/>
              </w:rPr>
              <w:t>/</w:t>
            </w:r>
            <w:proofErr w:type="spellStart"/>
            <w:r w:rsidRPr="00862DF4">
              <w:rPr>
                <w:lang w:val="nl-NL"/>
              </w:rPr>
              <w:t>Copilot</w:t>
            </w:r>
            <w:proofErr w:type="spellEnd"/>
            <w:r w:rsidRPr="00862DF4">
              <w:rPr>
                <w:lang w:val="nl-NL"/>
              </w:rPr>
              <w:t xml:space="preserve">). | Kaders: Benoem dat AI is gebruikt. Gebruik geen herkenbare persoonsgegevens in voorbeelden. </w:t>
            </w:r>
            <w:r>
              <w:t xml:space="preserve">Let op </w:t>
            </w:r>
            <w:proofErr w:type="spellStart"/>
            <w:r>
              <w:t>portretrecht</w:t>
            </w:r>
            <w:proofErr w:type="spellEnd"/>
            <w:r>
              <w:t xml:space="preserve">/stem </w:t>
            </w:r>
            <w:proofErr w:type="spellStart"/>
            <w:r>
              <w:t>als</w:t>
            </w:r>
            <w:proofErr w:type="spellEnd"/>
            <w:r>
              <w:t xml:space="preserve"> je </w:t>
            </w:r>
            <w:proofErr w:type="spellStart"/>
            <w:r>
              <w:t>echte</w:t>
            </w:r>
            <w:proofErr w:type="spellEnd"/>
            <w:r>
              <w:t xml:space="preserve"> </w:t>
            </w:r>
            <w:proofErr w:type="spellStart"/>
            <w:r>
              <w:t>personen</w:t>
            </w:r>
            <w:proofErr w:type="spellEnd"/>
            <w:r>
              <w:t xml:space="preserve"> </w:t>
            </w:r>
            <w:proofErr w:type="spellStart"/>
            <w:r>
              <w:t>nabootst</w:t>
            </w:r>
            <w:proofErr w:type="spellEnd"/>
            <w:r>
              <w:t>.</w:t>
            </w:r>
          </w:p>
        </w:tc>
      </w:tr>
    </w:tbl>
    <w:p w14:paraId="38D7F78A" w14:textId="77777777" w:rsidR="00325D2C" w:rsidRDefault="00325D2C" w:rsidP="00936394">
      <w:pPr>
        <w:spacing w:before="0" w:after="0" w:line="240" w:lineRule="auto"/>
      </w:pPr>
    </w:p>
    <w:p w14:paraId="78BAFEE5" w14:textId="77777777" w:rsidR="005358CC" w:rsidRDefault="00D55B1F" w:rsidP="00936394">
      <w:pPr>
        <w:pStyle w:val="Lijstopsomteken"/>
        <w:numPr>
          <w:ilvl w:val="0"/>
          <w:numId w:val="0"/>
        </w:numPr>
        <w:spacing w:before="0" w:after="0" w:line="240" w:lineRule="auto"/>
        <w:rPr>
          <w:lang w:val="nl-NL"/>
        </w:rPr>
      </w:pPr>
      <w:r>
        <w:rPr>
          <w:lang w:val="nl-NL"/>
        </w:rPr>
        <w:t xml:space="preserve">Een filmpje met een AI-avatar is een </w:t>
      </w:r>
      <w:r w:rsidR="005358CC">
        <w:rPr>
          <w:lang w:val="nl-NL"/>
        </w:rPr>
        <w:t xml:space="preserve">vorm van een </w:t>
      </w:r>
      <w:r>
        <w:rPr>
          <w:lang w:val="nl-NL"/>
        </w:rPr>
        <w:t>kennisclip</w:t>
      </w:r>
      <w:r w:rsidR="005358CC">
        <w:rPr>
          <w:lang w:val="nl-NL"/>
        </w:rPr>
        <w:t>. Daarom verwijzen we je hier door naar het volgende werkblad waar dit onderwerp aan bod komt.</w:t>
      </w:r>
    </w:p>
    <w:p w14:paraId="5CE32144" w14:textId="77777777" w:rsidR="005358CC" w:rsidRDefault="005358CC" w:rsidP="00936394">
      <w:pPr>
        <w:pStyle w:val="Lijstopsomteken"/>
        <w:numPr>
          <w:ilvl w:val="0"/>
          <w:numId w:val="0"/>
        </w:numPr>
        <w:spacing w:before="0" w:after="0" w:line="240" w:lineRule="auto"/>
        <w:rPr>
          <w:lang w:val="nl-NL"/>
        </w:rPr>
      </w:pPr>
    </w:p>
    <w:p w14:paraId="784BED36" w14:textId="4FD9584F" w:rsidR="005358CC" w:rsidRDefault="00EE5E38" w:rsidP="00936394">
      <w:pPr>
        <w:pStyle w:val="Lijstopsomteken"/>
        <w:numPr>
          <w:ilvl w:val="0"/>
          <w:numId w:val="0"/>
        </w:numPr>
        <w:spacing w:before="0" w:after="0" w:line="240" w:lineRule="auto"/>
        <w:rPr>
          <w:lang w:val="nl-NL"/>
        </w:rPr>
      </w:pPr>
      <w:r>
        <w:rPr>
          <w:lang w:val="nl-NL"/>
        </w:rPr>
        <w:t xml:space="preserve">Volg de instructies voor de AI-tool </w:t>
      </w:r>
      <w:proofErr w:type="spellStart"/>
      <w:r>
        <w:rPr>
          <w:lang w:val="nl-NL"/>
        </w:rPr>
        <w:t>Synthesia</w:t>
      </w:r>
      <w:proofErr w:type="spellEnd"/>
      <w:r>
        <w:rPr>
          <w:lang w:val="nl-NL"/>
        </w:rPr>
        <w:t xml:space="preserve">. </w:t>
      </w:r>
      <w:r>
        <w:rPr>
          <w:lang w:val="nl-NL"/>
        </w:rPr>
        <w:br/>
        <w:t xml:space="preserve">Een alternatieve AI-tool is </w:t>
      </w:r>
      <w:proofErr w:type="spellStart"/>
      <w:r w:rsidR="00856495">
        <w:rPr>
          <w:lang w:val="nl-NL"/>
        </w:rPr>
        <w:t>Heygen</w:t>
      </w:r>
      <w:proofErr w:type="spellEnd"/>
      <w:r w:rsidR="00856495">
        <w:rPr>
          <w:lang w:val="nl-NL"/>
        </w:rPr>
        <w:t xml:space="preserve">. Daarvoor is nog geen instructie beschikbaar maar het gebruik lijkt op </w:t>
      </w:r>
      <w:proofErr w:type="spellStart"/>
      <w:r w:rsidR="00856495">
        <w:rPr>
          <w:lang w:val="nl-NL"/>
        </w:rPr>
        <w:t>Synthesia</w:t>
      </w:r>
      <w:proofErr w:type="spellEnd"/>
      <w:r w:rsidR="00856495">
        <w:rPr>
          <w:lang w:val="nl-NL"/>
        </w:rPr>
        <w:t xml:space="preserve">, dus met de instructies die je daar vind, moet je ook een eind kunnen komen bij </w:t>
      </w:r>
      <w:proofErr w:type="spellStart"/>
      <w:r w:rsidR="00856495">
        <w:rPr>
          <w:lang w:val="nl-NL"/>
        </w:rPr>
        <w:t>Heygen</w:t>
      </w:r>
      <w:proofErr w:type="spellEnd"/>
      <w:r w:rsidR="00856495">
        <w:rPr>
          <w:lang w:val="nl-NL"/>
        </w:rPr>
        <w:t>. En vraag anders hulp aan Marcel of Vivian als je vastloopt.</w:t>
      </w:r>
      <w:r w:rsidR="005358CC">
        <w:rPr>
          <w:lang w:val="nl-NL"/>
        </w:rPr>
        <w:br/>
      </w:r>
    </w:p>
    <w:p w14:paraId="0C06954C" w14:textId="0EACC647" w:rsidR="00325D2C" w:rsidRPr="00C178DD" w:rsidRDefault="005358CC" w:rsidP="005358CC">
      <w:pPr>
        <w:rPr>
          <w:lang w:val="nl-NL"/>
        </w:rPr>
      </w:pPr>
      <w:r>
        <w:rPr>
          <w:lang w:val="nl-NL"/>
        </w:rPr>
        <w:br w:type="page"/>
      </w:r>
    </w:p>
    <w:p w14:paraId="13D82C1A" w14:textId="77777777" w:rsidR="00325D2C" w:rsidRPr="00862DF4" w:rsidRDefault="0079121F" w:rsidP="00936394">
      <w:pPr>
        <w:pStyle w:val="Kop1"/>
        <w:spacing w:before="0" w:line="240" w:lineRule="auto"/>
        <w:rPr>
          <w:lang w:val="nl-NL"/>
        </w:rPr>
      </w:pPr>
      <w:bookmarkStart w:id="7" w:name="_Werkblad_6_–"/>
      <w:bookmarkEnd w:id="7"/>
      <w:r w:rsidRPr="00862DF4">
        <w:rPr>
          <w:lang w:val="nl-NL"/>
        </w:rPr>
        <w:lastRenderedPageBreak/>
        <w:t>Werkblad 6 – Ik wil een kennisclip laten maken door AI</w:t>
      </w:r>
    </w:p>
    <w:p w14:paraId="6720A21B" w14:textId="77777777"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1"/>
        <w:gridCol w:w="4313"/>
      </w:tblGrid>
      <w:tr w:rsidR="00E7400F" w:rsidRPr="00862DF4" w14:paraId="4E57A126" w14:textId="77777777" w:rsidTr="00E7400F">
        <w:tc>
          <w:tcPr>
            <w:tcW w:w="4311" w:type="dxa"/>
            <w:tcBorders>
              <w:top w:val="single" w:sz="6" w:space="0" w:color="C9C9C9"/>
              <w:left w:val="single" w:sz="6" w:space="0" w:color="C9C9C9"/>
              <w:bottom w:val="single" w:sz="6" w:space="0" w:color="C9C9C9"/>
              <w:right w:val="single" w:sz="6" w:space="0" w:color="C9C9C9"/>
            </w:tcBorders>
          </w:tcPr>
          <w:p w14:paraId="3BF9197E" w14:textId="77777777" w:rsidR="00E7400F" w:rsidRDefault="00E7400F" w:rsidP="00936394">
            <w:pPr>
              <w:spacing w:before="0" w:after="0" w:line="240" w:lineRule="auto"/>
              <w:rPr>
                <w:b/>
              </w:rPr>
            </w:pPr>
            <w:proofErr w:type="spellStart"/>
            <w:r>
              <w:rPr>
                <w:b/>
              </w:rPr>
              <w:t>Doelgroep</w:t>
            </w:r>
            <w:proofErr w:type="spellEnd"/>
          </w:p>
        </w:tc>
        <w:tc>
          <w:tcPr>
            <w:tcW w:w="4313" w:type="dxa"/>
            <w:tcBorders>
              <w:top w:val="single" w:sz="6" w:space="0" w:color="C9C9C9"/>
              <w:left w:val="single" w:sz="6" w:space="0" w:color="C9C9C9"/>
              <w:bottom w:val="single" w:sz="6" w:space="0" w:color="C9C9C9"/>
              <w:right w:val="single" w:sz="6" w:space="0" w:color="C9C9C9"/>
            </w:tcBorders>
          </w:tcPr>
          <w:p w14:paraId="5E53C273" w14:textId="692173A2" w:rsidR="00E7400F" w:rsidRPr="00862DF4" w:rsidRDefault="00E7400F" w:rsidP="00936394">
            <w:pPr>
              <w:spacing w:before="0" w:after="0" w:line="240" w:lineRule="auto"/>
              <w:rPr>
                <w:lang w:val="nl-NL"/>
              </w:rPr>
            </w:pPr>
            <w:r>
              <w:rPr>
                <w:lang w:val="nl-NL"/>
              </w:rPr>
              <w:t>OP + OOP</w:t>
            </w:r>
          </w:p>
        </w:tc>
      </w:tr>
      <w:tr w:rsidR="00325D2C" w:rsidRPr="00B07954" w14:paraId="6123A7E5" w14:textId="77777777" w:rsidTr="00E7400F">
        <w:tc>
          <w:tcPr>
            <w:tcW w:w="4311" w:type="dxa"/>
          </w:tcPr>
          <w:p w14:paraId="69F7DCA5" w14:textId="77777777" w:rsidR="00325D2C" w:rsidRDefault="0079121F" w:rsidP="00936394">
            <w:pPr>
              <w:spacing w:before="0" w:after="0" w:line="240" w:lineRule="auto"/>
            </w:pPr>
            <w:r>
              <w:rPr>
                <w:b/>
              </w:rPr>
              <w:t>Doel</w:t>
            </w:r>
          </w:p>
        </w:tc>
        <w:tc>
          <w:tcPr>
            <w:tcW w:w="4313" w:type="dxa"/>
          </w:tcPr>
          <w:p w14:paraId="64D882ED" w14:textId="77777777" w:rsidR="00325D2C" w:rsidRPr="00862DF4" w:rsidRDefault="0079121F" w:rsidP="00936394">
            <w:pPr>
              <w:spacing w:before="0" w:after="0" w:line="240" w:lineRule="auto"/>
              <w:rPr>
                <w:lang w:val="nl-NL"/>
              </w:rPr>
            </w:pPr>
            <w:r w:rsidRPr="00862DF4">
              <w:rPr>
                <w:lang w:val="nl-NL"/>
              </w:rPr>
              <w:t>Een korte kennisclip ontwikkelen met hulp van AI: van bronmateriaal naar structuur, script en kernboodschap.</w:t>
            </w:r>
          </w:p>
        </w:tc>
      </w:tr>
      <w:tr w:rsidR="00325D2C" w14:paraId="43E16E7A" w14:textId="77777777" w:rsidTr="00E7400F">
        <w:tc>
          <w:tcPr>
            <w:tcW w:w="4311" w:type="dxa"/>
          </w:tcPr>
          <w:p w14:paraId="2FECE850" w14:textId="77777777" w:rsidR="00325D2C" w:rsidRDefault="0079121F" w:rsidP="00936394">
            <w:pPr>
              <w:spacing w:before="0" w:after="0" w:line="240" w:lineRule="auto"/>
            </w:pPr>
            <w:proofErr w:type="spellStart"/>
            <w:r>
              <w:rPr>
                <w:b/>
              </w:rPr>
              <w:t>Niveau</w:t>
            </w:r>
            <w:proofErr w:type="spellEnd"/>
          </w:p>
        </w:tc>
        <w:tc>
          <w:tcPr>
            <w:tcW w:w="4313" w:type="dxa"/>
          </w:tcPr>
          <w:p w14:paraId="2E992306" w14:textId="77777777" w:rsidR="00325D2C" w:rsidRDefault="0079121F" w:rsidP="00936394">
            <w:pPr>
              <w:spacing w:before="0" w:after="0" w:line="240" w:lineRule="auto"/>
            </w:pPr>
            <w:proofErr w:type="spellStart"/>
            <w:r>
              <w:t>Gevorderd</w:t>
            </w:r>
            <w:proofErr w:type="spellEnd"/>
          </w:p>
        </w:tc>
      </w:tr>
      <w:tr w:rsidR="00325D2C" w14:paraId="2BB3BF96" w14:textId="77777777" w:rsidTr="00E7400F">
        <w:tc>
          <w:tcPr>
            <w:tcW w:w="4311" w:type="dxa"/>
          </w:tcPr>
          <w:p w14:paraId="3A581B3B" w14:textId="77777777" w:rsidR="00325D2C" w:rsidRDefault="0079121F" w:rsidP="00936394">
            <w:pPr>
              <w:spacing w:before="0" w:after="0" w:line="240" w:lineRule="auto"/>
            </w:pPr>
            <w:proofErr w:type="spellStart"/>
            <w:r>
              <w:rPr>
                <w:b/>
              </w:rPr>
              <w:t>Tijd</w:t>
            </w:r>
            <w:proofErr w:type="spellEnd"/>
          </w:p>
        </w:tc>
        <w:tc>
          <w:tcPr>
            <w:tcW w:w="4313" w:type="dxa"/>
          </w:tcPr>
          <w:p w14:paraId="61198943" w14:textId="77777777" w:rsidR="00325D2C" w:rsidRDefault="0079121F" w:rsidP="00936394">
            <w:pPr>
              <w:spacing w:before="0" w:after="0" w:line="240" w:lineRule="auto"/>
            </w:pPr>
            <w:r>
              <w:t>Medium / lang</w:t>
            </w:r>
          </w:p>
        </w:tc>
      </w:tr>
      <w:tr w:rsidR="00325D2C" w:rsidRPr="00B07954" w14:paraId="7FE7261F" w14:textId="77777777" w:rsidTr="00E7400F">
        <w:tc>
          <w:tcPr>
            <w:tcW w:w="4311" w:type="dxa"/>
          </w:tcPr>
          <w:p w14:paraId="29C994B7" w14:textId="77777777" w:rsidR="00325D2C" w:rsidRDefault="0079121F" w:rsidP="00936394">
            <w:pPr>
              <w:spacing w:before="0" w:after="0" w:line="240" w:lineRule="auto"/>
            </w:pPr>
            <w:proofErr w:type="spellStart"/>
            <w:r>
              <w:rPr>
                <w:b/>
              </w:rPr>
              <w:t>Resultaat</w:t>
            </w:r>
            <w:proofErr w:type="spellEnd"/>
          </w:p>
        </w:tc>
        <w:tc>
          <w:tcPr>
            <w:tcW w:w="4313" w:type="dxa"/>
          </w:tcPr>
          <w:p w14:paraId="355B054D" w14:textId="77777777" w:rsidR="00325D2C" w:rsidRPr="00862DF4" w:rsidRDefault="0079121F" w:rsidP="00936394">
            <w:pPr>
              <w:spacing w:before="0" w:after="0" w:line="240" w:lineRule="auto"/>
              <w:rPr>
                <w:lang w:val="nl-NL"/>
              </w:rPr>
            </w:pPr>
            <w:r w:rsidRPr="00862DF4">
              <w:rPr>
                <w:lang w:val="nl-NL"/>
              </w:rPr>
              <w:t>Een kennisclip-opzet (</w:t>
            </w:r>
            <w:proofErr w:type="spellStart"/>
            <w:r w:rsidRPr="00862DF4">
              <w:rPr>
                <w:lang w:val="nl-NL"/>
              </w:rPr>
              <w:t>learning</w:t>
            </w:r>
            <w:proofErr w:type="spellEnd"/>
            <w:r w:rsidRPr="00862DF4">
              <w:rPr>
                <w:lang w:val="nl-NL"/>
              </w:rPr>
              <w:t xml:space="preserve"> goal + </w:t>
            </w:r>
            <w:proofErr w:type="spellStart"/>
            <w:r w:rsidRPr="00862DF4">
              <w:rPr>
                <w:lang w:val="nl-NL"/>
              </w:rPr>
              <w:t>outline</w:t>
            </w:r>
            <w:proofErr w:type="spellEnd"/>
            <w:r w:rsidRPr="00862DF4">
              <w:rPr>
                <w:lang w:val="nl-NL"/>
              </w:rPr>
              <w:t xml:space="preserve"> + script) en een korte checklist voor kwaliteitscontrole.</w:t>
            </w:r>
          </w:p>
        </w:tc>
      </w:tr>
      <w:tr w:rsidR="00325D2C" w14:paraId="37FC1BAA" w14:textId="77777777" w:rsidTr="00E7400F">
        <w:tc>
          <w:tcPr>
            <w:tcW w:w="4311" w:type="dxa"/>
          </w:tcPr>
          <w:p w14:paraId="61AE7A95" w14:textId="77777777" w:rsidR="00325D2C" w:rsidRDefault="0079121F" w:rsidP="00936394">
            <w:pPr>
              <w:spacing w:before="0" w:after="0" w:line="240" w:lineRule="auto"/>
            </w:pPr>
            <w:r>
              <w:rPr>
                <w:b/>
              </w:rPr>
              <w:t xml:space="preserve">Tools / </w:t>
            </w:r>
            <w:proofErr w:type="spellStart"/>
            <w:r>
              <w:rPr>
                <w:b/>
              </w:rPr>
              <w:t>kaders</w:t>
            </w:r>
            <w:proofErr w:type="spellEnd"/>
          </w:p>
        </w:tc>
        <w:tc>
          <w:tcPr>
            <w:tcW w:w="4313" w:type="dxa"/>
          </w:tcPr>
          <w:p w14:paraId="7DA181C3" w14:textId="77777777" w:rsidR="00325D2C" w:rsidRDefault="0079121F" w:rsidP="00936394">
            <w:pPr>
              <w:spacing w:before="0" w:after="0" w:line="240" w:lineRule="auto"/>
            </w:pPr>
            <w:r w:rsidRPr="00862DF4">
              <w:rPr>
                <w:lang w:val="nl-NL"/>
              </w:rPr>
              <w:t xml:space="preserve">Tools: </w:t>
            </w:r>
            <w:proofErr w:type="spellStart"/>
            <w:r w:rsidRPr="00862DF4">
              <w:rPr>
                <w:lang w:val="nl-NL"/>
              </w:rPr>
              <w:t>NotebookLM</w:t>
            </w:r>
            <w:proofErr w:type="spellEnd"/>
            <w:r w:rsidRPr="00862DF4">
              <w:rPr>
                <w:lang w:val="nl-NL"/>
              </w:rPr>
              <w:t xml:space="preserve"> (voor werken met bronnen), en/of </w:t>
            </w:r>
            <w:proofErr w:type="spellStart"/>
            <w:r w:rsidRPr="00862DF4">
              <w:rPr>
                <w:lang w:val="nl-NL"/>
              </w:rPr>
              <w:t>Synthesia</w:t>
            </w:r>
            <w:proofErr w:type="spellEnd"/>
            <w:r w:rsidRPr="00862DF4">
              <w:rPr>
                <w:lang w:val="nl-NL"/>
              </w:rPr>
              <w:t xml:space="preserve"> voor video (optioneel). | Kaders: Gebruik alleen eigen of toegestane bronnen. Upload geen betaalde artikelen/boeken en geen studentwerk. </w:t>
            </w:r>
            <w:proofErr w:type="spellStart"/>
            <w:r>
              <w:t>Verwijder</w:t>
            </w:r>
            <w:proofErr w:type="spellEnd"/>
            <w:r>
              <w:t xml:space="preserve"> </w:t>
            </w:r>
            <w:proofErr w:type="spellStart"/>
            <w:r>
              <w:t>herleidbare</w:t>
            </w:r>
            <w:proofErr w:type="spellEnd"/>
            <w:r>
              <w:t xml:space="preserve"> </w:t>
            </w:r>
            <w:proofErr w:type="spellStart"/>
            <w:r>
              <w:t>gegevens</w:t>
            </w:r>
            <w:proofErr w:type="spellEnd"/>
            <w:r>
              <w:t xml:space="preserve"> </w:t>
            </w:r>
            <w:proofErr w:type="spellStart"/>
            <w:r>
              <w:t>uit</w:t>
            </w:r>
            <w:proofErr w:type="spellEnd"/>
            <w:r>
              <w:t xml:space="preserve"> </w:t>
            </w:r>
            <w:proofErr w:type="spellStart"/>
            <w:r>
              <w:t>documenten</w:t>
            </w:r>
            <w:proofErr w:type="spellEnd"/>
            <w:r>
              <w:t>.</w:t>
            </w:r>
          </w:p>
        </w:tc>
      </w:tr>
    </w:tbl>
    <w:p w14:paraId="5DBE0C1E" w14:textId="77777777" w:rsidR="00325D2C" w:rsidRDefault="00325D2C" w:rsidP="00936394">
      <w:pPr>
        <w:spacing w:before="0" w:after="0" w:line="240" w:lineRule="auto"/>
      </w:pPr>
    </w:p>
    <w:p w14:paraId="5684722F" w14:textId="4F8C2791" w:rsidR="001D7ED7" w:rsidRPr="00D43E27" w:rsidRDefault="001D7ED7" w:rsidP="001D7ED7">
      <w:pPr>
        <w:spacing w:before="0" w:after="0" w:line="240" w:lineRule="auto"/>
        <w:rPr>
          <w:b/>
          <w:bCs/>
          <w:lang w:val="nl-NL"/>
        </w:rPr>
      </w:pPr>
      <w:r w:rsidRPr="00D43E27">
        <w:rPr>
          <w:b/>
          <w:bCs/>
          <w:lang w:val="nl-NL"/>
        </w:rPr>
        <w:t>Inhoudsopgave</w:t>
      </w:r>
      <w:r w:rsidR="00E60E9F">
        <w:rPr>
          <w:b/>
          <w:bCs/>
          <w:lang w:val="nl-NL"/>
        </w:rPr>
        <w:t xml:space="preserve"> werkblad 6</w:t>
      </w:r>
    </w:p>
    <w:p w14:paraId="7F35D66A" w14:textId="6B92DA3D" w:rsidR="001D7ED7" w:rsidRPr="00D43E27" w:rsidRDefault="001D7ED7" w:rsidP="001D7ED7">
      <w:pPr>
        <w:spacing w:before="0" w:after="0" w:line="240" w:lineRule="auto"/>
        <w:rPr>
          <w:b/>
          <w:bCs/>
          <w:lang w:val="nl-NL"/>
        </w:rPr>
      </w:pPr>
      <w:r w:rsidRPr="00D43E27">
        <w:rPr>
          <w:b/>
          <w:bCs/>
          <w:lang w:val="nl-NL"/>
        </w:rPr>
        <w:t>Een kennisclip, welke mogelijkheden zijn er allemaal voor de inhoud</w:t>
      </w:r>
      <w:r w:rsidR="00D56975">
        <w:rPr>
          <w:b/>
          <w:bCs/>
          <w:lang w:val="nl-NL"/>
        </w:rPr>
        <w:t>?</w:t>
      </w:r>
    </w:p>
    <w:p w14:paraId="09CA0992" w14:textId="77777777" w:rsidR="001D7ED7" w:rsidRPr="00D43E27" w:rsidRDefault="001D7ED7" w:rsidP="001D7ED7">
      <w:pPr>
        <w:spacing w:before="0" w:after="0" w:line="240" w:lineRule="auto"/>
        <w:rPr>
          <w:b/>
          <w:bCs/>
          <w:lang w:val="nl-NL"/>
        </w:rPr>
      </w:pPr>
      <w:r w:rsidRPr="00D43E27">
        <w:rPr>
          <w:b/>
          <w:bCs/>
          <w:lang w:val="nl-NL"/>
        </w:rPr>
        <w:t>Stappenplan genereren script</w:t>
      </w:r>
    </w:p>
    <w:p w14:paraId="4DD9E5F2" w14:textId="3D65979A" w:rsidR="001D7ED7" w:rsidRPr="00D43E27" w:rsidRDefault="001D7ED7" w:rsidP="001D7ED7">
      <w:pPr>
        <w:spacing w:before="0" w:after="0" w:line="240" w:lineRule="auto"/>
        <w:rPr>
          <w:b/>
          <w:bCs/>
          <w:lang w:val="nl-NL"/>
        </w:rPr>
      </w:pPr>
      <w:proofErr w:type="spellStart"/>
      <w:r w:rsidRPr="00D43E27">
        <w:rPr>
          <w:b/>
          <w:bCs/>
          <w:lang w:val="nl-NL"/>
        </w:rPr>
        <w:t>NotebookLM</w:t>
      </w:r>
      <w:proofErr w:type="spellEnd"/>
      <w:r w:rsidR="00D43E27" w:rsidRPr="00D43E27">
        <w:rPr>
          <w:b/>
          <w:bCs/>
          <w:lang w:val="nl-NL"/>
        </w:rPr>
        <w:t xml:space="preserve"> </w:t>
      </w:r>
    </w:p>
    <w:p w14:paraId="26EA668D" w14:textId="5EAA1146" w:rsidR="001D7ED7" w:rsidRPr="00D43E27" w:rsidRDefault="001D7ED7" w:rsidP="001D7ED7">
      <w:pPr>
        <w:spacing w:before="0" w:after="0" w:line="240" w:lineRule="auto"/>
        <w:rPr>
          <w:b/>
          <w:bCs/>
          <w:lang w:val="nl-NL"/>
        </w:rPr>
      </w:pPr>
      <w:proofErr w:type="spellStart"/>
      <w:r w:rsidRPr="00D43E27">
        <w:rPr>
          <w:b/>
          <w:bCs/>
          <w:lang w:val="nl-NL"/>
        </w:rPr>
        <w:t>Synthesia</w:t>
      </w:r>
      <w:proofErr w:type="spellEnd"/>
      <w:r w:rsidR="00D43E27" w:rsidRPr="00D43E27">
        <w:rPr>
          <w:b/>
          <w:bCs/>
          <w:lang w:val="nl-NL"/>
        </w:rPr>
        <w:t xml:space="preserve"> </w:t>
      </w:r>
    </w:p>
    <w:p w14:paraId="6648306C" w14:textId="77777777" w:rsidR="006155D0" w:rsidRPr="001D7ED7" w:rsidRDefault="006155D0" w:rsidP="00936394">
      <w:pPr>
        <w:spacing w:before="0" w:after="0" w:line="240" w:lineRule="auto"/>
        <w:rPr>
          <w:lang w:val="nl-NL"/>
        </w:rPr>
      </w:pPr>
    </w:p>
    <w:p w14:paraId="7E8F63A9" w14:textId="14E68BEE" w:rsidR="00214938" w:rsidRPr="00886F8D" w:rsidRDefault="00214938" w:rsidP="00936394">
      <w:pPr>
        <w:pStyle w:val="Kop2"/>
        <w:spacing w:before="0" w:line="240" w:lineRule="auto"/>
        <w:rPr>
          <w:lang w:val="nl-NL"/>
        </w:rPr>
      </w:pPr>
      <w:r>
        <w:rPr>
          <w:lang w:val="nl-NL"/>
        </w:rPr>
        <w:t>Een kennisclips, welke mogelijkheden zijn allemaal voor de inhoud</w:t>
      </w:r>
      <w:r w:rsidR="00D56975">
        <w:rPr>
          <w:lang w:val="nl-NL"/>
        </w:rPr>
        <w:t>?</w:t>
      </w:r>
    </w:p>
    <w:p w14:paraId="20949511" w14:textId="77777777" w:rsidR="005A12DD" w:rsidRDefault="00491FCE" w:rsidP="00936394">
      <w:pPr>
        <w:spacing w:before="0" w:after="0" w:line="240" w:lineRule="auto"/>
        <w:rPr>
          <w:lang w:val="nl-NL"/>
        </w:rPr>
      </w:pPr>
      <w:r w:rsidRPr="00491FCE">
        <w:rPr>
          <w:lang w:val="nl-NL"/>
        </w:rPr>
        <w:t xml:space="preserve">Een kennisclip </w:t>
      </w:r>
      <w:r w:rsidR="0057793D">
        <w:rPr>
          <w:lang w:val="nl-NL"/>
        </w:rPr>
        <w:t xml:space="preserve">kan gaan over (juridische) inhoud of een proces. De kennisclip kan (juridische) inhoud bevatten en daarmee ondersteunend zijn aan les of een lessenreeks. </w:t>
      </w:r>
    </w:p>
    <w:p w14:paraId="27BEB54B" w14:textId="77777777" w:rsidR="005A12DD" w:rsidRDefault="005A12DD" w:rsidP="00936394">
      <w:pPr>
        <w:spacing w:before="0" w:after="0" w:line="240" w:lineRule="auto"/>
        <w:rPr>
          <w:lang w:val="nl-NL"/>
        </w:rPr>
      </w:pPr>
    </w:p>
    <w:p w14:paraId="578ED91C" w14:textId="01378732" w:rsidR="005A12DD" w:rsidRDefault="0057793D" w:rsidP="00936394">
      <w:pPr>
        <w:spacing w:before="0" w:after="0" w:line="240" w:lineRule="auto"/>
        <w:rPr>
          <w:lang w:val="nl-NL"/>
        </w:rPr>
      </w:pPr>
      <w:r>
        <w:rPr>
          <w:lang w:val="nl-NL"/>
        </w:rPr>
        <w:t xml:space="preserve">Maar een kennisclip kan ook gaan over de uitleg van een bepaalde opdracht, bijvoorbeeld een beroepsproduct. </w:t>
      </w:r>
    </w:p>
    <w:p w14:paraId="16D98571" w14:textId="77777777" w:rsidR="005A12DD" w:rsidRDefault="005A12DD" w:rsidP="00936394">
      <w:pPr>
        <w:spacing w:before="0" w:after="0" w:line="240" w:lineRule="auto"/>
        <w:rPr>
          <w:lang w:val="nl-NL"/>
        </w:rPr>
      </w:pPr>
    </w:p>
    <w:p w14:paraId="07047AB6" w14:textId="1E2BF16C" w:rsidR="00491FCE" w:rsidRDefault="0057793D" w:rsidP="00936394">
      <w:pPr>
        <w:spacing w:before="0" w:after="0" w:line="240" w:lineRule="auto"/>
        <w:rPr>
          <w:lang w:val="nl-NL"/>
        </w:rPr>
      </w:pPr>
      <w:r>
        <w:rPr>
          <w:lang w:val="nl-NL"/>
        </w:rPr>
        <w:t>Ook kan een kennisclip gaan over een bepaald proces. Denk aan het proces van de stage of het afstuderen. Het kan voor een student helpend zijn om dat proces visueel te maken.</w:t>
      </w:r>
    </w:p>
    <w:p w14:paraId="7BBE52D4" w14:textId="77777777" w:rsidR="00473FF6" w:rsidRDefault="00473FF6" w:rsidP="00936394">
      <w:pPr>
        <w:spacing w:before="0" w:after="0" w:line="240" w:lineRule="auto"/>
        <w:rPr>
          <w:lang w:val="nl-NL"/>
        </w:rPr>
      </w:pPr>
    </w:p>
    <w:p w14:paraId="1D16078B" w14:textId="4B838338" w:rsidR="00473FF6" w:rsidRDefault="00473FF6" w:rsidP="00936394">
      <w:pPr>
        <w:spacing w:before="0" w:after="0" w:line="240" w:lineRule="auto"/>
        <w:rPr>
          <w:lang w:val="nl-NL"/>
        </w:rPr>
      </w:pPr>
      <w:r>
        <w:rPr>
          <w:lang w:val="nl-NL"/>
        </w:rPr>
        <w:t>De meeste AI-tools waarmee video kan worden gemaakt zijn overigens betaalde tools waarmee je met een gratis account een x-aantal video, vaak met beperkte lengte, gratis kunt maken per week of per maand.</w:t>
      </w:r>
    </w:p>
    <w:p w14:paraId="6E7ED5E9" w14:textId="5341D389" w:rsidR="00CE6500" w:rsidRDefault="00CE6500" w:rsidP="00936394">
      <w:pPr>
        <w:spacing w:before="0" w:after="0" w:line="240" w:lineRule="auto"/>
        <w:rPr>
          <w:lang w:val="nl-NL"/>
        </w:rPr>
      </w:pPr>
      <w:r>
        <w:rPr>
          <w:lang w:val="nl-NL"/>
        </w:rPr>
        <w:br/>
        <w:t xml:space="preserve">Er zijn vele AI-tools om video’s mee te genereren. In dit werkblad wordt ingegaan </w:t>
      </w:r>
      <w:proofErr w:type="spellStart"/>
      <w:r>
        <w:rPr>
          <w:lang w:val="nl-NL"/>
        </w:rPr>
        <w:t>NotebookLM</w:t>
      </w:r>
      <w:proofErr w:type="spellEnd"/>
      <w:r>
        <w:rPr>
          <w:lang w:val="nl-NL"/>
        </w:rPr>
        <w:t xml:space="preserve"> voor kennisclips en </w:t>
      </w:r>
      <w:proofErr w:type="spellStart"/>
      <w:r>
        <w:rPr>
          <w:lang w:val="nl-NL"/>
        </w:rPr>
        <w:t>Synthesia</w:t>
      </w:r>
      <w:proofErr w:type="spellEnd"/>
      <w:r>
        <w:rPr>
          <w:lang w:val="nl-NL"/>
        </w:rPr>
        <w:t xml:space="preserve"> voor kennisclips waar een avatar in voorkomt. Er zijn nog andere </w:t>
      </w:r>
      <w:r w:rsidR="00FF6A61">
        <w:rPr>
          <w:lang w:val="nl-NL"/>
        </w:rPr>
        <w:t xml:space="preserve">AI-tools, zoals bijvoorbeeld </w:t>
      </w:r>
      <w:proofErr w:type="spellStart"/>
      <w:r w:rsidR="00FF6A61">
        <w:rPr>
          <w:lang w:val="nl-NL"/>
        </w:rPr>
        <w:t>Heygen</w:t>
      </w:r>
      <w:proofErr w:type="spellEnd"/>
      <w:r w:rsidR="00FF6A61">
        <w:rPr>
          <w:lang w:val="nl-NL"/>
        </w:rPr>
        <w:t xml:space="preserve"> (vergelijkbaar met </w:t>
      </w:r>
      <w:proofErr w:type="spellStart"/>
      <w:r w:rsidR="00FF6A61">
        <w:rPr>
          <w:lang w:val="nl-NL"/>
        </w:rPr>
        <w:t>Synthesia</w:t>
      </w:r>
      <w:proofErr w:type="spellEnd"/>
      <w:r w:rsidR="00FF6A61">
        <w:rPr>
          <w:lang w:val="nl-NL"/>
        </w:rPr>
        <w:t>) maar het gaat te ver om deze allemaal op te nemen en uit te werken. Voordeel is wel dat al deze AI-tools behoorlijk op elkaar lijken, dus als je enige ervaring met de ene AI-tool hebt, dan kun je waarschijnlijk snel aan de slag met een andere vergelijkbare AI-tool.</w:t>
      </w:r>
    </w:p>
    <w:p w14:paraId="300E0840" w14:textId="77777777" w:rsidR="00F82F6A" w:rsidRDefault="00F82F6A" w:rsidP="00936394">
      <w:pPr>
        <w:spacing w:before="0" w:after="0" w:line="240" w:lineRule="auto"/>
        <w:rPr>
          <w:lang w:val="nl-NL"/>
        </w:rPr>
      </w:pPr>
    </w:p>
    <w:p w14:paraId="0E73302F" w14:textId="77777777" w:rsidR="00D56975" w:rsidRPr="00886F8D" w:rsidRDefault="00D56975" w:rsidP="00D56975">
      <w:pPr>
        <w:pStyle w:val="Kop2"/>
        <w:spacing w:before="0" w:line="240" w:lineRule="auto"/>
        <w:rPr>
          <w:lang w:val="nl-NL"/>
        </w:rPr>
      </w:pPr>
      <w:r w:rsidRPr="00FB5E5D">
        <w:rPr>
          <w:lang w:val="nl-NL"/>
        </w:rPr>
        <w:t>Pro-tip</w:t>
      </w:r>
      <w:r>
        <w:rPr>
          <w:lang w:val="nl-NL"/>
        </w:rPr>
        <w:t xml:space="preserve"> vooraf: leer eerst goed prompten</w:t>
      </w:r>
    </w:p>
    <w:p w14:paraId="5D3275EA" w14:textId="05A5C9FD" w:rsidR="00214938" w:rsidRPr="003F5B2A" w:rsidRDefault="00214938" w:rsidP="00936394">
      <w:pPr>
        <w:pStyle w:val="Lijstnummering"/>
        <w:numPr>
          <w:ilvl w:val="0"/>
          <w:numId w:val="0"/>
        </w:numPr>
        <w:spacing w:before="0" w:after="0" w:line="240" w:lineRule="auto"/>
        <w:rPr>
          <w:lang w:val="nl-NL"/>
        </w:rPr>
      </w:pPr>
      <w:r>
        <w:rPr>
          <w:lang w:val="nl-NL"/>
        </w:rPr>
        <w:t xml:space="preserve">Als je een kennisclip wilt maken met een AI, is het maken van een goede prompt noodzakelijk, ook bij het gebruik van </w:t>
      </w:r>
      <w:proofErr w:type="spellStart"/>
      <w:r>
        <w:rPr>
          <w:lang w:val="nl-NL"/>
        </w:rPr>
        <w:t>NotebookLM</w:t>
      </w:r>
      <w:proofErr w:type="spellEnd"/>
      <w:r>
        <w:rPr>
          <w:lang w:val="nl-NL"/>
        </w:rPr>
        <w:t>. Als je nog maar beperkte ervaring hebt met A</w:t>
      </w:r>
      <w:r w:rsidR="00E271B0">
        <w:rPr>
          <w:lang w:val="nl-NL"/>
        </w:rPr>
        <w:t>I</w:t>
      </w:r>
      <w:r>
        <w:rPr>
          <w:lang w:val="nl-NL"/>
        </w:rPr>
        <w:t xml:space="preserve">-tools en/of </w:t>
      </w:r>
      <w:proofErr w:type="spellStart"/>
      <w:r>
        <w:rPr>
          <w:lang w:val="nl-NL"/>
        </w:rPr>
        <w:t>prompten</w:t>
      </w:r>
      <w:proofErr w:type="spellEnd"/>
      <w:r>
        <w:rPr>
          <w:lang w:val="nl-NL"/>
        </w:rPr>
        <w:t xml:space="preserve">, maak dan eerst </w:t>
      </w:r>
      <w:r w:rsidRPr="00911F82">
        <w:rPr>
          <w:b/>
          <w:bCs/>
          <w:lang w:val="nl-NL"/>
        </w:rPr>
        <w:t xml:space="preserve">werkblad 3 – Ik wil leren </w:t>
      </w:r>
      <w:proofErr w:type="spellStart"/>
      <w:r w:rsidRPr="00911F82">
        <w:rPr>
          <w:b/>
          <w:bCs/>
          <w:lang w:val="nl-NL"/>
        </w:rPr>
        <w:t>prompten</w:t>
      </w:r>
      <w:proofErr w:type="spellEnd"/>
      <w:r>
        <w:rPr>
          <w:lang w:val="nl-NL"/>
        </w:rPr>
        <w:t>. Als je deze gedaan hebt, ben je beter voorbereid op het bouwen van je eigen AI-avatar</w:t>
      </w:r>
    </w:p>
    <w:p w14:paraId="4F01450B" w14:textId="77777777" w:rsidR="00780480" w:rsidRDefault="00780480" w:rsidP="00936394">
      <w:pPr>
        <w:spacing w:before="0" w:after="0" w:line="240" w:lineRule="auto"/>
        <w:rPr>
          <w:lang w:val="nl-NL"/>
        </w:rPr>
      </w:pPr>
    </w:p>
    <w:p w14:paraId="43830450" w14:textId="61B09998" w:rsidR="00214938" w:rsidRDefault="00214938" w:rsidP="00936394">
      <w:pPr>
        <w:spacing w:before="0" w:after="0" w:line="240" w:lineRule="auto"/>
        <w:rPr>
          <w:lang w:val="nl-NL"/>
        </w:rPr>
      </w:pPr>
      <w:r w:rsidRPr="003F5B2A">
        <w:rPr>
          <w:lang w:val="nl-NL"/>
        </w:rPr>
        <w:lastRenderedPageBreak/>
        <w:t xml:space="preserve">Als je meer ervaring hebt opgedaan met het </w:t>
      </w:r>
      <w:r>
        <w:rPr>
          <w:lang w:val="nl-NL"/>
        </w:rPr>
        <w:t>maken van een kennisclip met AI</w:t>
      </w:r>
      <w:r w:rsidRPr="003F5B2A">
        <w:rPr>
          <w:lang w:val="nl-NL"/>
        </w:rPr>
        <w:t xml:space="preserve">, dan is het raadzaam om </w:t>
      </w:r>
      <w:r w:rsidRPr="00911F82">
        <w:rPr>
          <w:b/>
          <w:bCs/>
          <w:lang w:val="nl-NL"/>
        </w:rPr>
        <w:t>Werkblad 4 –</w:t>
      </w:r>
      <w:r w:rsidR="00FE5369" w:rsidRPr="00911F82">
        <w:rPr>
          <w:b/>
          <w:bCs/>
          <w:lang w:val="nl-NL"/>
        </w:rPr>
        <w:t xml:space="preserve"> Ik kan </w:t>
      </w:r>
      <w:proofErr w:type="spellStart"/>
      <w:r w:rsidR="00FE5369" w:rsidRPr="00911F82">
        <w:rPr>
          <w:b/>
          <w:bCs/>
          <w:lang w:val="nl-NL"/>
        </w:rPr>
        <w:t>prompten</w:t>
      </w:r>
      <w:proofErr w:type="spellEnd"/>
      <w:r w:rsidR="00FE5369" w:rsidRPr="00911F82">
        <w:rPr>
          <w:b/>
          <w:bCs/>
          <w:lang w:val="nl-NL"/>
        </w:rPr>
        <w:t>, maar ik wil leren hoe ik dat nog beter kan doen</w:t>
      </w:r>
      <w:r w:rsidR="00FE5369" w:rsidRPr="003F5B2A">
        <w:rPr>
          <w:lang w:val="nl-NL"/>
        </w:rPr>
        <w:t xml:space="preserve"> </w:t>
      </w:r>
      <w:r w:rsidRPr="003F5B2A">
        <w:rPr>
          <w:lang w:val="nl-NL"/>
        </w:rPr>
        <w:t>te maken. Daarin staat een stappenplan om een masterprompt te maken</w:t>
      </w:r>
      <w:r>
        <w:rPr>
          <w:lang w:val="nl-NL"/>
        </w:rPr>
        <w:t xml:space="preserve"> die je als basis voor al je kennisclips kunt gebruiken</w:t>
      </w:r>
      <w:r w:rsidRPr="003F5B2A">
        <w:rPr>
          <w:lang w:val="nl-NL"/>
        </w:rPr>
        <w:t xml:space="preserve">. </w:t>
      </w:r>
    </w:p>
    <w:p w14:paraId="1EDF0220" w14:textId="77777777" w:rsidR="00FF6A61" w:rsidRDefault="00FF6A61" w:rsidP="00936394">
      <w:pPr>
        <w:spacing w:before="0" w:after="0" w:line="240" w:lineRule="auto"/>
        <w:rPr>
          <w:lang w:val="nl-NL"/>
        </w:rPr>
      </w:pPr>
    </w:p>
    <w:p w14:paraId="5EE3C00D" w14:textId="5364BF37" w:rsidR="00325D2C" w:rsidRPr="00491FCE" w:rsidRDefault="0079121F" w:rsidP="00936394">
      <w:pPr>
        <w:pStyle w:val="Kop2"/>
        <w:spacing w:before="0" w:line="240" w:lineRule="auto"/>
        <w:rPr>
          <w:lang w:val="nl-NL"/>
        </w:rPr>
      </w:pPr>
      <w:r w:rsidRPr="00491FCE">
        <w:rPr>
          <w:lang w:val="nl-NL"/>
        </w:rPr>
        <w:t>Stappenplan</w:t>
      </w:r>
      <w:r w:rsidR="00B16152">
        <w:rPr>
          <w:lang w:val="nl-NL"/>
        </w:rPr>
        <w:t xml:space="preserve"> generenen script</w:t>
      </w:r>
    </w:p>
    <w:p w14:paraId="3D8EF9ED" w14:textId="3E363BC8" w:rsidR="006E7467" w:rsidRDefault="006E7467" w:rsidP="00165905">
      <w:pPr>
        <w:pStyle w:val="Lijstnummering"/>
        <w:numPr>
          <w:ilvl w:val="0"/>
          <w:numId w:val="0"/>
        </w:numPr>
        <w:spacing w:before="0" w:after="0" w:line="240" w:lineRule="auto"/>
        <w:rPr>
          <w:lang w:val="nl-NL"/>
        </w:rPr>
      </w:pPr>
      <w:r>
        <w:rPr>
          <w:lang w:val="nl-NL"/>
        </w:rPr>
        <w:t>Sommige AI-tools die video’s kunnen genereren kunnen zelf ook een script en</w:t>
      </w:r>
      <w:r w:rsidR="00165905">
        <w:rPr>
          <w:lang w:val="nl-NL"/>
        </w:rPr>
        <w:t>/of</w:t>
      </w:r>
      <w:r>
        <w:rPr>
          <w:lang w:val="nl-NL"/>
        </w:rPr>
        <w:t xml:space="preserve"> inhoud genereren</w:t>
      </w:r>
      <w:r w:rsidR="00165905">
        <w:rPr>
          <w:lang w:val="nl-NL"/>
        </w:rPr>
        <w:t xml:space="preserve">. Maar dan ben je wel afhankelijk van de AI voor je inhoud. Soms is de inhoud helemaal goed, </w:t>
      </w:r>
      <w:r w:rsidR="00901CF1">
        <w:rPr>
          <w:lang w:val="nl-NL"/>
        </w:rPr>
        <w:t xml:space="preserve">soms ook niet en soms wil je zelf volledige </w:t>
      </w:r>
      <w:r w:rsidR="00F22824">
        <w:rPr>
          <w:lang w:val="nl-NL"/>
        </w:rPr>
        <w:t xml:space="preserve">controle </w:t>
      </w:r>
      <w:r w:rsidR="00901CF1">
        <w:rPr>
          <w:lang w:val="nl-NL"/>
        </w:rPr>
        <w:t>over wat er gezegd moet worden. Voor die gevallen kun je zelf een script schrijven, maar dat kan ook best arbeidsintensief zijn, en dan kun je ook AI gebruiken om een script voor je te laten genereren. Dit is het stappenplan dat daarbij hoort.</w:t>
      </w:r>
    </w:p>
    <w:p w14:paraId="3A9BE6B7" w14:textId="77777777" w:rsidR="00901CF1" w:rsidRDefault="00901CF1" w:rsidP="00165905">
      <w:pPr>
        <w:pStyle w:val="Lijstnummering"/>
        <w:numPr>
          <w:ilvl w:val="0"/>
          <w:numId w:val="0"/>
        </w:numPr>
        <w:spacing w:before="0" w:after="0" w:line="240" w:lineRule="auto"/>
        <w:rPr>
          <w:lang w:val="nl-NL"/>
        </w:rPr>
      </w:pPr>
    </w:p>
    <w:p w14:paraId="624B94CD" w14:textId="1F6695D6" w:rsidR="00325D2C" w:rsidRPr="00261E45" w:rsidRDefault="0079121F" w:rsidP="00AE0D0C">
      <w:pPr>
        <w:pStyle w:val="Lijstnummering"/>
        <w:numPr>
          <w:ilvl w:val="0"/>
          <w:numId w:val="9"/>
        </w:numPr>
        <w:spacing w:before="0" w:after="0" w:line="240" w:lineRule="auto"/>
        <w:rPr>
          <w:lang w:val="nl-NL"/>
        </w:rPr>
      </w:pPr>
      <w:r w:rsidRPr="00261E45">
        <w:rPr>
          <w:lang w:val="nl-NL"/>
        </w:rPr>
        <w:t>Kies één leerdoel (wat moeten studenten na 5 minuten kunnen?)</w:t>
      </w:r>
    </w:p>
    <w:p w14:paraId="5B9DB9E8" w14:textId="57A5F174" w:rsidR="00325D2C" w:rsidRPr="005C13A7" w:rsidRDefault="0079121F" w:rsidP="00936394">
      <w:pPr>
        <w:pStyle w:val="Lijstnummering"/>
        <w:spacing w:before="0" w:after="0" w:line="240" w:lineRule="auto"/>
        <w:rPr>
          <w:lang w:val="nl-NL"/>
        </w:rPr>
      </w:pPr>
      <w:r w:rsidRPr="005C13A7">
        <w:rPr>
          <w:lang w:val="nl-NL"/>
        </w:rPr>
        <w:t>Selecteer 1–3 toegestane bronnen (eigen materiaal</w:t>
      </w:r>
      <w:r w:rsidR="006F0740">
        <w:rPr>
          <w:lang w:val="nl-NL"/>
        </w:rPr>
        <w:t xml:space="preserve"> (bijvoorbeeld een </w:t>
      </w:r>
      <w:proofErr w:type="spellStart"/>
      <w:r w:rsidR="006F0740">
        <w:rPr>
          <w:lang w:val="nl-NL"/>
        </w:rPr>
        <w:t>powerpoint</w:t>
      </w:r>
      <w:proofErr w:type="spellEnd"/>
      <w:r w:rsidR="006F0740">
        <w:rPr>
          <w:lang w:val="nl-NL"/>
        </w:rPr>
        <w:t xml:space="preserve"> of eigen aantekeningen)</w:t>
      </w:r>
      <w:r w:rsidRPr="005C13A7">
        <w:rPr>
          <w:lang w:val="nl-NL"/>
        </w:rPr>
        <w:t>, openbare teksten, of toegestane interne documenten).</w:t>
      </w:r>
      <w:r w:rsidR="00C53C6E" w:rsidRPr="005C13A7">
        <w:rPr>
          <w:lang w:val="nl-NL"/>
        </w:rPr>
        <w:t xml:space="preserve"> </w:t>
      </w:r>
      <w:r w:rsidR="005C13A7" w:rsidRPr="005C13A7">
        <w:rPr>
          <w:lang w:val="nl-NL"/>
        </w:rPr>
        <w:t xml:space="preserve">Tip: </w:t>
      </w:r>
      <w:r w:rsidR="00C53C6E" w:rsidRPr="005C13A7">
        <w:rPr>
          <w:lang w:val="nl-NL"/>
        </w:rPr>
        <w:t>Je kunt ook A</w:t>
      </w:r>
      <w:r w:rsidR="00F26EA7">
        <w:rPr>
          <w:lang w:val="nl-NL"/>
        </w:rPr>
        <w:t>I</w:t>
      </w:r>
      <w:r w:rsidR="00C53C6E" w:rsidRPr="005C13A7">
        <w:rPr>
          <w:lang w:val="nl-NL"/>
        </w:rPr>
        <w:t xml:space="preserve"> een bron laten genereren</w:t>
      </w:r>
      <w:r w:rsidR="003267EB">
        <w:rPr>
          <w:lang w:val="nl-NL"/>
        </w:rPr>
        <w:t xml:space="preserve"> (kijk onder de kop </w:t>
      </w:r>
      <w:proofErr w:type="spellStart"/>
      <w:r w:rsidR="003267EB">
        <w:rPr>
          <w:lang w:val="nl-NL"/>
        </w:rPr>
        <w:t>NotebookLM</w:t>
      </w:r>
      <w:proofErr w:type="spellEnd"/>
      <w:r w:rsidR="003267EB">
        <w:rPr>
          <w:lang w:val="nl-NL"/>
        </w:rPr>
        <w:t xml:space="preserve"> hieronder voor een voorbeeld hiervan)</w:t>
      </w:r>
      <w:r w:rsidR="00C53C6E" w:rsidRPr="005C13A7">
        <w:rPr>
          <w:lang w:val="nl-NL"/>
        </w:rPr>
        <w:t xml:space="preserve">. </w:t>
      </w:r>
      <w:r w:rsidR="00C53C6E" w:rsidRPr="005C13A7">
        <w:rPr>
          <w:lang w:val="nl-NL"/>
        </w:rPr>
        <w:br/>
      </w:r>
      <w:r w:rsidRPr="005C13A7">
        <w:rPr>
          <w:lang w:val="nl-NL"/>
        </w:rPr>
        <w:t xml:space="preserve">Laat AI een </w:t>
      </w:r>
      <w:proofErr w:type="spellStart"/>
      <w:r w:rsidRPr="005C13A7">
        <w:rPr>
          <w:lang w:val="nl-NL"/>
        </w:rPr>
        <w:t>outline</w:t>
      </w:r>
      <w:proofErr w:type="spellEnd"/>
      <w:r w:rsidRPr="005C13A7">
        <w:rPr>
          <w:lang w:val="nl-NL"/>
        </w:rPr>
        <w:t xml:space="preserve"> maken met: kernbegrippen, 3 hoofdpunten, en 2 voorbeelden.</w:t>
      </w:r>
    </w:p>
    <w:p w14:paraId="4CF1F0B7" w14:textId="77777777" w:rsidR="00325D2C" w:rsidRPr="00862DF4" w:rsidRDefault="0079121F" w:rsidP="00936394">
      <w:pPr>
        <w:pStyle w:val="Lijstnummering"/>
        <w:spacing w:before="0" w:after="0" w:line="240" w:lineRule="auto"/>
        <w:rPr>
          <w:lang w:val="nl-NL"/>
        </w:rPr>
      </w:pPr>
      <w:r w:rsidRPr="00862DF4">
        <w:rPr>
          <w:lang w:val="nl-NL"/>
        </w:rPr>
        <w:t xml:space="preserve">Laat AI een script maken (2–3 minuten) met duidelijke </w:t>
      </w:r>
      <w:proofErr w:type="spellStart"/>
      <w:r w:rsidRPr="00862DF4">
        <w:rPr>
          <w:lang w:val="nl-NL"/>
        </w:rPr>
        <w:t>signposting</w:t>
      </w:r>
      <w:proofErr w:type="spellEnd"/>
      <w:r w:rsidRPr="00862DF4">
        <w:rPr>
          <w:lang w:val="nl-NL"/>
        </w:rPr>
        <w:t xml:space="preserve"> en korte zinnen.</w:t>
      </w:r>
    </w:p>
    <w:p w14:paraId="78AC8AD9" w14:textId="34C10CF5" w:rsidR="00325D2C" w:rsidRDefault="00901CF1" w:rsidP="00936394">
      <w:pPr>
        <w:pStyle w:val="Lijstnummering"/>
        <w:spacing w:before="0" w:after="0" w:line="240" w:lineRule="auto"/>
        <w:rPr>
          <w:lang w:val="nl-NL"/>
        </w:rPr>
      </w:pPr>
      <w:r>
        <w:rPr>
          <w:lang w:val="nl-NL"/>
        </w:rPr>
        <w:t xml:space="preserve">Controleer je script en pas aan waar nodig. </w:t>
      </w:r>
    </w:p>
    <w:p w14:paraId="48F59AF1" w14:textId="77777777" w:rsidR="00901CF1" w:rsidRDefault="000949EF" w:rsidP="00901CF1">
      <w:pPr>
        <w:pStyle w:val="Lijstnummering"/>
        <w:spacing w:before="0" w:after="0" w:line="240" w:lineRule="auto"/>
        <w:rPr>
          <w:lang w:val="nl-NL"/>
        </w:rPr>
      </w:pPr>
      <w:r>
        <w:rPr>
          <w:lang w:val="nl-NL"/>
        </w:rPr>
        <w:t xml:space="preserve">Je output is nu een script dat je kunt laten voordragen, bijvoorbeeld door een AI-Avatar. </w:t>
      </w:r>
    </w:p>
    <w:p w14:paraId="0E23F051" w14:textId="2A16D4FC" w:rsidR="00B16152" w:rsidRDefault="00780480" w:rsidP="00901CF1">
      <w:pPr>
        <w:pStyle w:val="Lijstnummering"/>
        <w:numPr>
          <w:ilvl w:val="0"/>
          <w:numId w:val="0"/>
        </w:numPr>
        <w:spacing w:before="0" w:after="0" w:line="240" w:lineRule="auto"/>
        <w:ind w:left="360"/>
        <w:rPr>
          <w:lang w:val="nl-NL"/>
        </w:rPr>
      </w:pPr>
      <w:r w:rsidRPr="00901CF1">
        <w:rPr>
          <w:lang w:val="nl-NL"/>
        </w:rPr>
        <w:br/>
      </w:r>
      <w:r w:rsidR="00F26EA7" w:rsidRPr="00901CF1">
        <w:rPr>
          <w:lang w:val="nl-NL"/>
        </w:rPr>
        <w:t xml:space="preserve">De output die hier is gegenereerd </w:t>
      </w:r>
      <w:r w:rsidR="006F0740" w:rsidRPr="00901CF1">
        <w:rPr>
          <w:lang w:val="nl-NL"/>
        </w:rPr>
        <w:t xml:space="preserve">kun je vervolgens gebruiken in een </w:t>
      </w:r>
      <w:r w:rsidR="00F22824" w:rsidRPr="00901CF1">
        <w:rPr>
          <w:lang w:val="nl-NL"/>
        </w:rPr>
        <w:t>AI-tool die een video kan maken waarbij bijvoorbeeld een AI-avatar je script voorleest.</w:t>
      </w:r>
    </w:p>
    <w:p w14:paraId="430BC802" w14:textId="77777777" w:rsidR="00901CF1" w:rsidRPr="00901CF1" w:rsidRDefault="00901CF1" w:rsidP="00901CF1">
      <w:pPr>
        <w:pStyle w:val="Lijstnummering"/>
        <w:numPr>
          <w:ilvl w:val="0"/>
          <w:numId w:val="0"/>
        </w:numPr>
        <w:spacing w:before="0" w:after="0" w:line="240" w:lineRule="auto"/>
        <w:ind w:left="360"/>
        <w:rPr>
          <w:lang w:val="nl-NL"/>
        </w:rPr>
      </w:pPr>
    </w:p>
    <w:p w14:paraId="73800780" w14:textId="4166F9BD" w:rsidR="00B16152" w:rsidRPr="00491FCE" w:rsidRDefault="00B16152" w:rsidP="00B16152">
      <w:pPr>
        <w:pStyle w:val="Kop2"/>
        <w:spacing w:before="0" w:line="240" w:lineRule="auto"/>
        <w:rPr>
          <w:lang w:val="nl-NL"/>
        </w:rPr>
      </w:pPr>
      <w:r>
        <w:rPr>
          <w:lang w:val="nl-NL"/>
        </w:rPr>
        <w:t>NotebookLM</w:t>
      </w:r>
    </w:p>
    <w:p w14:paraId="5B087220" w14:textId="2FE5554F" w:rsidR="00B16152" w:rsidRDefault="00B16152" w:rsidP="00B16152">
      <w:pPr>
        <w:spacing w:before="0" w:after="0" w:line="240" w:lineRule="auto"/>
        <w:rPr>
          <w:lang w:val="nl-NL"/>
        </w:rPr>
      </w:pPr>
      <w:r>
        <w:rPr>
          <w:lang w:val="nl-NL"/>
        </w:rPr>
        <w:t xml:space="preserve">Een kennisclip kan onder andere gratis gemaakt worden met Google </w:t>
      </w:r>
      <w:proofErr w:type="spellStart"/>
      <w:r>
        <w:rPr>
          <w:lang w:val="nl-NL"/>
        </w:rPr>
        <w:t>NotebookLM</w:t>
      </w:r>
      <w:proofErr w:type="spellEnd"/>
      <w:r>
        <w:rPr>
          <w:lang w:val="nl-NL"/>
        </w:rPr>
        <w:t xml:space="preserve">. In </w:t>
      </w:r>
      <w:r w:rsidRPr="00911F82">
        <w:rPr>
          <w:b/>
          <w:bCs/>
          <w:lang w:val="nl-NL"/>
        </w:rPr>
        <w:t xml:space="preserve">Werkblad 9 – Ik wil leren werken met Google </w:t>
      </w:r>
      <w:proofErr w:type="spellStart"/>
      <w:r w:rsidRPr="00911F82">
        <w:rPr>
          <w:b/>
          <w:bCs/>
          <w:lang w:val="nl-NL"/>
        </w:rPr>
        <w:t>NotebookLM</w:t>
      </w:r>
      <w:proofErr w:type="spellEnd"/>
      <w:r>
        <w:rPr>
          <w:lang w:val="nl-NL"/>
        </w:rPr>
        <w:t xml:space="preserve"> wordt een korte en een uitgebreide uitleg gegeven over het gebruik van Google </w:t>
      </w:r>
      <w:proofErr w:type="spellStart"/>
      <w:r>
        <w:rPr>
          <w:lang w:val="nl-NL"/>
        </w:rPr>
        <w:t>NotebookLM</w:t>
      </w:r>
      <w:proofErr w:type="spellEnd"/>
      <w:r>
        <w:rPr>
          <w:lang w:val="nl-NL"/>
        </w:rPr>
        <w:t xml:space="preserve">. </w:t>
      </w:r>
    </w:p>
    <w:p w14:paraId="7822FB77" w14:textId="77777777" w:rsidR="00B16152" w:rsidRDefault="00B16152" w:rsidP="00B16152">
      <w:pPr>
        <w:spacing w:before="0" w:after="0" w:line="240" w:lineRule="auto"/>
        <w:rPr>
          <w:lang w:val="nl-NL"/>
        </w:rPr>
      </w:pPr>
    </w:p>
    <w:p w14:paraId="4B021B53" w14:textId="4BB3DBB4" w:rsidR="00473FF6" w:rsidRDefault="00473FF6" w:rsidP="00B16152">
      <w:pPr>
        <w:spacing w:before="0" w:after="0" w:line="240" w:lineRule="auto"/>
        <w:rPr>
          <w:lang w:val="nl-NL"/>
        </w:rPr>
      </w:pPr>
      <w:r>
        <w:rPr>
          <w:lang w:val="nl-NL"/>
        </w:rPr>
        <w:t xml:space="preserve">Bij </w:t>
      </w:r>
      <w:proofErr w:type="spellStart"/>
      <w:r>
        <w:rPr>
          <w:lang w:val="nl-NL"/>
        </w:rPr>
        <w:t>NotebookLM</w:t>
      </w:r>
      <w:proofErr w:type="spellEnd"/>
      <w:r>
        <w:rPr>
          <w:lang w:val="nl-NL"/>
        </w:rPr>
        <w:t xml:space="preserve"> moet je inloggen </w:t>
      </w:r>
      <w:r w:rsidR="00854B40">
        <w:rPr>
          <w:lang w:val="nl-NL"/>
        </w:rPr>
        <w:t xml:space="preserve">en dus een account hebben. Deze account is gratis. Met een gratis account kun je 3 tot 4 video’s per week gratig maken. Met een betaalde account kun je meer video’s laten maken. Wil je voor een hele lessenreeks </w:t>
      </w:r>
      <w:r w:rsidR="003A1839">
        <w:rPr>
          <w:lang w:val="nl-NL"/>
        </w:rPr>
        <w:t>in bijvoorbeeld de propedeuse kennisclips maken, doe dit dan gezamenlijk met een aantal collega</w:t>
      </w:r>
      <w:r w:rsidR="00BF5F3B">
        <w:rPr>
          <w:lang w:val="nl-NL"/>
        </w:rPr>
        <w:t>’</w:t>
      </w:r>
      <w:r w:rsidR="003A1839">
        <w:rPr>
          <w:lang w:val="nl-NL"/>
        </w:rPr>
        <w:t xml:space="preserve">s </w:t>
      </w:r>
      <w:r w:rsidR="00BF5F3B">
        <w:rPr>
          <w:lang w:val="nl-NL"/>
        </w:rPr>
        <w:t xml:space="preserve">met ieder een eigen account, </w:t>
      </w:r>
      <w:r w:rsidR="003A1839">
        <w:rPr>
          <w:lang w:val="nl-NL"/>
        </w:rPr>
        <w:t xml:space="preserve">want daardoor kun je veel meer </w:t>
      </w:r>
      <w:r w:rsidR="00BF5F3B">
        <w:rPr>
          <w:lang w:val="nl-NL"/>
        </w:rPr>
        <w:t xml:space="preserve">gratis kennisclips genereren. </w:t>
      </w:r>
    </w:p>
    <w:p w14:paraId="4A7894CC" w14:textId="77777777" w:rsidR="00473FF6" w:rsidRDefault="00473FF6" w:rsidP="00B16152">
      <w:pPr>
        <w:spacing w:before="0" w:after="0" w:line="240" w:lineRule="auto"/>
        <w:rPr>
          <w:lang w:val="nl-NL"/>
        </w:rPr>
      </w:pPr>
    </w:p>
    <w:p w14:paraId="73A2A13A" w14:textId="10733D82" w:rsidR="00AA183A" w:rsidRDefault="00AA183A" w:rsidP="00B16152">
      <w:pPr>
        <w:spacing w:before="0" w:after="0" w:line="240" w:lineRule="auto"/>
        <w:rPr>
          <w:lang w:val="nl-NL"/>
        </w:rPr>
      </w:pPr>
      <w:r>
        <w:rPr>
          <w:lang w:val="nl-NL"/>
        </w:rPr>
        <w:t xml:space="preserve">Als je van </w:t>
      </w:r>
      <w:proofErr w:type="spellStart"/>
      <w:r w:rsidR="00BF5F3B">
        <w:rPr>
          <w:lang w:val="nl-NL"/>
        </w:rPr>
        <w:t>NotebookLM</w:t>
      </w:r>
      <w:proofErr w:type="spellEnd"/>
      <w:r w:rsidR="00BF5F3B">
        <w:rPr>
          <w:lang w:val="nl-NL"/>
        </w:rPr>
        <w:t xml:space="preserve"> </w:t>
      </w:r>
      <w:r>
        <w:rPr>
          <w:lang w:val="nl-NL"/>
        </w:rPr>
        <w:t xml:space="preserve">gebruik wilt maken, dien je wel over eigen bronnen te beschikken. Dus </w:t>
      </w:r>
      <w:r w:rsidRPr="005C13A7">
        <w:rPr>
          <w:lang w:val="nl-NL"/>
        </w:rPr>
        <w:t>eigen materiaal</w:t>
      </w:r>
      <w:r>
        <w:rPr>
          <w:lang w:val="nl-NL"/>
        </w:rPr>
        <w:t xml:space="preserve"> bijvoorbeeld een </w:t>
      </w:r>
      <w:proofErr w:type="spellStart"/>
      <w:r>
        <w:rPr>
          <w:lang w:val="nl-NL"/>
        </w:rPr>
        <w:t>powerpoint</w:t>
      </w:r>
      <w:proofErr w:type="spellEnd"/>
      <w:r>
        <w:rPr>
          <w:lang w:val="nl-NL"/>
        </w:rPr>
        <w:t>, eigen aantekeningen</w:t>
      </w:r>
      <w:r w:rsidR="005531B0">
        <w:rPr>
          <w:lang w:val="nl-NL"/>
        </w:rPr>
        <w:t xml:space="preserve">. </w:t>
      </w:r>
      <w:r w:rsidR="005531B0" w:rsidRPr="005C13A7">
        <w:rPr>
          <w:lang w:val="nl-NL"/>
        </w:rPr>
        <w:t>Tip: Je kunt ook A</w:t>
      </w:r>
      <w:r w:rsidR="005531B0">
        <w:rPr>
          <w:lang w:val="nl-NL"/>
        </w:rPr>
        <w:t>I</w:t>
      </w:r>
      <w:r w:rsidR="005531B0" w:rsidRPr="005C13A7">
        <w:rPr>
          <w:lang w:val="nl-NL"/>
        </w:rPr>
        <w:t xml:space="preserve"> een bron laten genereren. </w:t>
      </w:r>
      <w:r w:rsidR="005531B0" w:rsidRPr="005C13A7">
        <w:rPr>
          <w:lang w:val="nl-NL"/>
        </w:rPr>
        <w:br/>
      </w:r>
    </w:p>
    <w:p w14:paraId="104D1BE1" w14:textId="006068C3" w:rsidR="005531B0" w:rsidRPr="004217DF" w:rsidRDefault="005531B0" w:rsidP="00B16152">
      <w:pPr>
        <w:spacing w:before="0" w:after="0" w:line="240" w:lineRule="auto"/>
        <w:rPr>
          <w:i/>
          <w:iCs/>
          <w:lang w:val="nl-NL"/>
        </w:rPr>
      </w:pPr>
      <w:r>
        <w:rPr>
          <w:lang w:val="nl-NL"/>
        </w:rPr>
        <w:t>Voorbeeld: Je wilt een kennisclip laten maken over het begrip belanghebbende in het bestuursrecht. Ga naar je favoriete AI-tool. Geef de volgende prompt:</w:t>
      </w:r>
      <w:r>
        <w:rPr>
          <w:lang w:val="nl-NL"/>
        </w:rPr>
        <w:br/>
      </w:r>
      <w:r w:rsidR="003267EB" w:rsidRPr="003267EB">
        <w:rPr>
          <w:b/>
          <w:bCs/>
          <w:lang w:val="nl-NL"/>
        </w:rPr>
        <w:t>Prompt:</w:t>
      </w:r>
      <w:r w:rsidR="003267EB">
        <w:rPr>
          <w:lang w:val="nl-NL"/>
        </w:rPr>
        <w:br/>
      </w:r>
      <w:r w:rsidR="003267EB" w:rsidRPr="004217DF">
        <w:rPr>
          <w:i/>
          <w:iCs/>
          <w:lang w:val="nl-NL"/>
        </w:rPr>
        <w:t>I</w:t>
      </w:r>
      <w:r w:rsidR="0053401F" w:rsidRPr="004217DF">
        <w:rPr>
          <w:i/>
          <w:iCs/>
          <w:lang w:val="nl-NL"/>
        </w:rPr>
        <w:t xml:space="preserve">k ben docent bestuursrecht en ik ben onderwijs aan het ontwikkelen voor eerste jaarstudenten die nog geen of nauwelijks ervaring hebben in het bestuursrecht. In de eerste les komen de basisbegrippen </w:t>
      </w:r>
      <w:r w:rsidR="003267EB" w:rsidRPr="004217DF">
        <w:rPr>
          <w:i/>
          <w:iCs/>
          <w:lang w:val="nl-NL"/>
        </w:rPr>
        <w:t>bestuursorgaan</w:t>
      </w:r>
      <w:r w:rsidR="0053401F" w:rsidRPr="004217DF">
        <w:rPr>
          <w:i/>
          <w:iCs/>
          <w:lang w:val="nl-NL"/>
        </w:rPr>
        <w:t xml:space="preserve">, besluit </w:t>
      </w:r>
      <w:r w:rsidR="009C2F0A" w:rsidRPr="004217DF">
        <w:rPr>
          <w:i/>
          <w:iCs/>
          <w:lang w:val="nl-NL"/>
        </w:rPr>
        <w:t>en belanghebbende aan bod. Voor deze drie begrippen wil ik een kennisclip maken.</w:t>
      </w:r>
      <w:r w:rsidR="003267EB" w:rsidRPr="004217DF">
        <w:rPr>
          <w:i/>
          <w:iCs/>
          <w:lang w:val="nl-NL"/>
        </w:rPr>
        <w:t xml:space="preserve"> Daarvoor heb ik een </w:t>
      </w:r>
      <w:r w:rsidR="006D753A" w:rsidRPr="004217DF">
        <w:rPr>
          <w:i/>
          <w:iCs/>
          <w:lang w:val="nl-NL"/>
        </w:rPr>
        <w:t>juridische onderlegger nodig.</w:t>
      </w:r>
      <w:r w:rsidR="009C2F0A" w:rsidRPr="004217DF">
        <w:rPr>
          <w:i/>
          <w:iCs/>
          <w:lang w:val="nl-NL"/>
        </w:rPr>
        <w:t xml:space="preserve"> Werk </w:t>
      </w:r>
      <w:r w:rsidR="006D753A" w:rsidRPr="004217DF">
        <w:rPr>
          <w:i/>
          <w:iCs/>
          <w:lang w:val="nl-NL"/>
        </w:rPr>
        <w:t xml:space="preserve">voor deze onderlegger </w:t>
      </w:r>
      <w:r w:rsidR="009C2F0A" w:rsidRPr="004217DF">
        <w:rPr>
          <w:i/>
          <w:iCs/>
          <w:lang w:val="nl-NL"/>
        </w:rPr>
        <w:t>deze begrippen uit</w:t>
      </w:r>
      <w:r w:rsidR="003267EB" w:rsidRPr="004217DF">
        <w:rPr>
          <w:i/>
          <w:iCs/>
          <w:lang w:val="nl-NL"/>
        </w:rPr>
        <w:t xml:space="preserve"> met enkele voorbeelden die aansluiten bij de belevingswereld van de student. Maak gebruik van de wet (AWB). </w:t>
      </w:r>
      <w:r w:rsidR="003267EB" w:rsidRPr="004217DF">
        <w:rPr>
          <w:i/>
          <w:iCs/>
          <w:lang w:val="nl-NL"/>
        </w:rPr>
        <w:br/>
        <w:t>Optie: neem ook verwijzingen naar actuele rechtspraak op waarin deze begrippen ter discussie stonden.</w:t>
      </w:r>
    </w:p>
    <w:p w14:paraId="7643BC31" w14:textId="77777777" w:rsidR="003267EB" w:rsidRDefault="003267EB" w:rsidP="00B16152">
      <w:pPr>
        <w:spacing w:before="0" w:after="0" w:line="240" w:lineRule="auto"/>
        <w:rPr>
          <w:lang w:val="nl-NL"/>
        </w:rPr>
      </w:pPr>
    </w:p>
    <w:p w14:paraId="15E63E6C" w14:textId="0A7D6B71" w:rsidR="003267EB" w:rsidRDefault="006D753A" w:rsidP="00B16152">
      <w:pPr>
        <w:spacing w:before="0" w:after="0" w:line="240" w:lineRule="auto"/>
        <w:rPr>
          <w:lang w:val="nl-NL"/>
        </w:rPr>
      </w:pPr>
      <w:r>
        <w:rPr>
          <w:lang w:val="nl-NL"/>
        </w:rPr>
        <w:t>Nu wordt er een onderlegger gegenereerd. Beoordeel of je deze van voldoende kwaliteit vindt.</w:t>
      </w:r>
      <w:r>
        <w:rPr>
          <w:lang w:val="nl-NL"/>
        </w:rPr>
        <w:br/>
        <w:t xml:space="preserve">Tip: je kunt je AI-tool vragen om </w:t>
      </w:r>
      <w:r w:rsidR="0030763B">
        <w:rPr>
          <w:lang w:val="nl-NL"/>
        </w:rPr>
        <w:t>de gegenereerde inhoud zelf te beoordelen bijvoorbeeld vanuit de rol van een onderwijskundige met ruime juridische ervaring</w:t>
      </w:r>
      <w:r w:rsidR="00264535">
        <w:rPr>
          <w:lang w:val="nl-NL"/>
        </w:rPr>
        <w:t>. De feedbacktips die de AI geeft kun je vervolgens direct door de AI laten toepassen op de onderlegger.</w:t>
      </w:r>
    </w:p>
    <w:p w14:paraId="04C7C573" w14:textId="416997DB" w:rsidR="00264535" w:rsidRDefault="00264535" w:rsidP="00B16152">
      <w:pPr>
        <w:spacing w:before="0" w:after="0" w:line="240" w:lineRule="auto"/>
        <w:rPr>
          <w:lang w:val="nl-NL"/>
        </w:rPr>
      </w:pPr>
      <w:r>
        <w:rPr>
          <w:lang w:val="nl-NL"/>
        </w:rPr>
        <w:lastRenderedPageBreak/>
        <w:br/>
        <w:t>Als de onderlegger van voldoende kwaliteit is, kun je verder.</w:t>
      </w:r>
    </w:p>
    <w:p w14:paraId="781FE023" w14:textId="77777777" w:rsidR="00901CF1" w:rsidRDefault="00901CF1" w:rsidP="00B16152">
      <w:pPr>
        <w:spacing w:before="0" w:after="0" w:line="240" w:lineRule="auto"/>
        <w:rPr>
          <w:lang w:val="nl-NL"/>
        </w:rPr>
      </w:pPr>
    </w:p>
    <w:p w14:paraId="759DBD85" w14:textId="4266ADA1" w:rsidR="00B16152" w:rsidRDefault="00B16152" w:rsidP="00B16152">
      <w:pPr>
        <w:spacing w:before="0" w:after="0" w:line="240" w:lineRule="auto"/>
        <w:rPr>
          <w:lang w:val="nl-NL"/>
        </w:rPr>
      </w:pPr>
      <w:r>
        <w:rPr>
          <w:lang w:val="nl-NL"/>
        </w:rPr>
        <w:t>In het kort:</w:t>
      </w:r>
    </w:p>
    <w:p w14:paraId="5E87F0F9" w14:textId="77777777" w:rsidR="00B16152" w:rsidRDefault="00B16152" w:rsidP="00B16152">
      <w:pPr>
        <w:spacing w:before="0" w:after="0" w:line="240" w:lineRule="auto"/>
        <w:rPr>
          <w:lang w:val="nl-NL"/>
        </w:rPr>
      </w:pPr>
    </w:p>
    <w:p w14:paraId="112A1066" w14:textId="77777777" w:rsidR="00B16152" w:rsidRDefault="00B16152" w:rsidP="00974A8A">
      <w:pPr>
        <w:pStyle w:val="Lijstnummering"/>
        <w:numPr>
          <w:ilvl w:val="0"/>
          <w:numId w:val="104"/>
        </w:numPr>
        <w:spacing w:before="0" w:after="0" w:line="240" w:lineRule="auto"/>
        <w:rPr>
          <w:lang w:val="nl-NL"/>
        </w:rPr>
      </w:pPr>
      <w:r>
        <w:rPr>
          <w:lang w:val="nl-NL"/>
        </w:rPr>
        <w:t xml:space="preserve">Log in bij </w:t>
      </w:r>
      <w:proofErr w:type="spellStart"/>
      <w:r>
        <w:rPr>
          <w:lang w:val="nl-NL"/>
        </w:rPr>
        <w:t>NotebookLM</w:t>
      </w:r>
      <w:proofErr w:type="spellEnd"/>
    </w:p>
    <w:p w14:paraId="1F6FEDAA" w14:textId="77777777" w:rsidR="00B16152" w:rsidRDefault="00B16152" w:rsidP="00974A8A">
      <w:pPr>
        <w:pStyle w:val="Lijstnummering"/>
        <w:numPr>
          <w:ilvl w:val="0"/>
          <w:numId w:val="104"/>
        </w:numPr>
        <w:spacing w:before="0" w:after="0" w:line="240" w:lineRule="auto"/>
        <w:rPr>
          <w:lang w:val="nl-NL"/>
        </w:rPr>
      </w:pPr>
      <w:r>
        <w:rPr>
          <w:lang w:val="nl-NL"/>
        </w:rPr>
        <w:t>Maak een nieuwe Notebook aan. Dat is een soort kladblok.</w:t>
      </w:r>
    </w:p>
    <w:p w14:paraId="16BEAABA" w14:textId="77777777" w:rsidR="00AA183A" w:rsidRDefault="00B16152" w:rsidP="00974A8A">
      <w:pPr>
        <w:pStyle w:val="Lijstnummering"/>
        <w:numPr>
          <w:ilvl w:val="0"/>
          <w:numId w:val="104"/>
        </w:numPr>
        <w:spacing w:before="0" w:after="0" w:line="240" w:lineRule="auto"/>
        <w:rPr>
          <w:lang w:val="nl-NL"/>
        </w:rPr>
      </w:pPr>
      <w:r>
        <w:rPr>
          <w:lang w:val="nl-NL"/>
        </w:rPr>
        <w:t>Open het notebook. Er wordt direct ge</w:t>
      </w:r>
      <w:r w:rsidR="00AA183A">
        <w:rPr>
          <w:lang w:val="nl-NL"/>
        </w:rPr>
        <w:t>vraagd om bronnen toe te voegen.</w:t>
      </w:r>
    </w:p>
    <w:p w14:paraId="480EF6E1" w14:textId="740340D1" w:rsidR="00B16152" w:rsidRDefault="00264535" w:rsidP="00974A8A">
      <w:pPr>
        <w:pStyle w:val="Lijstnummering"/>
        <w:numPr>
          <w:ilvl w:val="0"/>
          <w:numId w:val="104"/>
        </w:numPr>
        <w:spacing w:before="0" w:after="0" w:line="240" w:lineRule="auto"/>
        <w:rPr>
          <w:lang w:val="nl-NL"/>
        </w:rPr>
      </w:pPr>
      <w:r>
        <w:rPr>
          <w:lang w:val="nl-NL"/>
        </w:rPr>
        <w:t>Voeg je onderlegger toe.</w:t>
      </w:r>
    </w:p>
    <w:p w14:paraId="73DEEEDE" w14:textId="5106EF3B" w:rsidR="00264535" w:rsidRDefault="00264535" w:rsidP="00974A8A">
      <w:pPr>
        <w:pStyle w:val="Lijstnummering"/>
        <w:numPr>
          <w:ilvl w:val="0"/>
          <w:numId w:val="104"/>
        </w:numPr>
        <w:spacing w:before="0" w:after="0" w:line="240" w:lineRule="auto"/>
        <w:rPr>
          <w:lang w:val="nl-NL"/>
        </w:rPr>
      </w:pPr>
      <w:r>
        <w:rPr>
          <w:lang w:val="nl-NL"/>
        </w:rPr>
        <w:t>Er verschijnen nu drie schermen in je browser</w:t>
      </w:r>
      <w:r w:rsidR="00C9346E">
        <w:rPr>
          <w:lang w:val="nl-NL"/>
        </w:rPr>
        <w:t xml:space="preserve"> (zie de volgende pagina voor een voorbeeld hiervan)</w:t>
      </w:r>
      <w:r>
        <w:rPr>
          <w:lang w:val="nl-NL"/>
        </w:rPr>
        <w:t xml:space="preserve">. Je bronnen staan verschijnt nu in het </w:t>
      </w:r>
      <w:proofErr w:type="spellStart"/>
      <w:r>
        <w:rPr>
          <w:lang w:val="nl-NL"/>
        </w:rPr>
        <w:t>linkerscherm</w:t>
      </w:r>
      <w:proofErr w:type="spellEnd"/>
      <w:r>
        <w:rPr>
          <w:lang w:val="nl-NL"/>
        </w:rPr>
        <w:t>.</w:t>
      </w:r>
    </w:p>
    <w:p w14:paraId="22DCE9D6" w14:textId="529D298B" w:rsidR="00264535" w:rsidRDefault="00264535" w:rsidP="00974A8A">
      <w:pPr>
        <w:pStyle w:val="Lijstnummering"/>
        <w:numPr>
          <w:ilvl w:val="0"/>
          <w:numId w:val="104"/>
        </w:numPr>
        <w:spacing w:before="0" w:after="0" w:line="240" w:lineRule="auto"/>
        <w:rPr>
          <w:lang w:val="nl-NL"/>
        </w:rPr>
      </w:pPr>
      <w:r>
        <w:rPr>
          <w:lang w:val="nl-NL"/>
        </w:rPr>
        <w:t xml:space="preserve">In het rechterscherm staan een aantal knoppen, waaronder </w:t>
      </w:r>
      <w:r w:rsidR="00DC5954">
        <w:rPr>
          <w:lang w:val="nl-NL"/>
        </w:rPr>
        <w:t xml:space="preserve">video-overzicht. Als je hierop drukt gaat </w:t>
      </w:r>
      <w:proofErr w:type="spellStart"/>
      <w:r w:rsidR="00DC5954">
        <w:rPr>
          <w:lang w:val="nl-NL"/>
        </w:rPr>
        <w:t>NotebookLM</w:t>
      </w:r>
      <w:proofErr w:type="spellEnd"/>
      <w:r w:rsidR="00DC5954">
        <w:rPr>
          <w:lang w:val="nl-NL"/>
        </w:rPr>
        <w:t xml:space="preserve"> meteen een kennisclip maken.</w:t>
      </w:r>
      <w:r w:rsidR="00373C8A">
        <w:rPr>
          <w:lang w:val="nl-NL"/>
        </w:rPr>
        <w:t xml:space="preserve"> Probeer dat een keer uit om te zien wat dat oplevert.</w:t>
      </w:r>
    </w:p>
    <w:p w14:paraId="756ED266" w14:textId="5E054430" w:rsidR="00373C8A" w:rsidRPr="005D3CDF" w:rsidRDefault="00373C8A" w:rsidP="00974A8A">
      <w:pPr>
        <w:pStyle w:val="Lijstnummering"/>
        <w:numPr>
          <w:ilvl w:val="0"/>
          <w:numId w:val="104"/>
        </w:numPr>
        <w:spacing w:before="0" w:after="0" w:line="240" w:lineRule="auto"/>
        <w:rPr>
          <w:lang w:val="nl-NL"/>
        </w:rPr>
      </w:pPr>
      <w:r w:rsidRPr="005D3CDF">
        <w:rPr>
          <w:lang w:val="nl-NL"/>
        </w:rPr>
        <w:t xml:space="preserve">Je kunt ook eerst op het pen-symbooltje drukken. Dan opent een nieuw scherm waarin je instelling voor je kennisclip kan aanpassen. Hierin kun je taal selecteren (let op: die staat standaard op Engels), de lengte van de video, de </w:t>
      </w:r>
      <w:r w:rsidR="00C9346E" w:rsidRPr="005D3CDF">
        <w:rPr>
          <w:lang w:val="nl-NL"/>
        </w:rPr>
        <w:t xml:space="preserve">visuele stijl </w:t>
      </w:r>
      <w:r w:rsidR="005D3CDF" w:rsidRPr="005D3CDF">
        <w:rPr>
          <w:lang w:val="nl-NL"/>
        </w:rPr>
        <w:t>(</w:t>
      </w:r>
      <w:proofErr w:type="spellStart"/>
      <w:r w:rsidR="005D3CDF" w:rsidRPr="005D3CDF">
        <w:rPr>
          <w:lang w:val="nl-NL"/>
        </w:rPr>
        <w:t>NotebookLM</w:t>
      </w:r>
      <w:proofErr w:type="spellEnd"/>
      <w:r w:rsidR="005D3CDF" w:rsidRPr="005D3CDF">
        <w:rPr>
          <w:lang w:val="nl-NL"/>
        </w:rPr>
        <w:t xml:space="preserve"> maakt zelf ook dia’s) </w:t>
      </w:r>
      <w:r w:rsidR="00C9346E" w:rsidRPr="005D3CDF">
        <w:rPr>
          <w:lang w:val="nl-NL"/>
        </w:rPr>
        <w:t>en je kunt aangeven waarop de AI-host zich moet richten. Hier kun je bijvoorbeeld aangeven dat je een korte kennisclip wilt van maximaal 3 minuten over het onderwerp belanghebbende. Zet hier ook altijd bij dat extra aandacht moet worden besteed aan de spelling van de teksten in de kennisclip</w:t>
      </w:r>
      <w:r w:rsidR="00407730" w:rsidRPr="005D3CDF">
        <w:rPr>
          <w:lang w:val="nl-NL"/>
        </w:rPr>
        <w:t xml:space="preserve"> om ervoor te zorgen dat deze zeker klopt. </w:t>
      </w:r>
    </w:p>
    <w:p w14:paraId="7971610A" w14:textId="27CF5249" w:rsidR="00407730" w:rsidRPr="00244EDF" w:rsidRDefault="00C9346E" w:rsidP="00974A8A">
      <w:pPr>
        <w:pStyle w:val="Lijstnummering"/>
        <w:numPr>
          <w:ilvl w:val="0"/>
          <w:numId w:val="104"/>
        </w:numPr>
        <w:spacing w:before="0" w:after="0" w:line="240" w:lineRule="auto"/>
        <w:rPr>
          <w:lang w:val="nl-NL"/>
        </w:rPr>
      </w:pPr>
      <w:r>
        <w:rPr>
          <w:lang w:val="nl-NL"/>
        </w:rPr>
        <w:t xml:space="preserve">Vervolgens wordt </w:t>
      </w:r>
      <w:r w:rsidR="00407730">
        <w:rPr>
          <w:lang w:val="nl-NL"/>
        </w:rPr>
        <w:t xml:space="preserve">er een kennisclip gegenereerd. Dit duurt overigens wel even. Je kunt ondertussen iets anders gaan </w:t>
      </w:r>
      <w:proofErr w:type="spellStart"/>
      <w:r w:rsidR="00407730">
        <w:rPr>
          <w:lang w:val="nl-NL"/>
        </w:rPr>
        <w:t>doen.</w:t>
      </w:r>
      <w:r w:rsidR="00407730" w:rsidRPr="00244EDF">
        <w:rPr>
          <w:lang w:val="nl-NL"/>
        </w:rPr>
        <w:t>Als</w:t>
      </w:r>
      <w:proofErr w:type="spellEnd"/>
      <w:r w:rsidR="00407730" w:rsidRPr="00244EDF">
        <w:rPr>
          <w:lang w:val="nl-NL"/>
        </w:rPr>
        <w:t xml:space="preserve"> je kennisclip klaar is, kun je deze openklikken en bekijken. </w:t>
      </w:r>
    </w:p>
    <w:p w14:paraId="48203296" w14:textId="30793B9F" w:rsidR="00407730" w:rsidRDefault="00407730" w:rsidP="00974A8A">
      <w:pPr>
        <w:pStyle w:val="Lijstnummering"/>
        <w:numPr>
          <w:ilvl w:val="0"/>
          <w:numId w:val="104"/>
        </w:numPr>
        <w:spacing w:before="0" w:after="0" w:line="240" w:lineRule="auto"/>
        <w:rPr>
          <w:lang w:val="nl-NL"/>
        </w:rPr>
      </w:pPr>
      <w:r>
        <w:rPr>
          <w:lang w:val="nl-NL"/>
        </w:rPr>
        <w:t>Beoordeel de inhoud.</w:t>
      </w:r>
      <w:r w:rsidR="005722BD">
        <w:rPr>
          <w:lang w:val="nl-NL"/>
        </w:rPr>
        <w:t xml:space="preserve"> Als deze goed is, </w:t>
      </w:r>
      <w:r w:rsidR="00316B68">
        <w:rPr>
          <w:lang w:val="nl-NL"/>
        </w:rPr>
        <w:t xml:space="preserve">kun je de kennisclip downloaden en uploaden naar </w:t>
      </w:r>
      <w:proofErr w:type="spellStart"/>
      <w:r w:rsidR="00316B68">
        <w:rPr>
          <w:lang w:val="nl-NL"/>
        </w:rPr>
        <w:t>Mymedia</w:t>
      </w:r>
      <w:proofErr w:type="spellEnd"/>
      <w:r w:rsidR="00316B68">
        <w:rPr>
          <w:lang w:val="nl-NL"/>
        </w:rPr>
        <w:t xml:space="preserve"> of de gehele Notebook delen met </w:t>
      </w:r>
      <w:r w:rsidR="00E81449">
        <w:rPr>
          <w:lang w:val="nl-NL"/>
        </w:rPr>
        <w:t>je studenten zodat ze op die manier kennis kunnen nemen van de kennisclip.</w:t>
      </w:r>
    </w:p>
    <w:p w14:paraId="6BA9A53A" w14:textId="0CD02E3A" w:rsidR="00407730" w:rsidRDefault="0022321E" w:rsidP="00974A8A">
      <w:pPr>
        <w:pStyle w:val="Lijstnummering"/>
        <w:numPr>
          <w:ilvl w:val="0"/>
          <w:numId w:val="104"/>
        </w:numPr>
        <w:spacing w:before="0" w:after="0" w:line="240" w:lineRule="auto"/>
        <w:rPr>
          <w:lang w:val="nl-NL"/>
        </w:rPr>
      </w:pPr>
      <w:r>
        <w:rPr>
          <w:lang w:val="nl-NL"/>
        </w:rPr>
        <w:t xml:space="preserve">Jammer genoeg </w:t>
      </w:r>
      <w:r w:rsidR="00407730">
        <w:rPr>
          <w:lang w:val="nl-NL"/>
        </w:rPr>
        <w:t>is de kennisclip niet altijd in 1 keer perfect. Als de kennisclip niet naar wen</w:t>
      </w:r>
      <w:r>
        <w:rPr>
          <w:lang w:val="nl-NL"/>
        </w:rPr>
        <w:t xml:space="preserve">s is, kun je deze helaas niet op onderdelen zoals een zin, woord of een dia laten aanpassen. </w:t>
      </w:r>
      <w:r w:rsidR="00916B03">
        <w:rPr>
          <w:lang w:val="nl-NL"/>
        </w:rPr>
        <w:t>Je kunt alleen maar een hele nieuwe kennisclip laten genereren, waarbij je dus je aanwijzing of prompt moet aanpassen om ervoor te zorgen dat in deze nieuwe kennisclip niet dezelfde fout terugkomt.</w:t>
      </w:r>
      <w:r w:rsidR="002A313B">
        <w:rPr>
          <w:lang w:val="nl-NL"/>
        </w:rPr>
        <w:t xml:space="preserve"> Er wordt dan ook weer andere teksten gebruikt en andere dia’s gegenereerd. </w:t>
      </w:r>
    </w:p>
    <w:p w14:paraId="350EDD2B" w14:textId="5E1267FF" w:rsidR="002A313B" w:rsidRDefault="002A313B" w:rsidP="002A313B">
      <w:pPr>
        <w:pStyle w:val="Lijstnummering"/>
        <w:numPr>
          <w:ilvl w:val="0"/>
          <w:numId w:val="0"/>
        </w:numPr>
        <w:spacing w:before="0" w:after="0" w:line="240" w:lineRule="auto"/>
        <w:ind w:left="360"/>
        <w:rPr>
          <w:lang w:val="nl-NL"/>
        </w:rPr>
      </w:pPr>
      <w:r>
        <w:rPr>
          <w:lang w:val="nl-NL"/>
        </w:rPr>
        <w:t xml:space="preserve">Je kunt dit proces proberen te sturen door heel expliciet te </w:t>
      </w:r>
      <w:proofErr w:type="spellStart"/>
      <w:r>
        <w:rPr>
          <w:lang w:val="nl-NL"/>
        </w:rPr>
        <w:t>prompten</w:t>
      </w:r>
      <w:proofErr w:type="spellEnd"/>
      <w:r>
        <w:rPr>
          <w:lang w:val="nl-NL"/>
        </w:rPr>
        <w:t xml:space="preserve"> </w:t>
      </w:r>
      <w:r w:rsidR="004217DF">
        <w:rPr>
          <w:lang w:val="nl-NL"/>
        </w:rPr>
        <w:t xml:space="preserve">of hele duidelijke aanwijzingen te geven </w:t>
      </w:r>
      <w:r>
        <w:rPr>
          <w:lang w:val="nl-NL"/>
        </w:rPr>
        <w:t xml:space="preserve">in </w:t>
      </w:r>
      <w:r w:rsidR="004217DF">
        <w:rPr>
          <w:lang w:val="nl-NL"/>
        </w:rPr>
        <w:t>het tekst.</w:t>
      </w:r>
    </w:p>
    <w:p w14:paraId="023841BA" w14:textId="77777777" w:rsidR="00C9346E" w:rsidRPr="00B16152" w:rsidRDefault="00C9346E" w:rsidP="00C9346E">
      <w:pPr>
        <w:pStyle w:val="Lijstnummering"/>
        <w:numPr>
          <w:ilvl w:val="0"/>
          <w:numId w:val="0"/>
        </w:numPr>
        <w:spacing w:before="0" w:after="0" w:line="240" w:lineRule="auto"/>
        <w:ind w:left="360"/>
        <w:rPr>
          <w:lang w:val="nl-NL"/>
        </w:rPr>
      </w:pPr>
    </w:p>
    <w:p w14:paraId="537233D5" w14:textId="6C281CAB" w:rsidR="00B16152" w:rsidRDefault="00DC5954" w:rsidP="00DC5954">
      <w:pPr>
        <w:pStyle w:val="Lijstnummering"/>
        <w:numPr>
          <w:ilvl w:val="0"/>
          <w:numId w:val="0"/>
        </w:numPr>
        <w:spacing w:before="0" w:after="0" w:line="240" w:lineRule="auto"/>
        <w:ind w:left="360"/>
        <w:rPr>
          <w:lang w:val="nl-NL"/>
        </w:rPr>
      </w:pPr>
      <w:r w:rsidRPr="00BB0197">
        <w:rPr>
          <w:noProof/>
          <w:lang w:val="nl-NL"/>
        </w:rPr>
        <w:drawing>
          <wp:inline distT="0" distB="0" distL="0" distR="0" wp14:anchorId="59E0B133" wp14:editId="4E6C28A4">
            <wp:extent cx="5486400" cy="3015615"/>
            <wp:effectExtent l="0" t="0" r="0" b="0"/>
            <wp:docPr id="1301631773" name="Afbeelding 1" descr="Afbeelding met tekst, software, Computerpictogram,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8668" name="Afbeelding 1" descr="Afbeelding met tekst, software, Computerpictogram, Webpagina&#10;&#10;Door AI gegenereerde inhoud is mogelijk onjuist."/>
                    <pic:cNvPicPr/>
                  </pic:nvPicPr>
                  <pic:blipFill>
                    <a:blip r:embed="rId26"/>
                    <a:stretch>
                      <a:fillRect/>
                    </a:stretch>
                  </pic:blipFill>
                  <pic:spPr>
                    <a:xfrm>
                      <a:off x="0" y="0"/>
                      <a:ext cx="5486400" cy="3015615"/>
                    </a:xfrm>
                    <a:prstGeom prst="rect">
                      <a:avLst/>
                    </a:prstGeom>
                  </pic:spPr>
                </pic:pic>
              </a:graphicData>
            </a:graphic>
          </wp:inline>
        </w:drawing>
      </w:r>
    </w:p>
    <w:p w14:paraId="17430B6D" w14:textId="012AA350" w:rsidR="00901CF1" w:rsidRPr="00491FCE" w:rsidRDefault="00901CF1" w:rsidP="00901CF1">
      <w:pPr>
        <w:pStyle w:val="Kop2"/>
        <w:spacing w:before="0" w:line="240" w:lineRule="auto"/>
        <w:rPr>
          <w:lang w:val="nl-NL"/>
        </w:rPr>
      </w:pPr>
      <w:r>
        <w:rPr>
          <w:lang w:val="nl-NL"/>
        </w:rPr>
        <w:lastRenderedPageBreak/>
        <w:t>Synthesia</w:t>
      </w:r>
    </w:p>
    <w:p w14:paraId="2B10A761" w14:textId="0159D74A" w:rsidR="001D7ED7" w:rsidRDefault="001D7ED7" w:rsidP="001D7ED7">
      <w:pPr>
        <w:spacing w:before="0" w:after="0" w:line="240" w:lineRule="auto"/>
        <w:rPr>
          <w:lang w:val="nl-NL"/>
        </w:rPr>
      </w:pPr>
      <w:r>
        <w:rPr>
          <w:lang w:val="nl-NL"/>
        </w:rPr>
        <w:t>Eén van de AI-tools die je kan gebruiken voor het maken van een kennisclip, al dan niet met een Avatar</w:t>
      </w:r>
      <w:r w:rsidR="00FF6A61">
        <w:rPr>
          <w:lang w:val="nl-NL"/>
        </w:rPr>
        <w:t>,</w:t>
      </w:r>
      <w:r>
        <w:rPr>
          <w:lang w:val="nl-NL"/>
        </w:rPr>
        <w:t xml:space="preserve"> is </w:t>
      </w:r>
      <w:proofErr w:type="spellStart"/>
      <w:r>
        <w:rPr>
          <w:lang w:val="nl-NL"/>
        </w:rPr>
        <w:t>Synthesia</w:t>
      </w:r>
      <w:proofErr w:type="spellEnd"/>
      <w:r>
        <w:rPr>
          <w:lang w:val="nl-NL"/>
        </w:rPr>
        <w:t xml:space="preserve">. </w:t>
      </w:r>
    </w:p>
    <w:p w14:paraId="459B5C22" w14:textId="77777777" w:rsidR="00FF6A61" w:rsidRDefault="001D7ED7" w:rsidP="001D7ED7">
      <w:pPr>
        <w:spacing w:before="0" w:after="0" w:line="240" w:lineRule="auto"/>
        <w:rPr>
          <w:lang w:val="nl-NL"/>
        </w:rPr>
      </w:pPr>
      <w:r>
        <w:rPr>
          <w:lang w:val="nl-NL"/>
        </w:rPr>
        <w:br/>
        <w:t xml:space="preserve">Link: </w:t>
      </w:r>
      <w:hyperlink r:id="rId27" w:history="1">
        <w:r w:rsidR="009E264E">
          <w:rPr>
            <w:rStyle w:val="Hyperlink"/>
            <w:lang w:val="nl-NL"/>
          </w:rPr>
          <w:t>Synthesia.io</w:t>
        </w:r>
      </w:hyperlink>
    </w:p>
    <w:p w14:paraId="07B5AA80" w14:textId="6EA4DC11" w:rsidR="009E264E" w:rsidRDefault="001D7ED7" w:rsidP="001D7ED7">
      <w:pPr>
        <w:spacing w:before="0" w:after="0" w:line="240" w:lineRule="auto"/>
        <w:rPr>
          <w:lang w:val="nl-NL"/>
        </w:rPr>
      </w:pPr>
      <w:r>
        <w:rPr>
          <w:lang w:val="nl-NL"/>
        </w:rPr>
        <w:br/>
      </w:r>
      <w:r w:rsidR="009E264E">
        <w:rPr>
          <w:lang w:val="nl-NL"/>
        </w:rPr>
        <w:t xml:space="preserve">Je moet een account maken bij </w:t>
      </w:r>
      <w:proofErr w:type="spellStart"/>
      <w:r w:rsidR="009E264E">
        <w:rPr>
          <w:lang w:val="nl-NL"/>
        </w:rPr>
        <w:t>Synthesia</w:t>
      </w:r>
      <w:proofErr w:type="spellEnd"/>
      <w:r w:rsidR="009E264E">
        <w:rPr>
          <w:lang w:val="nl-NL"/>
        </w:rPr>
        <w:t>. Daarmee moet je inloggen. Er zijn gratis mogelijkheden om een video te maken. Er zitten beperkingen aan, voornamelijk lengte van de video en aantal video’s dat je gratis kan laten genereren. Er is een betaalde versie die meer mogelijkheden biedt.</w:t>
      </w:r>
    </w:p>
    <w:p w14:paraId="34F80C7B" w14:textId="77777777" w:rsidR="009E264E" w:rsidRDefault="009E264E" w:rsidP="001D7ED7">
      <w:pPr>
        <w:spacing w:before="0" w:after="0" w:line="240" w:lineRule="auto"/>
        <w:rPr>
          <w:lang w:val="nl-NL"/>
        </w:rPr>
      </w:pPr>
    </w:p>
    <w:p w14:paraId="4B21D837" w14:textId="6AB00D83" w:rsidR="001C3B5A" w:rsidRDefault="00016891" w:rsidP="001D7ED7">
      <w:pPr>
        <w:spacing w:before="0" w:after="0" w:line="240" w:lineRule="auto"/>
        <w:rPr>
          <w:lang w:val="nl-NL"/>
        </w:rPr>
      </w:pPr>
      <w:r>
        <w:rPr>
          <w:lang w:val="nl-NL"/>
        </w:rPr>
        <w:t xml:space="preserve">Log in bij </w:t>
      </w:r>
      <w:proofErr w:type="spellStart"/>
      <w:r>
        <w:rPr>
          <w:lang w:val="nl-NL"/>
        </w:rPr>
        <w:t>Synthesia</w:t>
      </w:r>
      <w:proofErr w:type="spellEnd"/>
      <w:r>
        <w:rPr>
          <w:lang w:val="nl-NL"/>
        </w:rPr>
        <w:t xml:space="preserve"> en dan wordt (nadat er een aantal vragen gesteld worden over onder andere je beroep) meteen een scherm geopend waarin je </w:t>
      </w:r>
      <w:r w:rsidR="001C3B5A">
        <w:rPr>
          <w:lang w:val="nl-NL"/>
        </w:rPr>
        <w:t>een video kunt gaan laten maken.</w:t>
      </w:r>
      <w:r w:rsidR="008B3E5B">
        <w:rPr>
          <w:lang w:val="nl-NL"/>
        </w:rPr>
        <w:t xml:space="preserve"> In een aantal stappen wordt je door het ontwerpproces geleid. </w:t>
      </w:r>
      <w:r w:rsidR="0043410B">
        <w:rPr>
          <w:lang w:val="nl-NL"/>
        </w:rPr>
        <w:t xml:space="preserve">Er wordt een onderwerp gevraagd waarover je het wilt hebben. Hier kun je bijvoorbeeld invullen: </w:t>
      </w:r>
      <w:proofErr w:type="spellStart"/>
      <w:r w:rsidR="0043410B">
        <w:rPr>
          <w:lang w:val="nl-NL"/>
        </w:rPr>
        <w:t>belanghebbendheid</w:t>
      </w:r>
      <w:proofErr w:type="spellEnd"/>
      <w:r w:rsidR="0043410B">
        <w:rPr>
          <w:lang w:val="nl-NL"/>
        </w:rPr>
        <w:t xml:space="preserve"> in het bestuursrecht. Daaronder wordt gevraagd om </w:t>
      </w:r>
      <w:r w:rsidR="00282D6D">
        <w:rPr>
          <w:lang w:val="nl-NL"/>
        </w:rPr>
        <w:t xml:space="preserve">het publiek te duiden, daarin kun je invullen: studenten. </w:t>
      </w:r>
      <w:r w:rsidR="00970391">
        <w:rPr>
          <w:lang w:val="nl-NL"/>
        </w:rPr>
        <w:t>Klik door en dan verschijnt er een nieuw scherm waar</w:t>
      </w:r>
      <w:r w:rsidR="00106FF0">
        <w:rPr>
          <w:lang w:val="nl-NL"/>
        </w:rPr>
        <w:t xml:space="preserve">in de contouren van je video al staan. Je kunt nu de taal aanpassen naar Nederlands en vervolgens zul je zien dat de AI automatisch al de inhoud vult. Deze inhoud is </w:t>
      </w:r>
      <w:r w:rsidR="0022185A">
        <w:rPr>
          <w:lang w:val="nl-NL"/>
        </w:rPr>
        <w:t xml:space="preserve">waarschijnlijk </w:t>
      </w:r>
      <w:r w:rsidR="00106FF0">
        <w:rPr>
          <w:lang w:val="nl-NL"/>
        </w:rPr>
        <w:t xml:space="preserve">kwalitatief minder </w:t>
      </w:r>
      <w:r w:rsidR="0022185A">
        <w:rPr>
          <w:lang w:val="nl-NL"/>
        </w:rPr>
        <w:t>omdat je prompt ook maar minimaal is. Je kunt nu de video laten genereren.</w:t>
      </w:r>
    </w:p>
    <w:p w14:paraId="33CBEE2A" w14:textId="77777777" w:rsidR="001C3B5A" w:rsidRDefault="001C3B5A" w:rsidP="001D7ED7">
      <w:pPr>
        <w:spacing w:before="0" w:after="0" w:line="240" w:lineRule="auto"/>
        <w:rPr>
          <w:lang w:val="nl-NL"/>
        </w:rPr>
      </w:pPr>
    </w:p>
    <w:p w14:paraId="3E269646" w14:textId="6682F425" w:rsidR="0022185A" w:rsidRDefault="0022185A" w:rsidP="001D7ED7">
      <w:pPr>
        <w:spacing w:before="0" w:after="0" w:line="240" w:lineRule="auto"/>
        <w:rPr>
          <w:lang w:val="nl-NL"/>
        </w:rPr>
      </w:pPr>
      <w:r>
        <w:rPr>
          <w:lang w:val="nl-NL"/>
        </w:rPr>
        <w:t xml:space="preserve">Na enige minuten is je video klaar. </w:t>
      </w:r>
      <w:r w:rsidR="001F6EA9">
        <w:rPr>
          <w:lang w:val="nl-NL"/>
        </w:rPr>
        <w:t xml:space="preserve">En deze kun je terugvinden in het hoofdscherm onder de knop </w:t>
      </w:r>
      <w:proofErr w:type="spellStart"/>
      <w:r w:rsidR="001F6EA9">
        <w:rPr>
          <w:lang w:val="nl-NL"/>
        </w:rPr>
        <w:t>videos</w:t>
      </w:r>
      <w:proofErr w:type="spellEnd"/>
      <w:r w:rsidR="001F6EA9">
        <w:rPr>
          <w:lang w:val="nl-NL"/>
        </w:rPr>
        <w:t xml:space="preserve"> aan de linkerkant van je scherm.</w:t>
      </w:r>
    </w:p>
    <w:p w14:paraId="6C168714" w14:textId="4F43B89B" w:rsidR="00C467C7" w:rsidRDefault="004E4758" w:rsidP="001D7ED7">
      <w:pPr>
        <w:spacing w:before="0" w:after="0" w:line="240" w:lineRule="auto"/>
        <w:rPr>
          <w:lang w:val="nl-NL"/>
        </w:rPr>
      </w:pPr>
      <w:r>
        <w:rPr>
          <w:noProof/>
          <w:lang w:val="nl-NL"/>
        </w:rPr>
        <mc:AlternateContent>
          <mc:Choice Requires="wps">
            <w:drawing>
              <wp:anchor distT="0" distB="0" distL="114300" distR="114300" simplePos="0" relativeHeight="251663360" behindDoc="0" locked="0" layoutInCell="1" allowOverlap="1" wp14:anchorId="1A38C693" wp14:editId="272D80A3">
                <wp:simplePos x="0" y="0"/>
                <wp:positionH relativeFrom="column">
                  <wp:posOffset>4461688</wp:posOffset>
                </wp:positionH>
                <wp:positionV relativeFrom="paragraph">
                  <wp:posOffset>146203</wp:posOffset>
                </wp:positionV>
                <wp:extent cx="563271" cy="541325"/>
                <wp:effectExtent l="76200" t="38100" r="103505" b="106680"/>
                <wp:wrapNone/>
                <wp:docPr id="758285158" name="Ovaal 3"/>
                <wp:cNvGraphicFramePr/>
                <a:graphic xmlns:a="http://schemas.openxmlformats.org/drawingml/2006/main">
                  <a:graphicData uri="http://schemas.microsoft.com/office/word/2010/wordprocessingShape">
                    <wps:wsp>
                      <wps:cNvSpPr/>
                      <wps:spPr>
                        <a:xfrm>
                          <a:off x="0" y="0"/>
                          <a:ext cx="563271" cy="541325"/>
                        </a:xfrm>
                        <a:prstGeom prst="ellipse">
                          <a:avLst/>
                        </a:prstGeom>
                        <a:noFill/>
                        <a:ln w="571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0B39C8" id="Ovaal 3" o:spid="_x0000_s1026" style="position:absolute;margin-left:351.3pt;margin-top:11.5pt;width:44.35pt;height:42.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" filled="f" strokecolor="#e00" strokeweight="4.5pt">
                <v:shadow on="t" color="black" opacity="22937f" origin=",.5" offset="0,.63889mm"/>
              </v:oval>
            </w:pict>
          </mc:Fallback>
        </mc:AlternateContent>
      </w:r>
    </w:p>
    <w:p w14:paraId="0609E774" w14:textId="445ABB57" w:rsidR="00C467C7" w:rsidRDefault="009D3919" w:rsidP="001D7ED7">
      <w:pPr>
        <w:spacing w:before="0" w:after="0" w:line="240" w:lineRule="auto"/>
        <w:rPr>
          <w:lang w:val="nl-NL"/>
        </w:rPr>
      </w:pPr>
      <w:r>
        <w:rPr>
          <w:noProof/>
          <w:lang w:val="nl-NL"/>
        </w:rPr>
        <mc:AlternateContent>
          <mc:Choice Requires="wps">
            <w:drawing>
              <wp:anchor distT="0" distB="0" distL="114300" distR="114300" simplePos="0" relativeHeight="251665408" behindDoc="0" locked="0" layoutInCell="1" allowOverlap="1" wp14:anchorId="16912449" wp14:editId="10DE2D53">
                <wp:simplePos x="0" y="0"/>
                <wp:positionH relativeFrom="column">
                  <wp:posOffset>153619</wp:posOffset>
                </wp:positionH>
                <wp:positionV relativeFrom="paragraph">
                  <wp:posOffset>862330</wp:posOffset>
                </wp:positionV>
                <wp:extent cx="563271" cy="541325"/>
                <wp:effectExtent l="76200" t="38100" r="103505" b="106680"/>
                <wp:wrapNone/>
                <wp:docPr id="1093833848" name="Ovaal 3"/>
                <wp:cNvGraphicFramePr/>
                <a:graphic xmlns:a="http://schemas.openxmlformats.org/drawingml/2006/main">
                  <a:graphicData uri="http://schemas.microsoft.com/office/word/2010/wordprocessingShape">
                    <wps:wsp>
                      <wps:cNvSpPr/>
                      <wps:spPr>
                        <a:xfrm>
                          <a:off x="0" y="0"/>
                          <a:ext cx="563271" cy="541325"/>
                        </a:xfrm>
                        <a:prstGeom prst="ellipse">
                          <a:avLst/>
                        </a:prstGeom>
                        <a:noFill/>
                        <a:ln w="571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16030" id="Ovaal 3" o:spid="_x0000_s1026" style="position:absolute;margin-left:12.1pt;margin-top:67.9pt;width:44.35pt;height:42.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" filled="f" strokecolor="#e00" strokeweight="4.5pt">
                <v:shadow on="t" color="black" opacity="22937f" origin=",.5" offset="0,.63889mm"/>
              </v:oval>
            </w:pict>
          </mc:Fallback>
        </mc:AlternateContent>
      </w:r>
      <w:r w:rsidR="00C467C7" w:rsidRPr="00C467C7">
        <w:rPr>
          <w:noProof/>
          <w:lang w:val="nl-NL"/>
        </w:rPr>
        <w:drawing>
          <wp:inline distT="0" distB="0" distL="0" distR="0" wp14:anchorId="3B4679E8" wp14:editId="67D1C33B">
            <wp:extent cx="5486400" cy="3112770"/>
            <wp:effectExtent l="0" t="0" r="0" b="0"/>
            <wp:docPr id="1356897725" name="Afbeelding 1" descr="Afbeelding met tekst, software, Webpagina,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97725" name="Afbeelding 1" descr="Afbeelding met tekst, software, Webpagina, Website&#10;&#10;Door AI gegenereerde inhoud is mogelijk onjuist."/>
                    <pic:cNvPicPr/>
                  </pic:nvPicPr>
                  <pic:blipFill>
                    <a:blip r:embed="rId28"/>
                    <a:stretch>
                      <a:fillRect/>
                    </a:stretch>
                  </pic:blipFill>
                  <pic:spPr>
                    <a:xfrm>
                      <a:off x="0" y="0"/>
                      <a:ext cx="5486400" cy="3112770"/>
                    </a:xfrm>
                    <a:prstGeom prst="rect">
                      <a:avLst/>
                    </a:prstGeom>
                  </pic:spPr>
                </pic:pic>
              </a:graphicData>
            </a:graphic>
          </wp:inline>
        </w:drawing>
      </w:r>
    </w:p>
    <w:p w14:paraId="65A25F55" w14:textId="77777777" w:rsidR="001F6EA9" w:rsidRDefault="001F6EA9" w:rsidP="001D7ED7">
      <w:pPr>
        <w:spacing w:before="0" w:after="0" w:line="240" w:lineRule="auto"/>
        <w:rPr>
          <w:lang w:val="nl-NL"/>
        </w:rPr>
      </w:pPr>
    </w:p>
    <w:p w14:paraId="54D44F6E" w14:textId="79D9B6A6" w:rsidR="009D3919" w:rsidRDefault="001F6EA9" w:rsidP="001D7ED7">
      <w:pPr>
        <w:spacing w:before="0" w:after="0" w:line="240" w:lineRule="auto"/>
        <w:rPr>
          <w:lang w:val="nl-NL"/>
        </w:rPr>
      </w:pPr>
      <w:r>
        <w:rPr>
          <w:lang w:val="nl-NL"/>
        </w:rPr>
        <w:t>Wil je een nieuwe video maken, dan kun je rechts</w:t>
      </w:r>
      <w:r w:rsidR="004E4758">
        <w:rPr>
          <w:lang w:val="nl-NL"/>
        </w:rPr>
        <w:t xml:space="preserve"> </w:t>
      </w:r>
      <w:r>
        <w:rPr>
          <w:lang w:val="nl-NL"/>
        </w:rPr>
        <w:t xml:space="preserve">bovenin klikken op de knop </w:t>
      </w:r>
      <w:proofErr w:type="spellStart"/>
      <w:r>
        <w:rPr>
          <w:lang w:val="nl-NL"/>
        </w:rPr>
        <w:t>create</w:t>
      </w:r>
      <w:proofErr w:type="spellEnd"/>
      <w:r>
        <w:rPr>
          <w:lang w:val="nl-NL"/>
        </w:rPr>
        <w:t xml:space="preserve">. </w:t>
      </w:r>
      <w:r w:rsidR="00CC1AC2">
        <w:rPr>
          <w:lang w:val="nl-NL"/>
        </w:rPr>
        <w:t xml:space="preserve">Dan opent een nieuw scherm met een aantal templates die je als basis kan gebruiken met verschillende </w:t>
      </w:r>
      <w:proofErr w:type="spellStart"/>
      <w:r w:rsidR="00CC1AC2">
        <w:rPr>
          <w:lang w:val="nl-NL"/>
        </w:rPr>
        <w:t>avatars</w:t>
      </w:r>
      <w:proofErr w:type="spellEnd"/>
      <w:r w:rsidR="00CC1AC2">
        <w:rPr>
          <w:lang w:val="nl-NL"/>
        </w:rPr>
        <w:t xml:space="preserve"> (personen in beeld die de tekst uitspreken). </w:t>
      </w:r>
      <w:r w:rsidR="009D3919">
        <w:rPr>
          <w:lang w:val="nl-NL"/>
        </w:rPr>
        <w:t>Dat ziet er als volgt uit:</w:t>
      </w:r>
    </w:p>
    <w:p w14:paraId="1C872ED7" w14:textId="27A421DD" w:rsidR="009D3919" w:rsidRDefault="009D3919" w:rsidP="001D7ED7">
      <w:pPr>
        <w:spacing w:before="0" w:after="0" w:line="240" w:lineRule="auto"/>
        <w:rPr>
          <w:lang w:val="nl-NL"/>
        </w:rPr>
      </w:pPr>
    </w:p>
    <w:p w14:paraId="2E40F6D5" w14:textId="2735C44A" w:rsidR="009D3919" w:rsidRDefault="009D3919" w:rsidP="001D7ED7">
      <w:pPr>
        <w:spacing w:before="0" w:after="0" w:line="240" w:lineRule="auto"/>
        <w:rPr>
          <w:lang w:val="nl-NL"/>
        </w:rPr>
      </w:pPr>
      <w:r>
        <w:rPr>
          <w:noProof/>
          <w:lang w:val="nl-NL"/>
        </w:rPr>
        <w:lastRenderedPageBreak/>
        <mc:AlternateContent>
          <mc:Choice Requires="wps">
            <w:drawing>
              <wp:anchor distT="0" distB="0" distL="114300" distR="114300" simplePos="0" relativeHeight="251667456" behindDoc="0" locked="0" layoutInCell="1" allowOverlap="1" wp14:anchorId="0713C1C4" wp14:editId="0FF27A4E">
                <wp:simplePos x="0" y="0"/>
                <wp:positionH relativeFrom="column">
                  <wp:posOffset>315773</wp:posOffset>
                </wp:positionH>
                <wp:positionV relativeFrom="paragraph">
                  <wp:posOffset>2357018</wp:posOffset>
                </wp:positionV>
                <wp:extent cx="1138123" cy="541325"/>
                <wp:effectExtent l="76200" t="38100" r="100330" b="106680"/>
                <wp:wrapNone/>
                <wp:docPr id="907592982" name="Ovaal 3"/>
                <wp:cNvGraphicFramePr/>
                <a:graphic xmlns:a="http://schemas.openxmlformats.org/drawingml/2006/main">
                  <a:graphicData uri="http://schemas.microsoft.com/office/word/2010/wordprocessingShape">
                    <wps:wsp>
                      <wps:cNvSpPr/>
                      <wps:spPr>
                        <a:xfrm>
                          <a:off x="0" y="0"/>
                          <a:ext cx="1138123" cy="541325"/>
                        </a:xfrm>
                        <a:prstGeom prst="ellipse">
                          <a:avLst/>
                        </a:prstGeom>
                        <a:noFill/>
                        <a:ln w="571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6A088E" id="Ovaal 3" o:spid="_x0000_s1026" style="position:absolute;margin-left:24.85pt;margin-top:185.6pt;width:89.6pt;height:42.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" filled="f" strokecolor="#e00" strokeweight="4.5pt">
                <v:shadow on="t" color="black" opacity="22937f" origin=",.5" offset="0,.63889mm"/>
              </v:oval>
            </w:pict>
          </mc:Fallback>
        </mc:AlternateContent>
      </w:r>
      <w:r w:rsidRPr="009D3919">
        <w:rPr>
          <w:noProof/>
          <w:lang w:val="nl-NL"/>
        </w:rPr>
        <w:drawing>
          <wp:inline distT="0" distB="0" distL="0" distR="0" wp14:anchorId="32C2FD1E" wp14:editId="1EBF1D96">
            <wp:extent cx="5486400" cy="3089275"/>
            <wp:effectExtent l="0" t="0" r="0" b="0"/>
            <wp:docPr id="214192459" name="Afbeelding 1" descr="Afbeelding met tekst, schermopname, persoon,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2459" name="Afbeelding 1" descr="Afbeelding met tekst, schermopname, persoon, Menselijk gezicht&#10;&#10;Door AI gegenereerde inhoud is mogelijk onjuist."/>
                    <pic:cNvPicPr/>
                  </pic:nvPicPr>
                  <pic:blipFill>
                    <a:blip r:embed="rId29"/>
                    <a:stretch>
                      <a:fillRect/>
                    </a:stretch>
                  </pic:blipFill>
                  <pic:spPr>
                    <a:xfrm>
                      <a:off x="0" y="0"/>
                      <a:ext cx="5486400" cy="3089275"/>
                    </a:xfrm>
                    <a:prstGeom prst="rect">
                      <a:avLst/>
                    </a:prstGeom>
                  </pic:spPr>
                </pic:pic>
              </a:graphicData>
            </a:graphic>
          </wp:inline>
        </w:drawing>
      </w:r>
    </w:p>
    <w:p w14:paraId="6D225073" w14:textId="1005A501" w:rsidR="009D3919" w:rsidRDefault="009D3919" w:rsidP="001D7ED7">
      <w:pPr>
        <w:spacing w:before="0" w:after="0" w:line="240" w:lineRule="auto"/>
        <w:rPr>
          <w:lang w:val="nl-NL"/>
        </w:rPr>
      </w:pPr>
    </w:p>
    <w:p w14:paraId="4D70D130" w14:textId="77777777" w:rsidR="00CB085C" w:rsidRDefault="00573F05" w:rsidP="001D7ED7">
      <w:pPr>
        <w:spacing w:before="0" w:after="0" w:line="240" w:lineRule="auto"/>
        <w:rPr>
          <w:lang w:val="nl-NL"/>
        </w:rPr>
      </w:pPr>
      <w:r>
        <w:rPr>
          <w:lang w:val="nl-NL"/>
        </w:rPr>
        <w:t xml:space="preserve">Onderaan deze pagina staat de knop ‘start </w:t>
      </w:r>
      <w:proofErr w:type="spellStart"/>
      <w:r>
        <w:rPr>
          <w:lang w:val="nl-NL"/>
        </w:rPr>
        <w:t>from</w:t>
      </w:r>
      <w:proofErr w:type="spellEnd"/>
      <w:r>
        <w:rPr>
          <w:lang w:val="nl-NL"/>
        </w:rPr>
        <w:t xml:space="preserve"> blank’, als je daarop klikt verschijnt er een wit canvas </w:t>
      </w:r>
      <w:r w:rsidR="00711CBB">
        <w:rPr>
          <w:lang w:val="nl-NL"/>
        </w:rPr>
        <w:t>waarin je alles helemaal zelf kunt instellen</w:t>
      </w:r>
      <w:r w:rsidR="002A609E">
        <w:rPr>
          <w:lang w:val="nl-NL"/>
        </w:rPr>
        <w:t xml:space="preserve">: zoals je avatar, de achtergrond, eventuele muziek. </w:t>
      </w:r>
      <w:r w:rsidR="00CB085C">
        <w:rPr>
          <w:lang w:val="nl-NL"/>
        </w:rPr>
        <w:t>Onderin kun je de tekst invoeren waarvan je wilt dat de avatar deze uitspreekt. Hiervoor kun je eventueel je script gebruiken dat je eerder hebt laten genereren (punt 1 van dit werkblad).</w:t>
      </w:r>
    </w:p>
    <w:p w14:paraId="46AD9FD8" w14:textId="77777777" w:rsidR="00CB085C" w:rsidRDefault="00CB085C" w:rsidP="001D7ED7">
      <w:pPr>
        <w:spacing w:before="0" w:after="0" w:line="240" w:lineRule="auto"/>
        <w:rPr>
          <w:lang w:val="nl-NL"/>
        </w:rPr>
      </w:pPr>
    </w:p>
    <w:p w14:paraId="0E579607" w14:textId="181C5CAB" w:rsidR="0025253B" w:rsidRDefault="00CB085C" w:rsidP="001D7ED7">
      <w:pPr>
        <w:spacing w:before="0" w:after="0" w:line="240" w:lineRule="auto"/>
        <w:rPr>
          <w:lang w:val="nl-NL"/>
        </w:rPr>
      </w:pPr>
      <w:r w:rsidRPr="00CB085C">
        <w:rPr>
          <w:noProof/>
          <w:lang w:val="nl-NL"/>
        </w:rPr>
        <w:drawing>
          <wp:inline distT="0" distB="0" distL="0" distR="0" wp14:anchorId="131BBC61" wp14:editId="5AFA1214">
            <wp:extent cx="5486400" cy="2985770"/>
            <wp:effectExtent l="0" t="0" r="0" b="5080"/>
            <wp:docPr id="2124878131" name="Afbeelding 1" descr="Afbeelding met tekst, Menselijk gezicht, software,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78131" name="Afbeelding 1" descr="Afbeelding met tekst, Menselijk gezicht, software, kleding&#10;&#10;Door AI gegenereerde inhoud is mogelijk onjuist."/>
                    <pic:cNvPicPr/>
                  </pic:nvPicPr>
                  <pic:blipFill>
                    <a:blip r:embed="rId30"/>
                    <a:stretch>
                      <a:fillRect/>
                    </a:stretch>
                  </pic:blipFill>
                  <pic:spPr>
                    <a:xfrm>
                      <a:off x="0" y="0"/>
                      <a:ext cx="5486400" cy="2985770"/>
                    </a:xfrm>
                    <a:prstGeom prst="rect">
                      <a:avLst/>
                    </a:prstGeom>
                  </pic:spPr>
                </pic:pic>
              </a:graphicData>
            </a:graphic>
          </wp:inline>
        </w:drawing>
      </w:r>
      <w:r w:rsidR="001D7ED7">
        <w:rPr>
          <w:lang w:val="nl-NL"/>
        </w:rPr>
        <w:br/>
      </w:r>
    </w:p>
    <w:p w14:paraId="1F703248" w14:textId="77777777" w:rsidR="009D3919" w:rsidRDefault="009D3919" w:rsidP="001D7ED7">
      <w:pPr>
        <w:spacing w:before="0" w:after="0" w:line="240" w:lineRule="auto"/>
        <w:rPr>
          <w:lang w:val="nl-NL"/>
        </w:rPr>
      </w:pPr>
    </w:p>
    <w:p w14:paraId="13975735" w14:textId="10FB1302" w:rsidR="00CB085C" w:rsidRDefault="00741083">
      <w:pPr>
        <w:rPr>
          <w:lang w:val="nl-NL"/>
        </w:rPr>
      </w:pPr>
      <w:r>
        <w:rPr>
          <w:lang w:val="nl-NL"/>
        </w:rPr>
        <w:t xml:space="preserve">Als je een video hebt gemaakt die </w:t>
      </w:r>
      <w:r w:rsidR="00C34928">
        <w:rPr>
          <w:lang w:val="nl-NL"/>
        </w:rPr>
        <w:t xml:space="preserve">van voldoende kwaliteit is, dan kun je deze video downloaden. Dat kan bijvoorbeeld in het </w:t>
      </w:r>
      <w:proofErr w:type="spellStart"/>
      <w:r w:rsidR="00C34928">
        <w:rPr>
          <w:lang w:val="nl-NL"/>
        </w:rPr>
        <w:t>Videos</w:t>
      </w:r>
      <w:proofErr w:type="spellEnd"/>
      <w:r w:rsidR="00C34928">
        <w:rPr>
          <w:lang w:val="nl-NL"/>
        </w:rPr>
        <w:t xml:space="preserve"> menu waar al je </w:t>
      </w:r>
      <w:proofErr w:type="spellStart"/>
      <w:r w:rsidR="00C34928">
        <w:rPr>
          <w:lang w:val="nl-NL"/>
        </w:rPr>
        <w:t>videos</w:t>
      </w:r>
      <w:proofErr w:type="spellEnd"/>
      <w:r w:rsidR="00C34928">
        <w:rPr>
          <w:lang w:val="nl-NL"/>
        </w:rPr>
        <w:t xml:space="preserve"> op een rijtje staan. Met je rechtermuisknop kun je hierop drukken waarna de optie downloaden verschijnt. </w:t>
      </w:r>
      <w:r w:rsidR="00CB085C">
        <w:rPr>
          <w:lang w:val="nl-NL"/>
        </w:rPr>
        <w:br w:type="page"/>
      </w:r>
    </w:p>
    <w:p w14:paraId="22041A0A" w14:textId="28B7EE8D" w:rsidR="003756F9" w:rsidRPr="00F26EA7" w:rsidRDefault="003756F9" w:rsidP="003756F9">
      <w:pPr>
        <w:pStyle w:val="Kop2"/>
        <w:spacing w:before="0" w:line="240" w:lineRule="auto"/>
        <w:rPr>
          <w:lang w:val="nl-NL"/>
        </w:rPr>
      </w:pPr>
      <w:r>
        <w:rPr>
          <w:lang w:val="nl-NL"/>
        </w:rPr>
        <w:lastRenderedPageBreak/>
        <w:t>Let op</w:t>
      </w:r>
    </w:p>
    <w:p w14:paraId="7F0671CE" w14:textId="2CCFFEBC" w:rsidR="001D7ED7" w:rsidRDefault="003756F9" w:rsidP="001D7ED7">
      <w:pPr>
        <w:spacing w:before="0" w:after="0" w:line="240" w:lineRule="auto"/>
        <w:rPr>
          <w:lang w:val="nl-NL"/>
        </w:rPr>
      </w:pPr>
      <w:r>
        <w:rPr>
          <w:lang w:val="nl-NL"/>
        </w:rPr>
        <w:t xml:space="preserve">De AI-act vereist dat je benoemd dat je deze content met AI hebt gemaakt. Zorg dus dat je dat duidelijk vermeld als je deze content ergens publiekelijk </w:t>
      </w:r>
      <w:r w:rsidR="00FD55EC">
        <w:rPr>
          <w:lang w:val="nl-NL"/>
        </w:rPr>
        <w:t>gebruikt en/of publiceert.</w:t>
      </w:r>
    </w:p>
    <w:p w14:paraId="350BD556" w14:textId="77777777" w:rsidR="003756F9" w:rsidRDefault="003756F9" w:rsidP="001D7ED7">
      <w:pPr>
        <w:spacing w:before="0" w:after="0" w:line="240" w:lineRule="auto"/>
        <w:rPr>
          <w:lang w:val="nl-NL"/>
        </w:rPr>
      </w:pPr>
    </w:p>
    <w:p w14:paraId="5123534C" w14:textId="79E69912" w:rsidR="00325D2C" w:rsidRPr="00F26EA7" w:rsidRDefault="0079121F" w:rsidP="00936394">
      <w:pPr>
        <w:pStyle w:val="Kop2"/>
        <w:spacing w:before="0" w:line="240" w:lineRule="auto"/>
        <w:rPr>
          <w:lang w:val="nl-NL"/>
        </w:rPr>
      </w:pPr>
      <w:r w:rsidRPr="00F26EA7">
        <w:rPr>
          <w:lang w:val="nl-NL"/>
        </w:rPr>
        <w:t>Reflectie</w:t>
      </w:r>
    </w:p>
    <w:p w14:paraId="533F72C2" w14:textId="77777777" w:rsidR="00325D2C" w:rsidRPr="00862DF4" w:rsidRDefault="0079121F" w:rsidP="00936394">
      <w:pPr>
        <w:pStyle w:val="Lijstopsomteken"/>
        <w:spacing w:before="0" w:after="0" w:line="240" w:lineRule="auto"/>
        <w:rPr>
          <w:lang w:val="nl-NL"/>
        </w:rPr>
      </w:pPr>
      <w:r w:rsidRPr="00862DF4">
        <w:rPr>
          <w:lang w:val="nl-NL"/>
        </w:rPr>
        <w:t>Waar moest je het meest corrigeren of nuanceren?</w:t>
      </w:r>
    </w:p>
    <w:p w14:paraId="442268BF" w14:textId="77777777" w:rsidR="00325D2C" w:rsidRPr="00862DF4" w:rsidRDefault="0079121F" w:rsidP="00936394">
      <w:pPr>
        <w:pStyle w:val="Lijstopsomteken"/>
        <w:spacing w:before="0" w:after="0" w:line="240" w:lineRule="auto"/>
        <w:rPr>
          <w:lang w:val="nl-NL"/>
        </w:rPr>
      </w:pPr>
      <w:r w:rsidRPr="00862DF4">
        <w:rPr>
          <w:lang w:val="nl-NL"/>
        </w:rPr>
        <w:t>Welke kwaliteitscriteria ga je voortaan standaard gebruiken?</w:t>
      </w:r>
    </w:p>
    <w:p w14:paraId="77195348" w14:textId="77777777" w:rsidR="00325D2C" w:rsidRDefault="0079121F" w:rsidP="00936394">
      <w:pPr>
        <w:pStyle w:val="Lijstopsomteken"/>
        <w:spacing w:before="0" w:after="0" w:line="240" w:lineRule="auto"/>
        <w:rPr>
          <w:lang w:val="nl-NL"/>
        </w:rPr>
      </w:pPr>
      <w:r w:rsidRPr="00862DF4">
        <w:rPr>
          <w:lang w:val="nl-NL"/>
        </w:rPr>
        <w:t>Hoe maak je zichtbaar dat AI is gebruikt (zonder dat het afdoet aan je boodschap)?</w:t>
      </w:r>
    </w:p>
    <w:p w14:paraId="3A63CC89" w14:textId="77777777" w:rsidR="00F82F6A" w:rsidRPr="00862DF4" w:rsidRDefault="00F82F6A" w:rsidP="00F82F6A">
      <w:pPr>
        <w:pStyle w:val="Lijstopsomteken"/>
        <w:numPr>
          <w:ilvl w:val="0"/>
          <w:numId w:val="0"/>
        </w:numPr>
        <w:spacing w:before="0" w:after="0" w:line="240" w:lineRule="auto"/>
        <w:ind w:left="360"/>
        <w:rPr>
          <w:lang w:val="nl-NL"/>
        </w:rPr>
      </w:pPr>
    </w:p>
    <w:p w14:paraId="0DDD7F1C" w14:textId="089241FD" w:rsidR="00C178DD" w:rsidRPr="00F87E54" w:rsidRDefault="00C178DD" w:rsidP="00936394">
      <w:pPr>
        <w:pStyle w:val="Kop2"/>
        <w:spacing w:before="0" w:line="240" w:lineRule="auto"/>
        <w:rPr>
          <w:lang w:val="nl-NL"/>
        </w:rPr>
      </w:pPr>
      <w:r>
        <w:rPr>
          <w:lang w:val="nl-NL"/>
        </w:rPr>
        <w:t>Showcase</w:t>
      </w:r>
    </w:p>
    <w:p w14:paraId="0561FB17" w14:textId="77777777" w:rsidR="00C178DD" w:rsidRDefault="00C178DD" w:rsidP="00936394">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1AEA5163" w14:textId="77777777" w:rsidR="00C178DD" w:rsidRPr="00C178DD" w:rsidRDefault="00C178DD" w:rsidP="00936394">
      <w:pPr>
        <w:pStyle w:val="Lijstopsomteken"/>
        <w:numPr>
          <w:ilvl w:val="0"/>
          <w:numId w:val="0"/>
        </w:numPr>
        <w:spacing w:before="0" w:after="0" w:line="240" w:lineRule="auto"/>
        <w:ind w:left="360" w:hanging="360"/>
        <w:rPr>
          <w:lang w:val="nl-NL"/>
        </w:rPr>
      </w:pPr>
      <w:r>
        <w:rPr>
          <w:lang w:val="nl-NL"/>
        </w:rPr>
        <w:t xml:space="preserve">Hulpvragen hierbij: </w:t>
      </w:r>
      <w:r w:rsidRPr="00862DF4">
        <w:rPr>
          <w:lang w:val="nl-NL"/>
        </w:rPr>
        <w:t>wat probeerde je, wat kwam eruit, wat neem je mee?</w:t>
      </w:r>
    </w:p>
    <w:p w14:paraId="1A604524" w14:textId="7216A202" w:rsidR="00325D2C" w:rsidRPr="00862DF4" w:rsidRDefault="0079121F" w:rsidP="00936394">
      <w:pPr>
        <w:spacing w:before="0" w:after="0" w:line="240" w:lineRule="auto"/>
        <w:rPr>
          <w:lang w:val="nl-NL"/>
        </w:rPr>
      </w:pPr>
      <w:r w:rsidRPr="00862DF4">
        <w:rPr>
          <w:lang w:val="nl-NL"/>
        </w:rPr>
        <w:br w:type="page"/>
      </w:r>
    </w:p>
    <w:p w14:paraId="7A493278" w14:textId="2E429E2E" w:rsidR="00325D2C" w:rsidRPr="00862DF4" w:rsidRDefault="0079121F" w:rsidP="00936394">
      <w:pPr>
        <w:pStyle w:val="Kop1"/>
        <w:spacing w:before="0" w:line="240" w:lineRule="auto"/>
        <w:rPr>
          <w:lang w:val="nl-NL"/>
        </w:rPr>
      </w:pPr>
      <w:bookmarkStart w:id="8" w:name="_Werkblad_7_–"/>
      <w:bookmarkEnd w:id="8"/>
      <w:r w:rsidRPr="00862DF4">
        <w:rPr>
          <w:lang w:val="nl-NL"/>
        </w:rPr>
        <w:lastRenderedPageBreak/>
        <w:t xml:space="preserve">Werkblad 7 – </w:t>
      </w:r>
      <w:r w:rsidR="00FE28F2" w:rsidRPr="00FE28F2">
        <w:rPr>
          <w:lang w:val="nl-NL"/>
        </w:rPr>
        <w:t>Ik wil onderwijs maken met behulp van AI</w:t>
      </w:r>
    </w:p>
    <w:p w14:paraId="65220EDE" w14:textId="77777777"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1"/>
        <w:gridCol w:w="4313"/>
      </w:tblGrid>
      <w:tr w:rsidR="00E7400F" w:rsidRPr="00862DF4" w14:paraId="3B64F27F" w14:textId="77777777" w:rsidTr="00E7400F">
        <w:tc>
          <w:tcPr>
            <w:tcW w:w="4311" w:type="dxa"/>
            <w:tcBorders>
              <w:top w:val="single" w:sz="6" w:space="0" w:color="C9C9C9"/>
              <w:left w:val="single" w:sz="6" w:space="0" w:color="C9C9C9"/>
              <w:bottom w:val="single" w:sz="6" w:space="0" w:color="C9C9C9"/>
              <w:right w:val="single" w:sz="6" w:space="0" w:color="C9C9C9"/>
            </w:tcBorders>
          </w:tcPr>
          <w:p w14:paraId="11CCE3D6" w14:textId="77777777" w:rsidR="00E7400F" w:rsidRDefault="00E7400F" w:rsidP="00936394">
            <w:pPr>
              <w:spacing w:before="0" w:after="0" w:line="240" w:lineRule="auto"/>
              <w:rPr>
                <w:b/>
              </w:rPr>
            </w:pPr>
            <w:proofErr w:type="spellStart"/>
            <w:r>
              <w:rPr>
                <w:b/>
              </w:rPr>
              <w:t>Doelgroep</w:t>
            </w:r>
            <w:proofErr w:type="spellEnd"/>
          </w:p>
        </w:tc>
        <w:tc>
          <w:tcPr>
            <w:tcW w:w="4313" w:type="dxa"/>
            <w:tcBorders>
              <w:top w:val="single" w:sz="6" w:space="0" w:color="C9C9C9"/>
              <w:left w:val="single" w:sz="6" w:space="0" w:color="C9C9C9"/>
              <w:bottom w:val="single" w:sz="6" w:space="0" w:color="C9C9C9"/>
              <w:right w:val="single" w:sz="6" w:space="0" w:color="C9C9C9"/>
            </w:tcBorders>
          </w:tcPr>
          <w:p w14:paraId="7C4D4535" w14:textId="098EC87B" w:rsidR="00E7400F" w:rsidRPr="00862DF4" w:rsidRDefault="00E7400F" w:rsidP="00936394">
            <w:pPr>
              <w:spacing w:before="0" w:after="0" w:line="240" w:lineRule="auto"/>
              <w:rPr>
                <w:lang w:val="nl-NL"/>
              </w:rPr>
            </w:pPr>
            <w:r>
              <w:rPr>
                <w:lang w:val="nl-NL"/>
              </w:rPr>
              <w:t xml:space="preserve">OP </w:t>
            </w:r>
          </w:p>
        </w:tc>
      </w:tr>
      <w:tr w:rsidR="00325D2C" w:rsidRPr="00B07954" w14:paraId="3191E46E" w14:textId="77777777" w:rsidTr="00E7400F">
        <w:tc>
          <w:tcPr>
            <w:tcW w:w="4311" w:type="dxa"/>
          </w:tcPr>
          <w:p w14:paraId="66A13C6E" w14:textId="77777777" w:rsidR="00325D2C" w:rsidRDefault="0079121F" w:rsidP="00936394">
            <w:pPr>
              <w:spacing w:before="0" w:after="0" w:line="240" w:lineRule="auto"/>
            </w:pPr>
            <w:r>
              <w:rPr>
                <w:b/>
              </w:rPr>
              <w:t>Doel</w:t>
            </w:r>
          </w:p>
        </w:tc>
        <w:tc>
          <w:tcPr>
            <w:tcW w:w="4313" w:type="dxa"/>
          </w:tcPr>
          <w:p w14:paraId="5298235F" w14:textId="77777777" w:rsidR="00325D2C" w:rsidRPr="00862DF4" w:rsidRDefault="0079121F" w:rsidP="00936394">
            <w:pPr>
              <w:spacing w:before="0" w:after="0" w:line="240" w:lineRule="auto"/>
              <w:rPr>
                <w:lang w:val="nl-NL"/>
              </w:rPr>
            </w:pPr>
            <w:r w:rsidRPr="00862DF4">
              <w:rPr>
                <w:lang w:val="nl-NL"/>
              </w:rPr>
              <w:t>AI inzetten als ontwerphulp: leerdoelen, werkvormen, casuïstiek en toets-/opdrachtontwerp (binnen kaders).</w:t>
            </w:r>
          </w:p>
        </w:tc>
      </w:tr>
      <w:tr w:rsidR="00325D2C" w14:paraId="27730CD0" w14:textId="77777777" w:rsidTr="00E7400F">
        <w:tc>
          <w:tcPr>
            <w:tcW w:w="4311" w:type="dxa"/>
          </w:tcPr>
          <w:p w14:paraId="44F51F89" w14:textId="77777777" w:rsidR="00325D2C" w:rsidRDefault="0079121F" w:rsidP="00936394">
            <w:pPr>
              <w:spacing w:before="0" w:after="0" w:line="240" w:lineRule="auto"/>
            </w:pPr>
            <w:proofErr w:type="spellStart"/>
            <w:r>
              <w:rPr>
                <w:b/>
              </w:rPr>
              <w:t>Niveau</w:t>
            </w:r>
            <w:proofErr w:type="spellEnd"/>
          </w:p>
        </w:tc>
        <w:tc>
          <w:tcPr>
            <w:tcW w:w="4313" w:type="dxa"/>
          </w:tcPr>
          <w:p w14:paraId="0AC7A0DE" w14:textId="77777777" w:rsidR="00325D2C" w:rsidRDefault="0079121F" w:rsidP="00936394">
            <w:pPr>
              <w:spacing w:before="0" w:after="0" w:line="240" w:lineRule="auto"/>
            </w:pPr>
            <w:r>
              <w:t xml:space="preserve">Beginners / </w:t>
            </w:r>
            <w:proofErr w:type="spellStart"/>
            <w:r>
              <w:t>Gevorderd</w:t>
            </w:r>
            <w:proofErr w:type="spellEnd"/>
          </w:p>
        </w:tc>
      </w:tr>
      <w:tr w:rsidR="00325D2C" w14:paraId="76A2659B" w14:textId="77777777" w:rsidTr="00E7400F">
        <w:tc>
          <w:tcPr>
            <w:tcW w:w="4311" w:type="dxa"/>
          </w:tcPr>
          <w:p w14:paraId="03BF48D4" w14:textId="77777777" w:rsidR="00325D2C" w:rsidRDefault="0079121F" w:rsidP="00936394">
            <w:pPr>
              <w:spacing w:before="0" w:after="0" w:line="240" w:lineRule="auto"/>
            </w:pPr>
            <w:proofErr w:type="spellStart"/>
            <w:r>
              <w:rPr>
                <w:b/>
              </w:rPr>
              <w:t>Tijd</w:t>
            </w:r>
            <w:proofErr w:type="spellEnd"/>
          </w:p>
        </w:tc>
        <w:tc>
          <w:tcPr>
            <w:tcW w:w="4313" w:type="dxa"/>
          </w:tcPr>
          <w:p w14:paraId="5C59A882" w14:textId="77777777" w:rsidR="00325D2C" w:rsidRDefault="0079121F" w:rsidP="00936394">
            <w:pPr>
              <w:spacing w:before="0" w:after="0" w:line="240" w:lineRule="auto"/>
            </w:pPr>
            <w:r>
              <w:t>Medium / lang</w:t>
            </w:r>
          </w:p>
        </w:tc>
      </w:tr>
      <w:tr w:rsidR="00325D2C" w:rsidRPr="00B07954" w14:paraId="790D0C0B" w14:textId="77777777" w:rsidTr="00E7400F">
        <w:tc>
          <w:tcPr>
            <w:tcW w:w="4311" w:type="dxa"/>
          </w:tcPr>
          <w:p w14:paraId="4F20D81B" w14:textId="77777777" w:rsidR="00325D2C" w:rsidRDefault="0079121F" w:rsidP="00936394">
            <w:pPr>
              <w:spacing w:before="0" w:after="0" w:line="240" w:lineRule="auto"/>
            </w:pPr>
            <w:proofErr w:type="spellStart"/>
            <w:r>
              <w:rPr>
                <w:b/>
              </w:rPr>
              <w:t>Resultaat</w:t>
            </w:r>
            <w:proofErr w:type="spellEnd"/>
          </w:p>
        </w:tc>
        <w:tc>
          <w:tcPr>
            <w:tcW w:w="4313" w:type="dxa"/>
          </w:tcPr>
          <w:p w14:paraId="3A0F53C2" w14:textId="77777777" w:rsidR="00325D2C" w:rsidRPr="00862DF4" w:rsidRDefault="0079121F" w:rsidP="00936394">
            <w:pPr>
              <w:spacing w:before="0" w:after="0" w:line="240" w:lineRule="auto"/>
              <w:rPr>
                <w:lang w:val="nl-NL"/>
              </w:rPr>
            </w:pPr>
            <w:r w:rsidRPr="00862DF4">
              <w:rPr>
                <w:lang w:val="nl-NL"/>
              </w:rPr>
              <w:t>Een mini-lesopzet of opdracht (leerdoel + werkvorm + beoordeling/criteria) inclusief AI-gebruik-instructie voor studenten.</w:t>
            </w:r>
          </w:p>
        </w:tc>
      </w:tr>
      <w:tr w:rsidR="00325D2C" w:rsidRPr="00B07954" w14:paraId="62616062" w14:textId="77777777" w:rsidTr="00E7400F">
        <w:tc>
          <w:tcPr>
            <w:tcW w:w="4311" w:type="dxa"/>
          </w:tcPr>
          <w:p w14:paraId="049408A5" w14:textId="77777777" w:rsidR="00325D2C" w:rsidRDefault="0079121F" w:rsidP="00936394">
            <w:pPr>
              <w:spacing w:before="0" w:after="0" w:line="240" w:lineRule="auto"/>
            </w:pPr>
            <w:r>
              <w:rPr>
                <w:b/>
              </w:rPr>
              <w:t xml:space="preserve">Tools / </w:t>
            </w:r>
            <w:proofErr w:type="spellStart"/>
            <w:r>
              <w:rPr>
                <w:b/>
              </w:rPr>
              <w:t>kaders</w:t>
            </w:r>
            <w:proofErr w:type="spellEnd"/>
          </w:p>
        </w:tc>
        <w:tc>
          <w:tcPr>
            <w:tcW w:w="4313" w:type="dxa"/>
          </w:tcPr>
          <w:p w14:paraId="3E1C6527" w14:textId="77777777" w:rsidR="00325D2C" w:rsidRPr="00862DF4" w:rsidRDefault="0079121F" w:rsidP="00936394">
            <w:pPr>
              <w:spacing w:before="0" w:after="0" w:line="240" w:lineRule="auto"/>
              <w:rPr>
                <w:lang w:val="nl-NL"/>
              </w:rPr>
            </w:pPr>
            <w:r w:rsidRPr="00862DF4">
              <w:rPr>
                <w:lang w:val="nl-NL"/>
              </w:rPr>
              <w:t xml:space="preserve">Tools: </w:t>
            </w:r>
            <w:proofErr w:type="spellStart"/>
            <w:r w:rsidRPr="00862DF4">
              <w:rPr>
                <w:lang w:val="nl-NL"/>
              </w:rPr>
              <w:t>ChatGPT</w:t>
            </w:r>
            <w:proofErr w:type="spellEnd"/>
            <w:r w:rsidRPr="00862DF4">
              <w:rPr>
                <w:lang w:val="nl-NL"/>
              </w:rPr>
              <w:t>/</w:t>
            </w:r>
            <w:proofErr w:type="spellStart"/>
            <w:r w:rsidRPr="00862DF4">
              <w:rPr>
                <w:lang w:val="nl-NL"/>
              </w:rPr>
              <w:t>Copilot</w:t>
            </w:r>
            <w:proofErr w:type="spellEnd"/>
            <w:r w:rsidRPr="00862DF4">
              <w:rPr>
                <w:lang w:val="nl-NL"/>
              </w:rPr>
              <w:t xml:space="preserve">, eventueel </w:t>
            </w:r>
            <w:proofErr w:type="spellStart"/>
            <w:r w:rsidRPr="00862DF4">
              <w:rPr>
                <w:lang w:val="nl-NL"/>
              </w:rPr>
              <w:t>NotebookLM</w:t>
            </w:r>
            <w:proofErr w:type="spellEnd"/>
            <w:r w:rsidRPr="00862DF4">
              <w:rPr>
                <w:lang w:val="nl-NL"/>
              </w:rPr>
              <w:t xml:space="preserve"> voor bronmateriaal. | Kaders: Neem geen persoonsgegevens of vertrouwelijke praktijkcasussen op. Maak duidelijk wat studenten wel/niet mogen met AI en hoe ze het moeten vermelden.</w:t>
            </w:r>
          </w:p>
        </w:tc>
      </w:tr>
    </w:tbl>
    <w:p w14:paraId="091AF3B9" w14:textId="4C7B30FE" w:rsidR="008B03FE" w:rsidRDefault="008B03FE" w:rsidP="00936394">
      <w:pPr>
        <w:spacing w:after="0" w:line="240" w:lineRule="auto"/>
        <w:rPr>
          <w:lang w:val="nl-NL"/>
        </w:rPr>
      </w:pPr>
    </w:p>
    <w:p w14:paraId="29E24B32" w14:textId="3A4E5F6E" w:rsidR="00E60E9F" w:rsidRDefault="00E60E9F" w:rsidP="00E60E9F">
      <w:pPr>
        <w:tabs>
          <w:tab w:val="left" w:pos="2428"/>
        </w:tabs>
        <w:spacing w:before="0" w:after="0" w:line="240" w:lineRule="auto"/>
        <w:rPr>
          <w:b/>
          <w:bCs/>
          <w:lang w:val="nl-NL"/>
        </w:rPr>
      </w:pPr>
      <w:r w:rsidRPr="005449E2">
        <w:rPr>
          <w:b/>
          <w:bCs/>
          <w:lang w:val="nl-NL"/>
        </w:rPr>
        <w:t>Inhoudsopgave</w:t>
      </w:r>
      <w:r>
        <w:rPr>
          <w:b/>
          <w:bCs/>
          <w:lang w:val="nl-NL"/>
        </w:rPr>
        <w:t xml:space="preserve"> werkblad 7</w:t>
      </w:r>
    </w:p>
    <w:p w14:paraId="696B8A0A" w14:textId="77777777" w:rsidR="00E60E9F" w:rsidRDefault="00E60E9F" w:rsidP="00E60E9F">
      <w:pPr>
        <w:tabs>
          <w:tab w:val="left" w:pos="2428"/>
        </w:tabs>
        <w:spacing w:before="0" w:after="0" w:line="240" w:lineRule="auto"/>
        <w:rPr>
          <w:b/>
          <w:bCs/>
          <w:lang w:val="nl-NL"/>
        </w:rPr>
      </w:pPr>
      <w:r>
        <w:rPr>
          <w:b/>
          <w:bCs/>
          <w:lang w:val="nl-NL"/>
        </w:rPr>
        <w:t xml:space="preserve">Inleiding </w:t>
      </w:r>
    </w:p>
    <w:p w14:paraId="5D9B8968" w14:textId="77777777" w:rsidR="00E60E9F" w:rsidRDefault="00E60E9F" w:rsidP="00E60E9F">
      <w:pPr>
        <w:tabs>
          <w:tab w:val="left" w:pos="2428"/>
        </w:tabs>
        <w:spacing w:before="0" w:after="0" w:line="240" w:lineRule="auto"/>
        <w:rPr>
          <w:lang w:val="nl-NL"/>
        </w:rPr>
      </w:pPr>
      <w:r>
        <w:rPr>
          <w:b/>
          <w:bCs/>
          <w:lang w:val="nl-NL"/>
        </w:rPr>
        <w:t>Stappenplan</w:t>
      </w:r>
      <w:r>
        <w:rPr>
          <w:lang w:val="nl-NL"/>
        </w:rPr>
        <w:tab/>
      </w:r>
    </w:p>
    <w:p w14:paraId="32F34A93" w14:textId="77777777" w:rsidR="00E60E9F" w:rsidRPr="008830E5" w:rsidRDefault="00E60E9F" w:rsidP="00E60E9F">
      <w:pPr>
        <w:spacing w:before="0" w:after="0" w:line="240" w:lineRule="auto"/>
        <w:rPr>
          <w:b/>
          <w:bCs/>
          <w:lang w:val="nl-NL"/>
        </w:rPr>
      </w:pPr>
      <w:r>
        <w:rPr>
          <w:b/>
          <w:bCs/>
          <w:lang w:val="nl-NL"/>
        </w:rPr>
        <w:t>Activiteit A</w:t>
      </w:r>
      <w:r w:rsidRPr="008830E5">
        <w:rPr>
          <w:b/>
          <w:bCs/>
          <w:lang w:val="nl-NL"/>
        </w:rPr>
        <w:t xml:space="preserve"> — Curriculum / moduleontwerp (op hoofdlijnen)</w:t>
      </w:r>
    </w:p>
    <w:p w14:paraId="3A80C38B" w14:textId="77777777" w:rsidR="00E60E9F" w:rsidRPr="008830E5" w:rsidRDefault="00E60E9F" w:rsidP="00E60E9F">
      <w:pPr>
        <w:spacing w:before="0" w:after="0" w:line="240" w:lineRule="auto"/>
        <w:rPr>
          <w:b/>
          <w:bCs/>
          <w:lang w:val="nl-NL"/>
        </w:rPr>
      </w:pPr>
      <w:r w:rsidRPr="008830E5">
        <w:rPr>
          <w:b/>
          <w:bCs/>
          <w:lang w:val="nl-NL"/>
        </w:rPr>
        <w:t>Activiteit B — Constructieve afstemming (leerdoel–activiteit–toets)</w:t>
      </w:r>
    </w:p>
    <w:p w14:paraId="78DA72AD" w14:textId="77777777" w:rsidR="00E60E9F" w:rsidRPr="008830E5" w:rsidRDefault="00E60E9F" w:rsidP="00E60E9F">
      <w:pPr>
        <w:spacing w:before="0" w:after="0" w:line="240" w:lineRule="auto"/>
        <w:rPr>
          <w:b/>
          <w:bCs/>
          <w:lang w:val="nl-NL"/>
        </w:rPr>
      </w:pPr>
      <w:r w:rsidRPr="008830E5">
        <w:rPr>
          <w:b/>
          <w:bCs/>
          <w:lang w:val="nl-NL"/>
        </w:rPr>
        <w:t>Activiteit C — Lessenreeks (bijv. 3–6 lessen)</w:t>
      </w:r>
    </w:p>
    <w:p w14:paraId="6F6E461D" w14:textId="77777777" w:rsidR="00E60E9F" w:rsidRPr="008830E5" w:rsidRDefault="00E60E9F" w:rsidP="00E60E9F">
      <w:pPr>
        <w:spacing w:before="0" w:after="0" w:line="240" w:lineRule="auto"/>
        <w:rPr>
          <w:b/>
          <w:bCs/>
          <w:lang w:val="nl-NL"/>
        </w:rPr>
      </w:pPr>
      <w:r w:rsidRPr="008830E5">
        <w:rPr>
          <w:b/>
          <w:bCs/>
          <w:lang w:val="nl-NL"/>
        </w:rPr>
        <w:t>Activiteit D — Eén les ontwerpen (jouw oorspronkelijke plan, uitgebreid)</w:t>
      </w:r>
    </w:p>
    <w:p w14:paraId="7484BCB2" w14:textId="77777777" w:rsidR="00E60E9F" w:rsidRPr="008830E5" w:rsidRDefault="00E60E9F" w:rsidP="00E60E9F">
      <w:pPr>
        <w:spacing w:before="0" w:after="0" w:line="240" w:lineRule="auto"/>
        <w:rPr>
          <w:b/>
          <w:bCs/>
          <w:lang w:val="nl-NL"/>
        </w:rPr>
      </w:pPr>
      <w:r w:rsidRPr="008830E5">
        <w:rPr>
          <w:b/>
          <w:bCs/>
          <w:lang w:val="nl-NL"/>
        </w:rPr>
        <w:t xml:space="preserve">Activiteit E — Activerende werkvormen (variëren en </w:t>
      </w:r>
      <w:proofErr w:type="spellStart"/>
      <w:r w:rsidRPr="008830E5">
        <w:rPr>
          <w:b/>
          <w:bCs/>
          <w:lang w:val="nl-NL"/>
        </w:rPr>
        <w:t>energizers</w:t>
      </w:r>
      <w:proofErr w:type="spellEnd"/>
      <w:r w:rsidRPr="008830E5">
        <w:rPr>
          <w:b/>
          <w:bCs/>
          <w:lang w:val="nl-NL"/>
        </w:rPr>
        <w:t>)</w:t>
      </w:r>
    </w:p>
    <w:p w14:paraId="2347E3BD" w14:textId="77777777" w:rsidR="00E60E9F" w:rsidRPr="008830E5" w:rsidRDefault="00E60E9F" w:rsidP="00E60E9F">
      <w:pPr>
        <w:spacing w:before="0" w:after="0" w:line="240" w:lineRule="auto"/>
        <w:rPr>
          <w:b/>
          <w:bCs/>
          <w:lang w:val="nl-NL"/>
        </w:rPr>
      </w:pPr>
      <w:r w:rsidRPr="008830E5">
        <w:rPr>
          <w:b/>
          <w:bCs/>
          <w:lang w:val="nl-NL"/>
        </w:rPr>
        <w:t>Activiteit F — Casuïstiek / praktijksituaties maken (juridisch onderwijs)</w:t>
      </w:r>
    </w:p>
    <w:p w14:paraId="17F892DE" w14:textId="77777777" w:rsidR="00E60E9F" w:rsidRPr="008830E5" w:rsidRDefault="00E60E9F" w:rsidP="00E60E9F">
      <w:pPr>
        <w:spacing w:before="0" w:after="0" w:line="240" w:lineRule="auto"/>
        <w:rPr>
          <w:b/>
          <w:bCs/>
          <w:lang w:val="nl-NL"/>
        </w:rPr>
      </w:pPr>
      <w:r w:rsidRPr="008830E5">
        <w:rPr>
          <w:b/>
          <w:bCs/>
          <w:lang w:val="nl-NL"/>
        </w:rPr>
        <w:t xml:space="preserve">Activiteit G — </w:t>
      </w:r>
      <w:proofErr w:type="spellStart"/>
      <w:r w:rsidRPr="008830E5">
        <w:rPr>
          <w:b/>
          <w:bCs/>
          <w:lang w:val="nl-NL"/>
        </w:rPr>
        <w:t>Toetsvragen</w:t>
      </w:r>
      <w:proofErr w:type="spellEnd"/>
      <w:r w:rsidRPr="008830E5">
        <w:rPr>
          <w:b/>
          <w:bCs/>
          <w:lang w:val="nl-NL"/>
        </w:rPr>
        <w:t xml:space="preserve"> maken (formatief en </w:t>
      </w:r>
      <w:proofErr w:type="spellStart"/>
      <w:r w:rsidRPr="008830E5">
        <w:rPr>
          <w:b/>
          <w:bCs/>
          <w:lang w:val="nl-NL"/>
        </w:rPr>
        <w:t>summatief</w:t>
      </w:r>
      <w:proofErr w:type="spellEnd"/>
      <w:r w:rsidRPr="008830E5">
        <w:rPr>
          <w:b/>
          <w:bCs/>
          <w:lang w:val="nl-NL"/>
        </w:rPr>
        <w:t>)</w:t>
      </w:r>
    </w:p>
    <w:p w14:paraId="362713E2" w14:textId="77777777" w:rsidR="00E60E9F" w:rsidRPr="008830E5" w:rsidRDefault="00E60E9F" w:rsidP="00E60E9F">
      <w:pPr>
        <w:spacing w:before="0" w:after="0" w:line="240" w:lineRule="auto"/>
        <w:rPr>
          <w:b/>
          <w:bCs/>
          <w:lang w:val="nl-NL"/>
        </w:rPr>
      </w:pPr>
      <w:r w:rsidRPr="008830E5">
        <w:rPr>
          <w:b/>
          <w:bCs/>
          <w:lang w:val="nl-NL"/>
        </w:rPr>
        <w:t xml:space="preserve">Activiteit H — </w:t>
      </w:r>
      <w:proofErr w:type="spellStart"/>
      <w:r w:rsidRPr="008830E5">
        <w:rPr>
          <w:b/>
          <w:bCs/>
          <w:lang w:val="nl-NL"/>
        </w:rPr>
        <w:t>Rubrics</w:t>
      </w:r>
      <w:proofErr w:type="spellEnd"/>
      <w:r w:rsidRPr="008830E5">
        <w:rPr>
          <w:b/>
          <w:bCs/>
          <w:lang w:val="nl-NL"/>
        </w:rPr>
        <w:t xml:space="preserve"> en beoordelingscriteria</w:t>
      </w:r>
    </w:p>
    <w:p w14:paraId="143298A6" w14:textId="77777777" w:rsidR="00E60E9F" w:rsidRPr="008830E5" w:rsidRDefault="00E60E9F" w:rsidP="00E60E9F">
      <w:pPr>
        <w:spacing w:before="0" w:after="0" w:line="240" w:lineRule="auto"/>
        <w:rPr>
          <w:lang w:val="nl-NL"/>
        </w:rPr>
      </w:pPr>
      <w:r w:rsidRPr="008830E5">
        <w:rPr>
          <w:b/>
          <w:bCs/>
          <w:lang w:val="nl-NL"/>
        </w:rPr>
        <w:t>Activiteit I — Feedbackteksten en feedbackbibliotheek</w:t>
      </w:r>
    </w:p>
    <w:p w14:paraId="7416E015" w14:textId="77777777" w:rsidR="00E60E9F" w:rsidRPr="008830E5" w:rsidRDefault="00E60E9F" w:rsidP="00E60E9F">
      <w:pPr>
        <w:spacing w:before="0" w:after="0" w:line="240" w:lineRule="auto"/>
        <w:rPr>
          <w:b/>
          <w:bCs/>
          <w:lang w:val="nl-NL"/>
        </w:rPr>
      </w:pPr>
      <w:r w:rsidRPr="008830E5">
        <w:rPr>
          <w:b/>
          <w:bCs/>
          <w:lang w:val="nl-NL"/>
        </w:rPr>
        <w:t>Activiteit J — Lesmateriaal: slides, instructietekst, kennisclip-script</w:t>
      </w:r>
    </w:p>
    <w:p w14:paraId="2C9F8648" w14:textId="77777777" w:rsidR="00E60E9F" w:rsidRPr="008830E5" w:rsidRDefault="00E60E9F" w:rsidP="00E60E9F">
      <w:pPr>
        <w:spacing w:before="0" w:after="0" w:line="240" w:lineRule="auto"/>
        <w:rPr>
          <w:b/>
          <w:bCs/>
          <w:lang w:val="nl-NL"/>
        </w:rPr>
      </w:pPr>
      <w:r w:rsidRPr="008830E5">
        <w:rPr>
          <w:b/>
          <w:bCs/>
          <w:lang w:val="nl-NL"/>
        </w:rPr>
        <w:t>Activiteit K — Differentiatie en toegankelijkheid (incl. taalniveau)</w:t>
      </w:r>
    </w:p>
    <w:p w14:paraId="7EEF4D59" w14:textId="77777777" w:rsidR="00E60E9F" w:rsidRPr="005449E2" w:rsidRDefault="00E60E9F" w:rsidP="00E60E9F">
      <w:pPr>
        <w:tabs>
          <w:tab w:val="left" w:pos="2428"/>
        </w:tabs>
        <w:spacing w:before="0" w:after="0" w:line="240" w:lineRule="auto"/>
        <w:rPr>
          <w:b/>
          <w:bCs/>
          <w:lang w:val="nl-NL"/>
        </w:rPr>
      </w:pPr>
      <w:r w:rsidRPr="005449E2">
        <w:rPr>
          <w:b/>
          <w:bCs/>
          <w:lang w:val="nl-NL"/>
        </w:rPr>
        <w:t>Activiteit L</w:t>
      </w:r>
      <w:r>
        <w:rPr>
          <w:b/>
          <w:bCs/>
          <w:lang w:val="nl-NL"/>
        </w:rPr>
        <w:t xml:space="preserve"> – alles in één keer</w:t>
      </w:r>
    </w:p>
    <w:p w14:paraId="2153E0C3" w14:textId="77777777" w:rsidR="00E60E9F" w:rsidRDefault="00E60E9F" w:rsidP="00936394">
      <w:pPr>
        <w:spacing w:after="0" w:line="240" w:lineRule="auto"/>
        <w:rPr>
          <w:lang w:val="nl-NL"/>
        </w:rPr>
      </w:pPr>
    </w:p>
    <w:p w14:paraId="6B85A1A8" w14:textId="77777777" w:rsidR="00D56975" w:rsidRPr="00886F8D" w:rsidRDefault="00D56975" w:rsidP="00D56975">
      <w:pPr>
        <w:pStyle w:val="Kop2"/>
        <w:spacing w:before="0" w:line="240" w:lineRule="auto"/>
        <w:rPr>
          <w:lang w:val="nl-NL"/>
        </w:rPr>
      </w:pPr>
      <w:r w:rsidRPr="00FB5E5D">
        <w:rPr>
          <w:lang w:val="nl-NL"/>
        </w:rPr>
        <w:t>Pro-tip</w:t>
      </w:r>
      <w:r>
        <w:rPr>
          <w:lang w:val="nl-NL"/>
        </w:rPr>
        <w:t xml:space="preserve"> vooraf: leer eerst goed prompten</w:t>
      </w:r>
    </w:p>
    <w:p w14:paraId="4FEFB366" w14:textId="77777777" w:rsidR="00BC4C7A" w:rsidRPr="003F5B2A" w:rsidRDefault="00BC4C7A" w:rsidP="00BC4C7A">
      <w:pPr>
        <w:pStyle w:val="Lijstnummering"/>
        <w:numPr>
          <w:ilvl w:val="0"/>
          <w:numId w:val="0"/>
        </w:numPr>
        <w:spacing w:before="0" w:after="0" w:line="240" w:lineRule="auto"/>
        <w:rPr>
          <w:lang w:val="nl-NL"/>
        </w:rPr>
      </w:pPr>
      <w:r>
        <w:rPr>
          <w:lang w:val="nl-NL"/>
        </w:rPr>
        <w:t xml:space="preserve">Als je onderwijs wilt ontwikkelen met AI, is het maken van een goede prompt noodzakelijk. Als je nog maar beperkte ervaring hebt met AI-tools en/of </w:t>
      </w:r>
      <w:proofErr w:type="spellStart"/>
      <w:r>
        <w:rPr>
          <w:lang w:val="nl-NL"/>
        </w:rPr>
        <w:t>prompten</w:t>
      </w:r>
      <w:proofErr w:type="spellEnd"/>
      <w:r>
        <w:rPr>
          <w:lang w:val="nl-NL"/>
        </w:rPr>
        <w:t xml:space="preserve">, maak dan eerst </w:t>
      </w:r>
      <w:r w:rsidRPr="00911F82">
        <w:rPr>
          <w:b/>
          <w:bCs/>
          <w:lang w:val="nl-NL"/>
        </w:rPr>
        <w:t xml:space="preserve">werkblad 3 – Ik wil leren </w:t>
      </w:r>
      <w:proofErr w:type="spellStart"/>
      <w:r w:rsidRPr="00911F82">
        <w:rPr>
          <w:b/>
          <w:bCs/>
          <w:lang w:val="nl-NL"/>
        </w:rPr>
        <w:t>prompten</w:t>
      </w:r>
      <w:proofErr w:type="spellEnd"/>
      <w:r>
        <w:rPr>
          <w:lang w:val="nl-NL"/>
        </w:rPr>
        <w:t>. Als je deze gedaan hebt, ben je beter voorbereid op het ontwikkelen van onderwijs met AI.</w:t>
      </w:r>
    </w:p>
    <w:p w14:paraId="39C2368F" w14:textId="77777777" w:rsidR="00BC4C7A" w:rsidRDefault="00BC4C7A" w:rsidP="00BC4C7A">
      <w:pPr>
        <w:spacing w:before="0" w:after="0" w:line="240" w:lineRule="auto"/>
        <w:rPr>
          <w:lang w:val="nl-NL"/>
        </w:rPr>
      </w:pPr>
    </w:p>
    <w:p w14:paraId="6AB3D201" w14:textId="77777777" w:rsidR="00BC4C7A" w:rsidRDefault="00BC4C7A" w:rsidP="00BC4C7A">
      <w:pPr>
        <w:spacing w:before="0" w:after="0" w:line="240" w:lineRule="auto"/>
        <w:rPr>
          <w:lang w:val="nl-NL"/>
        </w:rPr>
      </w:pPr>
      <w:r w:rsidRPr="003F5B2A">
        <w:rPr>
          <w:lang w:val="nl-NL"/>
        </w:rPr>
        <w:t xml:space="preserve">Als je meer ervaring hebt opgedaan met </w:t>
      </w:r>
      <w:r>
        <w:rPr>
          <w:lang w:val="nl-NL"/>
        </w:rPr>
        <w:t>het ontwikkelen van onderwijs met AI</w:t>
      </w:r>
      <w:r w:rsidRPr="003F5B2A">
        <w:rPr>
          <w:lang w:val="nl-NL"/>
        </w:rPr>
        <w:t xml:space="preserve">, dan is het raadzaam om </w:t>
      </w:r>
      <w:r w:rsidRPr="00911F82">
        <w:rPr>
          <w:b/>
          <w:bCs/>
          <w:lang w:val="nl-NL"/>
        </w:rPr>
        <w:t xml:space="preserve">Werkblad 4 – Ik kan </w:t>
      </w:r>
      <w:proofErr w:type="spellStart"/>
      <w:r w:rsidRPr="00911F82">
        <w:rPr>
          <w:b/>
          <w:bCs/>
          <w:lang w:val="nl-NL"/>
        </w:rPr>
        <w:t>prompten</w:t>
      </w:r>
      <w:proofErr w:type="spellEnd"/>
      <w:r w:rsidRPr="00911F82">
        <w:rPr>
          <w:b/>
          <w:bCs/>
          <w:lang w:val="nl-NL"/>
        </w:rPr>
        <w:t>, maar ik wil leren hoe ik dat nog beter kan doen</w:t>
      </w:r>
      <w:r>
        <w:rPr>
          <w:lang w:val="nl-NL"/>
        </w:rPr>
        <w:t xml:space="preserve"> </w:t>
      </w:r>
      <w:r w:rsidRPr="003F5B2A">
        <w:rPr>
          <w:lang w:val="nl-NL"/>
        </w:rPr>
        <w:t>te maken. Daarin staat een stappenplan om een masterprompt te maken</w:t>
      </w:r>
      <w:r>
        <w:rPr>
          <w:lang w:val="nl-NL"/>
        </w:rPr>
        <w:t xml:space="preserve"> die je als basis voor al je onderwijs kunt gebruiken</w:t>
      </w:r>
      <w:r w:rsidRPr="003F5B2A">
        <w:rPr>
          <w:lang w:val="nl-NL"/>
        </w:rPr>
        <w:t xml:space="preserve">. </w:t>
      </w:r>
      <w:r>
        <w:rPr>
          <w:lang w:val="nl-NL"/>
        </w:rPr>
        <w:t xml:space="preserve">Wil je bijvoorbeeld voor een bepaald onderwijsblok ieder jaar nieuwe casussen maken, dan is het handig om een masterprompt te hebben die je ieder jaar heel simpel kan inzetten om meteen nieuwe casussen te laten maken. Dat vereist één keer goed nadenken over een masterprompt en deze </w:t>
      </w:r>
      <w:proofErr w:type="spellStart"/>
      <w:r>
        <w:rPr>
          <w:lang w:val="nl-NL"/>
        </w:rPr>
        <w:t>tweaken</w:t>
      </w:r>
      <w:proofErr w:type="spellEnd"/>
      <w:r>
        <w:rPr>
          <w:lang w:val="nl-NL"/>
        </w:rPr>
        <w:t>, om er daarna zonder dat het nog moeite kost  nog jaren heel veel plezier van te hebben.</w:t>
      </w:r>
    </w:p>
    <w:p w14:paraId="2FF3C6FB" w14:textId="77777777" w:rsidR="00BC4C7A" w:rsidRDefault="00BC4C7A" w:rsidP="00936394">
      <w:pPr>
        <w:spacing w:after="0" w:line="240" w:lineRule="auto"/>
        <w:rPr>
          <w:lang w:val="nl-NL"/>
        </w:rPr>
      </w:pPr>
    </w:p>
    <w:p w14:paraId="3E6A5166" w14:textId="77777777" w:rsidR="00D56975" w:rsidRDefault="00D56975" w:rsidP="00936394">
      <w:pPr>
        <w:spacing w:after="0" w:line="240" w:lineRule="auto"/>
        <w:rPr>
          <w:lang w:val="nl-NL"/>
        </w:rPr>
      </w:pPr>
    </w:p>
    <w:p w14:paraId="619512F6" w14:textId="3648D455" w:rsidR="00A57767" w:rsidRPr="00976C95" w:rsidRDefault="00A57767" w:rsidP="00A57767">
      <w:pPr>
        <w:pStyle w:val="Kop2"/>
        <w:spacing w:before="0" w:line="240" w:lineRule="auto"/>
        <w:rPr>
          <w:lang w:val="nl-NL"/>
        </w:rPr>
      </w:pPr>
      <w:r w:rsidRPr="00976C95">
        <w:rPr>
          <w:lang w:val="nl-NL"/>
        </w:rPr>
        <w:lastRenderedPageBreak/>
        <w:t>Inleiding</w:t>
      </w:r>
    </w:p>
    <w:p w14:paraId="669A5700" w14:textId="5D2B2FAC" w:rsidR="00A57767" w:rsidRDefault="00A57767" w:rsidP="00502C5D">
      <w:pPr>
        <w:spacing w:before="0" w:after="0" w:line="240" w:lineRule="auto"/>
        <w:rPr>
          <w:lang w:val="nl-NL"/>
        </w:rPr>
      </w:pPr>
      <w:r>
        <w:rPr>
          <w:lang w:val="nl-NL"/>
        </w:rPr>
        <w:t xml:space="preserve">Onderwijs maken </w:t>
      </w:r>
      <w:r w:rsidR="00353331">
        <w:rPr>
          <w:lang w:val="nl-NL"/>
        </w:rPr>
        <w:t>is natuurlijk een toepassing waarbij AI juist zou kunnen zorgen voor een werklastverlichting</w:t>
      </w:r>
      <w:r w:rsidR="00904DAD">
        <w:rPr>
          <w:lang w:val="nl-NL"/>
        </w:rPr>
        <w:t xml:space="preserve"> bij een docent</w:t>
      </w:r>
      <w:r w:rsidR="00353331">
        <w:rPr>
          <w:lang w:val="nl-NL"/>
        </w:rPr>
        <w:t xml:space="preserve">. </w:t>
      </w:r>
      <w:r w:rsidR="00421CAC" w:rsidRPr="00421CAC">
        <w:rPr>
          <w:lang w:val="nl-NL"/>
        </w:rPr>
        <w:t xml:space="preserve">AI kan onderwijsontwerp versnellen en verbeteren, vooral bij taken die veel tijd kosten maar vaak terugkerend zijn: leerdoelen aanscherpen, werkvormen bedenken, lesopzetten structureren, voorbeelden/casuïstiek genereren, </w:t>
      </w:r>
      <w:proofErr w:type="spellStart"/>
      <w:r w:rsidR="00421CAC" w:rsidRPr="00421CAC">
        <w:rPr>
          <w:lang w:val="nl-NL"/>
        </w:rPr>
        <w:t>rubrics</w:t>
      </w:r>
      <w:proofErr w:type="spellEnd"/>
      <w:r w:rsidR="00421CAC" w:rsidRPr="00421CAC">
        <w:rPr>
          <w:lang w:val="nl-NL"/>
        </w:rPr>
        <w:t xml:space="preserve"> formuleren, </w:t>
      </w:r>
      <w:proofErr w:type="spellStart"/>
      <w:r w:rsidR="00421CAC" w:rsidRPr="00421CAC">
        <w:rPr>
          <w:lang w:val="nl-NL"/>
        </w:rPr>
        <w:t>toetsvragen</w:t>
      </w:r>
      <w:proofErr w:type="spellEnd"/>
      <w:r w:rsidR="00421CAC" w:rsidRPr="00421CAC">
        <w:rPr>
          <w:lang w:val="nl-NL"/>
        </w:rPr>
        <w:t xml:space="preserve"> variëren, en taalniveau/toegankelijkheid aanpassen.</w:t>
      </w:r>
    </w:p>
    <w:p w14:paraId="54AF9B8C" w14:textId="77777777" w:rsidR="00E60E9F" w:rsidRDefault="00E60E9F" w:rsidP="00502C5D">
      <w:pPr>
        <w:spacing w:before="0" w:after="0" w:line="240" w:lineRule="auto"/>
        <w:rPr>
          <w:lang w:val="nl-NL"/>
        </w:rPr>
      </w:pPr>
    </w:p>
    <w:p w14:paraId="472A79D1" w14:textId="3FDDB76D" w:rsidR="00E60E9F" w:rsidRDefault="00E60E9F" w:rsidP="00502C5D">
      <w:pPr>
        <w:spacing w:before="0" w:after="0" w:line="240" w:lineRule="auto"/>
        <w:rPr>
          <w:lang w:val="nl-NL"/>
        </w:rPr>
      </w:pPr>
      <w:r>
        <w:rPr>
          <w:lang w:val="nl-NL"/>
        </w:rPr>
        <w:t xml:space="preserve">Het grote voordeel is dat Ai getraind is op heel veel data en dus op veel vlakken helpend kan zijn om onderwijs te maken. AI kan helpen bij de </w:t>
      </w:r>
      <w:r w:rsidR="007011EB">
        <w:rPr>
          <w:lang w:val="nl-NL"/>
        </w:rPr>
        <w:t xml:space="preserve">onderwijskundige kant van onderwijs ontwikkelen, dus meedenken bij het ontwerpen van onderwijs dat past binnen de visie van onze hogeschool, maar ook meedenken bij het ontwikkelen van een feedbackcyclus en/of proces met </w:t>
      </w:r>
      <w:r w:rsidR="006F5CB4">
        <w:rPr>
          <w:lang w:val="nl-NL"/>
        </w:rPr>
        <w:t xml:space="preserve">daadwerkelijk feedbackwerkvormen, maar ook met het ontwerpen en implementeren van een formatieve cyclus. </w:t>
      </w:r>
    </w:p>
    <w:p w14:paraId="2987E95A" w14:textId="77777777" w:rsidR="006B7D40" w:rsidRDefault="006B7D40" w:rsidP="00502C5D">
      <w:pPr>
        <w:spacing w:before="0" w:after="0" w:line="240" w:lineRule="auto"/>
        <w:rPr>
          <w:lang w:val="nl-NL"/>
        </w:rPr>
      </w:pPr>
    </w:p>
    <w:p w14:paraId="21941D99" w14:textId="77F5FBEB" w:rsidR="006B7D40" w:rsidRDefault="006B7D40" w:rsidP="00502C5D">
      <w:pPr>
        <w:spacing w:before="0" w:after="0" w:line="240" w:lineRule="auto"/>
        <w:rPr>
          <w:lang w:val="nl-NL"/>
        </w:rPr>
      </w:pPr>
      <w:r>
        <w:rPr>
          <w:lang w:val="nl-NL"/>
        </w:rPr>
        <w:t xml:space="preserve">Daarnaast kan AI helpen bij het maken van opdrachten waarbij </w:t>
      </w:r>
      <w:r w:rsidR="009F60FC">
        <w:rPr>
          <w:lang w:val="nl-NL"/>
        </w:rPr>
        <w:t xml:space="preserve">opdrachten kunnen gaan over alle rechtsgebieden, alle vaardigheden en alle overige onderwerpen die aan bod komen binnen ons onderwijs. Naast </w:t>
      </w:r>
      <w:r w:rsidR="00706CD6">
        <w:rPr>
          <w:lang w:val="nl-NL"/>
        </w:rPr>
        <w:t xml:space="preserve">het genereren van een casus (in tekst) kan AI ook afbeeldingen genereren die de opdracht verder verduidelijken. Denk aan het genereren van brieven, processtukken, bewijsmaterialen (foto’s, filmpjes, </w:t>
      </w:r>
      <w:r w:rsidR="007B7635">
        <w:rPr>
          <w:lang w:val="nl-NL"/>
        </w:rPr>
        <w:t>ieder denkbaar stuk: rekening, nota’s, overeenkomsten, contracten)</w:t>
      </w:r>
      <w:r w:rsidR="00DE64CC">
        <w:rPr>
          <w:lang w:val="nl-NL"/>
        </w:rPr>
        <w:t xml:space="preserve">, waarbij het zelfs mogelijk is om logo’s en handtekeningen te laten toevoegen op de stukken om deze meer waarheidsgetrouw te laten zijn (wat meteen interessante bewijsrechtelijke vragen oproept, niet?). Dit </w:t>
      </w:r>
      <w:r w:rsidR="00471A9C">
        <w:rPr>
          <w:lang w:val="nl-NL"/>
        </w:rPr>
        <w:t>geeft dus veel mogelijkheden, is het bijvoorbeeld bekend dat het lastig is om goede strafrechtelijke dossiers te verkrijgen</w:t>
      </w:r>
      <w:r w:rsidR="00EB470E">
        <w:rPr>
          <w:lang w:val="nl-NL"/>
        </w:rPr>
        <w:t xml:space="preserve"> uit het werkveld. Nu ben je met AI in staat om een dossier te laten genereren dat exact voldoet aan jouw </w:t>
      </w:r>
      <w:r w:rsidR="002E4EFC">
        <w:rPr>
          <w:lang w:val="nl-NL"/>
        </w:rPr>
        <w:t xml:space="preserve">wensen en de vereiste moeilijkheidsgraad passend bij het leerjaar of de leerbehoefte van de student. En je kunt in een bepaald dossier betrekkelijk makkelijk aanvullende stukken genereren of </w:t>
      </w:r>
      <w:r w:rsidR="00B11472">
        <w:rPr>
          <w:lang w:val="nl-NL"/>
        </w:rPr>
        <w:t xml:space="preserve">een overtreding of misdrijf toevoegen of juist verwijderen als de moeilijkheidsgraad en/of omvang van het dossier wil laten aanpassen. </w:t>
      </w:r>
    </w:p>
    <w:p w14:paraId="0A5FDB3A" w14:textId="77777777" w:rsidR="00E60E9F" w:rsidRDefault="00E60E9F" w:rsidP="00502C5D">
      <w:pPr>
        <w:spacing w:before="0" w:after="0" w:line="240" w:lineRule="auto"/>
        <w:rPr>
          <w:lang w:val="nl-NL"/>
        </w:rPr>
      </w:pPr>
    </w:p>
    <w:p w14:paraId="23F23281" w14:textId="43901AC5" w:rsidR="00C7402E" w:rsidRDefault="00C7402E" w:rsidP="00502C5D">
      <w:pPr>
        <w:spacing w:before="0" w:after="0" w:line="240" w:lineRule="auto"/>
        <w:rPr>
          <w:lang w:val="nl-NL"/>
        </w:rPr>
      </w:pPr>
      <w:r>
        <w:rPr>
          <w:lang w:val="nl-NL"/>
        </w:rPr>
        <w:t xml:space="preserve">Hieronder worden verschillende stappenplannen gedeeld van “groot” – </w:t>
      </w:r>
      <w:r w:rsidR="00E41A4D">
        <w:rPr>
          <w:lang w:val="nl-NL"/>
        </w:rPr>
        <w:t xml:space="preserve">activiteit A </w:t>
      </w:r>
      <w:r>
        <w:rPr>
          <w:lang w:val="nl-NL"/>
        </w:rPr>
        <w:t>curriculum ontwerp naar “klein</w:t>
      </w:r>
      <w:r w:rsidR="00E41A4D">
        <w:rPr>
          <w:lang w:val="nl-NL"/>
        </w:rPr>
        <w:t>ere</w:t>
      </w:r>
      <w:r>
        <w:rPr>
          <w:lang w:val="nl-NL"/>
        </w:rPr>
        <w:t>”</w:t>
      </w:r>
      <w:r w:rsidR="00E41A4D">
        <w:rPr>
          <w:lang w:val="nl-NL"/>
        </w:rPr>
        <w:t xml:space="preserve"> activiteiten, zoals </w:t>
      </w:r>
      <w:r w:rsidR="008B03FE">
        <w:rPr>
          <w:lang w:val="nl-NL"/>
        </w:rPr>
        <w:t>lesactiviteiten.</w:t>
      </w:r>
    </w:p>
    <w:p w14:paraId="518A8061" w14:textId="77777777" w:rsidR="00F92FCB" w:rsidRDefault="00F92FCB" w:rsidP="00936394">
      <w:pPr>
        <w:spacing w:after="0" w:line="240" w:lineRule="auto"/>
        <w:rPr>
          <w:lang w:val="nl-NL"/>
        </w:rPr>
      </w:pPr>
    </w:p>
    <w:p w14:paraId="3B3ECC80" w14:textId="0FC184CF" w:rsidR="00F92FCB" w:rsidRPr="00886F8D" w:rsidRDefault="00F92FCB" w:rsidP="00F92FCB">
      <w:pPr>
        <w:pStyle w:val="Kop2"/>
        <w:spacing w:before="0" w:line="240" w:lineRule="auto"/>
        <w:rPr>
          <w:lang w:val="nl-NL"/>
        </w:rPr>
      </w:pPr>
      <w:r w:rsidRPr="00FB5E5D">
        <w:rPr>
          <w:lang w:val="nl-NL"/>
        </w:rPr>
        <w:t>Pro-tip</w:t>
      </w:r>
    </w:p>
    <w:p w14:paraId="5B151F63" w14:textId="65E6E2B8" w:rsidR="00F92FCB" w:rsidRDefault="00F92FCB" w:rsidP="00F92FCB">
      <w:pPr>
        <w:spacing w:before="0" w:after="0" w:line="240" w:lineRule="auto"/>
        <w:rPr>
          <w:lang w:val="nl-NL"/>
        </w:rPr>
      </w:pPr>
      <w:r>
        <w:rPr>
          <w:lang w:val="nl-NL"/>
        </w:rPr>
        <w:t>Enkele tips die je zeker moet mee nemen bij het ontwikkelen van onderwijs met AI</w:t>
      </w:r>
      <w:r w:rsidR="00CD62C6">
        <w:rPr>
          <w:lang w:val="nl-NL"/>
        </w:rPr>
        <w:t>:</w:t>
      </w:r>
    </w:p>
    <w:p w14:paraId="5677BE2B" w14:textId="190E8450" w:rsidR="00D2293D" w:rsidRDefault="00D005B0" w:rsidP="00F92FCB">
      <w:pPr>
        <w:spacing w:before="0" w:after="0" w:line="240" w:lineRule="auto"/>
        <w:rPr>
          <w:lang w:val="nl-NL"/>
        </w:rPr>
      </w:pPr>
      <w:r>
        <w:rPr>
          <w:lang w:val="nl-NL"/>
        </w:rPr>
        <w:t>1.</w:t>
      </w:r>
      <w:r w:rsidR="00D2293D">
        <w:rPr>
          <w:lang w:val="nl-NL"/>
        </w:rPr>
        <w:t xml:space="preserve"> in onderstaand stappenplan komt de opdracht ‘</w:t>
      </w:r>
      <w:r w:rsidR="00D2293D">
        <w:rPr>
          <w:i/>
          <w:iCs/>
          <w:lang w:val="nl-NL"/>
        </w:rPr>
        <w:t>v</w:t>
      </w:r>
      <w:r w:rsidR="00D2293D" w:rsidRPr="008830E5">
        <w:rPr>
          <w:i/>
          <w:iCs/>
          <w:lang w:val="nl-NL"/>
        </w:rPr>
        <w:t>raag AI: “Maak hiervan 4–8 heldere leeruitkomsten in werkwoordvorm (</w:t>
      </w:r>
      <w:proofErr w:type="spellStart"/>
      <w:r w:rsidR="00D2293D" w:rsidRPr="008830E5">
        <w:rPr>
          <w:i/>
          <w:iCs/>
          <w:lang w:val="nl-NL"/>
        </w:rPr>
        <w:t>Bloom</w:t>
      </w:r>
      <w:proofErr w:type="spellEnd"/>
      <w:r w:rsidR="00D2293D" w:rsidRPr="008830E5">
        <w:rPr>
          <w:i/>
          <w:iCs/>
          <w:lang w:val="nl-NL"/>
        </w:rPr>
        <w:t>), niveau: [jaar/semester].</w:t>
      </w:r>
      <w:r w:rsidR="00D2293D">
        <w:rPr>
          <w:i/>
          <w:iCs/>
          <w:lang w:val="nl-NL"/>
        </w:rPr>
        <w:t>”’</w:t>
      </w:r>
      <w:r w:rsidR="00D2293D">
        <w:rPr>
          <w:lang w:val="nl-NL"/>
        </w:rPr>
        <w:t xml:space="preserve"> bij elk stap voor. Bij het onderdeel </w:t>
      </w:r>
      <w:proofErr w:type="spellStart"/>
      <w:r w:rsidR="00D2293D">
        <w:rPr>
          <w:lang w:val="nl-NL"/>
        </w:rPr>
        <w:t>prompten</w:t>
      </w:r>
      <w:proofErr w:type="spellEnd"/>
      <w:r w:rsidR="00D2293D">
        <w:rPr>
          <w:lang w:val="nl-NL"/>
        </w:rPr>
        <w:t xml:space="preserve"> heb je geleerd dat een prompt meer </w:t>
      </w:r>
      <w:r w:rsidR="00CD62C6">
        <w:rPr>
          <w:lang w:val="nl-NL"/>
        </w:rPr>
        <w:t>informatie moet bevatten. Voeg deze informatie zelf toe</w:t>
      </w:r>
      <w:r w:rsidR="003A09D6">
        <w:rPr>
          <w:lang w:val="nl-NL"/>
        </w:rPr>
        <w:t>. Hier</w:t>
      </w:r>
      <w:r w:rsidR="00794771">
        <w:rPr>
          <w:lang w:val="nl-NL"/>
        </w:rPr>
        <w:t>bij</w:t>
      </w:r>
      <w:r w:rsidR="003A09D6">
        <w:rPr>
          <w:lang w:val="nl-NL"/>
        </w:rPr>
        <w:t xml:space="preserve"> een paar aanwijzingen daarvoor</w:t>
      </w:r>
      <w:r w:rsidR="00794771">
        <w:rPr>
          <w:lang w:val="nl-NL"/>
        </w:rPr>
        <w:t>:</w:t>
      </w:r>
    </w:p>
    <w:p w14:paraId="28942720" w14:textId="77777777" w:rsidR="00D005B0" w:rsidRDefault="00D005B0" w:rsidP="00F92FCB">
      <w:pPr>
        <w:spacing w:before="0" w:after="0" w:line="240" w:lineRule="auto"/>
        <w:rPr>
          <w:lang w:val="nl-NL"/>
        </w:rPr>
      </w:pPr>
    </w:p>
    <w:p w14:paraId="6702729C" w14:textId="4A99F13C" w:rsidR="00727A82" w:rsidRDefault="00D005B0" w:rsidP="00F92FCB">
      <w:pPr>
        <w:spacing w:before="0" w:after="0" w:line="240" w:lineRule="auto"/>
        <w:rPr>
          <w:lang w:val="nl-NL"/>
        </w:rPr>
      </w:pPr>
      <w:r>
        <w:rPr>
          <w:lang w:val="nl-NL"/>
        </w:rPr>
        <w:t>2</w:t>
      </w:r>
      <w:r w:rsidR="001E53F1">
        <w:rPr>
          <w:lang w:val="nl-NL"/>
        </w:rPr>
        <w:t>.</w:t>
      </w:r>
      <w:r w:rsidR="00F92FCB">
        <w:rPr>
          <w:lang w:val="nl-NL"/>
        </w:rPr>
        <w:t xml:space="preserve"> Geef de AI-tool de rol van (juridisch) onderwijskundige en/of (juridisch) onderwijsontwikkelaar</w:t>
      </w:r>
      <w:r>
        <w:rPr>
          <w:lang w:val="nl-NL"/>
        </w:rPr>
        <w:t xml:space="preserve"> met verstand van de formatieve cyclus.</w:t>
      </w:r>
      <w:r w:rsidR="00F92FCB">
        <w:rPr>
          <w:lang w:val="nl-NL"/>
        </w:rPr>
        <w:t xml:space="preserve"> </w:t>
      </w:r>
    </w:p>
    <w:p w14:paraId="677B5225" w14:textId="77777777" w:rsidR="00D005B0" w:rsidRDefault="00D005B0" w:rsidP="00F92FCB">
      <w:pPr>
        <w:spacing w:before="0" w:after="0" w:line="240" w:lineRule="auto"/>
        <w:rPr>
          <w:lang w:val="nl-NL"/>
        </w:rPr>
      </w:pPr>
    </w:p>
    <w:p w14:paraId="54620802" w14:textId="3DB97C3D" w:rsidR="00F92FCB" w:rsidRDefault="00D005B0" w:rsidP="00F92FCB">
      <w:pPr>
        <w:spacing w:before="0" w:after="0" w:line="240" w:lineRule="auto"/>
        <w:rPr>
          <w:lang w:val="nl-NL"/>
        </w:rPr>
      </w:pPr>
      <w:r>
        <w:rPr>
          <w:lang w:val="nl-NL"/>
        </w:rPr>
        <w:t>3</w:t>
      </w:r>
      <w:r w:rsidR="001E53F1">
        <w:rPr>
          <w:lang w:val="nl-NL"/>
        </w:rPr>
        <w:t xml:space="preserve">. </w:t>
      </w:r>
      <w:r w:rsidR="00F92FCB">
        <w:rPr>
          <w:lang w:val="nl-NL"/>
        </w:rPr>
        <w:t xml:space="preserve"> Geef de AI-tool voldoende context</w:t>
      </w:r>
      <w:r w:rsidR="00B873F0">
        <w:rPr>
          <w:lang w:val="nl-NL"/>
        </w:rPr>
        <w:t>, hierbij een aantal suggesties</w:t>
      </w:r>
      <w:r w:rsidR="00F92FCB">
        <w:rPr>
          <w:lang w:val="nl-NL"/>
        </w:rPr>
        <w:t xml:space="preserve">: </w:t>
      </w:r>
    </w:p>
    <w:p w14:paraId="4FDA15E8" w14:textId="7FED602C" w:rsidR="00F92FCB" w:rsidRDefault="00F77051" w:rsidP="00F92FCB">
      <w:pPr>
        <w:spacing w:before="0" w:after="0" w:line="240" w:lineRule="auto"/>
        <w:rPr>
          <w:lang w:val="nl-NL"/>
        </w:rPr>
      </w:pPr>
      <w:r>
        <w:rPr>
          <w:lang w:val="nl-NL"/>
        </w:rPr>
        <w:t>-</w:t>
      </w:r>
      <w:r w:rsidR="00F92FCB">
        <w:rPr>
          <w:lang w:val="nl-NL"/>
        </w:rPr>
        <w:t xml:space="preserve"> </w:t>
      </w:r>
      <w:r>
        <w:rPr>
          <w:lang w:val="nl-NL"/>
        </w:rPr>
        <w:t>U</w:t>
      </w:r>
      <w:r w:rsidR="00F92FCB">
        <w:rPr>
          <w:lang w:val="nl-NL"/>
        </w:rPr>
        <w:t xml:space="preserve">pload beleidsdocumenten in de AI-tool, waarin de uitgangspunten van ons onderwijs en/of onze onderwijsvisie en/of ons </w:t>
      </w:r>
      <w:proofErr w:type="spellStart"/>
      <w:r w:rsidR="00F92FCB">
        <w:rPr>
          <w:lang w:val="nl-NL"/>
        </w:rPr>
        <w:t>toetsbeleid</w:t>
      </w:r>
      <w:proofErr w:type="spellEnd"/>
      <w:r w:rsidR="00F92FCB">
        <w:rPr>
          <w:lang w:val="nl-NL"/>
        </w:rPr>
        <w:t xml:space="preserve"> is opgenomen. Zorg er daarbij voor dat deze documenten niet herleiden zijn naar de JHS.</w:t>
      </w:r>
    </w:p>
    <w:p w14:paraId="7C8755AC" w14:textId="1EDCD30F" w:rsidR="00F92FCB" w:rsidRDefault="00F77051" w:rsidP="00F92FCB">
      <w:pPr>
        <w:spacing w:before="0" w:after="0" w:line="240" w:lineRule="auto"/>
        <w:rPr>
          <w:lang w:val="nl-NL"/>
        </w:rPr>
      </w:pPr>
      <w:r>
        <w:rPr>
          <w:lang w:val="nl-NL"/>
        </w:rPr>
        <w:t xml:space="preserve">- </w:t>
      </w:r>
      <w:r w:rsidR="00F92FCB">
        <w:rPr>
          <w:lang w:val="nl-NL"/>
        </w:rPr>
        <w:t xml:space="preserve">geef de AI-tool voorbeelden van de output zoals je die graag ontworpen ziet. Geef bijvoorbeeld voorbeelden van leerdoelen, een </w:t>
      </w:r>
      <w:proofErr w:type="spellStart"/>
      <w:r w:rsidR="00F92FCB">
        <w:rPr>
          <w:lang w:val="nl-NL"/>
        </w:rPr>
        <w:t>rubric</w:t>
      </w:r>
      <w:proofErr w:type="spellEnd"/>
      <w:r w:rsidR="00F92FCB">
        <w:rPr>
          <w:lang w:val="nl-NL"/>
        </w:rPr>
        <w:t>, een lessenreeks, een werkvorm</w:t>
      </w:r>
      <w:r w:rsidR="001E53F1">
        <w:rPr>
          <w:lang w:val="nl-NL"/>
        </w:rPr>
        <w:t>, een bestaande opdracht</w:t>
      </w:r>
      <w:r w:rsidR="00B83CAF">
        <w:rPr>
          <w:lang w:val="nl-NL"/>
        </w:rPr>
        <w:t xml:space="preserve"> etc.</w:t>
      </w:r>
    </w:p>
    <w:p w14:paraId="69C1E9AC" w14:textId="4A6BEADE" w:rsidR="00F92FCB" w:rsidRDefault="00B83CAF" w:rsidP="00B83CAF">
      <w:pPr>
        <w:spacing w:before="0" w:after="0" w:line="240" w:lineRule="auto"/>
        <w:rPr>
          <w:lang w:val="nl-NL"/>
        </w:rPr>
      </w:pPr>
      <w:r>
        <w:rPr>
          <w:lang w:val="nl-NL"/>
        </w:rPr>
        <w:t>-</w:t>
      </w:r>
      <w:r w:rsidR="001E53F1">
        <w:rPr>
          <w:lang w:val="nl-NL"/>
        </w:rPr>
        <w:t xml:space="preserve"> </w:t>
      </w:r>
      <w:r w:rsidR="00727A82">
        <w:rPr>
          <w:lang w:val="nl-NL"/>
        </w:rPr>
        <w:t>Geef duidelijk aan voor welk leerjaar en/of welke periode de onderwijsactiviteit bedoeld is</w:t>
      </w:r>
      <w:r>
        <w:rPr>
          <w:lang w:val="nl-NL"/>
        </w:rPr>
        <w:t>, voeg eventueel het toepasselijke ZELCOM-niveau toe</w:t>
      </w:r>
      <w:r w:rsidR="00727A82">
        <w:rPr>
          <w:lang w:val="nl-NL"/>
        </w:rPr>
        <w:t>.</w:t>
      </w:r>
    </w:p>
    <w:p w14:paraId="066EEEF4" w14:textId="77777777" w:rsidR="00B83CAF" w:rsidRDefault="00B83CAF" w:rsidP="00B83CAF">
      <w:pPr>
        <w:spacing w:before="0" w:after="0" w:line="240" w:lineRule="auto"/>
        <w:rPr>
          <w:lang w:val="nl-NL"/>
        </w:rPr>
      </w:pPr>
    </w:p>
    <w:p w14:paraId="03F54B5C" w14:textId="030BFC8A" w:rsidR="00120292" w:rsidRDefault="000E3AEC" w:rsidP="00120292">
      <w:pPr>
        <w:spacing w:before="0" w:after="0" w:line="240" w:lineRule="auto"/>
        <w:rPr>
          <w:lang w:val="nl-NL"/>
        </w:rPr>
      </w:pPr>
      <w:r>
        <w:rPr>
          <w:lang w:val="nl-NL"/>
        </w:rPr>
        <w:t>Let op:</w:t>
      </w:r>
      <w:r>
        <w:rPr>
          <w:lang w:val="nl-NL"/>
        </w:rPr>
        <w:br/>
      </w:r>
      <w:r w:rsidR="00F61B68">
        <w:rPr>
          <w:lang w:val="nl-NL"/>
        </w:rPr>
        <w:t xml:space="preserve">Voor het maken van een kennisclip, </w:t>
      </w:r>
      <w:r w:rsidR="006F546A">
        <w:rPr>
          <w:lang w:val="nl-NL"/>
        </w:rPr>
        <w:t>podcast, quiz, flashcards</w:t>
      </w:r>
      <w:r w:rsidR="00120292">
        <w:rPr>
          <w:lang w:val="nl-NL"/>
        </w:rPr>
        <w:t xml:space="preserve">, </w:t>
      </w:r>
      <w:proofErr w:type="spellStart"/>
      <w:r w:rsidR="00120292">
        <w:rPr>
          <w:lang w:val="nl-NL"/>
        </w:rPr>
        <w:t>visual</w:t>
      </w:r>
      <w:proofErr w:type="spellEnd"/>
      <w:r w:rsidR="00120292">
        <w:rPr>
          <w:lang w:val="nl-NL"/>
        </w:rPr>
        <w:t xml:space="preserve"> </w:t>
      </w:r>
      <w:r w:rsidR="00E47AF0">
        <w:rPr>
          <w:lang w:val="nl-NL"/>
        </w:rPr>
        <w:t>of</w:t>
      </w:r>
      <w:r w:rsidR="006F546A">
        <w:rPr>
          <w:lang w:val="nl-NL"/>
        </w:rPr>
        <w:t xml:space="preserve"> </w:t>
      </w:r>
      <w:proofErr w:type="spellStart"/>
      <w:r w:rsidR="006F546A">
        <w:rPr>
          <w:lang w:val="nl-NL"/>
        </w:rPr>
        <w:t>powerpointpresentatie</w:t>
      </w:r>
      <w:proofErr w:type="spellEnd"/>
      <w:r w:rsidR="00E47AF0">
        <w:rPr>
          <w:lang w:val="nl-NL"/>
        </w:rPr>
        <w:t xml:space="preserve"> kun je ook Google </w:t>
      </w:r>
      <w:proofErr w:type="spellStart"/>
      <w:r w:rsidR="00E47AF0">
        <w:rPr>
          <w:lang w:val="nl-NL"/>
        </w:rPr>
        <w:t>NotebookLM</w:t>
      </w:r>
      <w:proofErr w:type="spellEnd"/>
      <w:r w:rsidR="00E47AF0">
        <w:rPr>
          <w:lang w:val="nl-NL"/>
        </w:rPr>
        <w:t xml:space="preserve"> gebruiken. </w:t>
      </w:r>
      <w:r w:rsidR="00120292">
        <w:rPr>
          <w:lang w:val="nl-NL"/>
        </w:rPr>
        <w:t xml:space="preserve">In </w:t>
      </w:r>
      <w:r w:rsidR="00120292" w:rsidRPr="00B83CAF">
        <w:rPr>
          <w:b/>
          <w:bCs/>
          <w:lang w:val="nl-NL"/>
        </w:rPr>
        <w:t xml:space="preserve">Werkblad 9 – Ik wil leren werken met Google </w:t>
      </w:r>
      <w:proofErr w:type="spellStart"/>
      <w:r w:rsidR="00120292" w:rsidRPr="00B83CAF">
        <w:rPr>
          <w:b/>
          <w:bCs/>
          <w:lang w:val="nl-NL"/>
        </w:rPr>
        <w:lastRenderedPageBreak/>
        <w:t>NotebookLM</w:t>
      </w:r>
      <w:proofErr w:type="spellEnd"/>
      <w:r w:rsidR="00120292">
        <w:rPr>
          <w:lang w:val="nl-NL"/>
        </w:rPr>
        <w:t xml:space="preserve"> wordt een korte en een uitgebreide uitleg gegeven over het gebruik van Google </w:t>
      </w:r>
      <w:proofErr w:type="spellStart"/>
      <w:r w:rsidR="00120292">
        <w:rPr>
          <w:lang w:val="nl-NL"/>
        </w:rPr>
        <w:t>NotebookLM</w:t>
      </w:r>
      <w:proofErr w:type="spellEnd"/>
      <w:r w:rsidR="00120292">
        <w:rPr>
          <w:lang w:val="nl-NL"/>
        </w:rPr>
        <w:t xml:space="preserve">. </w:t>
      </w:r>
    </w:p>
    <w:p w14:paraId="70DE2B5E" w14:textId="77777777" w:rsidR="005449E2" w:rsidRPr="00862DF4" w:rsidRDefault="005449E2" w:rsidP="005449E2">
      <w:pPr>
        <w:tabs>
          <w:tab w:val="left" w:pos="2428"/>
        </w:tabs>
        <w:spacing w:before="0" w:after="0" w:line="240" w:lineRule="auto"/>
        <w:rPr>
          <w:lang w:val="nl-NL"/>
        </w:rPr>
      </w:pPr>
    </w:p>
    <w:p w14:paraId="4F414945" w14:textId="7EF3D9C5" w:rsidR="00325D2C" w:rsidRPr="00976C95" w:rsidRDefault="0079121F" w:rsidP="00936394">
      <w:pPr>
        <w:pStyle w:val="Kop2"/>
        <w:spacing w:before="0" w:line="240" w:lineRule="auto"/>
        <w:rPr>
          <w:lang w:val="nl-NL"/>
        </w:rPr>
      </w:pPr>
      <w:r w:rsidRPr="00976C95">
        <w:rPr>
          <w:lang w:val="nl-NL"/>
        </w:rPr>
        <w:t>Stappenplan</w:t>
      </w:r>
    </w:p>
    <w:p w14:paraId="382F1A28" w14:textId="588A2C12" w:rsidR="008830E5" w:rsidRPr="008830E5" w:rsidRDefault="00E41A4D" w:rsidP="008830E5">
      <w:pPr>
        <w:spacing w:before="0" w:after="0" w:line="240" w:lineRule="auto"/>
        <w:rPr>
          <w:b/>
          <w:bCs/>
          <w:lang w:val="nl-NL"/>
        </w:rPr>
      </w:pPr>
      <w:r>
        <w:rPr>
          <w:b/>
          <w:bCs/>
          <w:lang w:val="nl-NL"/>
        </w:rPr>
        <w:t>Activiteit A</w:t>
      </w:r>
      <w:r w:rsidR="008830E5" w:rsidRPr="008830E5">
        <w:rPr>
          <w:b/>
          <w:bCs/>
          <w:lang w:val="nl-NL"/>
        </w:rPr>
        <w:t xml:space="preserve"> — Curriculum / moduleontwerp (op hoofdlijnen)</w:t>
      </w:r>
    </w:p>
    <w:p w14:paraId="387B607E" w14:textId="77777777" w:rsidR="00A35A49" w:rsidRDefault="00A35A49" w:rsidP="008830E5">
      <w:pPr>
        <w:spacing w:before="0" w:after="0" w:line="240" w:lineRule="auto"/>
        <w:rPr>
          <w:b/>
          <w:bCs/>
          <w:lang w:val="nl-NL"/>
        </w:rPr>
      </w:pPr>
    </w:p>
    <w:p w14:paraId="020B3984" w14:textId="18ACCE84" w:rsidR="008830E5" w:rsidRPr="008830E5" w:rsidRDefault="008830E5" w:rsidP="008830E5">
      <w:pPr>
        <w:spacing w:before="0" w:after="0" w:line="240" w:lineRule="auto"/>
        <w:rPr>
          <w:lang w:val="nl-NL"/>
        </w:rPr>
      </w:pPr>
      <w:r w:rsidRPr="008830E5">
        <w:rPr>
          <w:b/>
          <w:bCs/>
          <w:lang w:val="nl-NL"/>
        </w:rPr>
        <w:t>Doel</w:t>
      </w:r>
      <w:r w:rsidRPr="008830E5">
        <w:rPr>
          <w:lang w:val="nl-NL"/>
        </w:rPr>
        <w:t>: overzicht, samenhang en duidelijke leeruitkomsten.</w:t>
      </w:r>
      <w:r w:rsidRPr="008830E5">
        <w:rPr>
          <w:lang w:val="nl-NL"/>
        </w:rPr>
        <w:br/>
      </w:r>
      <w:r w:rsidRPr="008830E5">
        <w:rPr>
          <w:b/>
          <w:bCs/>
          <w:lang w:val="nl-NL"/>
        </w:rPr>
        <w:t>Opdracht</w:t>
      </w:r>
      <w:r w:rsidRPr="008830E5">
        <w:rPr>
          <w:lang w:val="nl-NL"/>
        </w:rPr>
        <w:t xml:space="preserve">: maak een </w:t>
      </w:r>
      <w:r w:rsidRPr="008830E5">
        <w:rPr>
          <w:i/>
          <w:iCs/>
          <w:lang w:val="nl-NL"/>
        </w:rPr>
        <w:t>curriculum</w:t>
      </w:r>
      <w:r w:rsidRPr="008830E5">
        <w:rPr>
          <w:lang w:val="nl-NL"/>
        </w:rPr>
        <w:t xml:space="preserve"> </w:t>
      </w:r>
      <w:r w:rsidR="006D4F7C">
        <w:rPr>
          <w:lang w:val="nl-NL"/>
        </w:rPr>
        <w:t xml:space="preserve">/ module </w:t>
      </w:r>
      <w:r w:rsidRPr="008830E5">
        <w:rPr>
          <w:lang w:val="nl-NL"/>
        </w:rPr>
        <w:t xml:space="preserve">met leeruitkomsten + thema’s + </w:t>
      </w:r>
      <w:proofErr w:type="spellStart"/>
      <w:r w:rsidRPr="008830E5">
        <w:rPr>
          <w:lang w:val="nl-NL"/>
        </w:rPr>
        <w:t>toetsmoment</w:t>
      </w:r>
      <w:proofErr w:type="spellEnd"/>
      <w:r w:rsidRPr="008830E5">
        <w:rPr>
          <w:lang w:val="nl-NL"/>
        </w:rPr>
        <w:t>(en).</w:t>
      </w:r>
    </w:p>
    <w:p w14:paraId="3620D644" w14:textId="77777777" w:rsidR="00A35A49" w:rsidRDefault="00A35A49" w:rsidP="008830E5">
      <w:pPr>
        <w:spacing w:before="0" w:after="0" w:line="240" w:lineRule="auto"/>
        <w:rPr>
          <w:b/>
          <w:bCs/>
          <w:lang w:val="nl-NL"/>
        </w:rPr>
      </w:pPr>
    </w:p>
    <w:p w14:paraId="03AA2D49" w14:textId="703180A3" w:rsidR="008830E5" w:rsidRPr="008830E5" w:rsidRDefault="008830E5" w:rsidP="008830E5">
      <w:pPr>
        <w:spacing w:before="0" w:after="0" w:line="240" w:lineRule="auto"/>
        <w:rPr>
          <w:lang w:val="nl-NL"/>
        </w:rPr>
      </w:pPr>
      <w:r w:rsidRPr="008830E5">
        <w:rPr>
          <w:b/>
          <w:bCs/>
          <w:lang w:val="nl-NL"/>
        </w:rPr>
        <w:t>Stappenplan</w:t>
      </w:r>
    </w:p>
    <w:p w14:paraId="32980311" w14:textId="77777777" w:rsidR="008830E5" w:rsidRPr="008830E5" w:rsidRDefault="008830E5" w:rsidP="00974A8A">
      <w:pPr>
        <w:numPr>
          <w:ilvl w:val="0"/>
          <w:numId w:val="29"/>
        </w:numPr>
        <w:spacing w:before="0" w:after="0" w:line="240" w:lineRule="auto"/>
        <w:rPr>
          <w:lang w:val="nl-NL"/>
        </w:rPr>
      </w:pPr>
      <w:r w:rsidRPr="008830E5">
        <w:rPr>
          <w:lang w:val="nl-NL"/>
        </w:rPr>
        <w:t>Plak je bestaande (concept) leeruitkomsten of thema’s in de tool (zonder persoonsgegevens).</w:t>
      </w:r>
    </w:p>
    <w:p w14:paraId="0CBA80D5" w14:textId="66C9FBB6" w:rsidR="008830E5" w:rsidRPr="008830E5" w:rsidRDefault="008830E5" w:rsidP="00974A8A">
      <w:pPr>
        <w:numPr>
          <w:ilvl w:val="0"/>
          <w:numId w:val="29"/>
        </w:numPr>
        <w:spacing w:before="0" w:after="0" w:line="240" w:lineRule="auto"/>
        <w:rPr>
          <w:lang w:val="nl-NL"/>
        </w:rPr>
      </w:pPr>
      <w:r w:rsidRPr="008830E5">
        <w:rPr>
          <w:lang w:val="nl-NL"/>
        </w:rPr>
        <w:t>Vraag AI: “Maak hiervan 4–8 heldere leeruitkomsten in werkwoordvorm (</w:t>
      </w:r>
      <w:proofErr w:type="spellStart"/>
      <w:r w:rsidRPr="008830E5">
        <w:rPr>
          <w:lang w:val="nl-NL"/>
        </w:rPr>
        <w:t>Bloom</w:t>
      </w:r>
      <w:proofErr w:type="spellEnd"/>
      <w:r w:rsidRPr="008830E5">
        <w:rPr>
          <w:lang w:val="nl-NL"/>
        </w:rPr>
        <w:t>), niveau: [jaar/semester].”</w:t>
      </w:r>
      <w:r w:rsidR="003D196D">
        <w:rPr>
          <w:lang w:val="nl-NL"/>
        </w:rPr>
        <w:t xml:space="preserve"> </w:t>
      </w:r>
      <w:r w:rsidR="00FC5D63">
        <w:rPr>
          <w:lang w:val="nl-NL"/>
        </w:rPr>
        <w:br/>
        <w:t>Vervolg tip: j</w:t>
      </w:r>
      <w:r w:rsidR="003D196D">
        <w:rPr>
          <w:lang w:val="nl-NL"/>
        </w:rPr>
        <w:t xml:space="preserve">e kunt hier ook nog de </w:t>
      </w:r>
      <w:proofErr w:type="spellStart"/>
      <w:r w:rsidR="003D196D">
        <w:rPr>
          <w:lang w:val="nl-NL"/>
        </w:rPr>
        <w:t>Zelcom</w:t>
      </w:r>
      <w:proofErr w:type="spellEnd"/>
      <w:r w:rsidR="003D196D">
        <w:rPr>
          <w:lang w:val="nl-NL"/>
        </w:rPr>
        <w:t xml:space="preserve">-criteria aan toevoegen. </w:t>
      </w:r>
    </w:p>
    <w:p w14:paraId="69ED118D" w14:textId="77777777" w:rsidR="008830E5" w:rsidRPr="008830E5" w:rsidRDefault="008830E5" w:rsidP="00974A8A">
      <w:pPr>
        <w:numPr>
          <w:ilvl w:val="0"/>
          <w:numId w:val="29"/>
        </w:numPr>
        <w:spacing w:before="0" w:after="0" w:line="240" w:lineRule="auto"/>
        <w:rPr>
          <w:lang w:val="nl-NL"/>
        </w:rPr>
      </w:pPr>
      <w:r w:rsidRPr="008830E5">
        <w:rPr>
          <w:lang w:val="nl-NL"/>
        </w:rPr>
        <w:t>Vraag AI om constructieve afstemming: welke leeractiviteiten passen per leeruitkomst?</w:t>
      </w:r>
    </w:p>
    <w:p w14:paraId="46C75030" w14:textId="77777777" w:rsidR="008830E5" w:rsidRPr="008830E5" w:rsidRDefault="008830E5" w:rsidP="00974A8A">
      <w:pPr>
        <w:numPr>
          <w:ilvl w:val="0"/>
          <w:numId w:val="29"/>
        </w:numPr>
        <w:spacing w:before="0" w:after="0" w:line="240" w:lineRule="auto"/>
        <w:rPr>
          <w:lang w:val="nl-NL"/>
        </w:rPr>
      </w:pPr>
      <w:r w:rsidRPr="008830E5">
        <w:rPr>
          <w:lang w:val="nl-NL"/>
        </w:rPr>
        <w:t xml:space="preserve">Laat AI een overzicht maken van: thema → leeruitkomst → leeractiviteit → </w:t>
      </w:r>
      <w:proofErr w:type="spellStart"/>
      <w:r w:rsidRPr="008830E5">
        <w:rPr>
          <w:lang w:val="nl-NL"/>
        </w:rPr>
        <w:t>toetsvorm</w:t>
      </w:r>
      <w:proofErr w:type="spellEnd"/>
      <w:r w:rsidRPr="008830E5">
        <w:rPr>
          <w:lang w:val="nl-NL"/>
        </w:rPr>
        <w:t>.</w:t>
      </w:r>
    </w:p>
    <w:p w14:paraId="675C0A44" w14:textId="77777777" w:rsidR="008830E5" w:rsidRPr="008830E5" w:rsidRDefault="008830E5" w:rsidP="00974A8A">
      <w:pPr>
        <w:numPr>
          <w:ilvl w:val="0"/>
          <w:numId w:val="29"/>
        </w:numPr>
        <w:spacing w:before="0" w:after="0" w:line="240" w:lineRule="auto"/>
        <w:rPr>
          <w:lang w:val="nl-NL"/>
        </w:rPr>
      </w:pPr>
      <w:r w:rsidRPr="008830E5">
        <w:rPr>
          <w:lang w:val="nl-NL"/>
        </w:rPr>
        <w:t>Vraag AI om hiaten/dubbelen te signaleren.</w:t>
      </w:r>
    </w:p>
    <w:p w14:paraId="5102C1D2" w14:textId="77777777" w:rsidR="008830E5" w:rsidRPr="008830E5" w:rsidRDefault="008830E5" w:rsidP="00974A8A">
      <w:pPr>
        <w:numPr>
          <w:ilvl w:val="0"/>
          <w:numId w:val="29"/>
        </w:numPr>
        <w:spacing w:before="0" w:after="0" w:line="240" w:lineRule="auto"/>
        <w:rPr>
          <w:lang w:val="nl-NL"/>
        </w:rPr>
      </w:pPr>
      <w:r w:rsidRPr="008830E5">
        <w:rPr>
          <w:lang w:val="nl-NL"/>
        </w:rPr>
        <w:t>Jij kiest wat je behoudt en herschrijft in jouw taal.</w:t>
      </w:r>
    </w:p>
    <w:p w14:paraId="47D0DDEE" w14:textId="77777777" w:rsidR="00A35A49" w:rsidRDefault="00A35A49" w:rsidP="008830E5">
      <w:pPr>
        <w:spacing w:before="0" w:after="0" w:line="240" w:lineRule="auto"/>
        <w:rPr>
          <w:b/>
          <w:bCs/>
          <w:lang w:val="nl-NL"/>
        </w:rPr>
      </w:pPr>
    </w:p>
    <w:p w14:paraId="71D27D70" w14:textId="1549B5D1" w:rsidR="008830E5" w:rsidRPr="008830E5" w:rsidRDefault="008830E5" w:rsidP="008830E5">
      <w:pPr>
        <w:spacing w:before="0" w:after="0" w:line="240" w:lineRule="auto"/>
        <w:rPr>
          <w:lang w:val="nl-NL"/>
        </w:rPr>
      </w:pPr>
      <w:r w:rsidRPr="008830E5">
        <w:rPr>
          <w:b/>
          <w:bCs/>
          <w:lang w:val="nl-NL"/>
        </w:rPr>
        <w:t>Handige promptregel</w:t>
      </w:r>
    </w:p>
    <w:p w14:paraId="33231DF6" w14:textId="77777777" w:rsidR="008830E5" w:rsidRPr="008830E5" w:rsidRDefault="008830E5" w:rsidP="008830E5">
      <w:pPr>
        <w:spacing w:before="0" w:after="0" w:line="240" w:lineRule="auto"/>
        <w:rPr>
          <w:lang w:val="nl-NL"/>
        </w:rPr>
      </w:pPr>
      <w:r w:rsidRPr="008830E5">
        <w:rPr>
          <w:lang w:val="nl-NL"/>
        </w:rPr>
        <w:t>“Geef 2 varianten: (1) compact, (2) uitgebreid met voorbeelden.”</w:t>
      </w:r>
    </w:p>
    <w:p w14:paraId="65412BF9" w14:textId="5A9838BF" w:rsidR="008830E5" w:rsidRPr="008830E5" w:rsidRDefault="008830E5" w:rsidP="008830E5">
      <w:pPr>
        <w:spacing w:before="0" w:after="0" w:line="240" w:lineRule="auto"/>
        <w:rPr>
          <w:lang w:val="nl-NL"/>
        </w:rPr>
      </w:pPr>
    </w:p>
    <w:p w14:paraId="1040E5D9" w14:textId="77777777" w:rsidR="008830E5" w:rsidRPr="008830E5" w:rsidRDefault="008830E5" w:rsidP="008830E5">
      <w:pPr>
        <w:spacing w:before="0" w:after="0" w:line="240" w:lineRule="auto"/>
        <w:rPr>
          <w:b/>
          <w:bCs/>
          <w:lang w:val="nl-NL"/>
        </w:rPr>
      </w:pPr>
      <w:r w:rsidRPr="008830E5">
        <w:rPr>
          <w:b/>
          <w:bCs/>
          <w:lang w:val="nl-NL"/>
        </w:rPr>
        <w:t>Activiteit B — Constructieve afstemming (leerdoel–activiteit–toets)</w:t>
      </w:r>
    </w:p>
    <w:p w14:paraId="50A4009A" w14:textId="77777777" w:rsidR="00A35A49" w:rsidRDefault="00A35A49" w:rsidP="008830E5">
      <w:pPr>
        <w:spacing w:before="0" w:after="0" w:line="240" w:lineRule="auto"/>
        <w:rPr>
          <w:b/>
          <w:bCs/>
          <w:lang w:val="nl-NL"/>
        </w:rPr>
      </w:pPr>
    </w:p>
    <w:p w14:paraId="24BE6903" w14:textId="7294C705" w:rsidR="008830E5" w:rsidRPr="008830E5" w:rsidRDefault="008830E5" w:rsidP="008830E5">
      <w:pPr>
        <w:spacing w:before="0" w:after="0" w:line="240" w:lineRule="auto"/>
        <w:rPr>
          <w:lang w:val="nl-NL"/>
        </w:rPr>
      </w:pPr>
      <w:r w:rsidRPr="008830E5">
        <w:rPr>
          <w:b/>
          <w:bCs/>
          <w:lang w:val="nl-NL"/>
        </w:rPr>
        <w:t>Doel</w:t>
      </w:r>
      <w:r w:rsidRPr="008830E5">
        <w:rPr>
          <w:lang w:val="nl-NL"/>
        </w:rPr>
        <w:t>: voorkomen dat je “leuke werkvormen” kiest die niet bij het leerdoel passen.</w:t>
      </w:r>
      <w:r w:rsidRPr="008830E5">
        <w:rPr>
          <w:lang w:val="nl-NL"/>
        </w:rPr>
        <w:br/>
      </w:r>
      <w:r w:rsidRPr="008830E5">
        <w:rPr>
          <w:b/>
          <w:bCs/>
          <w:lang w:val="nl-NL"/>
        </w:rPr>
        <w:t>Opdracht</w:t>
      </w:r>
      <w:r w:rsidRPr="008830E5">
        <w:rPr>
          <w:lang w:val="nl-NL"/>
        </w:rPr>
        <w:t xml:space="preserve">: een tabel met per leerdoel: passende leeractiviteit + passende </w:t>
      </w:r>
      <w:proofErr w:type="spellStart"/>
      <w:r w:rsidRPr="008830E5">
        <w:rPr>
          <w:lang w:val="nl-NL"/>
        </w:rPr>
        <w:t>toetsvorm</w:t>
      </w:r>
      <w:proofErr w:type="spellEnd"/>
      <w:r w:rsidRPr="008830E5">
        <w:rPr>
          <w:lang w:val="nl-NL"/>
        </w:rPr>
        <w:t xml:space="preserve"> + beoordelingscriteria.</w:t>
      </w:r>
    </w:p>
    <w:p w14:paraId="34436600" w14:textId="77777777" w:rsidR="00A35A49" w:rsidRDefault="00A35A49" w:rsidP="008830E5">
      <w:pPr>
        <w:spacing w:before="0" w:after="0" w:line="240" w:lineRule="auto"/>
        <w:rPr>
          <w:b/>
          <w:bCs/>
          <w:lang w:val="nl-NL"/>
        </w:rPr>
      </w:pPr>
    </w:p>
    <w:p w14:paraId="37CF4DE4" w14:textId="3EB80277" w:rsidR="008830E5" w:rsidRPr="008830E5" w:rsidRDefault="008830E5" w:rsidP="008830E5">
      <w:pPr>
        <w:spacing w:before="0" w:after="0" w:line="240" w:lineRule="auto"/>
        <w:rPr>
          <w:lang w:val="nl-NL"/>
        </w:rPr>
      </w:pPr>
      <w:r w:rsidRPr="008830E5">
        <w:rPr>
          <w:b/>
          <w:bCs/>
          <w:lang w:val="nl-NL"/>
        </w:rPr>
        <w:t>Stappenplan</w:t>
      </w:r>
    </w:p>
    <w:p w14:paraId="26EBE757" w14:textId="77777777" w:rsidR="008830E5" w:rsidRPr="008830E5" w:rsidRDefault="008830E5" w:rsidP="00974A8A">
      <w:pPr>
        <w:numPr>
          <w:ilvl w:val="0"/>
          <w:numId w:val="30"/>
        </w:numPr>
        <w:spacing w:before="0" w:after="0" w:line="240" w:lineRule="auto"/>
        <w:rPr>
          <w:lang w:val="nl-NL"/>
        </w:rPr>
      </w:pPr>
      <w:r w:rsidRPr="008830E5">
        <w:rPr>
          <w:lang w:val="nl-NL"/>
        </w:rPr>
        <w:t>Geef 1–3 leerdoelen.</w:t>
      </w:r>
    </w:p>
    <w:p w14:paraId="4316C155" w14:textId="77777777" w:rsidR="008830E5" w:rsidRPr="008830E5" w:rsidRDefault="008830E5" w:rsidP="00974A8A">
      <w:pPr>
        <w:numPr>
          <w:ilvl w:val="0"/>
          <w:numId w:val="30"/>
        </w:numPr>
        <w:spacing w:before="0" w:after="0" w:line="240" w:lineRule="auto"/>
        <w:rPr>
          <w:lang w:val="nl-NL"/>
        </w:rPr>
      </w:pPr>
      <w:r w:rsidRPr="008830E5">
        <w:rPr>
          <w:lang w:val="nl-NL"/>
        </w:rPr>
        <w:t>Vraag AI: “Welke leeractiviteiten passen hierbij (met motivatie)?”</w:t>
      </w:r>
    </w:p>
    <w:p w14:paraId="5B03B3B7" w14:textId="77777777" w:rsidR="008830E5" w:rsidRPr="008830E5" w:rsidRDefault="008830E5" w:rsidP="00974A8A">
      <w:pPr>
        <w:numPr>
          <w:ilvl w:val="0"/>
          <w:numId w:val="30"/>
        </w:numPr>
        <w:spacing w:before="0" w:after="0" w:line="240" w:lineRule="auto"/>
        <w:rPr>
          <w:lang w:val="nl-NL"/>
        </w:rPr>
      </w:pPr>
      <w:r w:rsidRPr="008830E5">
        <w:rPr>
          <w:lang w:val="nl-NL"/>
        </w:rPr>
        <w:t xml:space="preserve">Vraag AI: “Welke </w:t>
      </w:r>
      <w:proofErr w:type="spellStart"/>
      <w:r w:rsidRPr="008830E5">
        <w:rPr>
          <w:lang w:val="nl-NL"/>
        </w:rPr>
        <w:t>toetsvorm</w:t>
      </w:r>
      <w:proofErr w:type="spellEnd"/>
      <w:r w:rsidRPr="008830E5">
        <w:rPr>
          <w:lang w:val="nl-NL"/>
        </w:rPr>
        <w:t xml:space="preserve"> meet dit leerdoel het best?”</w:t>
      </w:r>
    </w:p>
    <w:p w14:paraId="38126B84" w14:textId="77777777" w:rsidR="008830E5" w:rsidRPr="008830E5" w:rsidRDefault="008830E5" w:rsidP="00974A8A">
      <w:pPr>
        <w:numPr>
          <w:ilvl w:val="0"/>
          <w:numId w:val="30"/>
        </w:numPr>
        <w:spacing w:before="0" w:after="0" w:line="240" w:lineRule="auto"/>
        <w:rPr>
          <w:lang w:val="nl-NL"/>
        </w:rPr>
      </w:pPr>
      <w:r w:rsidRPr="008830E5">
        <w:rPr>
          <w:lang w:val="nl-NL"/>
        </w:rPr>
        <w:t>Vraag AI om 3 beoordelingscriteria per leerdoel.</w:t>
      </w:r>
    </w:p>
    <w:p w14:paraId="35B38058" w14:textId="77777777" w:rsidR="008830E5" w:rsidRDefault="008830E5" w:rsidP="00974A8A">
      <w:pPr>
        <w:numPr>
          <w:ilvl w:val="0"/>
          <w:numId w:val="30"/>
        </w:numPr>
        <w:spacing w:before="0" w:after="0" w:line="240" w:lineRule="auto"/>
        <w:rPr>
          <w:lang w:val="nl-NL"/>
        </w:rPr>
      </w:pPr>
      <w:r w:rsidRPr="008830E5">
        <w:rPr>
          <w:lang w:val="nl-NL"/>
        </w:rPr>
        <w:t>Laat AI checken: “Is dit haalbaar binnen 6 weken/2 EC/…?”</w:t>
      </w:r>
    </w:p>
    <w:p w14:paraId="414F1D5A" w14:textId="53991B24" w:rsidR="00500B10" w:rsidRPr="008830E5" w:rsidRDefault="00500B10" w:rsidP="00974A8A">
      <w:pPr>
        <w:numPr>
          <w:ilvl w:val="0"/>
          <w:numId w:val="30"/>
        </w:numPr>
        <w:spacing w:before="0" w:after="0" w:line="240" w:lineRule="auto"/>
        <w:rPr>
          <w:lang w:val="nl-NL"/>
        </w:rPr>
      </w:pPr>
      <w:r>
        <w:rPr>
          <w:lang w:val="nl-NL"/>
        </w:rPr>
        <w:t>Vraag AI: “</w:t>
      </w:r>
      <w:r w:rsidR="008C09D9">
        <w:rPr>
          <w:lang w:val="nl-NL"/>
        </w:rPr>
        <w:t xml:space="preserve">Maak een single point </w:t>
      </w:r>
      <w:proofErr w:type="spellStart"/>
      <w:r w:rsidR="008C09D9">
        <w:rPr>
          <w:lang w:val="nl-NL"/>
        </w:rPr>
        <w:t>rubric</w:t>
      </w:r>
      <w:proofErr w:type="spellEnd"/>
      <w:r w:rsidR="008C09D9">
        <w:rPr>
          <w:lang w:val="nl-NL"/>
        </w:rPr>
        <w:t xml:space="preserve"> van deze beoordelingscriteria.”</w:t>
      </w:r>
    </w:p>
    <w:p w14:paraId="424F7E32" w14:textId="77777777" w:rsidR="008830E5" w:rsidRPr="008830E5" w:rsidRDefault="008830E5" w:rsidP="00974A8A">
      <w:pPr>
        <w:numPr>
          <w:ilvl w:val="0"/>
          <w:numId w:val="30"/>
        </w:numPr>
        <w:spacing w:before="0" w:after="0" w:line="240" w:lineRule="auto"/>
        <w:rPr>
          <w:lang w:val="nl-NL"/>
        </w:rPr>
      </w:pPr>
      <w:r w:rsidRPr="008830E5">
        <w:rPr>
          <w:lang w:val="nl-NL"/>
        </w:rPr>
        <w:t>Jij kiest en scherpt aan.</w:t>
      </w:r>
    </w:p>
    <w:p w14:paraId="7EA90FEA" w14:textId="53AACD71" w:rsidR="008830E5" w:rsidRPr="008830E5" w:rsidRDefault="008830E5" w:rsidP="008830E5">
      <w:pPr>
        <w:spacing w:before="0" w:after="0" w:line="240" w:lineRule="auto"/>
        <w:rPr>
          <w:lang w:val="nl-NL"/>
        </w:rPr>
      </w:pPr>
    </w:p>
    <w:p w14:paraId="36D47659" w14:textId="77777777" w:rsidR="008830E5" w:rsidRPr="008830E5" w:rsidRDefault="008830E5" w:rsidP="008830E5">
      <w:pPr>
        <w:spacing w:before="0" w:after="0" w:line="240" w:lineRule="auto"/>
        <w:rPr>
          <w:b/>
          <w:bCs/>
          <w:lang w:val="nl-NL"/>
        </w:rPr>
      </w:pPr>
      <w:r w:rsidRPr="008830E5">
        <w:rPr>
          <w:b/>
          <w:bCs/>
          <w:lang w:val="nl-NL"/>
        </w:rPr>
        <w:t>Activiteit C — Lessenreeks (bijv. 3–6 lessen)</w:t>
      </w:r>
    </w:p>
    <w:p w14:paraId="313C54FA" w14:textId="77777777" w:rsidR="00A35A49" w:rsidRDefault="00A35A49" w:rsidP="008830E5">
      <w:pPr>
        <w:spacing w:before="0" w:after="0" w:line="240" w:lineRule="auto"/>
        <w:rPr>
          <w:b/>
          <w:bCs/>
          <w:lang w:val="nl-NL"/>
        </w:rPr>
      </w:pPr>
    </w:p>
    <w:p w14:paraId="0FCD155E" w14:textId="448B5B5A" w:rsidR="008830E5" w:rsidRPr="008830E5" w:rsidRDefault="008830E5" w:rsidP="008830E5">
      <w:pPr>
        <w:spacing w:before="0" w:after="0" w:line="240" w:lineRule="auto"/>
        <w:rPr>
          <w:lang w:val="nl-NL"/>
        </w:rPr>
      </w:pPr>
      <w:r w:rsidRPr="008830E5">
        <w:rPr>
          <w:b/>
          <w:bCs/>
          <w:lang w:val="nl-NL"/>
        </w:rPr>
        <w:t>Doel</w:t>
      </w:r>
      <w:r w:rsidRPr="008830E5">
        <w:rPr>
          <w:lang w:val="nl-NL"/>
        </w:rPr>
        <w:t>: logische opbouw en herhaling/oefening.</w:t>
      </w:r>
      <w:r w:rsidRPr="008830E5">
        <w:rPr>
          <w:lang w:val="nl-NL"/>
        </w:rPr>
        <w:br/>
      </w:r>
      <w:r w:rsidRPr="008830E5">
        <w:rPr>
          <w:b/>
          <w:bCs/>
          <w:lang w:val="nl-NL"/>
        </w:rPr>
        <w:t>Opdracht</w:t>
      </w:r>
      <w:r w:rsidRPr="008830E5">
        <w:rPr>
          <w:lang w:val="nl-NL"/>
        </w:rPr>
        <w:t>: lessenreeksplanning met per les: doel, inhoud, werkvorm, voorbereiding, huiswerk.</w:t>
      </w:r>
    </w:p>
    <w:p w14:paraId="43D3E469" w14:textId="77777777" w:rsidR="00A35A49" w:rsidRDefault="00A35A49" w:rsidP="008830E5">
      <w:pPr>
        <w:spacing w:before="0" w:after="0" w:line="240" w:lineRule="auto"/>
        <w:rPr>
          <w:b/>
          <w:bCs/>
          <w:lang w:val="nl-NL"/>
        </w:rPr>
      </w:pPr>
    </w:p>
    <w:p w14:paraId="49B9733E" w14:textId="24C8BBA8" w:rsidR="008830E5" w:rsidRPr="008830E5" w:rsidRDefault="008830E5" w:rsidP="008830E5">
      <w:pPr>
        <w:spacing w:before="0" w:after="0" w:line="240" w:lineRule="auto"/>
        <w:rPr>
          <w:lang w:val="nl-NL"/>
        </w:rPr>
      </w:pPr>
      <w:r w:rsidRPr="008830E5">
        <w:rPr>
          <w:b/>
          <w:bCs/>
          <w:lang w:val="nl-NL"/>
        </w:rPr>
        <w:t>Stappenplan</w:t>
      </w:r>
    </w:p>
    <w:p w14:paraId="6A86DEEC" w14:textId="77777777" w:rsidR="008830E5" w:rsidRPr="008830E5" w:rsidRDefault="008830E5" w:rsidP="00974A8A">
      <w:pPr>
        <w:numPr>
          <w:ilvl w:val="0"/>
          <w:numId w:val="31"/>
        </w:numPr>
        <w:spacing w:before="0" w:after="0" w:line="240" w:lineRule="auto"/>
        <w:rPr>
          <w:lang w:val="nl-NL"/>
        </w:rPr>
      </w:pPr>
      <w:r w:rsidRPr="008830E5">
        <w:rPr>
          <w:lang w:val="nl-NL"/>
        </w:rPr>
        <w:t>Geef het onderwerp + doelgroep + aantal lessen + duur per les.</w:t>
      </w:r>
    </w:p>
    <w:p w14:paraId="5322F5ED" w14:textId="77777777" w:rsidR="008830E5" w:rsidRPr="008830E5" w:rsidRDefault="008830E5" w:rsidP="00974A8A">
      <w:pPr>
        <w:numPr>
          <w:ilvl w:val="0"/>
          <w:numId w:val="31"/>
        </w:numPr>
        <w:spacing w:before="0" w:after="0" w:line="240" w:lineRule="auto"/>
        <w:rPr>
          <w:lang w:val="nl-NL"/>
        </w:rPr>
      </w:pPr>
      <w:r w:rsidRPr="008830E5">
        <w:rPr>
          <w:lang w:val="nl-NL"/>
        </w:rPr>
        <w:t>Vraag AI om een opbouw (les 1 t/m les 6) met toenemende complexiteit.</w:t>
      </w:r>
    </w:p>
    <w:p w14:paraId="7F41580A" w14:textId="77777777" w:rsidR="008830E5" w:rsidRPr="008830E5" w:rsidRDefault="008830E5" w:rsidP="00974A8A">
      <w:pPr>
        <w:numPr>
          <w:ilvl w:val="0"/>
          <w:numId w:val="31"/>
        </w:numPr>
        <w:spacing w:before="0" w:after="0" w:line="240" w:lineRule="auto"/>
        <w:rPr>
          <w:lang w:val="nl-NL"/>
        </w:rPr>
      </w:pPr>
      <w:r w:rsidRPr="008830E5">
        <w:rPr>
          <w:lang w:val="nl-NL"/>
        </w:rPr>
        <w:t>Laat AI per les: start–kern–verwerking–afsluiting invullen.</w:t>
      </w:r>
    </w:p>
    <w:p w14:paraId="08DB7AC3" w14:textId="77777777" w:rsidR="008830E5" w:rsidRPr="008830E5" w:rsidRDefault="008830E5" w:rsidP="00974A8A">
      <w:pPr>
        <w:numPr>
          <w:ilvl w:val="0"/>
          <w:numId w:val="31"/>
        </w:numPr>
        <w:spacing w:before="0" w:after="0" w:line="240" w:lineRule="auto"/>
        <w:rPr>
          <w:lang w:val="nl-NL"/>
        </w:rPr>
      </w:pPr>
      <w:r w:rsidRPr="008830E5">
        <w:rPr>
          <w:lang w:val="nl-NL"/>
        </w:rPr>
        <w:t>Vraag AI om korte formatieve checkmomenten (quiz, exit ticket).</w:t>
      </w:r>
    </w:p>
    <w:p w14:paraId="67013985" w14:textId="77777777" w:rsidR="008830E5" w:rsidRPr="008830E5" w:rsidRDefault="008830E5" w:rsidP="00974A8A">
      <w:pPr>
        <w:numPr>
          <w:ilvl w:val="0"/>
          <w:numId w:val="31"/>
        </w:numPr>
        <w:spacing w:before="0" w:after="0" w:line="240" w:lineRule="auto"/>
        <w:rPr>
          <w:lang w:val="nl-NL"/>
        </w:rPr>
      </w:pPr>
      <w:r w:rsidRPr="008830E5">
        <w:rPr>
          <w:lang w:val="nl-NL"/>
        </w:rPr>
        <w:t>Laat AI risico’s noemen: te zwaar, te abstract, te veel stof.</w:t>
      </w:r>
    </w:p>
    <w:p w14:paraId="35088360" w14:textId="77777777" w:rsidR="008830E5" w:rsidRPr="008830E5" w:rsidRDefault="008830E5" w:rsidP="00974A8A">
      <w:pPr>
        <w:numPr>
          <w:ilvl w:val="0"/>
          <w:numId w:val="31"/>
        </w:numPr>
        <w:spacing w:before="0" w:after="0" w:line="240" w:lineRule="auto"/>
        <w:rPr>
          <w:lang w:val="nl-NL"/>
        </w:rPr>
      </w:pPr>
      <w:r w:rsidRPr="008830E5">
        <w:rPr>
          <w:lang w:val="nl-NL"/>
        </w:rPr>
        <w:t>Jij past aan op jouw rooster/realiteit.</w:t>
      </w:r>
    </w:p>
    <w:p w14:paraId="22A4CE79" w14:textId="49AED83F" w:rsidR="008830E5" w:rsidRDefault="008830E5" w:rsidP="008830E5">
      <w:pPr>
        <w:spacing w:before="0" w:after="0" w:line="240" w:lineRule="auto"/>
        <w:rPr>
          <w:lang w:val="nl-NL"/>
        </w:rPr>
      </w:pPr>
    </w:p>
    <w:p w14:paraId="1A1F5BFB" w14:textId="77777777" w:rsidR="002A4FF8" w:rsidRDefault="002A4FF8" w:rsidP="008830E5">
      <w:pPr>
        <w:spacing w:before="0" w:after="0" w:line="240" w:lineRule="auto"/>
        <w:rPr>
          <w:lang w:val="nl-NL"/>
        </w:rPr>
      </w:pPr>
    </w:p>
    <w:p w14:paraId="05C3BDE9" w14:textId="77777777" w:rsidR="002A4FF8" w:rsidRDefault="002A4FF8" w:rsidP="008830E5">
      <w:pPr>
        <w:spacing w:before="0" w:after="0" w:line="240" w:lineRule="auto"/>
        <w:rPr>
          <w:lang w:val="nl-NL"/>
        </w:rPr>
      </w:pPr>
    </w:p>
    <w:p w14:paraId="18DC4401" w14:textId="77777777" w:rsidR="002A4FF8" w:rsidRPr="008830E5" w:rsidRDefault="002A4FF8" w:rsidP="008830E5">
      <w:pPr>
        <w:spacing w:before="0" w:after="0" w:line="240" w:lineRule="auto"/>
        <w:rPr>
          <w:lang w:val="nl-NL"/>
        </w:rPr>
      </w:pPr>
    </w:p>
    <w:p w14:paraId="2791AE35" w14:textId="77777777" w:rsidR="008830E5" w:rsidRPr="008830E5" w:rsidRDefault="008830E5" w:rsidP="008830E5">
      <w:pPr>
        <w:spacing w:before="0" w:after="0" w:line="240" w:lineRule="auto"/>
        <w:rPr>
          <w:b/>
          <w:bCs/>
          <w:lang w:val="nl-NL"/>
        </w:rPr>
      </w:pPr>
      <w:r w:rsidRPr="008830E5">
        <w:rPr>
          <w:b/>
          <w:bCs/>
          <w:lang w:val="nl-NL"/>
        </w:rPr>
        <w:lastRenderedPageBreak/>
        <w:t>Activiteit D — Eén les ontwerpen (jouw oorspronkelijke plan, uitgebreid)</w:t>
      </w:r>
    </w:p>
    <w:p w14:paraId="56A9A0D1" w14:textId="77777777" w:rsidR="00A35A49" w:rsidRDefault="00A35A49" w:rsidP="008830E5">
      <w:pPr>
        <w:spacing w:before="0" w:after="0" w:line="240" w:lineRule="auto"/>
        <w:rPr>
          <w:b/>
          <w:bCs/>
          <w:lang w:val="nl-NL"/>
        </w:rPr>
      </w:pPr>
    </w:p>
    <w:p w14:paraId="725D7903" w14:textId="7AEA8A41" w:rsidR="00CF7457" w:rsidRDefault="00CF7457" w:rsidP="008830E5">
      <w:pPr>
        <w:spacing w:before="0" w:after="0" w:line="240" w:lineRule="auto"/>
        <w:rPr>
          <w:b/>
          <w:bCs/>
          <w:lang w:val="nl-NL"/>
        </w:rPr>
      </w:pPr>
      <w:r>
        <w:rPr>
          <w:b/>
          <w:bCs/>
          <w:lang w:val="nl-NL"/>
        </w:rPr>
        <w:t>D.1 een les ontwerpen</w:t>
      </w:r>
    </w:p>
    <w:p w14:paraId="1AD4EE37" w14:textId="5F79972E" w:rsidR="008830E5" w:rsidRPr="008830E5" w:rsidRDefault="008830E5" w:rsidP="008830E5">
      <w:pPr>
        <w:spacing w:before="0" w:after="0" w:line="240" w:lineRule="auto"/>
        <w:rPr>
          <w:lang w:val="nl-NL"/>
        </w:rPr>
      </w:pPr>
      <w:r w:rsidRPr="008830E5">
        <w:rPr>
          <w:b/>
          <w:bCs/>
          <w:lang w:val="nl-NL"/>
        </w:rPr>
        <w:t>Doel</w:t>
      </w:r>
      <w:r w:rsidRPr="008830E5">
        <w:rPr>
          <w:lang w:val="nl-NL"/>
        </w:rPr>
        <w:t>: snel een bruikbare lesopzet maken.</w:t>
      </w:r>
      <w:r w:rsidRPr="008830E5">
        <w:rPr>
          <w:lang w:val="nl-NL"/>
        </w:rPr>
        <w:br/>
      </w:r>
      <w:r w:rsidRPr="008830E5">
        <w:rPr>
          <w:b/>
          <w:bCs/>
          <w:lang w:val="nl-NL"/>
        </w:rPr>
        <w:t>Opdracht</w:t>
      </w:r>
      <w:r w:rsidRPr="008830E5">
        <w:rPr>
          <w:lang w:val="nl-NL"/>
        </w:rPr>
        <w:t>: lesplan + 1 opdracht + mini-check.</w:t>
      </w:r>
    </w:p>
    <w:p w14:paraId="0210DB71" w14:textId="77777777" w:rsidR="00A35A49" w:rsidRDefault="00A35A49" w:rsidP="008830E5">
      <w:pPr>
        <w:spacing w:before="0" w:after="0" w:line="240" w:lineRule="auto"/>
        <w:rPr>
          <w:b/>
          <w:bCs/>
          <w:lang w:val="nl-NL"/>
        </w:rPr>
      </w:pPr>
    </w:p>
    <w:p w14:paraId="75C367FA" w14:textId="32EE7BD1" w:rsidR="008830E5" w:rsidRPr="008830E5" w:rsidRDefault="008830E5" w:rsidP="008830E5">
      <w:pPr>
        <w:spacing w:before="0" w:after="0" w:line="240" w:lineRule="auto"/>
        <w:rPr>
          <w:lang w:val="nl-NL"/>
        </w:rPr>
      </w:pPr>
      <w:r w:rsidRPr="008830E5">
        <w:rPr>
          <w:b/>
          <w:bCs/>
          <w:lang w:val="nl-NL"/>
        </w:rPr>
        <w:t>Stappenplan</w:t>
      </w:r>
    </w:p>
    <w:p w14:paraId="6478E445" w14:textId="77777777" w:rsidR="008830E5" w:rsidRPr="008830E5" w:rsidRDefault="008830E5" w:rsidP="00974A8A">
      <w:pPr>
        <w:numPr>
          <w:ilvl w:val="0"/>
          <w:numId w:val="32"/>
        </w:numPr>
        <w:spacing w:before="0" w:after="0" w:line="240" w:lineRule="auto"/>
        <w:rPr>
          <w:lang w:val="nl-NL"/>
        </w:rPr>
      </w:pPr>
      <w:r w:rsidRPr="008830E5">
        <w:rPr>
          <w:lang w:val="nl-NL"/>
        </w:rPr>
        <w:t>Kies een leeruitkomst + voorkennis + duur (bijv. 45/90 min).</w:t>
      </w:r>
    </w:p>
    <w:p w14:paraId="0CDA0E0D" w14:textId="77777777" w:rsidR="008830E5" w:rsidRPr="008830E5" w:rsidRDefault="008830E5" w:rsidP="00974A8A">
      <w:pPr>
        <w:numPr>
          <w:ilvl w:val="0"/>
          <w:numId w:val="32"/>
        </w:numPr>
        <w:spacing w:before="0" w:after="0" w:line="240" w:lineRule="auto"/>
        <w:rPr>
          <w:lang w:val="nl-NL"/>
        </w:rPr>
      </w:pPr>
      <w:r w:rsidRPr="008830E5">
        <w:rPr>
          <w:lang w:val="nl-NL"/>
        </w:rPr>
        <w:t xml:space="preserve">Vraag AI om </w:t>
      </w:r>
      <w:r w:rsidRPr="008830E5">
        <w:rPr>
          <w:b/>
          <w:bCs/>
          <w:lang w:val="nl-NL"/>
        </w:rPr>
        <w:t>3 werkvormopties</w:t>
      </w:r>
      <w:r w:rsidRPr="008830E5">
        <w:rPr>
          <w:lang w:val="nl-NL"/>
        </w:rPr>
        <w:t xml:space="preserve"> met tijdsindicatie en waarom ze passen.</w:t>
      </w:r>
    </w:p>
    <w:p w14:paraId="2459BA2D" w14:textId="77777777" w:rsidR="008830E5" w:rsidRPr="008830E5" w:rsidRDefault="008830E5" w:rsidP="00974A8A">
      <w:pPr>
        <w:numPr>
          <w:ilvl w:val="0"/>
          <w:numId w:val="32"/>
        </w:numPr>
        <w:spacing w:before="0" w:after="0" w:line="240" w:lineRule="auto"/>
        <w:rPr>
          <w:lang w:val="nl-NL"/>
        </w:rPr>
      </w:pPr>
      <w:r w:rsidRPr="008830E5">
        <w:rPr>
          <w:lang w:val="nl-NL"/>
        </w:rPr>
        <w:t>Kies 1 optie en laat AI een lesopzet maken: start–kern–verwerking–afsluiting.</w:t>
      </w:r>
    </w:p>
    <w:p w14:paraId="214825B1" w14:textId="77777777" w:rsidR="008830E5" w:rsidRPr="008830E5" w:rsidRDefault="008830E5" w:rsidP="00974A8A">
      <w:pPr>
        <w:numPr>
          <w:ilvl w:val="0"/>
          <w:numId w:val="32"/>
        </w:numPr>
        <w:spacing w:before="0" w:after="0" w:line="240" w:lineRule="auto"/>
        <w:rPr>
          <w:lang w:val="nl-NL"/>
        </w:rPr>
      </w:pPr>
      <w:r w:rsidRPr="008830E5">
        <w:rPr>
          <w:lang w:val="nl-NL"/>
        </w:rPr>
        <w:t>Laat AI een instructietekst + vragen voor interactie maken.</w:t>
      </w:r>
    </w:p>
    <w:p w14:paraId="67DACCDE" w14:textId="77777777" w:rsidR="008830E5" w:rsidRPr="008830E5" w:rsidRDefault="008830E5" w:rsidP="00974A8A">
      <w:pPr>
        <w:numPr>
          <w:ilvl w:val="0"/>
          <w:numId w:val="32"/>
        </w:numPr>
        <w:spacing w:before="0" w:after="0" w:line="240" w:lineRule="auto"/>
        <w:rPr>
          <w:lang w:val="nl-NL"/>
        </w:rPr>
      </w:pPr>
      <w:r w:rsidRPr="008830E5">
        <w:rPr>
          <w:lang w:val="nl-NL"/>
        </w:rPr>
        <w:t>Laat AI een korte verwerkingsopdracht maken (individueel/duo/groep).</w:t>
      </w:r>
    </w:p>
    <w:p w14:paraId="4FF24B1F" w14:textId="40010F39" w:rsidR="008830E5" w:rsidRPr="008830E5" w:rsidRDefault="00C71363" w:rsidP="00974A8A">
      <w:pPr>
        <w:numPr>
          <w:ilvl w:val="0"/>
          <w:numId w:val="32"/>
        </w:numPr>
        <w:spacing w:before="0" w:after="0" w:line="240" w:lineRule="auto"/>
        <w:rPr>
          <w:lang w:val="nl-NL"/>
        </w:rPr>
      </w:pPr>
      <w:r>
        <w:rPr>
          <w:lang w:val="nl-NL"/>
        </w:rPr>
        <w:t>Laat AI een s</w:t>
      </w:r>
      <w:r w:rsidR="008830E5" w:rsidRPr="008830E5">
        <w:rPr>
          <w:lang w:val="nl-NL"/>
        </w:rPr>
        <w:t xml:space="preserve">nelle kwaliteitscheck </w:t>
      </w:r>
      <w:r>
        <w:rPr>
          <w:lang w:val="nl-NL"/>
        </w:rPr>
        <w:t>uitvoeren, laat he</w:t>
      </w:r>
      <w:r w:rsidR="00913B29">
        <w:rPr>
          <w:lang w:val="nl-NL"/>
        </w:rPr>
        <w:t>m checken op</w:t>
      </w:r>
      <w:r w:rsidR="008830E5" w:rsidRPr="008830E5">
        <w:rPr>
          <w:lang w:val="nl-NL"/>
        </w:rPr>
        <w:t xml:space="preserve"> niveau, bias, haalbaarheid, juridische voorzichtigheid.</w:t>
      </w:r>
    </w:p>
    <w:p w14:paraId="1D38C260" w14:textId="77777777" w:rsidR="008830E5" w:rsidRPr="008830E5" w:rsidRDefault="008830E5" w:rsidP="00974A8A">
      <w:pPr>
        <w:numPr>
          <w:ilvl w:val="0"/>
          <w:numId w:val="32"/>
        </w:numPr>
        <w:spacing w:before="0" w:after="0" w:line="240" w:lineRule="auto"/>
        <w:rPr>
          <w:lang w:val="nl-NL"/>
        </w:rPr>
      </w:pPr>
      <w:r w:rsidRPr="008830E5">
        <w:rPr>
          <w:lang w:val="nl-NL"/>
        </w:rPr>
        <w:t>Jij maakt de eindversie en noteert 1 verbetering voor volgende keer.</w:t>
      </w:r>
    </w:p>
    <w:p w14:paraId="258595BF" w14:textId="68596CC6" w:rsidR="008830E5" w:rsidRDefault="008830E5" w:rsidP="008830E5">
      <w:pPr>
        <w:spacing w:before="0" w:after="0" w:line="240" w:lineRule="auto"/>
        <w:rPr>
          <w:lang w:val="nl-NL"/>
        </w:rPr>
      </w:pPr>
    </w:p>
    <w:p w14:paraId="55EA978C" w14:textId="4C455832" w:rsidR="00CF7457" w:rsidRDefault="00CF7457" w:rsidP="008830E5">
      <w:pPr>
        <w:spacing w:before="0" w:after="0" w:line="240" w:lineRule="auto"/>
        <w:rPr>
          <w:b/>
          <w:bCs/>
          <w:lang w:val="nl-NL"/>
        </w:rPr>
      </w:pPr>
      <w:r w:rsidRPr="00CF7457">
        <w:rPr>
          <w:b/>
          <w:bCs/>
          <w:lang w:val="nl-NL"/>
        </w:rPr>
        <w:t>D.2</w:t>
      </w:r>
      <w:r>
        <w:rPr>
          <w:b/>
          <w:bCs/>
          <w:lang w:val="nl-NL"/>
        </w:rPr>
        <w:t xml:space="preserve"> de invulling van een praktijksessie ontwerpen</w:t>
      </w:r>
    </w:p>
    <w:p w14:paraId="7D73852C" w14:textId="1858E07F" w:rsidR="00CF7457" w:rsidRPr="008830E5" w:rsidRDefault="00F93A30" w:rsidP="00CF7457">
      <w:pPr>
        <w:spacing w:before="0" w:after="0" w:line="240" w:lineRule="auto"/>
        <w:rPr>
          <w:lang w:val="nl-NL"/>
        </w:rPr>
      </w:pPr>
      <w:r>
        <w:rPr>
          <w:b/>
          <w:bCs/>
          <w:lang w:val="nl-NL"/>
        </w:rPr>
        <w:t xml:space="preserve">Situatie: </w:t>
      </w:r>
      <w:r w:rsidR="00CF7457">
        <w:rPr>
          <w:lang w:val="nl-NL"/>
        </w:rPr>
        <w:t xml:space="preserve">je hebt komende week een praktijksessie en </w:t>
      </w:r>
      <w:r w:rsidR="0065420D">
        <w:rPr>
          <w:lang w:val="nl-NL"/>
        </w:rPr>
        <w:t xml:space="preserve">hebt nog </w:t>
      </w:r>
      <w:r w:rsidR="00E15408">
        <w:rPr>
          <w:lang w:val="nl-NL"/>
        </w:rPr>
        <w:t xml:space="preserve">een beperkt of </w:t>
      </w:r>
      <w:r w:rsidR="0065420D">
        <w:rPr>
          <w:lang w:val="nl-NL"/>
        </w:rPr>
        <w:t>geen idee voor de invulling hiervan</w:t>
      </w:r>
      <w:r w:rsidR="00CF7457" w:rsidRPr="008830E5">
        <w:rPr>
          <w:lang w:val="nl-NL"/>
        </w:rPr>
        <w:br/>
      </w:r>
      <w:r w:rsidR="00CF7457" w:rsidRPr="008830E5">
        <w:rPr>
          <w:b/>
          <w:bCs/>
          <w:lang w:val="nl-NL"/>
        </w:rPr>
        <w:t>Opdracht</w:t>
      </w:r>
      <w:r w:rsidR="00CF7457" w:rsidRPr="008830E5">
        <w:rPr>
          <w:lang w:val="nl-NL"/>
        </w:rPr>
        <w:t>: lesplan + 1 opdracht + mini-check.</w:t>
      </w:r>
    </w:p>
    <w:p w14:paraId="53C8F10E" w14:textId="77777777" w:rsidR="00CF7457" w:rsidRDefault="00CF7457" w:rsidP="00CF7457">
      <w:pPr>
        <w:spacing w:before="0" w:after="0" w:line="240" w:lineRule="auto"/>
        <w:rPr>
          <w:b/>
          <w:bCs/>
          <w:lang w:val="nl-NL"/>
        </w:rPr>
      </w:pPr>
    </w:p>
    <w:p w14:paraId="5ED47A87" w14:textId="77777777" w:rsidR="00CF7457" w:rsidRPr="008830E5" w:rsidRDefault="00CF7457" w:rsidP="00CF7457">
      <w:pPr>
        <w:spacing w:before="0" w:after="0" w:line="240" w:lineRule="auto"/>
        <w:rPr>
          <w:lang w:val="nl-NL"/>
        </w:rPr>
      </w:pPr>
      <w:r w:rsidRPr="008830E5">
        <w:rPr>
          <w:b/>
          <w:bCs/>
          <w:lang w:val="nl-NL"/>
        </w:rPr>
        <w:t>Stappenplan</w:t>
      </w:r>
    </w:p>
    <w:p w14:paraId="3CCBE986" w14:textId="7C11E433" w:rsidR="0065420D" w:rsidRDefault="0065420D" w:rsidP="00974A8A">
      <w:pPr>
        <w:numPr>
          <w:ilvl w:val="0"/>
          <w:numId w:val="102"/>
        </w:numPr>
        <w:spacing w:before="0" w:after="0" w:line="240" w:lineRule="auto"/>
        <w:rPr>
          <w:lang w:val="nl-NL"/>
        </w:rPr>
      </w:pPr>
      <w:r>
        <w:rPr>
          <w:lang w:val="nl-NL"/>
        </w:rPr>
        <w:t>Beschrijf waar je zit in het proces (van het blok of het semester)</w:t>
      </w:r>
      <w:r w:rsidR="00465206">
        <w:rPr>
          <w:lang w:val="nl-NL"/>
        </w:rPr>
        <w:t>, zijn studenten aan het inlezen / studeren, een stuk aan het maken, voorbereiden op een presentatie of een gesprek of iets anders.</w:t>
      </w:r>
      <w:r w:rsidR="00474F5B">
        <w:rPr>
          <w:lang w:val="nl-NL"/>
        </w:rPr>
        <w:t xml:space="preserve"> </w:t>
      </w:r>
      <w:r w:rsidR="00A74F89">
        <w:rPr>
          <w:lang w:val="nl-NL"/>
        </w:rPr>
        <w:t>Geef aan hoeveel studenten aanwezig zijn.</w:t>
      </w:r>
    </w:p>
    <w:p w14:paraId="703F5BD9" w14:textId="77777777" w:rsidR="00474F5B" w:rsidRDefault="00474F5B" w:rsidP="00974A8A">
      <w:pPr>
        <w:numPr>
          <w:ilvl w:val="0"/>
          <w:numId w:val="102"/>
        </w:numPr>
        <w:spacing w:before="0" w:after="0" w:line="240" w:lineRule="auto"/>
        <w:rPr>
          <w:lang w:val="nl-NL"/>
        </w:rPr>
      </w:pPr>
      <w:r w:rsidRPr="008830E5">
        <w:rPr>
          <w:lang w:val="nl-NL"/>
        </w:rPr>
        <w:t xml:space="preserve">Vraag AI om </w:t>
      </w:r>
      <w:r w:rsidRPr="008830E5">
        <w:rPr>
          <w:b/>
          <w:bCs/>
          <w:lang w:val="nl-NL"/>
        </w:rPr>
        <w:t>3 werkvormopties</w:t>
      </w:r>
      <w:r w:rsidRPr="008830E5">
        <w:rPr>
          <w:lang w:val="nl-NL"/>
        </w:rPr>
        <w:t xml:space="preserve"> met tijdsindicatie en waarom ze passen</w:t>
      </w:r>
      <w:r>
        <w:rPr>
          <w:lang w:val="nl-NL"/>
        </w:rPr>
        <w:t xml:space="preserve"> bij deze fase van de opdracht</w:t>
      </w:r>
      <w:r w:rsidRPr="008830E5">
        <w:rPr>
          <w:lang w:val="nl-NL"/>
        </w:rPr>
        <w:t>.</w:t>
      </w:r>
      <w:r w:rsidRPr="00474F5B">
        <w:rPr>
          <w:lang w:val="nl-NL"/>
        </w:rPr>
        <w:t xml:space="preserve"> </w:t>
      </w:r>
    </w:p>
    <w:p w14:paraId="4366E3A0" w14:textId="2BE0F5B8" w:rsidR="00474F5B" w:rsidRDefault="00474F5B" w:rsidP="00974A8A">
      <w:pPr>
        <w:numPr>
          <w:ilvl w:val="0"/>
          <w:numId w:val="102"/>
        </w:numPr>
        <w:spacing w:before="0" w:after="0" w:line="240" w:lineRule="auto"/>
        <w:rPr>
          <w:lang w:val="nl-NL"/>
        </w:rPr>
      </w:pPr>
      <w:r w:rsidRPr="008830E5">
        <w:rPr>
          <w:lang w:val="nl-NL"/>
        </w:rPr>
        <w:t>Laat AI een instructietekst + vragen voor interactie maken.</w:t>
      </w:r>
    </w:p>
    <w:p w14:paraId="00DF9D68" w14:textId="5DE26F69" w:rsidR="005732C8" w:rsidRPr="005732C8" w:rsidRDefault="005732C8" w:rsidP="00974A8A">
      <w:pPr>
        <w:numPr>
          <w:ilvl w:val="0"/>
          <w:numId w:val="102"/>
        </w:numPr>
        <w:spacing w:before="0" w:after="0" w:line="240" w:lineRule="auto"/>
        <w:rPr>
          <w:lang w:val="nl-NL"/>
        </w:rPr>
      </w:pPr>
      <w:r w:rsidRPr="008830E5">
        <w:rPr>
          <w:lang w:val="nl-NL"/>
        </w:rPr>
        <w:t>Kies 1 optie en laat AI een lesopzet maken: start–kern–verwerking–afsluiting.</w:t>
      </w:r>
    </w:p>
    <w:p w14:paraId="5D373E00" w14:textId="77777777" w:rsidR="00474F5B" w:rsidRPr="008830E5" w:rsidRDefault="00474F5B" w:rsidP="00974A8A">
      <w:pPr>
        <w:numPr>
          <w:ilvl w:val="0"/>
          <w:numId w:val="102"/>
        </w:numPr>
        <w:spacing w:before="0" w:after="0" w:line="240" w:lineRule="auto"/>
        <w:rPr>
          <w:lang w:val="nl-NL"/>
        </w:rPr>
      </w:pPr>
      <w:r w:rsidRPr="008830E5">
        <w:rPr>
          <w:lang w:val="nl-NL"/>
        </w:rPr>
        <w:t>Laat AI een korte verwerkingsopdracht maken (individueel/duo/groep).</w:t>
      </w:r>
    </w:p>
    <w:p w14:paraId="2B526DC7" w14:textId="77777777" w:rsidR="00474F5B" w:rsidRPr="008830E5" w:rsidRDefault="00474F5B" w:rsidP="00974A8A">
      <w:pPr>
        <w:numPr>
          <w:ilvl w:val="0"/>
          <w:numId w:val="102"/>
        </w:numPr>
        <w:spacing w:before="0" w:after="0" w:line="240" w:lineRule="auto"/>
        <w:rPr>
          <w:lang w:val="nl-NL"/>
        </w:rPr>
      </w:pPr>
      <w:r>
        <w:rPr>
          <w:lang w:val="nl-NL"/>
        </w:rPr>
        <w:t>Laat AI een s</w:t>
      </w:r>
      <w:r w:rsidRPr="008830E5">
        <w:rPr>
          <w:lang w:val="nl-NL"/>
        </w:rPr>
        <w:t xml:space="preserve">nelle kwaliteitscheck </w:t>
      </w:r>
      <w:r>
        <w:rPr>
          <w:lang w:val="nl-NL"/>
        </w:rPr>
        <w:t>uitvoeren, laat hem checken op</w:t>
      </w:r>
      <w:r w:rsidRPr="008830E5">
        <w:rPr>
          <w:lang w:val="nl-NL"/>
        </w:rPr>
        <w:t xml:space="preserve"> niveau, bias, haalbaarheid, juridische voorzichtigheid.</w:t>
      </w:r>
    </w:p>
    <w:p w14:paraId="2E3ACD32" w14:textId="77777777" w:rsidR="00474F5B" w:rsidRDefault="00474F5B" w:rsidP="00974A8A">
      <w:pPr>
        <w:numPr>
          <w:ilvl w:val="0"/>
          <w:numId w:val="102"/>
        </w:numPr>
        <w:spacing w:before="0" w:after="0" w:line="240" w:lineRule="auto"/>
        <w:rPr>
          <w:lang w:val="nl-NL"/>
        </w:rPr>
      </w:pPr>
      <w:r w:rsidRPr="008830E5">
        <w:rPr>
          <w:lang w:val="nl-NL"/>
        </w:rPr>
        <w:t>Jij maakt de eindversie en noteert 1 verbetering voor volgende keer.</w:t>
      </w:r>
    </w:p>
    <w:p w14:paraId="4EC872D7" w14:textId="77777777" w:rsidR="00CF7457" w:rsidRDefault="00CF7457" w:rsidP="008830E5">
      <w:pPr>
        <w:spacing w:before="0" w:after="0" w:line="240" w:lineRule="auto"/>
        <w:rPr>
          <w:lang w:val="nl-NL"/>
        </w:rPr>
      </w:pPr>
    </w:p>
    <w:p w14:paraId="6D32BA83" w14:textId="186FEC6E" w:rsidR="00F93A30" w:rsidRDefault="00F93A30" w:rsidP="00F93A30">
      <w:pPr>
        <w:spacing w:before="0" w:after="0" w:line="240" w:lineRule="auto"/>
        <w:rPr>
          <w:b/>
          <w:bCs/>
          <w:lang w:val="nl-NL"/>
        </w:rPr>
      </w:pPr>
      <w:r w:rsidRPr="00CF7457">
        <w:rPr>
          <w:b/>
          <w:bCs/>
          <w:lang w:val="nl-NL"/>
        </w:rPr>
        <w:t>D.2</w:t>
      </w:r>
      <w:r>
        <w:rPr>
          <w:b/>
          <w:bCs/>
          <w:lang w:val="nl-NL"/>
        </w:rPr>
        <w:t xml:space="preserve"> de invulling van een sessie ontwerpen</w:t>
      </w:r>
      <w:r w:rsidR="005732C8">
        <w:rPr>
          <w:b/>
          <w:bCs/>
          <w:lang w:val="nl-NL"/>
        </w:rPr>
        <w:t xml:space="preserve"> naar aanleiding van een signalering</w:t>
      </w:r>
    </w:p>
    <w:p w14:paraId="0BFEA537" w14:textId="5C6ABB88" w:rsidR="00F93A30" w:rsidRDefault="00F93A30" w:rsidP="00F93A30">
      <w:pPr>
        <w:spacing w:before="0" w:after="0" w:line="240" w:lineRule="auto"/>
        <w:rPr>
          <w:lang w:val="nl-NL"/>
        </w:rPr>
      </w:pPr>
      <w:r>
        <w:rPr>
          <w:b/>
          <w:bCs/>
          <w:lang w:val="nl-NL"/>
        </w:rPr>
        <w:t xml:space="preserve">Situatie: </w:t>
      </w:r>
      <w:r>
        <w:rPr>
          <w:lang w:val="nl-NL"/>
        </w:rPr>
        <w:t>je ervaart dat studenten onvoldoende feedback vragen</w:t>
      </w:r>
      <w:r w:rsidR="00144D29">
        <w:rPr>
          <w:lang w:val="nl-NL"/>
        </w:rPr>
        <w:t xml:space="preserve"> en wil hier iets mee doen in een komende praktijksessie.</w:t>
      </w:r>
      <w:r w:rsidRPr="008830E5">
        <w:rPr>
          <w:lang w:val="nl-NL"/>
        </w:rPr>
        <w:br/>
      </w:r>
      <w:r w:rsidRPr="008830E5">
        <w:rPr>
          <w:b/>
          <w:bCs/>
          <w:lang w:val="nl-NL"/>
        </w:rPr>
        <w:t>Opdracht</w:t>
      </w:r>
      <w:r w:rsidRPr="008830E5">
        <w:rPr>
          <w:lang w:val="nl-NL"/>
        </w:rPr>
        <w:t>: lesplan + 1 opdracht + mini-check</w:t>
      </w:r>
    </w:p>
    <w:p w14:paraId="480E0515" w14:textId="1E8BF3A2" w:rsidR="00144D29" w:rsidRDefault="00144D29" w:rsidP="00974A8A">
      <w:pPr>
        <w:numPr>
          <w:ilvl w:val="0"/>
          <w:numId w:val="103"/>
        </w:numPr>
        <w:spacing w:before="0" w:after="0" w:line="240" w:lineRule="auto"/>
        <w:rPr>
          <w:lang w:val="nl-NL"/>
        </w:rPr>
      </w:pPr>
      <w:r>
        <w:rPr>
          <w:lang w:val="nl-NL"/>
        </w:rPr>
        <w:t>Beschrijf de situatie en aan welke opdracht de studenten aan het werk zijn.</w:t>
      </w:r>
    </w:p>
    <w:p w14:paraId="14FC903B" w14:textId="3157FC36" w:rsidR="00144D29" w:rsidRDefault="00144D29" w:rsidP="00974A8A">
      <w:pPr>
        <w:numPr>
          <w:ilvl w:val="0"/>
          <w:numId w:val="103"/>
        </w:numPr>
        <w:spacing w:before="0" w:after="0" w:line="240" w:lineRule="auto"/>
        <w:rPr>
          <w:lang w:val="nl-NL"/>
        </w:rPr>
      </w:pPr>
      <w:r>
        <w:rPr>
          <w:lang w:val="nl-NL"/>
        </w:rPr>
        <w:t xml:space="preserve">Vraag AI om een mini-college te ontwikkelen </w:t>
      </w:r>
      <w:r w:rsidR="005732C8">
        <w:rPr>
          <w:lang w:val="nl-NL"/>
        </w:rPr>
        <w:t>waarmee de studenten inzicht krijgen waarom het vragen van feedback noodzakelijk is.</w:t>
      </w:r>
    </w:p>
    <w:p w14:paraId="448F83F4" w14:textId="7CA90B02" w:rsidR="005732C8" w:rsidRDefault="005732C8" w:rsidP="00974A8A">
      <w:pPr>
        <w:numPr>
          <w:ilvl w:val="0"/>
          <w:numId w:val="103"/>
        </w:numPr>
        <w:spacing w:before="0" w:after="0" w:line="240" w:lineRule="auto"/>
        <w:rPr>
          <w:lang w:val="nl-NL"/>
        </w:rPr>
      </w:pPr>
      <w:r>
        <w:rPr>
          <w:lang w:val="nl-NL"/>
        </w:rPr>
        <w:t xml:space="preserve">Vraag AI om 3 miniopdrachten te genereren die studenten helpen inzien waarom het vragen van feedback noodzakelijk is. </w:t>
      </w:r>
    </w:p>
    <w:p w14:paraId="2FD66D76" w14:textId="6141E355" w:rsidR="005732C8" w:rsidRPr="005732C8" w:rsidRDefault="005732C8" w:rsidP="00974A8A">
      <w:pPr>
        <w:numPr>
          <w:ilvl w:val="0"/>
          <w:numId w:val="103"/>
        </w:numPr>
        <w:spacing w:before="0" w:after="0" w:line="240" w:lineRule="auto"/>
        <w:rPr>
          <w:lang w:val="nl-NL"/>
        </w:rPr>
      </w:pPr>
      <w:r w:rsidRPr="008830E5">
        <w:rPr>
          <w:lang w:val="nl-NL"/>
        </w:rPr>
        <w:t xml:space="preserve">Kies 1 </w:t>
      </w:r>
      <w:r>
        <w:rPr>
          <w:lang w:val="nl-NL"/>
        </w:rPr>
        <w:t xml:space="preserve">of 2 </w:t>
      </w:r>
      <w:r w:rsidRPr="008830E5">
        <w:rPr>
          <w:lang w:val="nl-NL"/>
        </w:rPr>
        <w:t>optie</w:t>
      </w:r>
      <w:r>
        <w:rPr>
          <w:lang w:val="nl-NL"/>
        </w:rPr>
        <w:t>s</w:t>
      </w:r>
      <w:r w:rsidRPr="008830E5">
        <w:rPr>
          <w:lang w:val="nl-NL"/>
        </w:rPr>
        <w:t xml:space="preserve"> en laat AI een lesopzet maken: start–kern–verwerking–afsluiting.</w:t>
      </w:r>
    </w:p>
    <w:p w14:paraId="795B67AA" w14:textId="77777777" w:rsidR="00144D29" w:rsidRPr="008830E5" w:rsidRDefault="00144D29" w:rsidP="00974A8A">
      <w:pPr>
        <w:numPr>
          <w:ilvl w:val="0"/>
          <w:numId w:val="103"/>
        </w:numPr>
        <w:spacing w:before="0" w:after="0" w:line="240" w:lineRule="auto"/>
        <w:rPr>
          <w:lang w:val="nl-NL"/>
        </w:rPr>
      </w:pPr>
      <w:r w:rsidRPr="008830E5">
        <w:rPr>
          <w:lang w:val="nl-NL"/>
        </w:rPr>
        <w:t>Laat AI een instructietekst + vragen voor interactie maken.</w:t>
      </w:r>
    </w:p>
    <w:p w14:paraId="42A4E6D5" w14:textId="77777777" w:rsidR="00144D29" w:rsidRPr="008830E5" w:rsidRDefault="00144D29" w:rsidP="00974A8A">
      <w:pPr>
        <w:numPr>
          <w:ilvl w:val="0"/>
          <w:numId w:val="103"/>
        </w:numPr>
        <w:spacing w:before="0" w:after="0" w:line="240" w:lineRule="auto"/>
        <w:rPr>
          <w:lang w:val="nl-NL"/>
        </w:rPr>
      </w:pPr>
      <w:r w:rsidRPr="008830E5">
        <w:rPr>
          <w:lang w:val="nl-NL"/>
        </w:rPr>
        <w:t>Laat AI een korte verwerkingsopdracht maken (individueel/duo/groep).</w:t>
      </w:r>
    </w:p>
    <w:p w14:paraId="4B385FCE" w14:textId="77777777" w:rsidR="00144D29" w:rsidRPr="008830E5" w:rsidRDefault="00144D29" w:rsidP="00974A8A">
      <w:pPr>
        <w:numPr>
          <w:ilvl w:val="0"/>
          <w:numId w:val="103"/>
        </w:numPr>
        <w:spacing w:before="0" w:after="0" w:line="240" w:lineRule="auto"/>
        <w:rPr>
          <w:lang w:val="nl-NL"/>
        </w:rPr>
      </w:pPr>
      <w:r>
        <w:rPr>
          <w:lang w:val="nl-NL"/>
        </w:rPr>
        <w:t>Laat AI een s</w:t>
      </w:r>
      <w:r w:rsidRPr="008830E5">
        <w:rPr>
          <w:lang w:val="nl-NL"/>
        </w:rPr>
        <w:t xml:space="preserve">nelle kwaliteitscheck </w:t>
      </w:r>
      <w:r>
        <w:rPr>
          <w:lang w:val="nl-NL"/>
        </w:rPr>
        <w:t>uitvoeren, laat hem checken op</w:t>
      </w:r>
      <w:r w:rsidRPr="008830E5">
        <w:rPr>
          <w:lang w:val="nl-NL"/>
        </w:rPr>
        <w:t xml:space="preserve"> niveau, bias, haalbaarheid, juridische voorzichtigheid.</w:t>
      </w:r>
    </w:p>
    <w:p w14:paraId="4CC0474A" w14:textId="77777777" w:rsidR="00144D29" w:rsidRDefault="00144D29" w:rsidP="00974A8A">
      <w:pPr>
        <w:numPr>
          <w:ilvl w:val="0"/>
          <w:numId w:val="103"/>
        </w:numPr>
        <w:spacing w:before="0" w:after="0" w:line="240" w:lineRule="auto"/>
        <w:rPr>
          <w:lang w:val="nl-NL"/>
        </w:rPr>
      </w:pPr>
      <w:r w:rsidRPr="008830E5">
        <w:rPr>
          <w:lang w:val="nl-NL"/>
        </w:rPr>
        <w:t>Jij maakt de eindversie en noteert 1 verbetering voor volgende keer.</w:t>
      </w:r>
    </w:p>
    <w:p w14:paraId="160C33FA" w14:textId="77777777" w:rsidR="00F93A30" w:rsidRDefault="00F93A30" w:rsidP="008830E5">
      <w:pPr>
        <w:spacing w:before="0" w:after="0" w:line="240" w:lineRule="auto"/>
        <w:rPr>
          <w:lang w:val="nl-NL"/>
        </w:rPr>
      </w:pPr>
    </w:p>
    <w:p w14:paraId="1928A9FD" w14:textId="77777777" w:rsidR="00144D29" w:rsidRDefault="00144D29" w:rsidP="008830E5">
      <w:pPr>
        <w:spacing w:before="0" w:after="0" w:line="240" w:lineRule="auto"/>
        <w:rPr>
          <w:lang w:val="nl-NL"/>
        </w:rPr>
      </w:pPr>
    </w:p>
    <w:p w14:paraId="3A43D3F6" w14:textId="77777777" w:rsidR="002A4FF8" w:rsidRDefault="002A4FF8" w:rsidP="008830E5">
      <w:pPr>
        <w:spacing w:before="0" w:after="0" w:line="240" w:lineRule="auto"/>
        <w:rPr>
          <w:lang w:val="nl-NL"/>
        </w:rPr>
      </w:pPr>
    </w:p>
    <w:p w14:paraId="1CEB6234" w14:textId="77777777" w:rsidR="002A4FF8" w:rsidRDefault="002A4FF8" w:rsidP="008830E5">
      <w:pPr>
        <w:spacing w:before="0" w:after="0" w:line="240" w:lineRule="auto"/>
        <w:rPr>
          <w:lang w:val="nl-NL"/>
        </w:rPr>
      </w:pPr>
    </w:p>
    <w:p w14:paraId="18BAC52F" w14:textId="77777777" w:rsidR="002A4FF8" w:rsidRDefault="002A4FF8" w:rsidP="008830E5">
      <w:pPr>
        <w:spacing w:before="0" w:after="0" w:line="240" w:lineRule="auto"/>
        <w:rPr>
          <w:lang w:val="nl-NL"/>
        </w:rPr>
      </w:pPr>
    </w:p>
    <w:p w14:paraId="27C8AF35" w14:textId="77777777" w:rsidR="002A4FF8" w:rsidRPr="008830E5" w:rsidRDefault="002A4FF8" w:rsidP="008830E5">
      <w:pPr>
        <w:spacing w:before="0" w:after="0" w:line="240" w:lineRule="auto"/>
        <w:rPr>
          <w:lang w:val="nl-NL"/>
        </w:rPr>
      </w:pPr>
    </w:p>
    <w:p w14:paraId="10CE950F" w14:textId="77777777" w:rsidR="008830E5" w:rsidRPr="008830E5" w:rsidRDefault="008830E5" w:rsidP="008830E5">
      <w:pPr>
        <w:spacing w:before="0" w:after="0" w:line="240" w:lineRule="auto"/>
        <w:rPr>
          <w:b/>
          <w:bCs/>
          <w:lang w:val="nl-NL"/>
        </w:rPr>
      </w:pPr>
      <w:r w:rsidRPr="008830E5">
        <w:rPr>
          <w:b/>
          <w:bCs/>
          <w:lang w:val="nl-NL"/>
        </w:rPr>
        <w:lastRenderedPageBreak/>
        <w:t xml:space="preserve">Activiteit E — Activerende werkvormen (variëren en </w:t>
      </w:r>
      <w:proofErr w:type="spellStart"/>
      <w:r w:rsidRPr="008830E5">
        <w:rPr>
          <w:b/>
          <w:bCs/>
          <w:lang w:val="nl-NL"/>
        </w:rPr>
        <w:t>energizers</w:t>
      </w:r>
      <w:proofErr w:type="spellEnd"/>
      <w:r w:rsidRPr="008830E5">
        <w:rPr>
          <w:b/>
          <w:bCs/>
          <w:lang w:val="nl-NL"/>
        </w:rPr>
        <w:t>)</w:t>
      </w:r>
    </w:p>
    <w:p w14:paraId="45BC2F91" w14:textId="77777777" w:rsidR="00A35A49" w:rsidRDefault="00A35A49" w:rsidP="008830E5">
      <w:pPr>
        <w:spacing w:before="0" w:after="0" w:line="240" w:lineRule="auto"/>
        <w:rPr>
          <w:b/>
          <w:bCs/>
          <w:lang w:val="nl-NL"/>
        </w:rPr>
      </w:pPr>
    </w:p>
    <w:p w14:paraId="60391DAA" w14:textId="646D0741" w:rsidR="008830E5" w:rsidRPr="008830E5" w:rsidRDefault="008830E5" w:rsidP="008830E5">
      <w:pPr>
        <w:spacing w:before="0" w:after="0" w:line="240" w:lineRule="auto"/>
        <w:rPr>
          <w:lang w:val="nl-NL"/>
        </w:rPr>
      </w:pPr>
      <w:r w:rsidRPr="008830E5">
        <w:rPr>
          <w:b/>
          <w:bCs/>
          <w:lang w:val="nl-NL"/>
        </w:rPr>
        <w:t>Doel</w:t>
      </w:r>
      <w:r w:rsidRPr="008830E5">
        <w:rPr>
          <w:lang w:val="nl-NL"/>
        </w:rPr>
        <w:t>: meer interactie zonder extra ontwerptijd.</w:t>
      </w:r>
      <w:r w:rsidRPr="008830E5">
        <w:rPr>
          <w:lang w:val="nl-NL"/>
        </w:rPr>
        <w:br/>
      </w:r>
      <w:r w:rsidRPr="008830E5">
        <w:rPr>
          <w:b/>
          <w:bCs/>
          <w:lang w:val="nl-NL"/>
        </w:rPr>
        <w:t>Opdracht</w:t>
      </w:r>
      <w:r w:rsidRPr="008830E5">
        <w:rPr>
          <w:lang w:val="nl-NL"/>
        </w:rPr>
        <w:t>: 5 werkvormen + 1 uitgewerkte werkvormkaart.</w:t>
      </w:r>
    </w:p>
    <w:p w14:paraId="5348BDC8" w14:textId="77777777" w:rsidR="00A35A49" w:rsidRDefault="00A35A49" w:rsidP="008830E5">
      <w:pPr>
        <w:spacing w:before="0" w:after="0" w:line="240" w:lineRule="auto"/>
        <w:rPr>
          <w:b/>
          <w:bCs/>
          <w:lang w:val="nl-NL"/>
        </w:rPr>
      </w:pPr>
    </w:p>
    <w:p w14:paraId="0A33EBF6" w14:textId="5BBF41B6" w:rsidR="008830E5" w:rsidRPr="008830E5" w:rsidRDefault="008830E5" w:rsidP="008830E5">
      <w:pPr>
        <w:spacing w:before="0" w:after="0" w:line="240" w:lineRule="auto"/>
        <w:rPr>
          <w:lang w:val="nl-NL"/>
        </w:rPr>
      </w:pPr>
      <w:r w:rsidRPr="008830E5">
        <w:rPr>
          <w:b/>
          <w:bCs/>
          <w:lang w:val="nl-NL"/>
        </w:rPr>
        <w:t>Stappenplan</w:t>
      </w:r>
    </w:p>
    <w:p w14:paraId="04EFF0BF" w14:textId="77777777" w:rsidR="008830E5" w:rsidRPr="008830E5" w:rsidRDefault="008830E5" w:rsidP="00974A8A">
      <w:pPr>
        <w:numPr>
          <w:ilvl w:val="0"/>
          <w:numId w:val="33"/>
        </w:numPr>
        <w:spacing w:before="0" w:after="0" w:line="240" w:lineRule="auto"/>
        <w:rPr>
          <w:lang w:val="nl-NL"/>
        </w:rPr>
      </w:pPr>
      <w:r w:rsidRPr="008830E5">
        <w:rPr>
          <w:lang w:val="nl-NL"/>
        </w:rPr>
        <w:t>Geef onderwerp + leerdoel + groepsgrootte + duur.</w:t>
      </w:r>
    </w:p>
    <w:p w14:paraId="03F38198" w14:textId="77777777" w:rsidR="008830E5" w:rsidRPr="008830E5" w:rsidRDefault="008830E5" w:rsidP="00974A8A">
      <w:pPr>
        <w:numPr>
          <w:ilvl w:val="0"/>
          <w:numId w:val="33"/>
        </w:numPr>
        <w:spacing w:before="0" w:after="0" w:line="240" w:lineRule="auto"/>
        <w:rPr>
          <w:lang w:val="nl-NL"/>
        </w:rPr>
      </w:pPr>
      <w:r w:rsidRPr="008830E5">
        <w:rPr>
          <w:lang w:val="nl-NL"/>
        </w:rPr>
        <w:t>Vraag AI: “Geef 5 activerende werkvormen, inclusief instructie in 6 zinnen.”</w:t>
      </w:r>
    </w:p>
    <w:p w14:paraId="2FBF4C28" w14:textId="77777777" w:rsidR="008830E5" w:rsidRPr="008830E5" w:rsidRDefault="008830E5" w:rsidP="00974A8A">
      <w:pPr>
        <w:numPr>
          <w:ilvl w:val="0"/>
          <w:numId w:val="33"/>
        </w:numPr>
        <w:spacing w:before="0" w:after="0" w:line="240" w:lineRule="auto"/>
        <w:rPr>
          <w:lang w:val="nl-NL"/>
        </w:rPr>
      </w:pPr>
      <w:r w:rsidRPr="008830E5">
        <w:rPr>
          <w:lang w:val="nl-NL"/>
        </w:rPr>
        <w:t>Vraag AI om varianten: online / fysiek / groot / klein.</w:t>
      </w:r>
    </w:p>
    <w:p w14:paraId="58D96D40" w14:textId="77777777" w:rsidR="008830E5" w:rsidRPr="008830E5" w:rsidRDefault="008830E5" w:rsidP="00974A8A">
      <w:pPr>
        <w:numPr>
          <w:ilvl w:val="0"/>
          <w:numId w:val="33"/>
        </w:numPr>
        <w:spacing w:before="0" w:after="0" w:line="240" w:lineRule="auto"/>
        <w:rPr>
          <w:lang w:val="nl-NL"/>
        </w:rPr>
      </w:pPr>
      <w:r w:rsidRPr="008830E5">
        <w:rPr>
          <w:lang w:val="nl-NL"/>
        </w:rPr>
        <w:t>Kies 1 werkvorm en laat AI een “werkvormkaart” maken: doel, stappen, materiaal, valkuilen.</w:t>
      </w:r>
    </w:p>
    <w:p w14:paraId="28411E79" w14:textId="77777777" w:rsidR="008830E5" w:rsidRPr="008830E5" w:rsidRDefault="008830E5" w:rsidP="00974A8A">
      <w:pPr>
        <w:numPr>
          <w:ilvl w:val="0"/>
          <w:numId w:val="33"/>
        </w:numPr>
        <w:spacing w:before="0" w:after="0" w:line="240" w:lineRule="auto"/>
        <w:rPr>
          <w:lang w:val="nl-NL"/>
        </w:rPr>
      </w:pPr>
      <w:r w:rsidRPr="008830E5">
        <w:rPr>
          <w:lang w:val="nl-NL"/>
        </w:rPr>
        <w:t>Laat AI 2 tips geven om stille studenten te betrekken.</w:t>
      </w:r>
    </w:p>
    <w:p w14:paraId="653AC2D9" w14:textId="6431DF89" w:rsidR="008830E5" w:rsidRPr="008830E5" w:rsidRDefault="008830E5" w:rsidP="008830E5">
      <w:pPr>
        <w:spacing w:before="0" w:after="0" w:line="240" w:lineRule="auto"/>
        <w:rPr>
          <w:lang w:val="nl-NL"/>
        </w:rPr>
      </w:pPr>
    </w:p>
    <w:p w14:paraId="1A51F632" w14:textId="77777777" w:rsidR="008830E5" w:rsidRPr="008830E5" w:rsidRDefault="008830E5" w:rsidP="008830E5">
      <w:pPr>
        <w:spacing w:before="0" w:after="0" w:line="240" w:lineRule="auto"/>
        <w:rPr>
          <w:b/>
          <w:bCs/>
          <w:lang w:val="nl-NL"/>
        </w:rPr>
      </w:pPr>
      <w:r w:rsidRPr="008830E5">
        <w:rPr>
          <w:b/>
          <w:bCs/>
          <w:lang w:val="nl-NL"/>
        </w:rPr>
        <w:t>Activiteit F — Casuïstiek / praktijksituaties maken (juridisch onderwijs)</w:t>
      </w:r>
    </w:p>
    <w:p w14:paraId="59F72B73" w14:textId="77777777" w:rsidR="002B1E1A" w:rsidRDefault="002B1E1A" w:rsidP="008830E5">
      <w:pPr>
        <w:spacing w:before="0" w:after="0" w:line="240" w:lineRule="auto"/>
        <w:rPr>
          <w:b/>
          <w:bCs/>
          <w:lang w:val="nl-NL"/>
        </w:rPr>
      </w:pPr>
    </w:p>
    <w:p w14:paraId="555E9D33" w14:textId="7C5B69CF" w:rsidR="008830E5" w:rsidRPr="008830E5" w:rsidRDefault="00C30653" w:rsidP="008830E5">
      <w:pPr>
        <w:spacing w:before="0" w:after="0" w:line="240" w:lineRule="auto"/>
        <w:rPr>
          <w:lang w:val="nl-NL"/>
        </w:rPr>
      </w:pPr>
      <w:r>
        <w:rPr>
          <w:b/>
          <w:bCs/>
          <w:lang w:val="nl-NL"/>
        </w:rPr>
        <w:t xml:space="preserve">F.1 </w:t>
      </w:r>
      <w:r w:rsidR="008830E5" w:rsidRPr="008830E5">
        <w:rPr>
          <w:b/>
          <w:bCs/>
          <w:lang w:val="nl-NL"/>
        </w:rPr>
        <w:t>Doel</w:t>
      </w:r>
      <w:r w:rsidR="008830E5" w:rsidRPr="008830E5">
        <w:rPr>
          <w:lang w:val="nl-NL"/>
        </w:rPr>
        <w:t>: snel oefencasuïstiek maken in oplopende moeilijkheid.</w:t>
      </w:r>
      <w:r w:rsidR="008830E5" w:rsidRPr="008830E5">
        <w:rPr>
          <w:lang w:val="nl-NL"/>
        </w:rPr>
        <w:br/>
      </w:r>
      <w:r w:rsidR="008830E5" w:rsidRPr="008830E5">
        <w:rPr>
          <w:b/>
          <w:bCs/>
          <w:lang w:val="nl-NL"/>
        </w:rPr>
        <w:t>Opdracht</w:t>
      </w:r>
      <w:r w:rsidR="008830E5" w:rsidRPr="008830E5">
        <w:rPr>
          <w:lang w:val="nl-NL"/>
        </w:rPr>
        <w:t>: 3 casussen (makkelijk/midden/moeilijk) + vragen.</w:t>
      </w:r>
    </w:p>
    <w:p w14:paraId="0AF14191" w14:textId="77777777" w:rsidR="00A35A49" w:rsidRDefault="00A35A49" w:rsidP="008830E5">
      <w:pPr>
        <w:spacing w:before="0" w:after="0" w:line="240" w:lineRule="auto"/>
        <w:rPr>
          <w:b/>
          <w:bCs/>
          <w:lang w:val="nl-NL"/>
        </w:rPr>
      </w:pPr>
    </w:p>
    <w:p w14:paraId="29C1A0D8" w14:textId="75BDBC64" w:rsidR="008830E5" w:rsidRPr="008830E5" w:rsidRDefault="008830E5" w:rsidP="008830E5">
      <w:pPr>
        <w:spacing w:before="0" w:after="0" w:line="240" w:lineRule="auto"/>
        <w:rPr>
          <w:lang w:val="nl-NL"/>
        </w:rPr>
      </w:pPr>
      <w:r w:rsidRPr="008830E5">
        <w:rPr>
          <w:b/>
          <w:bCs/>
          <w:lang w:val="nl-NL"/>
        </w:rPr>
        <w:t>Stappenplan</w:t>
      </w:r>
    </w:p>
    <w:p w14:paraId="044446DA" w14:textId="77777777" w:rsidR="008830E5" w:rsidRPr="008830E5" w:rsidRDefault="008830E5" w:rsidP="00974A8A">
      <w:pPr>
        <w:numPr>
          <w:ilvl w:val="0"/>
          <w:numId w:val="34"/>
        </w:numPr>
        <w:spacing w:before="0" w:after="0" w:line="240" w:lineRule="auto"/>
        <w:rPr>
          <w:lang w:val="nl-NL"/>
        </w:rPr>
      </w:pPr>
      <w:r w:rsidRPr="008830E5">
        <w:rPr>
          <w:lang w:val="nl-NL"/>
        </w:rPr>
        <w:t>Geef rechtsgebied + thema + leerdoel (bv. “toepassen van norm X”).</w:t>
      </w:r>
    </w:p>
    <w:p w14:paraId="4A5EDE81" w14:textId="77777777" w:rsidR="008830E5" w:rsidRPr="008830E5" w:rsidRDefault="008830E5" w:rsidP="00974A8A">
      <w:pPr>
        <w:numPr>
          <w:ilvl w:val="0"/>
          <w:numId w:val="34"/>
        </w:numPr>
        <w:spacing w:before="0" w:after="0" w:line="240" w:lineRule="auto"/>
        <w:rPr>
          <w:lang w:val="nl-NL"/>
        </w:rPr>
      </w:pPr>
      <w:r w:rsidRPr="008830E5">
        <w:rPr>
          <w:lang w:val="nl-NL"/>
        </w:rPr>
        <w:t>Vraag AI om 3 casussen, met oplopende complexiteit.</w:t>
      </w:r>
    </w:p>
    <w:p w14:paraId="348AD561" w14:textId="77777777" w:rsidR="008830E5" w:rsidRPr="008830E5" w:rsidRDefault="008830E5" w:rsidP="00974A8A">
      <w:pPr>
        <w:numPr>
          <w:ilvl w:val="0"/>
          <w:numId w:val="34"/>
        </w:numPr>
        <w:spacing w:before="0" w:after="0" w:line="240" w:lineRule="auto"/>
        <w:rPr>
          <w:lang w:val="nl-NL"/>
        </w:rPr>
      </w:pPr>
      <w:r w:rsidRPr="008830E5">
        <w:rPr>
          <w:lang w:val="nl-NL"/>
        </w:rPr>
        <w:t>Laat AI per casus 5 vragen maken (feit–recht–toepassing–argumentatie).</w:t>
      </w:r>
    </w:p>
    <w:p w14:paraId="4D28ADE6" w14:textId="77777777" w:rsidR="008830E5" w:rsidRPr="008830E5" w:rsidRDefault="008830E5" w:rsidP="00974A8A">
      <w:pPr>
        <w:numPr>
          <w:ilvl w:val="0"/>
          <w:numId w:val="34"/>
        </w:numPr>
        <w:spacing w:before="0" w:after="0" w:line="240" w:lineRule="auto"/>
        <w:rPr>
          <w:lang w:val="nl-NL"/>
        </w:rPr>
      </w:pPr>
      <w:r w:rsidRPr="008830E5">
        <w:rPr>
          <w:lang w:val="nl-NL"/>
        </w:rPr>
        <w:t>Laat AI een model-antwoordstructuur geven (geen verzonnen bronnen).</w:t>
      </w:r>
    </w:p>
    <w:p w14:paraId="2CA42B38" w14:textId="77777777" w:rsidR="008830E5" w:rsidRPr="008830E5" w:rsidRDefault="008830E5" w:rsidP="00974A8A">
      <w:pPr>
        <w:numPr>
          <w:ilvl w:val="0"/>
          <w:numId w:val="34"/>
        </w:numPr>
        <w:spacing w:before="0" w:after="0" w:line="240" w:lineRule="auto"/>
        <w:rPr>
          <w:lang w:val="nl-NL"/>
        </w:rPr>
      </w:pPr>
      <w:r w:rsidRPr="008830E5">
        <w:rPr>
          <w:lang w:val="nl-NL"/>
        </w:rPr>
        <w:t>Laat AI checken op bias/stereotypering en pas aan.</w:t>
      </w:r>
    </w:p>
    <w:p w14:paraId="311AD4F1" w14:textId="77777777" w:rsidR="008830E5" w:rsidRDefault="008830E5" w:rsidP="00974A8A">
      <w:pPr>
        <w:numPr>
          <w:ilvl w:val="0"/>
          <w:numId w:val="34"/>
        </w:numPr>
        <w:spacing w:before="0" w:after="0" w:line="240" w:lineRule="auto"/>
        <w:rPr>
          <w:lang w:val="nl-NL"/>
        </w:rPr>
      </w:pPr>
      <w:r w:rsidRPr="008830E5">
        <w:rPr>
          <w:lang w:val="nl-NL"/>
        </w:rPr>
        <w:t>Jij controleert juridische juistheid en maakt het passend bij jouw vak.</w:t>
      </w:r>
    </w:p>
    <w:p w14:paraId="64FD6B51" w14:textId="77777777" w:rsidR="00A24B61" w:rsidRPr="008830E5" w:rsidRDefault="00A24B61" w:rsidP="00A24B61">
      <w:pPr>
        <w:spacing w:before="0" w:after="0" w:line="240" w:lineRule="auto"/>
        <w:rPr>
          <w:lang w:val="nl-NL"/>
        </w:rPr>
      </w:pPr>
    </w:p>
    <w:p w14:paraId="6D67F3F8" w14:textId="77777777" w:rsidR="008830E5" w:rsidRPr="008830E5" w:rsidRDefault="008830E5" w:rsidP="008830E5">
      <w:pPr>
        <w:spacing w:before="0" w:after="0" w:line="240" w:lineRule="auto"/>
        <w:rPr>
          <w:lang w:val="nl-NL"/>
        </w:rPr>
      </w:pPr>
      <w:r w:rsidRPr="008830E5">
        <w:rPr>
          <w:b/>
          <w:bCs/>
          <w:lang w:val="nl-NL"/>
        </w:rPr>
        <w:t>Belangrijk</w:t>
      </w:r>
    </w:p>
    <w:p w14:paraId="480769CE" w14:textId="77777777" w:rsidR="008830E5" w:rsidRPr="008830E5" w:rsidRDefault="008830E5" w:rsidP="00974A8A">
      <w:pPr>
        <w:numPr>
          <w:ilvl w:val="0"/>
          <w:numId w:val="35"/>
        </w:numPr>
        <w:spacing w:before="0" w:after="0" w:line="240" w:lineRule="auto"/>
        <w:rPr>
          <w:lang w:val="nl-NL"/>
        </w:rPr>
      </w:pPr>
      <w:r w:rsidRPr="008830E5">
        <w:rPr>
          <w:lang w:val="nl-NL"/>
        </w:rPr>
        <w:t>Vraag AI niet om specifieke echte jurisprudentie te “verzinnen”; laat bronnen altijd door jou toevoegen/controleerbaar maken.</w:t>
      </w:r>
    </w:p>
    <w:p w14:paraId="46DEC025" w14:textId="5EF87CA0" w:rsidR="00C30653" w:rsidRPr="008830E5" w:rsidRDefault="00C30653" w:rsidP="00C30653">
      <w:pPr>
        <w:spacing w:before="0" w:after="0" w:line="240" w:lineRule="auto"/>
        <w:rPr>
          <w:lang w:val="nl-NL"/>
        </w:rPr>
      </w:pPr>
      <w:r>
        <w:rPr>
          <w:lang w:val="nl-NL"/>
        </w:rPr>
        <w:br/>
      </w:r>
      <w:r>
        <w:rPr>
          <w:b/>
          <w:bCs/>
          <w:lang w:val="nl-NL"/>
        </w:rPr>
        <w:t xml:space="preserve">F.2 </w:t>
      </w:r>
      <w:r w:rsidRPr="008830E5">
        <w:rPr>
          <w:b/>
          <w:bCs/>
          <w:lang w:val="nl-NL"/>
        </w:rPr>
        <w:t>Doel</w:t>
      </w:r>
      <w:r w:rsidRPr="008830E5">
        <w:rPr>
          <w:lang w:val="nl-NL"/>
        </w:rPr>
        <w:t xml:space="preserve">: </w:t>
      </w:r>
      <w:r>
        <w:rPr>
          <w:lang w:val="nl-NL"/>
        </w:rPr>
        <w:t>Volledige beroepsopdrachten laten genereren</w:t>
      </w:r>
      <w:r w:rsidRPr="008830E5">
        <w:rPr>
          <w:lang w:val="nl-NL"/>
        </w:rPr>
        <w:br/>
      </w:r>
      <w:r w:rsidRPr="008830E5">
        <w:rPr>
          <w:b/>
          <w:bCs/>
          <w:lang w:val="nl-NL"/>
        </w:rPr>
        <w:t>Opdracht</w:t>
      </w:r>
      <w:r w:rsidRPr="008830E5">
        <w:rPr>
          <w:lang w:val="nl-NL"/>
        </w:rPr>
        <w:t xml:space="preserve">: </w:t>
      </w:r>
      <w:r w:rsidR="005217C6">
        <w:rPr>
          <w:lang w:val="nl-NL"/>
        </w:rPr>
        <w:t>alle opdrachten voor een onderwijsperiode volledig laten genereren</w:t>
      </w:r>
    </w:p>
    <w:p w14:paraId="1C798120" w14:textId="77777777" w:rsidR="002B1E1A" w:rsidRDefault="002B1E1A" w:rsidP="00C30653">
      <w:pPr>
        <w:spacing w:before="0" w:after="0" w:line="240" w:lineRule="auto"/>
        <w:rPr>
          <w:b/>
          <w:bCs/>
          <w:lang w:val="nl-NL"/>
        </w:rPr>
      </w:pPr>
    </w:p>
    <w:p w14:paraId="6A7E17A4" w14:textId="2384107E" w:rsidR="00C30653" w:rsidRPr="008830E5" w:rsidRDefault="00C30653" w:rsidP="00C30653">
      <w:pPr>
        <w:spacing w:before="0" w:after="0" w:line="240" w:lineRule="auto"/>
        <w:rPr>
          <w:lang w:val="nl-NL"/>
        </w:rPr>
      </w:pPr>
      <w:r w:rsidRPr="008830E5">
        <w:rPr>
          <w:b/>
          <w:bCs/>
          <w:lang w:val="nl-NL"/>
        </w:rPr>
        <w:t>Stappenplan</w:t>
      </w:r>
    </w:p>
    <w:p w14:paraId="025DE45F" w14:textId="452D28C8" w:rsidR="00C30653" w:rsidRDefault="005217C6" w:rsidP="00974A8A">
      <w:pPr>
        <w:numPr>
          <w:ilvl w:val="0"/>
          <w:numId w:val="43"/>
        </w:numPr>
        <w:spacing w:before="0" w:after="0" w:line="240" w:lineRule="auto"/>
        <w:rPr>
          <w:lang w:val="nl-NL"/>
        </w:rPr>
      </w:pPr>
      <w:r>
        <w:rPr>
          <w:lang w:val="nl-NL"/>
        </w:rPr>
        <w:t xml:space="preserve">Omschrijf het onderwijsblok waarvoor de opdrachten genereert moeten worden </w:t>
      </w:r>
      <w:r w:rsidR="00C30653" w:rsidRPr="008830E5">
        <w:rPr>
          <w:lang w:val="nl-NL"/>
        </w:rPr>
        <w:t>rechtsgebied + thema + leerdoel</w:t>
      </w:r>
      <w:r>
        <w:rPr>
          <w:lang w:val="nl-NL"/>
        </w:rPr>
        <w:t xml:space="preserve">en + </w:t>
      </w:r>
      <w:proofErr w:type="spellStart"/>
      <w:r>
        <w:rPr>
          <w:lang w:val="nl-NL"/>
        </w:rPr>
        <w:t>rubric</w:t>
      </w:r>
      <w:proofErr w:type="spellEnd"/>
    </w:p>
    <w:p w14:paraId="52DF56EE" w14:textId="5022CF42" w:rsidR="005217C6" w:rsidRDefault="005217C6" w:rsidP="00974A8A">
      <w:pPr>
        <w:numPr>
          <w:ilvl w:val="0"/>
          <w:numId w:val="43"/>
        </w:numPr>
        <w:spacing w:before="0" w:after="0" w:line="240" w:lineRule="auto"/>
        <w:rPr>
          <w:lang w:val="nl-NL"/>
        </w:rPr>
      </w:pPr>
      <w:r>
        <w:rPr>
          <w:lang w:val="nl-NL"/>
        </w:rPr>
        <w:t xml:space="preserve">Voeg eventueel </w:t>
      </w:r>
      <w:r w:rsidR="009F5E38">
        <w:rPr>
          <w:lang w:val="nl-NL"/>
        </w:rPr>
        <w:t>de blokwijzer toe.</w:t>
      </w:r>
    </w:p>
    <w:p w14:paraId="63BAFB8B" w14:textId="46B6338C" w:rsidR="009F5E38" w:rsidRPr="008830E5" w:rsidRDefault="009F5E38" w:rsidP="00974A8A">
      <w:pPr>
        <w:numPr>
          <w:ilvl w:val="0"/>
          <w:numId w:val="43"/>
        </w:numPr>
        <w:spacing w:before="0" w:after="0" w:line="240" w:lineRule="auto"/>
        <w:rPr>
          <w:lang w:val="nl-NL"/>
        </w:rPr>
      </w:pPr>
      <w:r>
        <w:rPr>
          <w:lang w:val="nl-NL"/>
        </w:rPr>
        <w:t>Benoem hoeveel tijd docenten beschikbaar hebben.</w:t>
      </w:r>
    </w:p>
    <w:p w14:paraId="670EB24D" w14:textId="6374CB39" w:rsidR="00C30653" w:rsidRPr="008830E5" w:rsidRDefault="00C30653" w:rsidP="00974A8A">
      <w:pPr>
        <w:numPr>
          <w:ilvl w:val="0"/>
          <w:numId w:val="43"/>
        </w:numPr>
        <w:spacing w:before="0" w:after="0" w:line="240" w:lineRule="auto"/>
        <w:rPr>
          <w:lang w:val="nl-NL"/>
        </w:rPr>
      </w:pPr>
      <w:r w:rsidRPr="008830E5">
        <w:rPr>
          <w:lang w:val="nl-NL"/>
        </w:rPr>
        <w:t xml:space="preserve">Vraag AI </w:t>
      </w:r>
      <w:r w:rsidR="009F5E38">
        <w:rPr>
          <w:lang w:val="nl-NL"/>
        </w:rPr>
        <w:t>om 5 beroepsproducten te genereren waarin het thema, een variatie van onderwijsactiviteiten</w:t>
      </w:r>
      <w:r w:rsidR="00B45BFB">
        <w:rPr>
          <w:lang w:val="nl-NL"/>
        </w:rPr>
        <w:t xml:space="preserve">, onderliggende dossiers, instructies voor de studenten en beoordelingsformulieren terugkomen. </w:t>
      </w:r>
    </w:p>
    <w:p w14:paraId="7221669E" w14:textId="066A9F6E" w:rsidR="00E71743" w:rsidRDefault="00B45BFB" w:rsidP="00974A8A">
      <w:pPr>
        <w:numPr>
          <w:ilvl w:val="0"/>
          <w:numId w:val="43"/>
        </w:numPr>
        <w:spacing w:before="0" w:after="0" w:line="240" w:lineRule="auto"/>
        <w:rPr>
          <w:lang w:val="nl-NL"/>
        </w:rPr>
      </w:pPr>
      <w:r>
        <w:rPr>
          <w:lang w:val="nl-NL"/>
        </w:rPr>
        <w:t>Je kunt dit ook it</w:t>
      </w:r>
      <w:r w:rsidR="00A90C5D">
        <w:rPr>
          <w:lang w:val="nl-NL"/>
        </w:rPr>
        <w:t>era</w:t>
      </w:r>
      <w:r>
        <w:rPr>
          <w:lang w:val="nl-NL"/>
        </w:rPr>
        <w:t>tief doen.</w:t>
      </w:r>
      <w:r w:rsidR="00A90C5D">
        <w:rPr>
          <w:lang w:val="nl-NL"/>
        </w:rPr>
        <w:t xml:space="preserve"> Dus eerst de AI-tool een algemene schets van het onderwijsblok laten geven en vervolgens één voor één de opdrachten laten genereren. </w:t>
      </w:r>
      <w:r w:rsidR="00634BB8">
        <w:rPr>
          <w:lang w:val="nl-NL"/>
        </w:rPr>
        <w:t>Per opdracht kun je vervolgens een volledig dossier laten genereren</w:t>
      </w:r>
      <w:r w:rsidR="00E71743">
        <w:rPr>
          <w:lang w:val="nl-NL"/>
        </w:rPr>
        <w:t>.</w:t>
      </w:r>
    </w:p>
    <w:p w14:paraId="2E9FE3C5" w14:textId="77777777" w:rsidR="00E71743" w:rsidRDefault="00E71743" w:rsidP="00E71743">
      <w:pPr>
        <w:spacing w:before="0" w:after="0" w:line="240" w:lineRule="auto"/>
        <w:ind w:left="720"/>
        <w:rPr>
          <w:lang w:val="nl-NL"/>
        </w:rPr>
      </w:pPr>
    </w:p>
    <w:p w14:paraId="77BAF2A0" w14:textId="0E632085" w:rsidR="00F24E20" w:rsidRDefault="00E71743" w:rsidP="00974A8A">
      <w:pPr>
        <w:numPr>
          <w:ilvl w:val="0"/>
          <w:numId w:val="43"/>
        </w:numPr>
        <w:spacing w:before="0" w:after="0" w:line="240" w:lineRule="auto"/>
        <w:rPr>
          <w:lang w:val="nl-NL"/>
        </w:rPr>
      </w:pPr>
      <w:r>
        <w:rPr>
          <w:lang w:val="nl-NL"/>
        </w:rPr>
        <w:t>Voorbeeld doorontwikkeling P2</w:t>
      </w:r>
      <w:r w:rsidR="00F24E20">
        <w:rPr>
          <w:lang w:val="nl-NL"/>
        </w:rPr>
        <w:t xml:space="preserve">, </w:t>
      </w:r>
      <w:r w:rsidR="00AD408A">
        <w:rPr>
          <w:lang w:val="nl-NL"/>
        </w:rPr>
        <w:t>met het doel nieuwe casussen en dossiers te genereren.</w:t>
      </w:r>
    </w:p>
    <w:p w14:paraId="2AA7602B" w14:textId="77777777" w:rsidR="00AD408A" w:rsidRDefault="00E71743" w:rsidP="00F24E20">
      <w:pPr>
        <w:spacing w:before="0" w:after="0" w:line="240" w:lineRule="auto"/>
        <w:ind w:left="720"/>
        <w:rPr>
          <w:lang w:val="nl-NL"/>
        </w:rPr>
      </w:pPr>
      <w:r w:rsidRPr="00F24E20">
        <w:rPr>
          <w:lang w:val="nl-NL"/>
        </w:rPr>
        <w:br/>
      </w:r>
      <w:r w:rsidR="00634BB8" w:rsidRPr="00F24E20">
        <w:rPr>
          <w:lang w:val="nl-NL"/>
        </w:rPr>
        <w:t xml:space="preserve">Voor </w:t>
      </w:r>
      <w:r w:rsidR="00045162" w:rsidRPr="00F24E20">
        <w:rPr>
          <w:lang w:val="nl-NL"/>
        </w:rPr>
        <w:t xml:space="preserve">een doorontwikkeling van </w:t>
      </w:r>
      <w:r w:rsidR="00634BB8" w:rsidRPr="00F24E20">
        <w:rPr>
          <w:lang w:val="nl-NL"/>
        </w:rPr>
        <w:t xml:space="preserve">onderwijsperiode P2 kun je de blokwijzer toevoegen, omschrijven welke juridische thema’s behandeld moeten </w:t>
      </w:r>
      <w:r w:rsidR="00045162" w:rsidRPr="00F24E20">
        <w:rPr>
          <w:lang w:val="nl-NL"/>
        </w:rPr>
        <w:t>worden in dit blok en vervolgens vragen om 4 of 5 casussen te genereren. Voeg de huidige casussen toe als voorbeelden zodat de AI-tool weet hoe een opdracht er ongeveer uit moet zien.</w:t>
      </w:r>
      <w:r w:rsidR="00045162" w:rsidRPr="00F24E20">
        <w:rPr>
          <w:lang w:val="nl-NL"/>
        </w:rPr>
        <w:br/>
      </w:r>
    </w:p>
    <w:p w14:paraId="39DB311B" w14:textId="0BE35102" w:rsidR="00C30653" w:rsidRPr="00F24E20" w:rsidRDefault="00655AB6" w:rsidP="00F24E20">
      <w:pPr>
        <w:spacing w:before="0" w:after="0" w:line="240" w:lineRule="auto"/>
        <w:ind w:left="720"/>
        <w:rPr>
          <w:lang w:val="nl-NL"/>
        </w:rPr>
      </w:pPr>
      <w:r w:rsidRPr="00F24E20">
        <w:rPr>
          <w:lang w:val="nl-NL"/>
        </w:rPr>
        <w:t>Vraag vervolgens om aanvullende informatie die de cliënt (tweede of derdejaars student) in de P2 moet delen met de jurist. Laat een werkinstructie maken voor deze student zodat deze een zo realistisch mogelijke cliënt kan spelen.</w:t>
      </w:r>
    </w:p>
    <w:p w14:paraId="78D8B5B9" w14:textId="77777777" w:rsidR="00AD408A" w:rsidRDefault="00AD408A" w:rsidP="00655AB6">
      <w:pPr>
        <w:spacing w:before="0" w:after="0" w:line="240" w:lineRule="auto"/>
        <w:ind w:left="720"/>
        <w:rPr>
          <w:lang w:val="nl-NL"/>
        </w:rPr>
      </w:pPr>
    </w:p>
    <w:p w14:paraId="4BBE39D8" w14:textId="6E51F1D4" w:rsidR="00655AB6" w:rsidRDefault="00655AB6" w:rsidP="00655AB6">
      <w:pPr>
        <w:spacing w:before="0" w:after="0" w:line="240" w:lineRule="auto"/>
        <w:ind w:left="720"/>
        <w:rPr>
          <w:lang w:val="nl-NL"/>
        </w:rPr>
      </w:pPr>
      <w:r>
        <w:rPr>
          <w:lang w:val="nl-NL"/>
        </w:rPr>
        <w:lastRenderedPageBreak/>
        <w:t>Laat een antwoordmodel genereren per casus voor de collega’s</w:t>
      </w:r>
      <w:r w:rsidR="00AD408A">
        <w:rPr>
          <w:lang w:val="nl-NL"/>
        </w:rPr>
        <w:t xml:space="preserve"> </w:t>
      </w:r>
      <w:r>
        <w:rPr>
          <w:lang w:val="nl-NL"/>
        </w:rPr>
        <w:t xml:space="preserve">. Vraag daarbij om aandachtspunten in de juridische analyse die bij een beginnende jurist vaak mis gaat, daarop kan de </w:t>
      </w:r>
      <w:r w:rsidR="00882406">
        <w:rPr>
          <w:lang w:val="nl-NL"/>
        </w:rPr>
        <w:t xml:space="preserve">collega </w:t>
      </w:r>
      <w:r w:rsidR="00AD408A">
        <w:rPr>
          <w:lang w:val="nl-NL"/>
        </w:rPr>
        <w:t xml:space="preserve">de studenten daarop </w:t>
      </w:r>
      <w:r w:rsidR="00882406">
        <w:rPr>
          <w:lang w:val="nl-NL"/>
        </w:rPr>
        <w:t>extra</w:t>
      </w:r>
      <w:r w:rsidR="00AD408A">
        <w:rPr>
          <w:lang w:val="nl-NL"/>
        </w:rPr>
        <w:t xml:space="preserve"> kan</w:t>
      </w:r>
      <w:r w:rsidR="00882406">
        <w:rPr>
          <w:lang w:val="nl-NL"/>
        </w:rPr>
        <w:t xml:space="preserve"> coachen.</w:t>
      </w:r>
    </w:p>
    <w:p w14:paraId="77AA8D70" w14:textId="77777777" w:rsidR="00AD408A" w:rsidRDefault="00AD408A" w:rsidP="00655AB6">
      <w:pPr>
        <w:spacing w:before="0" w:after="0" w:line="240" w:lineRule="auto"/>
        <w:ind w:left="720"/>
        <w:rPr>
          <w:lang w:val="nl-NL"/>
        </w:rPr>
      </w:pPr>
    </w:p>
    <w:p w14:paraId="7FFE8790" w14:textId="546311B1" w:rsidR="00882406" w:rsidRDefault="00882406" w:rsidP="00655AB6">
      <w:pPr>
        <w:spacing w:before="0" w:after="0" w:line="240" w:lineRule="auto"/>
        <w:ind w:left="720"/>
        <w:rPr>
          <w:lang w:val="nl-NL"/>
        </w:rPr>
      </w:pPr>
      <w:r>
        <w:rPr>
          <w:lang w:val="nl-NL"/>
        </w:rPr>
        <w:t xml:space="preserve">Laat aanvullende bewijsmaterialen genereren zoals aankoopbewijzen, aangifte van de politie of </w:t>
      </w:r>
      <w:r w:rsidR="00E25809">
        <w:rPr>
          <w:lang w:val="nl-NL"/>
        </w:rPr>
        <w:t xml:space="preserve">beelden van een bewakingscamera. </w:t>
      </w:r>
    </w:p>
    <w:p w14:paraId="5C315598" w14:textId="77777777" w:rsidR="00E25809" w:rsidRPr="008830E5" w:rsidRDefault="00E25809" w:rsidP="00655AB6">
      <w:pPr>
        <w:spacing w:before="0" w:after="0" w:line="240" w:lineRule="auto"/>
        <w:ind w:left="720"/>
        <w:rPr>
          <w:lang w:val="nl-NL"/>
        </w:rPr>
      </w:pPr>
    </w:p>
    <w:p w14:paraId="0C878C9A" w14:textId="7B3D1840" w:rsidR="00C30653" w:rsidRPr="008830E5" w:rsidRDefault="003D7E86" w:rsidP="003D7E86">
      <w:pPr>
        <w:spacing w:before="0" w:after="0" w:line="240" w:lineRule="auto"/>
        <w:ind w:left="720"/>
        <w:rPr>
          <w:lang w:val="nl-NL"/>
        </w:rPr>
      </w:pPr>
      <w:r>
        <w:rPr>
          <w:lang w:val="nl-NL"/>
        </w:rPr>
        <w:t>C</w:t>
      </w:r>
      <w:r w:rsidR="00C30653" w:rsidRPr="008830E5">
        <w:rPr>
          <w:lang w:val="nl-NL"/>
        </w:rPr>
        <w:t>ontroleer</w:t>
      </w:r>
      <w:r>
        <w:rPr>
          <w:lang w:val="nl-NL"/>
        </w:rPr>
        <w:t xml:space="preserve"> wel altijd de uitkomst op </w:t>
      </w:r>
      <w:r w:rsidR="00C30653" w:rsidRPr="008830E5">
        <w:rPr>
          <w:lang w:val="nl-NL"/>
        </w:rPr>
        <w:t>juridische juistheid en maakt het passend bij jouw vak.</w:t>
      </w:r>
    </w:p>
    <w:p w14:paraId="5F72CF4A" w14:textId="75123043" w:rsidR="008830E5" w:rsidRDefault="008830E5" w:rsidP="008830E5">
      <w:pPr>
        <w:spacing w:before="0" w:after="0" w:line="240" w:lineRule="auto"/>
        <w:rPr>
          <w:lang w:val="nl-NL"/>
        </w:rPr>
      </w:pPr>
    </w:p>
    <w:p w14:paraId="31AADEE1" w14:textId="77777777" w:rsidR="00B83CAF" w:rsidRPr="008830E5" w:rsidRDefault="00B83CAF" w:rsidP="008830E5">
      <w:pPr>
        <w:spacing w:before="0" w:after="0" w:line="240" w:lineRule="auto"/>
        <w:rPr>
          <w:lang w:val="nl-NL"/>
        </w:rPr>
      </w:pPr>
    </w:p>
    <w:p w14:paraId="52872059" w14:textId="77777777" w:rsidR="008830E5" w:rsidRPr="008830E5" w:rsidRDefault="008830E5" w:rsidP="008830E5">
      <w:pPr>
        <w:spacing w:before="0" w:after="0" w:line="240" w:lineRule="auto"/>
        <w:rPr>
          <w:b/>
          <w:bCs/>
          <w:lang w:val="nl-NL"/>
        </w:rPr>
      </w:pPr>
      <w:r w:rsidRPr="008830E5">
        <w:rPr>
          <w:b/>
          <w:bCs/>
          <w:lang w:val="nl-NL"/>
        </w:rPr>
        <w:t xml:space="preserve">Activiteit G — </w:t>
      </w:r>
      <w:proofErr w:type="spellStart"/>
      <w:r w:rsidRPr="008830E5">
        <w:rPr>
          <w:b/>
          <w:bCs/>
          <w:lang w:val="nl-NL"/>
        </w:rPr>
        <w:t>Toetsvragen</w:t>
      </w:r>
      <w:proofErr w:type="spellEnd"/>
      <w:r w:rsidRPr="008830E5">
        <w:rPr>
          <w:b/>
          <w:bCs/>
          <w:lang w:val="nl-NL"/>
        </w:rPr>
        <w:t xml:space="preserve"> maken (formatief en </w:t>
      </w:r>
      <w:proofErr w:type="spellStart"/>
      <w:r w:rsidRPr="008830E5">
        <w:rPr>
          <w:b/>
          <w:bCs/>
          <w:lang w:val="nl-NL"/>
        </w:rPr>
        <w:t>summatief</w:t>
      </w:r>
      <w:proofErr w:type="spellEnd"/>
      <w:r w:rsidRPr="008830E5">
        <w:rPr>
          <w:b/>
          <w:bCs/>
          <w:lang w:val="nl-NL"/>
        </w:rPr>
        <w:t>)</w:t>
      </w:r>
    </w:p>
    <w:p w14:paraId="24F0E7B3" w14:textId="77777777" w:rsidR="008830E5" w:rsidRPr="008830E5" w:rsidRDefault="008830E5" w:rsidP="008830E5">
      <w:pPr>
        <w:spacing w:before="0" w:after="0" w:line="240" w:lineRule="auto"/>
        <w:rPr>
          <w:lang w:val="nl-NL"/>
        </w:rPr>
      </w:pPr>
      <w:r w:rsidRPr="008830E5">
        <w:rPr>
          <w:b/>
          <w:bCs/>
          <w:lang w:val="nl-NL"/>
        </w:rPr>
        <w:t>Doel</w:t>
      </w:r>
      <w:r w:rsidRPr="008830E5">
        <w:rPr>
          <w:lang w:val="nl-NL"/>
        </w:rPr>
        <w:t>: variatie en oefening creëren, mét kwaliteitscontrole.</w:t>
      </w:r>
      <w:r w:rsidRPr="008830E5">
        <w:rPr>
          <w:lang w:val="nl-NL"/>
        </w:rPr>
        <w:br/>
      </w:r>
      <w:r w:rsidRPr="008830E5">
        <w:rPr>
          <w:b/>
          <w:bCs/>
          <w:lang w:val="nl-NL"/>
        </w:rPr>
        <w:t>Opdracht</w:t>
      </w:r>
      <w:r w:rsidRPr="008830E5">
        <w:rPr>
          <w:lang w:val="nl-NL"/>
        </w:rPr>
        <w:t xml:space="preserve">: 10 vragen + antwoordindicatie + </w:t>
      </w:r>
      <w:proofErr w:type="spellStart"/>
      <w:r w:rsidRPr="008830E5">
        <w:rPr>
          <w:lang w:val="nl-NL"/>
        </w:rPr>
        <w:t>toetsmatrijs</w:t>
      </w:r>
      <w:proofErr w:type="spellEnd"/>
      <w:r w:rsidRPr="008830E5">
        <w:rPr>
          <w:lang w:val="nl-NL"/>
        </w:rPr>
        <w:t>-koppeling (mini).</w:t>
      </w:r>
    </w:p>
    <w:p w14:paraId="6FF84BE2" w14:textId="77777777" w:rsidR="002B1E1A" w:rsidRDefault="002B1E1A" w:rsidP="008830E5">
      <w:pPr>
        <w:spacing w:before="0" w:after="0" w:line="240" w:lineRule="auto"/>
        <w:rPr>
          <w:b/>
          <w:bCs/>
          <w:lang w:val="nl-NL"/>
        </w:rPr>
      </w:pPr>
    </w:p>
    <w:p w14:paraId="48F5910C" w14:textId="232C279C" w:rsidR="008830E5" w:rsidRPr="008830E5" w:rsidRDefault="008830E5" w:rsidP="008830E5">
      <w:pPr>
        <w:spacing w:before="0" w:after="0" w:line="240" w:lineRule="auto"/>
        <w:rPr>
          <w:lang w:val="nl-NL"/>
        </w:rPr>
      </w:pPr>
      <w:r w:rsidRPr="008830E5">
        <w:rPr>
          <w:b/>
          <w:bCs/>
          <w:lang w:val="nl-NL"/>
        </w:rPr>
        <w:t>Stappenplan</w:t>
      </w:r>
    </w:p>
    <w:p w14:paraId="0FCA5D18" w14:textId="77777777" w:rsidR="008830E5" w:rsidRPr="008830E5" w:rsidRDefault="008830E5" w:rsidP="00974A8A">
      <w:pPr>
        <w:numPr>
          <w:ilvl w:val="0"/>
          <w:numId w:val="36"/>
        </w:numPr>
        <w:spacing w:before="0" w:after="0" w:line="240" w:lineRule="auto"/>
        <w:rPr>
          <w:lang w:val="nl-NL"/>
        </w:rPr>
      </w:pPr>
      <w:r w:rsidRPr="008830E5">
        <w:rPr>
          <w:lang w:val="nl-NL"/>
        </w:rPr>
        <w:t>Geef leerdoelen + niveau + type vraag (MC/open/essay/korte casus).</w:t>
      </w:r>
    </w:p>
    <w:p w14:paraId="61620C20" w14:textId="77777777" w:rsidR="008830E5" w:rsidRPr="008830E5" w:rsidRDefault="008830E5" w:rsidP="00974A8A">
      <w:pPr>
        <w:numPr>
          <w:ilvl w:val="0"/>
          <w:numId w:val="36"/>
        </w:numPr>
        <w:spacing w:before="0" w:after="0" w:line="240" w:lineRule="auto"/>
        <w:rPr>
          <w:lang w:val="nl-NL"/>
        </w:rPr>
      </w:pPr>
      <w:r w:rsidRPr="008830E5">
        <w:rPr>
          <w:lang w:val="nl-NL"/>
        </w:rPr>
        <w:t>Vraag AI om 10 vragen, verdeeld over leerdoelen.</w:t>
      </w:r>
    </w:p>
    <w:p w14:paraId="0978207D" w14:textId="77777777" w:rsidR="008830E5" w:rsidRPr="008830E5" w:rsidRDefault="008830E5" w:rsidP="00974A8A">
      <w:pPr>
        <w:numPr>
          <w:ilvl w:val="0"/>
          <w:numId w:val="36"/>
        </w:numPr>
        <w:spacing w:before="0" w:after="0" w:line="240" w:lineRule="auto"/>
        <w:rPr>
          <w:lang w:val="nl-NL"/>
        </w:rPr>
      </w:pPr>
      <w:r w:rsidRPr="008830E5">
        <w:rPr>
          <w:lang w:val="nl-NL"/>
        </w:rPr>
        <w:t>Laat AI per vraag: juiste antwoord + korte toelichting + veelgemaakte fout.</w:t>
      </w:r>
    </w:p>
    <w:p w14:paraId="60830E5C" w14:textId="77777777" w:rsidR="008830E5" w:rsidRPr="008830E5" w:rsidRDefault="008830E5" w:rsidP="00974A8A">
      <w:pPr>
        <w:numPr>
          <w:ilvl w:val="0"/>
          <w:numId w:val="36"/>
        </w:numPr>
        <w:spacing w:before="0" w:after="0" w:line="240" w:lineRule="auto"/>
        <w:rPr>
          <w:lang w:val="nl-NL"/>
        </w:rPr>
      </w:pPr>
      <w:r w:rsidRPr="008830E5">
        <w:rPr>
          <w:lang w:val="nl-NL"/>
        </w:rPr>
        <w:t>Laat AI moeilijkheid labelen (laag/middel/hoog) en motiveren.</w:t>
      </w:r>
    </w:p>
    <w:p w14:paraId="1ECACD0B" w14:textId="77777777" w:rsidR="008830E5" w:rsidRPr="008830E5" w:rsidRDefault="008830E5" w:rsidP="00974A8A">
      <w:pPr>
        <w:numPr>
          <w:ilvl w:val="0"/>
          <w:numId w:val="36"/>
        </w:numPr>
        <w:spacing w:before="0" w:after="0" w:line="240" w:lineRule="auto"/>
        <w:rPr>
          <w:lang w:val="nl-NL"/>
        </w:rPr>
      </w:pPr>
      <w:r w:rsidRPr="008830E5">
        <w:rPr>
          <w:lang w:val="nl-NL"/>
        </w:rPr>
        <w:t>Laat AI checken: ambiguïteit, onbedoelde hints, taalniveau.</w:t>
      </w:r>
    </w:p>
    <w:p w14:paraId="6528EEDE" w14:textId="77777777" w:rsidR="008830E5" w:rsidRPr="008830E5" w:rsidRDefault="008830E5" w:rsidP="00974A8A">
      <w:pPr>
        <w:numPr>
          <w:ilvl w:val="0"/>
          <w:numId w:val="36"/>
        </w:numPr>
        <w:spacing w:before="0" w:after="0" w:line="240" w:lineRule="auto"/>
        <w:rPr>
          <w:lang w:val="nl-NL"/>
        </w:rPr>
      </w:pPr>
      <w:r w:rsidRPr="008830E5">
        <w:rPr>
          <w:lang w:val="nl-NL"/>
        </w:rPr>
        <w:t>Jij selecteert, herschrijft en bepaalt de definitieve set.</w:t>
      </w:r>
    </w:p>
    <w:p w14:paraId="6E60AC9D" w14:textId="77777777" w:rsidR="008830E5" w:rsidRPr="008830E5" w:rsidRDefault="008830E5" w:rsidP="008830E5">
      <w:pPr>
        <w:spacing w:before="0" w:after="0" w:line="240" w:lineRule="auto"/>
        <w:rPr>
          <w:lang w:val="nl-NL"/>
        </w:rPr>
      </w:pPr>
      <w:r w:rsidRPr="008830E5">
        <w:rPr>
          <w:b/>
          <w:bCs/>
          <w:lang w:val="nl-NL"/>
        </w:rPr>
        <w:t>Let op</w:t>
      </w:r>
    </w:p>
    <w:p w14:paraId="0DCAE771" w14:textId="77777777" w:rsidR="008830E5" w:rsidRPr="008830E5" w:rsidRDefault="008830E5" w:rsidP="00974A8A">
      <w:pPr>
        <w:numPr>
          <w:ilvl w:val="0"/>
          <w:numId w:val="37"/>
        </w:numPr>
        <w:spacing w:before="0" w:after="0" w:line="240" w:lineRule="auto"/>
        <w:rPr>
          <w:lang w:val="nl-NL"/>
        </w:rPr>
      </w:pPr>
      <w:r w:rsidRPr="008830E5">
        <w:rPr>
          <w:lang w:val="nl-NL"/>
        </w:rPr>
        <w:t>Gebruik AI als maker/variant-generator, niet als “beoordelaar”. Jij blijft eindverantwoordelijk.</w:t>
      </w:r>
    </w:p>
    <w:p w14:paraId="3C1D9CD0" w14:textId="3D23BFCF" w:rsidR="008830E5" w:rsidRPr="008830E5" w:rsidRDefault="008830E5" w:rsidP="008830E5">
      <w:pPr>
        <w:spacing w:before="0" w:after="0" w:line="240" w:lineRule="auto"/>
        <w:rPr>
          <w:lang w:val="nl-NL"/>
        </w:rPr>
      </w:pPr>
    </w:p>
    <w:p w14:paraId="5715AB55" w14:textId="28A58A42" w:rsidR="008830E5" w:rsidRPr="008830E5" w:rsidRDefault="008830E5" w:rsidP="008830E5">
      <w:pPr>
        <w:spacing w:before="0" w:after="0" w:line="240" w:lineRule="auto"/>
        <w:rPr>
          <w:b/>
          <w:bCs/>
          <w:lang w:val="nl-NL"/>
        </w:rPr>
      </w:pPr>
      <w:r w:rsidRPr="008830E5">
        <w:rPr>
          <w:b/>
          <w:bCs/>
          <w:lang w:val="nl-NL"/>
        </w:rPr>
        <w:t xml:space="preserve">Activiteit H — </w:t>
      </w:r>
      <w:proofErr w:type="spellStart"/>
      <w:r w:rsidRPr="008830E5">
        <w:rPr>
          <w:b/>
          <w:bCs/>
          <w:lang w:val="nl-NL"/>
        </w:rPr>
        <w:t>Rubrics</w:t>
      </w:r>
      <w:proofErr w:type="spellEnd"/>
      <w:r w:rsidRPr="008830E5">
        <w:rPr>
          <w:b/>
          <w:bCs/>
          <w:lang w:val="nl-NL"/>
        </w:rPr>
        <w:t xml:space="preserve"> en beoordelingscriteria</w:t>
      </w:r>
    </w:p>
    <w:p w14:paraId="755AB890" w14:textId="77777777" w:rsidR="008830E5" w:rsidRPr="008830E5" w:rsidRDefault="008830E5" w:rsidP="008830E5">
      <w:pPr>
        <w:spacing w:before="0" w:after="0" w:line="240" w:lineRule="auto"/>
        <w:rPr>
          <w:lang w:val="nl-NL"/>
        </w:rPr>
      </w:pPr>
      <w:r w:rsidRPr="008830E5">
        <w:rPr>
          <w:b/>
          <w:bCs/>
          <w:lang w:val="nl-NL"/>
        </w:rPr>
        <w:t>Doel</w:t>
      </w:r>
      <w:r w:rsidRPr="008830E5">
        <w:rPr>
          <w:lang w:val="nl-NL"/>
        </w:rPr>
        <w:t>: duidelijke verwachtingen en consistente feedback.</w:t>
      </w:r>
      <w:r w:rsidRPr="008830E5">
        <w:rPr>
          <w:lang w:val="nl-NL"/>
        </w:rPr>
        <w:br/>
      </w:r>
      <w:r w:rsidRPr="008830E5">
        <w:rPr>
          <w:b/>
          <w:bCs/>
          <w:lang w:val="nl-NL"/>
        </w:rPr>
        <w:t>Opdracht</w:t>
      </w:r>
      <w:r w:rsidRPr="008830E5">
        <w:rPr>
          <w:lang w:val="nl-NL"/>
        </w:rPr>
        <w:t xml:space="preserve">: </w:t>
      </w:r>
      <w:proofErr w:type="spellStart"/>
      <w:r w:rsidRPr="008830E5">
        <w:rPr>
          <w:lang w:val="nl-NL"/>
        </w:rPr>
        <w:t>rubric</w:t>
      </w:r>
      <w:proofErr w:type="spellEnd"/>
      <w:r w:rsidRPr="008830E5">
        <w:rPr>
          <w:lang w:val="nl-NL"/>
        </w:rPr>
        <w:t xml:space="preserve"> (tabel of </w:t>
      </w:r>
      <w:proofErr w:type="spellStart"/>
      <w:r w:rsidRPr="008830E5">
        <w:rPr>
          <w:lang w:val="nl-NL"/>
        </w:rPr>
        <w:t>bullets</w:t>
      </w:r>
      <w:proofErr w:type="spellEnd"/>
      <w:r w:rsidRPr="008830E5">
        <w:rPr>
          <w:lang w:val="nl-NL"/>
        </w:rPr>
        <w:t>) + korte uitleg voor studenten.</w:t>
      </w:r>
    </w:p>
    <w:p w14:paraId="04113508" w14:textId="77777777" w:rsidR="002B1E1A" w:rsidRDefault="002B1E1A" w:rsidP="008830E5">
      <w:pPr>
        <w:spacing w:before="0" w:after="0" w:line="240" w:lineRule="auto"/>
        <w:rPr>
          <w:b/>
          <w:bCs/>
          <w:lang w:val="nl-NL"/>
        </w:rPr>
      </w:pPr>
    </w:p>
    <w:p w14:paraId="3467609A" w14:textId="5B6D1D7D" w:rsidR="008830E5" w:rsidRPr="008830E5" w:rsidRDefault="008830E5" w:rsidP="008830E5">
      <w:pPr>
        <w:spacing w:before="0" w:after="0" w:line="240" w:lineRule="auto"/>
        <w:rPr>
          <w:lang w:val="nl-NL"/>
        </w:rPr>
      </w:pPr>
      <w:r w:rsidRPr="008830E5">
        <w:rPr>
          <w:b/>
          <w:bCs/>
          <w:lang w:val="nl-NL"/>
        </w:rPr>
        <w:t>Stappenplan</w:t>
      </w:r>
    </w:p>
    <w:p w14:paraId="7CF1CA2F" w14:textId="77777777" w:rsidR="008830E5" w:rsidRPr="008830E5" w:rsidRDefault="008830E5" w:rsidP="00974A8A">
      <w:pPr>
        <w:numPr>
          <w:ilvl w:val="0"/>
          <w:numId w:val="38"/>
        </w:numPr>
        <w:spacing w:before="0" w:after="0" w:line="240" w:lineRule="auto"/>
        <w:rPr>
          <w:lang w:val="nl-NL"/>
        </w:rPr>
      </w:pPr>
      <w:r w:rsidRPr="008830E5">
        <w:rPr>
          <w:lang w:val="nl-NL"/>
        </w:rPr>
        <w:t>Geef opdrachtomschrijving + leerdoelen.</w:t>
      </w:r>
    </w:p>
    <w:p w14:paraId="62E66FE6" w14:textId="77777777" w:rsidR="008830E5" w:rsidRPr="008830E5" w:rsidRDefault="008830E5" w:rsidP="00974A8A">
      <w:pPr>
        <w:numPr>
          <w:ilvl w:val="0"/>
          <w:numId w:val="38"/>
        </w:numPr>
        <w:spacing w:before="0" w:after="0" w:line="240" w:lineRule="auto"/>
        <w:rPr>
          <w:lang w:val="nl-NL"/>
        </w:rPr>
      </w:pPr>
      <w:r w:rsidRPr="008830E5">
        <w:rPr>
          <w:lang w:val="nl-NL"/>
        </w:rPr>
        <w:t>Vraag AI om 4 criteria (inhoud/argumentatie/brongebruik/structuur).</w:t>
      </w:r>
    </w:p>
    <w:p w14:paraId="3D5FAA17" w14:textId="77777777" w:rsidR="008830E5" w:rsidRPr="008830E5" w:rsidRDefault="008830E5" w:rsidP="00974A8A">
      <w:pPr>
        <w:numPr>
          <w:ilvl w:val="0"/>
          <w:numId w:val="38"/>
        </w:numPr>
        <w:spacing w:before="0" w:after="0" w:line="240" w:lineRule="auto"/>
        <w:rPr>
          <w:lang w:val="nl-NL"/>
        </w:rPr>
      </w:pPr>
      <w:r w:rsidRPr="008830E5">
        <w:rPr>
          <w:lang w:val="nl-NL"/>
        </w:rPr>
        <w:t>Laat AI 4 niveaus uitwerken met concreet gedrag/taal (“wat zie je?”).</w:t>
      </w:r>
    </w:p>
    <w:p w14:paraId="1A0CFE8A" w14:textId="77777777" w:rsidR="008830E5" w:rsidRPr="008830E5" w:rsidRDefault="008830E5" w:rsidP="00974A8A">
      <w:pPr>
        <w:numPr>
          <w:ilvl w:val="0"/>
          <w:numId w:val="38"/>
        </w:numPr>
        <w:spacing w:before="0" w:after="0" w:line="240" w:lineRule="auto"/>
        <w:rPr>
          <w:lang w:val="nl-NL"/>
        </w:rPr>
      </w:pPr>
      <w:r w:rsidRPr="008830E5">
        <w:rPr>
          <w:lang w:val="nl-NL"/>
        </w:rPr>
        <w:t>Laat AI checken: overlappende criteria? te vaag? te streng?</w:t>
      </w:r>
    </w:p>
    <w:p w14:paraId="7F8DA0DD" w14:textId="77777777" w:rsidR="008830E5" w:rsidRPr="008830E5" w:rsidRDefault="008830E5" w:rsidP="00974A8A">
      <w:pPr>
        <w:numPr>
          <w:ilvl w:val="0"/>
          <w:numId w:val="38"/>
        </w:numPr>
        <w:spacing w:before="0" w:after="0" w:line="240" w:lineRule="auto"/>
        <w:rPr>
          <w:lang w:val="nl-NL"/>
        </w:rPr>
      </w:pPr>
      <w:r w:rsidRPr="008830E5">
        <w:rPr>
          <w:lang w:val="nl-NL"/>
        </w:rPr>
        <w:t xml:space="preserve">Jij stemt af op jullie </w:t>
      </w:r>
      <w:proofErr w:type="spellStart"/>
      <w:r w:rsidRPr="008830E5">
        <w:rPr>
          <w:lang w:val="nl-NL"/>
        </w:rPr>
        <w:t>toetsbeleid</w:t>
      </w:r>
      <w:proofErr w:type="spellEnd"/>
      <w:r w:rsidRPr="008830E5">
        <w:rPr>
          <w:lang w:val="nl-NL"/>
        </w:rPr>
        <w:t xml:space="preserve"> en toetst op haalbaarheid.</w:t>
      </w:r>
    </w:p>
    <w:p w14:paraId="776128FB" w14:textId="642D690B" w:rsidR="008830E5" w:rsidRPr="008830E5" w:rsidRDefault="008830E5" w:rsidP="008830E5">
      <w:pPr>
        <w:spacing w:before="0" w:after="0" w:line="240" w:lineRule="auto"/>
        <w:rPr>
          <w:lang w:val="nl-NL"/>
        </w:rPr>
      </w:pPr>
    </w:p>
    <w:p w14:paraId="45A3C349" w14:textId="77777777" w:rsidR="00AB6BA6" w:rsidRDefault="00AB6BA6" w:rsidP="008830E5">
      <w:pPr>
        <w:spacing w:before="0" w:after="0" w:line="240" w:lineRule="auto"/>
        <w:rPr>
          <w:b/>
          <w:bCs/>
          <w:lang w:val="nl-NL"/>
        </w:rPr>
      </w:pPr>
    </w:p>
    <w:p w14:paraId="656E1832" w14:textId="165E95C1" w:rsidR="008830E5" w:rsidRPr="008830E5" w:rsidRDefault="008830E5" w:rsidP="008830E5">
      <w:pPr>
        <w:spacing w:before="0" w:after="0" w:line="240" w:lineRule="auto"/>
        <w:rPr>
          <w:b/>
          <w:bCs/>
          <w:lang w:val="nl-NL"/>
        </w:rPr>
      </w:pPr>
      <w:r w:rsidRPr="008830E5">
        <w:rPr>
          <w:b/>
          <w:bCs/>
          <w:lang w:val="nl-NL"/>
        </w:rPr>
        <w:t>Activiteit I — Feedbackteksten en feedbackbibliotheek</w:t>
      </w:r>
    </w:p>
    <w:p w14:paraId="4BA32F79" w14:textId="77777777" w:rsidR="008830E5" w:rsidRPr="008830E5" w:rsidRDefault="008830E5" w:rsidP="008830E5">
      <w:pPr>
        <w:spacing w:before="0" w:after="0" w:line="240" w:lineRule="auto"/>
        <w:rPr>
          <w:lang w:val="nl-NL"/>
        </w:rPr>
      </w:pPr>
      <w:r w:rsidRPr="008830E5">
        <w:rPr>
          <w:b/>
          <w:bCs/>
          <w:lang w:val="nl-NL"/>
        </w:rPr>
        <w:t>Doel</w:t>
      </w:r>
      <w:r w:rsidRPr="008830E5">
        <w:rPr>
          <w:lang w:val="nl-NL"/>
        </w:rPr>
        <w:t>: sneller consistente feedback geven (formatief).</w:t>
      </w:r>
      <w:r w:rsidRPr="008830E5">
        <w:rPr>
          <w:lang w:val="nl-NL"/>
        </w:rPr>
        <w:br/>
      </w:r>
      <w:r w:rsidRPr="008830E5">
        <w:rPr>
          <w:b/>
          <w:bCs/>
          <w:lang w:val="nl-NL"/>
        </w:rPr>
        <w:t>Opdracht</w:t>
      </w:r>
      <w:r w:rsidRPr="008830E5">
        <w:rPr>
          <w:lang w:val="nl-NL"/>
        </w:rPr>
        <w:t>: 12 feedbackzinnen (sterk/verbeter/volgende stap) per criterium.</w:t>
      </w:r>
    </w:p>
    <w:p w14:paraId="3816BD68" w14:textId="77777777" w:rsidR="002B1E1A" w:rsidRDefault="002B1E1A" w:rsidP="008830E5">
      <w:pPr>
        <w:spacing w:before="0" w:after="0" w:line="240" w:lineRule="auto"/>
        <w:rPr>
          <w:b/>
          <w:bCs/>
          <w:lang w:val="nl-NL"/>
        </w:rPr>
      </w:pPr>
    </w:p>
    <w:p w14:paraId="4E6111B8" w14:textId="3FDDB933" w:rsidR="008830E5" w:rsidRPr="008830E5" w:rsidRDefault="008830E5" w:rsidP="008830E5">
      <w:pPr>
        <w:spacing w:before="0" w:after="0" w:line="240" w:lineRule="auto"/>
        <w:rPr>
          <w:lang w:val="nl-NL"/>
        </w:rPr>
      </w:pPr>
      <w:r w:rsidRPr="008830E5">
        <w:rPr>
          <w:b/>
          <w:bCs/>
          <w:lang w:val="nl-NL"/>
        </w:rPr>
        <w:t>Stappenplan</w:t>
      </w:r>
    </w:p>
    <w:p w14:paraId="7CF194BC" w14:textId="77777777" w:rsidR="008830E5" w:rsidRPr="008830E5" w:rsidRDefault="008830E5" w:rsidP="00974A8A">
      <w:pPr>
        <w:numPr>
          <w:ilvl w:val="0"/>
          <w:numId w:val="39"/>
        </w:numPr>
        <w:spacing w:before="0" w:after="0" w:line="240" w:lineRule="auto"/>
        <w:rPr>
          <w:lang w:val="nl-NL"/>
        </w:rPr>
      </w:pPr>
      <w:r w:rsidRPr="008830E5">
        <w:rPr>
          <w:lang w:val="nl-NL"/>
        </w:rPr>
        <w:t xml:space="preserve">Geef </w:t>
      </w:r>
      <w:proofErr w:type="spellStart"/>
      <w:r w:rsidRPr="008830E5">
        <w:rPr>
          <w:lang w:val="nl-NL"/>
        </w:rPr>
        <w:t>rubriccriteria</w:t>
      </w:r>
      <w:proofErr w:type="spellEnd"/>
      <w:r w:rsidRPr="008830E5">
        <w:rPr>
          <w:lang w:val="nl-NL"/>
        </w:rPr>
        <w:t xml:space="preserve"> + gewenste toon.</w:t>
      </w:r>
    </w:p>
    <w:p w14:paraId="5AE3E8C8" w14:textId="77777777" w:rsidR="008830E5" w:rsidRPr="008830E5" w:rsidRDefault="008830E5" w:rsidP="00974A8A">
      <w:pPr>
        <w:numPr>
          <w:ilvl w:val="0"/>
          <w:numId w:val="39"/>
        </w:numPr>
        <w:spacing w:before="0" w:after="0" w:line="240" w:lineRule="auto"/>
        <w:rPr>
          <w:lang w:val="nl-NL"/>
        </w:rPr>
      </w:pPr>
      <w:r w:rsidRPr="008830E5">
        <w:rPr>
          <w:lang w:val="nl-NL"/>
        </w:rPr>
        <w:t>Vraag AI om per criterium: 4 zinnen “sterk”, 4 “verbeterpunt”, 4 “volgende stap”.</w:t>
      </w:r>
    </w:p>
    <w:p w14:paraId="74661D7D" w14:textId="77777777" w:rsidR="008830E5" w:rsidRPr="008830E5" w:rsidRDefault="008830E5" w:rsidP="00974A8A">
      <w:pPr>
        <w:numPr>
          <w:ilvl w:val="0"/>
          <w:numId w:val="39"/>
        </w:numPr>
        <w:spacing w:before="0" w:after="0" w:line="240" w:lineRule="auto"/>
        <w:rPr>
          <w:lang w:val="nl-NL"/>
        </w:rPr>
      </w:pPr>
      <w:r w:rsidRPr="008830E5">
        <w:rPr>
          <w:lang w:val="nl-NL"/>
        </w:rPr>
        <w:t>Laat AI varianten maken: kort / empathisch / direct.</w:t>
      </w:r>
    </w:p>
    <w:p w14:paraId="0C8646A4" w14:textId="77777777" w:rsidR="008830E5" w:rsidRPr="008830E5" w:rsidRDefault="008830E5" w:rsidP="00974A8A">
      <w:pPr>
        <w:numPr>
          <w:ilvl w:val="0"/>
          <w:numId w:val="39"/>
        </w:numPr>
        <w:spacing w:before="0" w:after="0" w:line="240" w:lineRule="auto"/>
        <w:rPr>
          <w:lang w:val="nl-NL"/>
        </w:rPr>
      </w:pPr>
      <w:r w:rsidRPr="008830E5">
        <w:rPr>
          <w:lang w:val="nl-NL"/>
        </w:rPr>
        <w:t>Jij selecteert en maakt een eigen bibliotheek (die je later hergebruikt).</w:t>
      </w:r>
    </w:p>
    <w:p w14:paraId="1650A95E" w14:textId="75FF74B6" w:rsidR="008830E5" w:rsidRPr="008830E5" w:rsidRDefault="008830E5" w:rsidP="008830E5">
      <w:pPr>
        <w:spacing w:before="0" w:after="0" w:line="240" w:lineRule="auto"/>
        <w:rPr>
          <w:lang w:val="nl-NL"/>
        </w:rPr>
      </w:pPr>
    </w:p>
    <w:p w14:paraId="56D1768C" w14:textId="77777777" w:rsidR="002A4FF8" w:rsidRDefault="002A4FF8" w:rsidP="008830E5">
      <w:pPr>
        <w:spacing w:before="0" w:after="0" w:line="240" w:lineRule="auto"/>
        <w:rPr>
          <w:b/>
          <w:bCs/>
          <w:lang w:val="nl-NL"/>
        </w:rPr>
      </w:pPr>
    </w:p>
    <w:p w14:paraId="587F8087" w14:textId="77777777" w:rsidR="002A4FF8" w:rsidRDefault="002A4FF8" w:rsidP="008830E5">
      <w:pPr>
        <w:spacing w:before="0" w:after="0" w:line="240" w:lineRule="auto"/>
        <w:rPr>
          <w:b/>
          <w:bCs/>
          <w:lang w:val="nl-NL"/>
        </w:rPr>
      </w:pPr>
    </w:p>
    <w:p w14:paraId="0072697D" w14:textId="77777777" w:rsidR="002A4FF8" w:rsidRDefault="002A4FF8" w:rsidP="008830E5">
      <w:pPr>
        <w:spacing w:before="0" w:after="0" w:line="240" w:lineRule="auto"/>
        <w:rPr>
          <w:b/>
          <w:bCs/>
          <w:lang w:val="nl-NL"/>
        </w:rPr>
      </w:pPr>
    </w:p>
    <w:p w14:paraId="477B2652" w14:textId="77777777" w:rsidR="002A4FF8" w:rsidRDefault="002A4FF8" w:rsidP="008830E5">
      <w:pPr>
        <w:spacing w:before="0" w:after="0" w:line="240" w:lineRule="auto"/>
        <w:rPr>
          <w:b/>
          <w:bCs/>
          <w:lang w:val="nl-NL"/>
        </w:rPr>
      </w:pPr>
    </w:p>
    <w:p w14:paraId="12B904DB" w14:textId="77777777" w:rsidR="002A4FF8" w:rsidRDefault="002A4FF8" w:rsidP="008830E5">
      <w:pPr>
        <w:spacing w:before="0" w:after="0" w:line="240" w:lineRule="auto"/>
        <w:rPr>
          <w:b/>
          <w:bCs/>
          <w:lang w:val="nl-NL"/>
        </w:rPr>
      </w:pPr>
    </w:p>
    <w:p w14:paraId="01E9F2D4" w14:textId="77777777" w:rsidR="002A4FF8" w:rsidRDefault="002A4FF8" w:rsidP="008830E5">
      <w:pPr>
        <w:spacing w:before="0" w:after="0" w:line="240" w:lineRule="auto"/>
        <w:rPr>
          <w:b/>
          <w:bCs/>
          <w:lang w:val="nl-NL"/>
        </w:rPr>
      </w:pPr>
    </w:p>
    <w:p w14:paraId="588D632C" w14:textId="77777777" w:rsidR="002A4FF8" w:rsidRDefault="002A4FF8" w:rsidP="008830E5">
      <w:pPr>
        <w:spacing w:before="0" w:after="0" w:line="240" w:lineRule="auto"/>
        <w:rPr>
          <w:b/>
          <w:bCs/>
          <w:lang w:val="nl-NL"/>
        </w:rPr>
      </w:pPr>
    </w:p>
    <w:p w14:paraId="1DC21249" w14:textId="77777777" w:rsidR="002A4FF8" w:rsidRDefault="002A4FF8" w:rsidP="008830E5">
      <w:pPr>
        <w:spacing w:before="0" w:after="0" w:line="240" w:lineRule="auto"/>
        <w:rPr>
          <w:b/>
          <w:bCs/>
          <w:lang w:val="nl-NL"/>
        </w:rPr>
      </w:pPr>
    </w:p>
    <w:p w14:paraId="2F7E3FEF" w14:textId="4322812A" w:rsidR="008830E5" w:rsidRPr="008830E5" w:rsidRDefault="008830E5" w:rsidP="008830E5">
      <w:pPr>
        <w:spacing w:before="0" w:after="0" w:line="240" w:lineRule="auto"/>
        <w:rPr>
          <w:b/>
          <w:bCs/>
          <w:lang w:val="nl-NL"/>
        </w:rPr>
      </w:pPr>
      <w:r w:rsidRPr="008830E5">
        <w:rPr>
          <w:b/>
          <w:bCs/>
          <w:lang w:val="nl-NL"/>
        </w:rPr>
        <w:lastRenderedPageBreak/>
        <w:t>Activiteit J — Lesmateriaal: slides, instructietekst, kennisclip-script</w:t>
      </w:r>
    </w:p>
    <w:p w14:paraId="196783ED" w14:textId="77777777" w:rsidR="008830E5" w:rsidRPr="008830E5" w:rsidRDefault="008830E5" w:rsidP="008830E5">
      <w:pPr>
        <w:spacing w:before="0" w:after="0" w:line="240" w:lineRule="auto"/>
        <w:rPr>
          <w:lang w:val="nl-NL"/>
        </w:rPr>
      </w:pPr>
      <w:r w:rsidRPr="008830E5">
        <w:rPr>
          <w:b/>
          <w:bCs/>
          <w:lang w:val="nl-NL"/>
        </w:rPr>
        <w:t>Doel</w:t>
      </w:r>
      <w:r w:rsidRPr="008830E5">
        <w:rPr>
          <w:lang w:val="nl-NL"/>
        </w:rPr>
        <w:t>: sneller van idee naar materiaal.</w:t>
      </w:r>
      <w:r w:rsidRPr="008830E5">
        <w:rPr>
          <w:lang w:val="nl-NL"/>
        </w:rPr>
        <w:br/>
      </w:r>
      <w:r w:rsidRPr="008830E5">
        <w:rPr>
          <w:b/>
          <w:bCs/>
          <w:lang w:val="nl-NL"/>
        </w:rPr>
        <w:t>Opdracht</w:t>
      </w:r>
      <w:r w:rsidRPr="008830E5">
        <w:rPr>
          <w:lang w:val="nl-NL"/>
        </w:rPr>
        <w:t xml:space="preserve">: </w:t>
      </w:r>
      <w:proofErr w:type="spellStart"/>
      <w:r w:rsidRPr="008830E5">
        <w:rPr>
          <w:lang w:val="nl-NL"/>
        </w:rPr>
        <w:t>outline</w:t>
      </w:r>
      <w:proofErr w:type="spellEnd"/>
      <w:r w:rsidRPr="008830E5">
        <w:rPr>
          <w:lang w:val="nl-NL"/>
        </w:rPr>
        <w:t xml:space="preserve"> + 1 uitgewerkte slide- of </w:t>
      </w:r>
      <w:proofErr w:type="spellStart"/>
      <w:r w:rsidRPr="008830E5">
        <w:rPr>
          <w:lang w:val="nl-NL"/>
        </w:rPr>
        <w:t>scriptset</w:t>
      </w:r>
      <w:proofErr w:type="spellEnd"/>
      <w:r w:rsidRPr="008830E5">
        <w:rPr>
          <w:lang w:val="nl-NL"/>
        </w:rPr>
        <w:t>.</w:t>
      </w:r>
    </w:p>
    <w:p w14:paraId="6E39F0F4" w14:textId="77777777" w:rsidR="002B1E1A" w:rsidRDefault="002B1E1A" w:rsidP="008830E5">
      <w:pPr>
        <w:spacing w:before="0" w:after="0" w:line="240" w:lineRule="auto"/>
        <w:rPr>
          <w:b/>
          <w:bCs/>
          <w:lang w:val="nl-NL"/>
        </w:rPr>
      </w:pPr>
    </w:p>
    <w:p w14:paraId="333CD53E" w14:textId="489772DC" w:rsidR="008830E5" w:rsidRPr="008830E5" w:rsidRDefault="0073424D" w:rsidP="008830E5">
      <w:pPr>
        <w:spacing w:before="0" w:after="0" w:line="240" w:lineRule="auto"/>
        <w:rPr>
          <w:lang w:val="nl-NL"/>
        </w:rPr>
      </w:pPr>
      <w:r>
        <w:rPr>
          <w:b/>
          <w:bCs/>
          <w:lang w:val="nl-NL"/>
        </w:rPr>
        <w:t xml:space="preserve">J.1 </w:t>
      </w:r>
      <w:r w:rsidR="008830E5" w:rsidRPr="008830E5">
        <w:rPr>
          <w:b/>
          <w:bCs/>
          <w:lang w:val="nl-NL"/>
        </w:rPr>
        <w:t>Stappenplan</w:t>
      </w:r>
      <w:r>
        <w:rPr>
          <w:b/>
          <w:bCs/>
          <w:lang w:val="nl-NL"/>
        </w:rPr>
        <w:t xml:space="preserve"> slides</w:t>
      </w:r>
    </w:p>
    <w:p w14:paraId="3FCD8391" w14:textId="77777777" w:rsidR="008830E5" w:rsidRPr="008830E5" w:rsidRDefault="008830E5" w:rsidP="00974A8A">
      <w:pPr>
        <w:numPr>
          <w:ilvl w:val="0"/>
          <w:numId w:val="40"/>
        </w:numPr>
        <w:spacing w:before="0" w:after="0" w:line="240" w:lineRule="auto"/>
        <w:rPr>
          <w:lang w:val="nl-NL"/>
        </w:rPr>
      </w:pPr>
      <w:r w:rsidRPr="008830E5">
        <w:rPr>
          <w:lang w:val="nl-NL"/>
        </w:rPr>
        <w:t>Geef onderwerp, doelgroep, duur, kernboodschap.</w:t>
      </w:r>
    </w:p>
    <w:p w14:paraId="4A3D158F" w14:textId="77777777" w:rsidR="008830E5" w:rsidRPr="008830E5" w:rsidRDefault="008830E5" w:rsidP="00974A8A">
      <w:pPr>
        <w:numPr>
          <w:ilvl w:val="0"/>
          <w:numId w:val="40"/>
        </w:numPr>
        <w:spacing w:before="0" w:after="0" w:line="240" w:lineRule="auto"/>
        <w:rPr>
          <w:lang w:val="nl-NL"/>
        </w:rPr>
      </w:pPr>
      <w:r w:rsidRPr="008830E5">
        <w:rPr>
          <w:lang w:val="nl-NL"/>
        </w:rPr>
        <w:t xml:space="preserve">Vraag AI om </w:t>
      </w:r>
      <w:proofErr w:type="spellStart"/>
      <w:r w:rsidRPr="008830E5">
        <w:rPr>
          <w:lang w:val="nl-NL"/>
        </w:rPr>
        <w:t>outline</w:t>
      </w:r>
      <w:proofErr w:type="spellEnd"/>
      <w:r w:rsidRPr="008830E5">
        <w:rPr>
          <w:lang w:val="nl-NL"/>
        </w:rPr>
        <w:t xml:space="preserve"> (5–7 punten).</w:t>
      </w:r>
    </w:p>
    <w:p w14:paraId="2470FE85" w14:textId="77777777" w:rsidR="008830E5" w:rsidRPr="008830E5" w:rsidRDefault="008830E5" w:rsidP="00974A8A">
      <w:pPr>
        <w:numPr>
          <w:ilvl w:val="0"/>
          <w:numId w:val="40"/>
        </w:numPr>
        <w:spacing w:before="0" w:after="0" w:line="240" w:lineRule="auto"/>
        <w:rPr>
          <w:lang w:val="nl-NL"/>
        </w:rPr>
      </w:pPr>
      <w:r w:rsidRPr="008830E5">
        <w:rPr>
          <w:lang w:val="nl-NL"/>
        </w:rPr>
        <w:t>Vraag AI om per punt: 1 voorbeeld + 1 checkvraag.</w:t>
      </w:r>
    </w:p>
    <w:p w14:paraId="1DE0F98D" w14:textId="77777777" w:rsidR="008830E5" w:rsidRDefault="008830E5" w:rsidP="00974A8A">
      <w:pPr>
        <w:numPr>
          <w:ilvl w:val="0"/>
          <w:numId w:val="40"/>
        </w:numPr>
        <w:spacing w:before="0" w:after="0" w:line="240" w:lineRule="auto"/>
        <w:rPr>
          <w:lang w:val="nl-NL"/>
        </w:rPr>
      </w:pPr>
      <w:r w:rsidRPr="008830E5">
        <w:rPr>
          <w:lang w:val="nl-NL"/>
        </w:rPr>
        <w:t xml:space="preserve">Laat AI een script maken (bijv. 2 min) of slide-tekst (max 6 </w:t>
      </w:r>
      <w:proofErr w:type="spellStart"/>
      <w:r w:rsidRPr="008830E5">
        <w:rPr>
          <w:lang w:val="nl-NL"/>
        </w:rPr>
        <w:t>bullets</w:t>
      </w:r>
      <w:proofErr w:type="spellEnd"/>
      <w:r w:rsidRPr="008830E5">
        <w:rPr>
          <w:lang w:val="nl-NL"/>
        </w:rPr>
        <w:t xml:space="preserve"> per slide).</w:t>
      </w:r>
    </w:p>
    <w:p w14:paraId="0AC7337B" w14:textId="555744B6" w:rsidR="00C46EE8" w:rsidRPr="008830E5" w:rsidRDefault="00C46EE8" w:rsidP="00974A8A">
      <w:pPr>
        <w:numPr>
          <w:ilvl w:val="0"/>
          <w:numId w:val="40"/>
        </w:numPr>
        <w:spacing w:before="0" w:after="0" w:line="240" w:lineRule="auto"/>
        <w:rPr>
          <w:lang w:val="nl-NL"/>
        </w:rPr>
      </w:pPr>
      <w:r>
        <w:rPr>
          <w:lang w:val="nl-NL"/>
        </w:rPr>
        <w:t xml:space="preserve">Met Google </w:t>
      </w:r>
      <w:proofErr w:type="spellStart"/>
      <w:r>
        <w:rPr>
          <w:lang w:val="nl-NL"/>
        </w:rPr>
        <w:t>NotebookLM</w:t>
      </w:r>
      <w:proofErr w:type="spellEnd"/>
      <w:r>
        <w:rPr>
          <w:lang w:val="nl-NL"/>
        </w:rPr>
        <w:t xml:space="preserve"> kun je vervolgens slides laten genereren.</w:t>
      </w:r>
    </w:p>
    <w:p w14:paraId="5AD269C4" w14:textId="77777777" w:rsidR="008830E5" w:rsidRPr="008830E5" w:rsidRDefault="008830E5" w:rsidP="00974A8A">
      <w:pPr>
        <w:numPr>
          <w:ilvl w:val="0"/>
          <w:numId w:val="40"/>
        </w:numPr>
        <w:spacing w:before="0" w:after="0" w:line="240" w:lineRule="auto"/>
        <w:rPr>
          <w:lang w:val="nl-NL"/>
        </w:rPr>
      </w:pPr>
      <w:r w:rsidRPr="008830E5">
        <w:rPr>
          <w:lang w:val="nl-NL"/>
        </w:rPr>
        <w:t>Jij controleert inhoud, actualiteit en taalniveau.</w:t>
      </w:r>
    </w:p>
    <w:p w14:paraId="55307259" w14:textId="57C32F6E" w:rsidR="008830E5" w:rsidRDefault="008830E5" w:rsidP="008830E5">
      <w:pPr>
        <w:spacing w:before="0" w:after="0" w:line="240" w:lineRule="auto"/>
        <w:rPr>
          <w:lang w:val="nl-NL"/>
        </w:rPr>
      </w:pPr>
    </w:p>
    <w:p w14:paraId="43CAEE7F" w14:textId="5DD35B81" w:rsidR="0073424D" w:rsidRDefault="0073424D" w:rsidP="008830E5">
      <w:pPr>
        <w:spacing w:before="0" w:after="0" w:line="240" w:lineRule="auto"/>
        <w:rPr>
          <w:b/>
          <w:bCs/>
          <w:lang w:val="nl-NL"/>
        </w:rPr>
      </w:pPr>
      <w:r w:rsidRPr="0073424D">
        <w:rPr>
          <w:b/>
          <w:bCs/>
          <w:lang w:val="nl-NL"/>
        </w:rPr>
        <w:t>J.2</w:t>
      </w:r>
      <w:r>
        <w:rPr>
          <w:b/>
          <w:bCs/>
          <w:lang w:val="nl-NL"/>
        </w:rPr>
        <w:t xml:space="preserve"> Stappenplan werkboek</w:t>
      </w:r>
    </w:p>
    <w:p w14:paraId="0DB0169F" w14:textId="1D9A5777" w:rsidR="0073424D" w:rsidRDefault="0073424D" w:rsidP="00974A8A">
      <w:pPr>
        <w:numPr>
          <w:ilvl w:val="0"/>
          <w:numId w:val="138"/>
        </w:numPr>
        <w:spacing w:before="0" w:after="0" w:line="240" w:lineRule="auto"/>
        <w:rPr>
          <w:lang w:val="nl-NL"/>
        </w:rPr>
      </w:pPr>
      <w:r>
        <w:rPr>
          <w:lang w:val="nl-NL"/>
        </w:rPr>
        <w:t xml:space="preserve">Heb je bronmateriaal </w:t>
      </w:r>
      <w:r w:rsidR="001977A4">
        <w:rPr>
          <w:lang w:val="nl-NL"/>
        </w:rPr>
        <w:t>voor een bepaald vak of een les</w:t>
      </w:r>
      <w:r w:rsidR="00334A6A">
        <w:rPr>
          <w:lang w:val="nl-NL"/>
        </w:rPr>
        <w:t xml:space="preserve">, ga door naar stap </w:t>
      </w:r>
      <w:r w:rsidR="00143635">
        <w:rPr>
          <w:lang w:val="nl-NL"/>
        </w:rPr>
        <w:t>4.</w:t>
      </w:r>
    </w:p>
    <w:p w14:paraId="0603285F" w14:textId="0814B617" w:rsidR="00334A6A" w:rsidRDefault="00334A6A" w:rsidP="00974A8A">
      <w:pPr>
        <w:numPr>
          <w:ilvl w:val="0"/>
          <w:numId w:val="138"/>
        </w:numPr>
        <w:spacing w:before="0" w:after="0" w:line="240" w:lineRule="auto"/>
        <w:rPr>
          <w:lang w:val="nl-NL"/>
        </w:rPr>
      </w:pPr>
      <w:r>
        <w:rPr>
          <w:lang w:val="nl-NL"/>
        </w:rPr>
        <w:t>Heb je geen bronmateriaal, vraag AI hulp om bronmateriaal te genereren</w:t>
      </w:r>
      <w:r w:rsidR="00143635">
        <w:rPr>
          <w:lang w:val="nl-NL"/>
        </w:rPr>
        <w:t>.</w:t>
      </w:r>
    </w:p>
    <w:p w14:paraId="19036F78" w14:textId="2A879F89" w:rsidR="00143635" w:rsidRPr="008830E5" w:rsidRDefault="00143635" w:rsidP="00974A8A">
      <w:pPr>
        <w:numPr>
          <w:ilvl w:val="0"/>
          <w:numId w:val="138"/>
        </w:numPr>
        <w:spacing w:before="0" w:after="0" w:line="240" w:lineRule="auto"/>
        <w:rPr>
          <w:lang w:val="nl-NL"/>
        </w:rPr>
      </w:pPr>
      <w:r>
        <w:rPr>
          <w:lang w:val="nl-NL"/>
        </w:rPr>
        <w:t xml:space="preserve">Omschrijf de leeruitkomst, eventueel leerdoelen, belangrijke begrippen en thema’s of laat deze stap voor stap genereren op basis van de leeruitkomst/leerdoelen. Vraag AI vervolgens om ieder thema met meer diepgang uit te werken. Vraag om verwijzingen naar actuele wetgeving. Vraag om </w:t>
      </w:r>
      <w:r w:rsidR="004E48F0">
        <w:rPr>
          <w:lang w:val="nl-NL"/>
        </w:rPr>
        <w:t>actuele rechtspraak erbij te zoeken. Controleer uiteraard de output op juridische juistheid.</w:t>
      </w:r>
    </w:p>
    <w:p w14:paraId="37608936" w14:textId="08772977" w:rsidR="0073424D" w:rsidRDefault="0073424D" w:rsidP="00974A8A">
      <w:pPr>
        <w:numPr>
          <w:ilvl w:val="0"/>
          <w:numId w:val="138"/>
        </w:numPr>
        <w:spacing w:before="0" w:after="0" w:line="240" w:lineRule="auto"/>
        <w:rPr>
          <w:lang w:val="nl-NL"/>
        </w:rPr>
      </w:pPr>
      <w:r w:rsidRPr="008830E5">
        <w:rPr>
          <w:lang w:val="nl-NL"/>
        </w:rPr>
        <w:t xml:space="preserve">Vraag AI </w:t>
      </w:r>
      <w:r w:rsidR="001977A4">
        <w:rPr>
          <w:lang w:val="nl-NL"/>
        </w:rPr>
        <w:t>om een werkboek te genereren van dit bronmateriaal</w:t>
      </w:r>
      <w:r w:rsidR="004E48F0">
        <w:rPr>
          <w:lang w:val="nl-NL"/>
        </w:rPr>
        <w:t xml:space="preserve"> met actieve opdrachten voor </w:t>
      </w:r>
      <w:r w:rsidR="000C6528">
        <w:rPr>
          <w:lang w:val="nl-NL"/>
        </w:rPr>
        <w:t>studenten.</w:t>
      </w:r>
    </w:p>
    <w:p w14:paraId="20C30D55" w14:textId="68C41D67" w:rsidR="001977A4" w:rsidRDefault="001977A4" w:rsidP="00974A8A">
      <w:pPr>
        <w:numPr>
          <w:ilvl w:val="0"/>
          <w:numId w:val="138"/>
        </w:numPr>
        <w:spacing w:before="0" w:after="0" w:line="240" w:lineRule="auto"/>
        <w:rPr>
          <w:lang w:val="nl-NL"/>
        </w:rPr>
      </w:pPr>
      <w:r>
        <w:rPr>
          <w:lang w:val="nl-NL"/>
        </w:rPr>
        <w:t>Stem het niveau van de opdrachten af op het niveau van de studenten.</w:t>
      </w:r>
    </w:p>
    <w:p w14:paraId="5FEC06EA" w14:textId="0BC50DBD" w:rsidR="00C01F54" w:rsidRDefault="00C01F54" w:rsidP="00974A8A">
      <w:pPr>
        <w:numPr>
          <w:ilvl w:val="0"/>
          <w:numId w:val="138"/>
        </w:numPr>
        <w:spacing w:before="0" w:after="0" w:line="240" w:lineRule="auto"/>
        <w:rPr>
          <w:lang w:val="nl-NL"/>
        </w:rPr>
      </w:pPr>
      <w:r>
        <w:rPr>
          <w:lang w:val="nl-NL"/>
        </w:rPr>
        <w:t>Vraag AI om variatie toe te passen in de opdrachten zodat de studenten betrokken blijven</w:t>
      </w:r>
    </w:p>
    <w:p w14:paraId="27856D6A" w14:textId="77777777" w:rsidR="00334A6A" w:rsidRDefault="00C01F54" w:rsidP="00974A8A">
      <w:pPr>
        <w:numPr>
          <w:ilvl w:val="0"/>
          <w:numId w:val="40"/>
        </w:numPr>
        <w:spacing w:before="0" w:after="0" w:line="240" w:lineRule="auto"/>
        <w:rPr>
          <w:lang w:val="nl-NL"/>
        </w:rPr>
      </w:pPr>
      <w:r>
        <w:rPr>
          <w:lang w:val="nl-NL"/>
        </w:rPr>
        <w:t>Vraag AI om de opdrachten aan te laten sluiten bij de belevingswereld van de studenten</w:t>
      </w:r>
      <w:r w:rsidR="00334A6A">
        <w:rPr>
          <w:lang w:val="nl-NL"/>
        </w:rPr>
        <w:t>.</w:t>
      </w:r>
      <w:r w:rsidR="00334A6A" w:rsidRPr="00334A6A">
        <w:rPr>
          <w:lang w:val="nl-NL"/>
        </w:rPr>
        <w:t xml:space="preserve"> </w:t>
      </w:r>
    </w:p>
    <w:p w14:paraId="7DC2E46E" w14:textId="0A0CC8F1" w:rsidR="00334A6A" w:rsidRPr="008830E5" w:rsidRDefault="00334A6A" w:rsidP="00974A8A">
      <w:pPr>
        <w:numPr>
          <w:ilvl w:val="0"/>
          <w:numId w:val="40"/>
        </w:numPr>
        <w:spacing w:before="0" w:after="0" w:line="240" w:lineRule="auto"/>
        <w:rPr>
          <w:lang w:val="nl-NL"/>
        </w:rPr>
      </w:pPr>
      <w:r w:rsidRPr="008830E5">
        <w:rPr>
          <w:lang w:val="nl-NL"/>
        </w:rPr>
        <w:t>Jij controleert inhoud, actualiteit en taalniveau.</w:t>
      </w:r>
    </w:p>
    <w:p w14:paraId="1C824BED" w14:textId="77777777" w:rsidR="0073424D" w:rsidRPr="008830E5" w:rsidRDefault="0073424D" w:rsidP="008830E5">
      <w:pPr>
        <w:spacing w:before="0" w:after="0" w:line="240" w:lineRule="auto"/>
        <w:rPr>
          <w:lang w:val="nl-NL"/>
        </w:rPr>
      </w:pPr>
    </w:p>
    <w:p w14:paraId="3E9F9A9F" w14:textId="77777777" w:rsidR="008830E5" w:rsidRPr="008830E5" w:rsidRDefault="008830E5" w:rsidP="008830E5">
      <w:pPr>
        <w:spacing w:before="0" w:after="0" w:line="240" w:lineRule="auto"/>
        <w:rPr>
          <w:b/>
          <w:bCs/>
          <w:lang w:val="nl-NL"/>
        </w:rPr>
      </w:pPr>
      <w:r w:rsidRPr="008830E5">
        <w:rPr>
          <w:b/>
          <w:bCs/>
          <w:lang w:val="nl-NL"/>
        </w:rPr>
        <w:t>Activiteit K — Differentiatie en toegankelijkheid (incl. taalniveau)</w:t>
      </w:r>
    </w:p>
    <w:p w14:paraId="0BFB9AE2" w14:textId="1C420011" w:rsidR="008830E5" w:rsidRPr="008830E5" w:rsidRDefault="008830E5" w:rsidP="008830E5">
      <w:pPr>
        <w:spacing w:before="0" w:after="0" w:line="240" w:lineRule="auto"/>
        <w:rPr>
          <w:lang w:val="nl-NL"/>
        </w:rPr>
      </w:pPr>
      <w:r w:rsidRPr="008830E5">
        <w:rPr>
          <w:b/>
          <w:bCs/>
          <w:lang w:val="nl-NL"/>
        </w:rPr>
        <w:t>Doel</w:t>
      </w:r>
      <w:r w:rsidRPr="008830E5">
        <w:rPr>
          <w:lang w:val="nl-NL"/>
        </w:rPr>
        <w:t>: dezelfde inhoud, meerdere instapniveaus.</w:t>
      </w:r>
      <w:r w:rsidR="00AB6BA6">
        <w:rPr>
          <w:lang w:val="nl-NL"/>
        </w:rPr>
        <w:br/>
        <w:t xml:space="preserve">AI is natuurlijk uitermate geschikt om aanvullende opdrachten te laten genereren van een hoger of lager niveau. Op die manier kan </w:t>
      </w:r>
      <w:r w:rsidR="005D19E3">
        <w:rPr>
          <w:lang w:val="nl-NL"/>
        </w:rPr>
        <w:t xml:space="preserve">heel makkelijk gedifferentieerd onderwijs worden aangeboden binnen een dezelfde klas studenten. </w:t>
      </w:r>
      <w:r w:rsidR="00625200">
        <w:rPr>
          <w:lang w:val="nl-NL"/>
        </w:rPr>
        <w:t xml:space="preserve">Ook kan makkelijk voorzien worden in uitdagendere opdrachten voor studenten die “voorlopen” op de rest van de klas. </w:t>
      </w:r>
      <w:r w:rsidRPr="008830E5">
        <w:rPr>
          <w:lang w:val="nl-NL"/>
        </w:rPr>
        <w:br/>
      </w:r>
      <w:r w:rsidRPr="008830E5">
        <w:rPr>
          <w:b/>
          <w:bCs/>
          <w:lang w:val="nl-NL"/>
        </w:rPr>
        <w:t>Opdracht</w:t>
      </w:r>
      <w:r w:rsidRPr="008830E5">
        <w:rPr>
          <w:lang w:val="nl-NL"/>
        </w:rPr>
        <w:t>: 2 versies van een uitleg/opdracht (basis + verdieping) + B1-variant.</w:t>
      </w:r>
    </w:p>
    <w:p w14:paraId="67BAFA4B" w14:textId="77777777" w:rsidR="002B1E1A" w:rsidRDefault="002B1E1A" w:rsidP="008830E5">
      <w:pPr>
        <w:spacing w:before="0" w:after="0" w:line="240" w:lineRule="auto"/>
        <w:rPr>
          <w:b/>
          <w:bCs/>
          <w:lang w:val="nl-NL"/>
        </w:rPr>
      </w:pPr>
    </w:p>
    <w:p w14:paraId="4E7190C4" w14:textId="04CDD6ED" w:rsidR="008830E5" w:rsidRPr="008830E5" w:rsidRDefault="008830E5" w:rsidP="008830E5">
      <w:pPr>
        <w:spacing w:before="0" w:after="0" w:line="240" w:lineRule="auto"/>
        <w:rPr>
          <w:lang w:val="nl-NL"/>
        </w:rPr>
      </w:pPr>
      <w:r w:rsidRPr="008830E5">
        <w:rPr>
          <w:b/>
          <w:bCs/>
          <w:lang w:val="nl-NL"/>
        </w:rPr>
        <w:t>Stappenplan</w:t>
      </w:r>
    </w:p>
    <w:p w14:paraId="75CB7FAC" w14:textId="77777777" w:rsidR="008830E5" w:rsidRPr="008830E5" w:rsidRDefault="008830E5" w:rsidP="00974A8A">
      <w:pPr>
        <w:numPr>
          <w:ilvl w:val="0"/>
          <w:numId w:val="41"/>
        </w:numPr>
        <w:spacing w:before="0" w:after="0" w:line="240" w:lineRule="auto"/>
        <w:rPr>
          <w:lang w:val="nl-NL"/>
        </w:rPr>
      </w:pPr>
      <w:r w:rsidRPr="008830E5">
        <w:rPr>
          <w:lang w:val="nl-NL"/>
        </w:rPr>
        <w:t>Geef je huidige tekst/opdracht.</w:t>
      </w:r>
    </w:p>
    <w:p w14:paraId="1AEDECD6" w14:textId="3EC43C0C" w:rsidR="008830E5" w:rsidRPr="008830E5" w:rsidRDefault="008830E5" w:rsidP="00974A8A">
      <w:pPr>
        <w:numPr>
          <w:ilvl w:val="0"/>
          <w:numId w:val="41"/>
        </w:numPr>
        <w:spacing w:before="0" w:after="0" w:line="240" w:lineRule="auto"/>
        <w:rPr>
          <w:lang w:val="nl-NL"/>
        </w:rPr>
      </w:pPr>
      <w:r w:rsidRPr="008830E5">
        <w:rPr>
          <w:lang w:val="nl-NL"/>
        </w:rPr>
        <w:t>Vraag AI: “Maak versie A (basis) en versie B (verdieping)</w:t>
      </w:r>
      <w:r w:rsidR="002F1C19">
        <w:rPr>
          <w:lang w:val="nl-NL"/>
        </w:rPr>
        <w:t xml:space="preserve"> en een versie C (extra materiaal)</w:t>
      </w:r>
      <w:r w:rsidRPr="008830E5">
        <w:rPr>
          <w:lang w:val="nl-NL"/>
        </w:rPr>
        <w:t>.”</w:t>
      </w:r>
    </w:p>
    <w:p w14:paraId="34A39141" w14:textId="43AF8F24" w:rsidR="008830E5" w:rsidRPr="008830E5" w:rsidRDefault="008830E5" w:rsidP="00974A8A">
      <w:pPr>
        <w:numPr>
          <w:ilvl w:val="0"/>
          <w:numId w:val="41"/>
        </w:numPr>
        <w:spacing w:before="0" w:after="0" w:line="240" w:lineRule="auto"/>
        <w:rPr>
          <w:lang w:val="nl-NL"/>
        </w:rPr>
      </w:pPr>
      <w:r w:rsidRPr="008830E5">
        <w:rPr>
          <w:lang w:val="nl-NL"/>
        </w:rPr>
        <w:t xml:space="preserve">Vraag AI om B1-versie en om </w:t>
      </w:r>
      <w:r w:rsidR="00EB0ED0">
        <w:rPr>
          <w:lang w:val="nl-NL"/>
        </w:rPr>
        <w:t xml:space="preserve">een </w:t>
      </w:r>
      <w:r w:rsidRPr="008830E5">
        <w:rPr>
          <w:lang w:val="nl-NL"/>
        </w:rPr>
        <w:t>begrippenlijst.</w:t>
      </w:r>
    </w:p>
    <w:p w14:paraId="02083758" w14:textId="77777777" w:rsidR="008830E5" w:rsidRPr="008830E5" w:rsidRDefault="008830E5" w:rsidP="00974A8A">
      <w:pPr>
        <w:numPr>
          <w:ilvl w:val="0"/>
          <w:numId w:val="41"/>
        </w:numPr>
        <w:spacing w:before="0" w:after="0" w:line="240" w:lineRule="auto"/>
        <w:rPr>
          <w:lang w:val="nl-NL"/>
        </w:rPr>
      </w:pPr>
      <w:r w:rsidRPr="008830E5">
        <w:rPr>
          <w:lang w:val="nl-NL"/>
        </w:rPr>
        <w:t>Laat AI checken: is het nog juridisch correct? Waar wordt het te simpel?</w:t>
      </w:r>
    </w:p>
    <w:p w14:paraId="103FDE73" w14:textId="4C664D9F" w:rsidR="008830E5" w:rsidRPr="008830E5" w:rsidRDefault="008830E5" w:rsidP="00974A8A">
      <w:pPr>
        <w:numPr>
          <w:ilvl w:val="0"/>
          <w:numId w:val="41"/>
        </w:numPr>
        <w:spacing w:before="0" w:after="0" w:line="240" w:lineRule="auto"/>
        <w:rPr>
          <w:lang w:val="nl-NL"/>
        </w:rPr>
      </w:pPr>
      <w:r w:rsidRPr="008830E5">
        <w:rPr>
          <w:lang w:val="nl-NL"/>
        </w:rPr>
        <w:t>Jij kiest welke versie je inzet</w:t>
      </w:r>
      <w:r w:rsidR="00EB0ED0">
        <w:rPr>
          <w:lang w:val="nl-NL"/>
        </w:rPr>
        <w:t xml:space="preserve"> en hebt meerdere versies zodat je in de les kunt differentiëren. </w:t>
      </w:r>
    </w:p>
    <w:p w14:paraId="4DD24DC2" w14:textId="77777777" w:rsidR="00325D2C" w:rsidRDefault="00325D2C" w:rsidP="00936394">
      <w:pPr>
        <w:spacing w:before="0" w:after="0" w:line="240" w:lineRule="auto"/>
        <w:rPr>
          <w:lang w:val="nl-NL"/>
        </w:rPr>
      </w:pPr>
    </w:p>
    <w:p w14:paraId="68BACD4C" w14:textId="66DFC30C" w:rsidR="005449E2" w:rsidRPr="008830E5" w:rsidRDefault="005449E2" w:rsidP="005449E2">
      <w:pPr>
        <w:spacing w:before="0" w:after="0" w:line="240" w:lineRule="auto"/>
        <w:rPr>
          <w:b/>
          <w:bCs/>
          <w:lang w:val="nl-NL"/>
        </w:rPr>
      </w:pPr>
      <w:r w:rsidRPr="008830E5">
        <w:rPr>
          <w:b/>
          <w:bCs/>
          <w:lang w:val="nl-NL"/>
        </w:rPr>
        <w:t xml:space="preserve">Activiteit </w:t>
      </w:r>
      <w:r>
        <w:rPr>
          <w:b/>
          <w:bCs/>
          <w:lang w:val="nl-NL"/>
        </w:rPr>
        <w:t>L</w:t>
      </w:r>
      <w:r w:rsidRPr="008830E5">
        <w:rPr>
          <w:b/>
          <w:bCs/>
          <w:lang w:val="nl-NL"/>
        </w:rPr>
        <w:t xml:space="preserve"> — </w:t>
      </w:r>
      <w:r>
        <w:rPr>
          <w:b/>
          <w:bCs/>
          <w:lang w:val="nl-NL"/>
        </w:rPr>
        <w:t>alles in één keer</w:t>
      </w:r>
    </w:p>
    <w:p w14:paraId="6162C31C" w14:textId="0810D72B" w:rsidR="005449E2" w:rsidRPr="008830E5" w:rsidRDefault="005449E2" w:rsidP="005449E2">
      <w:pPr>
        <w:spacing w:before="0" w:after="0" w:line="240" w:lineRule="auto"/>
        <w:rPr>
          <w:lang w:val="nl-NL"/>
        </w:rPr>
      </w:pPr>
      <w:r w:rsidRPr="008830E5">
        <w:rPr>
          <w:b/>
          <w:bCs/>
          <w:lang w:val="nl-NL"/>
        </w:rPr>
        <w:t>Doel</w:t>
      </w:r>
      <w:r w:rsidRPr="008830E5">
        <w:rPr>
          <w:lang w:val="nl-NL"/>
        </w:rPr>
        <w:t xml:space="preserve">: </w:t>
      </w:r>
      <w:r>
        <w:rPr>
          <w:lang w:val="nl-NL"/>
        </w:rPr>
        <w:t xml:space="preserve">ontwikkel een gehele opleiding in één keer.  </w:t>
      </w:r>
      <w:r w:rsidRPr="008830E5">
        <w:rPr>
          <w:lang w:val="nl-NL"/>
        </w:rPr>
        <w:br/>
      </w:r>
      <w:r w:rsidRPr="008830E5">
        <w:rPr>
          <w:b/>
          <w:bCs/>
          <w:lang w:val="nl-NL"/>
        </w:rPr>
        <w:t>Opdracht</w:t>
      </w:r>
      <w:r w:rsidRPr="008830E5">
        <w:rPr>
          <w:lang w:val="nl-NL"/>
        </w:rPr>
        <w:t xml:space="preserve">: </w:t>
      </w:r>
      <w:r>
        <w:rPr>
          <w:lang w:val="nl-NL"/>
        </w:rPr>
        <w:t xml:space="preserve">ontwikkel </w:t>
      </w:r>
      <w:r w:rsidR="00C35A70">
        <w:rPr>
          <w:lang w:val="nl-NL"/>
        </w:rPr>
        <w:t>een prompt waarmee in één keer een gehele opleiding wordt gegenereerd</w:t>
      </w:r>
      <w:r w:rsidRPr="008830E5">
        <w:rPr>
          <w:lang w:val="nl-NL"/>
        </w:rPr>
        <w:t>.</w:t>
      </w:r>
    </w:p>
    <w:p w14:paraId="09EDF368" w14:textId="77777777" w:rsidR="002B1E1A" w:rsidRDefault="002B1E1A" w:rsidP="005449E2">
      <w:pPr>
        <w:spacing w:before="0" w:after="0" w:line="240" w:lineRule="auto"/>
        <w:rPr>
          <w:b/>
          <w:bCs/>
          <w:lang w:val="nl-NL"/>
        </w:rPr>
      </w:pPr>
    </w:p>
    <w:p w14:paraId="24E3F598" w14:textId="0B20F1EE" w:rsidR="005449E2" w:rsidRPr="008830E5" w:rsidRDefault="005449E2" w:rsidP="005449E2">
      <w:pPr>
        <w:spacing w:before="0" w:after="0" w:line="240" w:lineRule="auto"/>
        <w:rPr>
          <w:lang w:val="nl-NL"/>
        </w:rPr>
      </w:pPr>
      <w:r w:rsidRPr="008830E5">
        <w:rPr>
          <w:b/>
          <w:bCs/>
          <w:lang w:val="nl-NL"/>
        </w:rPr>
        <w:t>Stappenplan</w:t>
      </w:r>
    </w:p>
    <w:p w14:paraId="58519BB0" w14:textId="3B47C75E" w:rsidR="005449E2" w:rsidRPr="008830E5" w:rsidRDefault="00C35A70" w:rsidP="00974A8A">
      <w:pPr>
        <w:numPr>
          <w:ilvl w:val="0"/>
          <w:numId w:val="42"/>
        </w:numPr>
        <w:spacing w:before="0" w:after="0" w:line="240" w:lineRule="auto"/>
        <w:rPr>
          <w:lang w:val="nl-NL"/>
        </w:rPr>
      </w:pPr>
      <w:r>
        <w:rPr>
          <w:lang w:val="nl-NL"/>
        </w:rPr>
        <w:t>Begin bij het LOO</w:t>
      </w:r>
    </w:p>
    <w:p w14:paraId="4DCE961D" w14:textId="491D719A" w:rsidR="005449E2" w:rsidRPr="008830E5" w:rsidRDefault="005449E2" w:rsidP="00974A8A">
      <w:pPr>
        <w:numPr>
          <w:ilvl w:val="0"/>
          <w:numId w:val="42"/>
        </w:numPr>
        <w:spacing w:before="0" w:after="0" w:line="240" w:lineRule="auto"/>
        <w:rPr>
          <w:lang w:val="nl-NL"/>
        </w:rPr>
      </w:pPr>
      <w:r w:rsidRPr="008830E5">
        <w:rPr>
          <w:lang w:val="nl-NL"/>
        </w:rPr>
        <w:t>Vraag AI: “</w:t>
      </w:r>
      <w:r w:rsidR="00C35A70">
        <w:rPr>
          <w:lang w:val="nl-NL"/>
        </w:rPr>
        <w:t xml:space="preserve">maak een prompt om een gehele juridische opleiding te maken op basis van </w:t>
      </w:r>
      <w:r w:rsidR="006511F8">
        <w:rPr>
          <w:lang w:val="nl-NL"/>
        </w:rPr>
        <w:t>het landelijks opleidingsprofiel”</w:t>
      </w:r>
    </w:p>
    <w:p w14:paraId="7F2FC9D7" w14:textId="3B937335" w:rsidR="005449E2" w:rsidRPr="009B08C7" w:rsidRDefault="006511F8" w:rsidP="00974A8A">
      <w:pPr>
        <w:numPr>
          <w:ilvl w:val="0"/>
          <w:numId w:val="42"/>
        </w:numPr>
        <w:spacing w:before="0" w:after="0" w:line="240" w:lineRule="auto"/>
        <w:rPr>
          <w:lang w:val="nl-NL"/>
        </w:rPr>
      </w:pPr>
      <w:r>
        <w:rPr>
          <w:lang w:val="nl-NL"/>
        </w:rPr>
        <w:t>Kijk hoe ver je komt.</w:t>
      </w:r>
    </w:p>
    <w:p w14:paraId="1B06A37E" w14:textId="77777777" w:rsidR="005449E2" w:rsidRDefault="005449E2" w:rsidP="00936394">
      <w:pPr>
        <w:spacing w:before="0" w:after="0" w:line="240" w:lineRule="auto"/>
        <w:rPr>
          <w:lang w:val="nl-NL"/>
        </w:rPr>
      </w:pPr>
    </w:p>
    <w:p w14:paraId="07C4FFE4" w14:textId="77777777" w:rsidR="002A4FF8" w:rsidRDefault="002A4FF8" w:rsidP="00936394">
      <w:pPr>
        <w:spacing w:before="0" w:after="0" w:line="240" w:lineRule="auto"/>
        <w:rPr>
          <w:lang w:val="nl-NL"/>
        </w:rPr>
      </w:pPr>
    </w:p>
    <w:p w14:paraId="39E5CBD0" w14:textId="77777777" w:rsidR="002A4FF8" w:rsidRPr="00862DF4" w:rsidRDefault="002A4FF8" w:rsidP="00936394">
      <w:pPr>
        <w:spacing w:before="0" w:after="0" w:line="240" w:lineRule="auto"/>
        <w:rPr>
          <w:lang w:val="nl-NL"/>
        </w:rPr>
      </w:pPr>
    </w:p>
    <w:p w14:paraId="17FDE804" w14:textId="77777777" w:rsidR="00325D2C" w:rsidRDefault="0079121F" w:rsidP="00936394">
      <w:pPr>
        <w:pStyle w:val="Kop2"/>
        <w:spacing w:before="0" w:line="240" w:lineRule="auto"/>
      </w:pPr>
      <w:r>
        <w:lastRenderedPageBreak/>
        <w:t>Reflectie</w:t>
      </w:r>
    </w:p>
    <w:p w14:paraId="02BAA172" w14:textId="2DD366A5" w:rsidR="00325D2C" w:rsidRDefault="0079121F" w:rsidP="00936394">
      <w:pPr>
        <w:pStyle w:val="Lijstopsomteken"/>
        <w:spacing w:before="0" w:after="0" w:line="240" w:lineRule="auto"/>
        <w:rPr>
          <w:lang w:val="nl-NL"/>
        </w:rPr>
      </w:pPr>
      <w:r w:rsidRPr="00862DF4">
        <w:rPr>
          <w:lang w:val="nl-NL"/>
        </w:rPr>
        <w:t xml:space="preserve">Wat is het voordeel van AI in </w:t>
      </w:r>
      <w:r w:rsidR="002B1E1A">
        <w:rPr>
          <w:lang w:val="nl-NL"/>
        </w:rPr>
        <w:t>he</w:t>
      </w:r>
      <w:r w:rsidRPr="00862DF4">
        <w:rPr>
          <w:lang w:val="nl-NL"/>
        </w:rPr>
        <w:t>t ontwerpproces?</w:t>
      </w:r>
    </w:p>
    <w:p w14:paraId="1158F34E" w14:textId="1002118D" w:rsidR="003D7E86" w:rsidRPr="00862DF4" w:rsidRDefault="003D7E86" w:rsidP="00936394">
      <w:pPr>
        <w:pStyle w:val="Lijstopsomteken"/>
        <w:spacing w:before="0" w:after="0" w:line="240" w:lineRule="auto"/>
        <w:rPr>
          <w:lang w:val="nl-NL"/>
        </w:rPr>
      </w:pPr>
      <w:r>
        <w:rPr>
          <w:lang w:val="nl-NL"/>
        </w:rPr>
        <w:t>Waarvoor gebruik je beter geen AI in het ontwerpen van onderwijs?</w:t>
      </w:r>
    </w:p>
    <w:p w14:paraId="4CD04A89" w14:textId="77777777" w:rsidR="00325D2C" w:rsidRPr="00862DF4" w:rsidRDefault="0079121F" w:rsidP="00936394">
      <w:pPr>
        <w:pStyle w:val="Lijstopsomteken"/>
        <w:spacing w:before="0" w:after="0" w:line="240" w:lineRule="auto"/>
        <w:rPr>
          <w:lang w:val="nl-NL"/>
        </w:rPr>
      </w:pPr>
      <w:r w:rsidRPr="00862DF4">
        <w:rPr>
          <w:lang w:val="nl-NL"/>
        </w:rPr>
        <w:t>Welke beslissingen moest jij zelf nemen (en waarom)?</w:t>
      </w:r>
    </w:p>
    <w:p w14:paraId="6290D9F1" w14:textId="77777777" w:rsidR="00C178DD" w:rsidRDefault="00C178DD" w:rsidP="00936394">
      <w:pPr>
        <w:spacing w:before="0" w:after="0" w:line="240" w:lineRule="auto"/>
        <w:rPr>
          <w:lang w:val="nl-NL"/>
        </w:rPr>
      </w:pPr>
    </w:p>
    <w:p w14:paraId="6A05CB6A" w14:textId="77777777" w:rsidR="00C178DD" w:rsidRPr="00F87E54" w:rsidRDefault="00C178DD" w:rsidP="00936394">
      <w:pPr>
        <w:pStyle w:val="Kop2"/>
        <w:spacing w:before="0" w:line="240" w:lineRule="auto"/>
        <w:rPr>
          <w:lang w:val="nl-NL"/>
        </w:rPr>
      </w:pPr>
      <w:r>
        <w:rPr>
          <w:lang w:val="nl-NL"/>
        </w:rPr>
        <w:t>Showcase</w:t>
      </w:r>
    </w:p>
    <w:p w14:paraId="7B598BAE" w14:textId="77777777" w:rsidR="00C178DD" w:rsidRDefault="00C178DD" w:rsidP="00936394">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35507AD0" w14:textId="77777777" w:rsidR="00C178DD" w:rsidRPr="00C178DD" w:rsidRDefault="00C178DD" w:rsidP="00936394">
      <w:pPr>
        <w:pStyle w:val="Lijstopsomteken"/>
        <w:numPr>
          <w:ilvl w:val="0"/>
          <w:numId w:val="0"/>
        </w:numPr>
        <w:spacing w:before="0" w:after="0" w:line="240" w:lineRule="auto"/>
        <w:ind w:left="360" w:hanging="360"/>
        <w:rPr>
          <w:lang w:val="nl-NL"/>
        </w:rPr>
      </w:pPr>
      <w:r>
        <w:rPr>
          <w:lang w:val="nl-NL"/>
        </w:rPr>
        <w:t xml:space="preserve">Hulpvragen hierbij: </w:t>
      </w:r>
      <w:r w:rsidRPr="00862DF4">
        <w:rPr>
          <w:lang w:val="nl-NL"/>
        </w:rPr>
        <w:t>wat probeerde je, wat kwam eruit, wat neem je mee?</w:t>
      </w:r>
    </w:p>
    <w:p w14:paraId="27B29E13" w14:textId="19FEE481" w:rsidR="00325D2C" w:rsidRPr="00862DF4" w:rsidRDefault="0079121F" w:rsidP="00936394">
      <w:pPr>
        <w:spacing w:before="0" w:after="0" w:line="240" w:lineRule="auto"/>
        <w:rPr>
          <w:lang w:val="nl-NL"/>
        </w:rPr>
      </w:pPr>
      <w:r w:rsidRPr="00862DF4">
        <w:rPr>
          <w:lang w:val="nl-NL"/>
        </w:rPr>
        <w:br w:type="page"/>
      </w:r>
    </w:p>
    <w:p w14:paraId="0A66FEE5" w14:textId="2FA62EE9" w:rsidR="00325D2C" w:rsidRPr="00862DF4" w:rsidRDefault="0079121F" w:rsidP="00936394">
      <w:pPr>
        <w:pStyle w:val="Kop1"/>
        <w:spacing w:before="0" w:line="240" w:lineRule="auto"/>
        <w:rPr>
          <w:lang w:val="nl-NL"/>
        </w:rPr>
      </w:pPr>
      <w:bookmarkStart w:id="9" w:name="_Werkblad_8_–"/>
      <w:bookmarkEnd w:id="9"/>
      <w:r w:rsidRPr="00862DF4">
        <w:rPr>
          <w:lang w:val="nl-NL"/>
        </w:rPr>
        <w:lastRenderedPageBreak/>
        <w:t xml:space="preserve">Werkblad 8 – </w:t>
      </w:r>
      <w:r w:rsidR="00FE28F2">
        <w:rPr>
          <w:lang w:val="nl-NL"/>
        </w:rPr>
        <w:t>Ik wil een eigen AI-chatbot bouwen</w:t>
      </w:r>
    </w:p>
    <w:p w14:paraId="2C4D4F50" w14:textId="77777777"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1"/>
        <w:gridCol w:w="4313"/>
      </w:tblGrid>
      <w:tr w:rsidR="00E7400F" w:rsidRPr="00862DF4" w14:paraId="59252EEA" w14:textId="77777777" w:rsidTr="00E7400F">
        <w:tc>
          <w:tcPr>
            <w:tcW w:w="4311" w:type="dxa"/>
            <w:tcBorders>
              <w:top w:val="single" w:sz="6" w:space="0" w:color="C9C9C9"/>
              <w:left w:val="single" w:sz="6" w:space="0" w:color="C9C9C9"/>
              <w:bottom w:val="single" w:sz="6" w:space="0" w:color="C9C9C9"/>
              <w:right w:val="single" w:sz="6" w:space="0" w:color="C9C9C9"/>
            </w:tcBorders>
          </w:tcPr>
          <w:p w14:paraId="3600FA96" w14:textId="77777777" w:rsidR="00E7400F" w:rsidRDefault="00E7400F" w:rsidP="00936394">
            <w:pPr>
              <w:spacing w:before="0" w:after="0" w:line="240" w:lineRule="auto"/>
              <w:rPr>
                <w:b/>
              </w:rPr>
            </w:pPr>
            <w:proofErr w:type="spellStart"/>
            <w:r>
              <w:rPr>
                <w:b/>
              </w:rPr>
              <w:t>Doelgroep</w:t>
            </w:r>
            <w:proofErr w:type="spellEnd"/>
          </w:p>
        </w:tc>
        <w:tc>
          <w:tcPr>
            <w:tcW w:w="4313" w:type="dxa"/>
            <w:tcBorders>
              <w:top w:val="single" w:sz="6" w:space="0" w:color="C9C9C9"/>
              <w:left w:val="single" w:sz="6" w:space="0" w:color="C9C9C9"/>
              <w:bottom w:val="single" w:sz="6" w:space="0" w:color="C9C9C9"/>
              <w:right w:val="single" w:sz="6" w:space="0" w:color="C9C9C9"/>
            </w:tcBorders>
          </w:tcPr>
          <w:p w14:paraId="5E9A1BB1" w14:textId="77777777" w:rsidR="00E7400F" w:rsidRPr="00862DF4" w:rsidRDefault="00E7400F" w:rsidP="00936394">
            <w:pPr>
              <w:spacing w:before="0" w:after="0" w:line="240" w:lineRule="auto"/>
              <w:rPr>
                <w:lang w:val="nl-NL"/>
              </w:rPr>
            </w:pPr>
            <w:r>
              <w:rPr>
                <w:lang w:val="nl-NL"/>
              </w:rPr>
              <w:t>OP + OOP</w:t>
            </w:r>
          </w:p>
        </w:tc>
      </w:tr>
      <w:tr w:rsidR="00325D2C" w:rsidRPr="00B07954" w14:paraId="7171B582" w14:textId="77777777" w:rsidTr="00E7400F">
        <w:tc>
          <w:tcPr>
            <w:tcW w:w="4311" w:type="dxa"/>
          </w:tcPr>
          <w:p w14:paraId="2CE88BC7" w14:textId="77777777" w:rsidR="00325D2C" w:rsidRDefault="0079121F" w:rsidP="00936394">
            <w:pPr>
              <w:spacing w:before="0" w:after="0" w:line="240" w:lineRule="auto"/>
            </w:pPr>
            <w:r>
              <w:rPr>
                <w:b/>
              </w:rPr>
              <w:t>Doel</w:t>
            </w:r>
          </w:p>
        </w:tc>
        <w:tc>
          <w:tcPr>
            <w:tcW w:w="4313" w:type="dxa"/>
          </w:tcPr>
          <w:p w14:paraId="7047115B" w14:textId="77777777" w:rsidR="00325D2C" w:rsidRPr="00862DF4" w:rsidRDefault="0079121F" w:rsidP="00936394">
            <w:pPr>
              <w:spacing w:before="0" w:after="0" w:line="240" w:lineRule="auto"/>
              <w:rPr>
                <w:lang w:val="nl-NL"/>
              </w:rPr>
            </w:pPr>
            <w:r w:rsidRPr="00862DF4">
              <w:rPr>
                <w:lang w:val="nl-NL"/>
              </w:rPr>
              <w:t xml:space="preserve">Een eerste ontwerp maken voor een eenvoudige (veilige) </w:t>
            </w:r>
            <w:proofErr w:type="spellStart"/>
            <w:r w:rsidRPr="00862DF4">
              <w:rPr>
                <w:lang w:val="nl-NL"/>
              </w:rPr>
              <w:t>chatbot</w:t>
            </w:r>
            <w:proofErr w:type="spellEnd"/>
            <w:r w:rsidRPr="00862DF4">
              <w:rPr>
                <w:lang w:val="nl-NL"/>
              </w:rPr>
              <w:t xml:space="preserve"> voor onderwijs of ondersteuning, inclusief grenzen en transparantie.</w:t>
            </w:r>
          </w:p>
        </w:tc>
      </w:tr>
      <w:tr w:rsidR="00325D2C" w14:paraId="0677802D" w14:textId="77777777" w:rsidTr="00E7400F">
        <w:tc>
          <w:tcPr>
            <w:tcW w:w="4311" w:type="dxa"/>
          </w:tcPr>
          <w:p w14:paraId="324D3A55" w14:textId="77777777" w:rsidR="00325D2C" w:rsidRDefault="0079121F" w:rsidP="00936394">
            <w:pPr>
              <w:spacing w:before="0" w:after="0" w:line="240" w:lineRule="auto"/>
            </w:pPr>
            <w:proofErr w:type="spellStart"/>
            <w:r>
              <w:rPr>
                <w:b/>
              </w:rPr>
              <w:t>Niveau</w:t>
            </w:r>
            <w:proofErr w:type="spellEnd"/>
          </w:p>
        </w:tc>
        <w:tc>
          <w:tcPr>
            <w:tcW w:w="4313" w:type="dxa"/>
          </w:tcPr>
          <w:p w14:paraId="57C39D54" w14:textId="77777777" w:rsidR="00325D2C" w:rsidRDefault="0079121F" w:rsidP="00936394">
            <w:pPr>
              <w:spacing w:before="0" w:after="0" w:line="240" w:lineRule="auto"/>
            </w:pPr>
            <w:proofErr w:type="spellStart"/>
            <w:r>
              <w:t>Gevorderd</w:t>
            </w:r>
            <w:proofErr w:type="spellEnd"/>
            <w:r>
              <w:t xml:space="preserve"> / Expert</w:t>
            </w:r>
          </w:p>
        </w:tc>
      </w:tr>
      <w:tr w:rsidR="00325D2C" w14:paraId="437334D4" w14:textId="77777777" w:rsidTr="00E7400F">
        <w:tc>
          <w:tcPr>
            <w:tcW w:w="4311" w:type="dxa"/>
          </w:tcPr>
          <w:p w14:paraId="317CFDF7" w14:textId="77777777" w:rsidR="00325D2C" w:rsidRDefault="0079121F" w:rsidP="00936394">
            <w:pPr>
              <w:spacing w:before="0" w:after="0" w:line="240" w:lineRule="auto"/>
            </w:pPr>
            <w:proofErr w:type="spellStart"/>
            <w:r>
              <w:rPr>
                <w:b/>
              </w:rPr>
              <w:t>Tijd</w:t>
            </w:r>
            <w:proofErr w:type="spellEnd"/>
          </w:p>
        </w:tc>
        <w:tc>
          <w:tcPr>
            <w:tcW w:w="4313" w:type="dxa"/>
          </w:tcPr>
          <w:p w14:paraId="2327A860" w14:textId="77777777" w:rsidR="00325D2C" w:rsidRDefault="0079121F" w:rsidP="00936394">
            <w:pPr>
              <w:spacing w:before="0" w:after="0" w:line="240" w:lineRule="auto"/>
            </w:pPr>
            <w:r>
              <w:t>Medium / lang</w:t>
            </w:r>
          </w:p>
        </w:tc>
      </w:tr>
      <w:tr w:rsidR="00325D2C" w:rsidRPr="00B07954" w14:paraId="30BF2030" w14:textId="77777777" w:rsidTr="00E7400F">
        <w:tc>
          <w:tcPr>
            <w:tcW w:w="4311" w:type="dxa"/>
          </w:tcPr>
          <w:p w14:paraId="35BE8D92" w14:textId="77777777" w:rsidR="00325D2C" w:rsidRDefault="0079121F" w:rsidP="00936394">
            <w:pPr>
              <w:spacing w:before="0" w:after="0" w:line="240" w:lineRule="auto"/>
            </w:pPr>
            <w:proofErr w:type="spellStart"/>
            <w:r>
              <w:rPr>
                <w:b/>
              </w:rPr>
              <w:t>Resultaat</w:t>
            </w:r>
            <w:proofErr w:type="spellEnd"/>
          </w:p>
        </w:tc>
        <w:tc>
          <w:tcPr>
            <w:tcW w:w="4313" w:type="dxa"/>
          </w:tcPr>
          <w:p w14:paraId="6A49EABC" w14:textId="77777777" w:rsidR="00325D2C" w:rsidRPr="00862DF4" w:rsidRDefault="0079121F" w:rsidP="00936394">
            <w:pPr>
              <w:spacing w:before="0" w:after="0" w:line="240" w:lineRule="auto"/>
              <w:rPr>
                <w:lang w:val="nl-NL"/>
              </w:rPr>
            </w:pPr>
            <w:r w:rsidRPr="00862DF4">
              <w:rPr>
                <w:lang w:val="nl-NL"/>
              </w:rPr>
              <w:t xml:space="preserve">Een </w:t>
            </w:r>
            <w:proofErr w:type="spellStart"/>
            <w:r w:rsidRPr="00862DF4">
              <w:rPr>
                <w:lang w:val="nl-NL"/>
              </w:rPr>
              <w:t>chatbot</w:t>
            </w:r>
            <w:proofErr w:type="spellEnd"/>
            <w:r w:rsidRPr="00862DF4">
              <w:rPr>
                <w:lang w:val="nl-NL"/>
              </w:rPr>
              <w:t xml:space="preserve">-concept: doelgroep, doelen, do’s &amp; </w:t>
            </w:r>
            <w:proofErr w:type="spellStart"/>
            <w:r w:rsidRPr="00862DF4">
              <w:rPr>
                <w:lang w:val="nl-NL"/>
              </w:rPr>
              <w:t>don’ts</w:t>
            </w:r>
            <w:proofErr w:type="spellEnd"/>
            <w:r w:rsidRPr="00862DF4">
              <w:rPr>
                <w:lang w:val="nl-NL"/>
              </w:rPr>
              <w:t>, voorbeeldprompts, en een korte risico-checklist.</w:t>
            </w:r>
          </w:p>
        </w:tc>
      </w:tr>
      <w:tr w:rsidR="00325D2C" w:rsidRPr="00424212" w14:paraId="03CD4D60" w14:textId="77777777" w:rsidTr="00E7400F">
        <w:tc>
          <w:tcPr>
            <w:tcW w:w="4311" w:type="dxa"/>
          </w:tcPr>
          <w:p w14:paraId="2F42AEE0" w14:textId="3C264400" w:rsidR="00325D2C" w:rsidRDefault="0079121F" w:rsidP="00936394">
            <w:pPr>
              <w:spacing w:before="0" w:after="0" w:line="240" w:lineRule="auto"/>
            </w:pPr>
            <w:r>
              <w:rPr>
                <w:b/>
              </w:rPr>
              <w:t xml:space="preserve">Tools / </w:t>
            </w:r>
            <w:proofErr w:type="spellStart"/>
            <w:r>
              <w:rPr>
                <w:b/>
              </w:rPr>
              <w:t>kaders</w:t>
            </w:r>
            <w:proofErr w:type="spellEnd"/>
          </w:p>
        </w:tc>
        <w:tc>
          <w:tcPr>
            <w:tcW w:w="4313" w:type="dxa"/>
          </w:tcPr>
          <w:p w14:paraId="388A20E1" w14:textId="77777777" w:rsidR="004A1850" w:rsidRDefault="0079121F" w:rsidP="00936394">
            <w:pPr>
              <w:spacing w:before="0" w:after="0" w:line="240" w:lineRule="auto"/>
              <w:rPr>
                <w:lang w:val="nl-NL"/>
              </w:rPr>
            </w:pPr>
            <w:r w:rsidRPr="00862DF4">
              <w:rPr>
                <w:lang w:val="nl-NL"/>
              </w:rPr>
              <w:t xml:space="preserve">Tools: Een toegestane </w:t>
            </w:r>
            <w:proofErr w:type="spellStart"/>
            <w:r w:rsidRPr="00862DF4">
              <w:rPr>
                <w:lang w:val="nl-NL"/>
              </w:rPr>
              <w:t>chatbot</w:t>
            </w:r>
            <w:proofErr w:type="spellEnd"/>
            <w:r w:rsidRPr="00862DF4">
              <w:rPr>
                <w:lang w:val="nl-NL"/>
              </w:rPr>
              <w:t xml:space="preserve">-builder of platform binnen de organisatie; eventueel een LLM voor het schrijven van content. </w:t>
            </w:r>
          </w:p>
          <w:p w14:paraId="2C3B8E42" w14:textId="01E4908D" w:rsidR="00325D2C" w:rsidRPr="00862DF4" w:rsidRDefault="0079121F" w:rsidP="00936394">
            <w:pPr>
              <w:spacing w:before="0" w:after="0" w:line="240" w:lineRule="auto"/>
              <w:rPr>
                <w:lang w:val="nl-NL"/>
              </w:rPr>
            </w:pPr>
            <w:r w:rsidRPr="00862DF4">
              <w:rPr>
                <w:lang w:val="nl-NL"/>
              </w:rPr>
              <w:t>Kaders: Zorg voor transparantie (‘je praat met AI’). Geen emotieherkenning. Geen verwerking van persoonsgegevens zonder passende grondslag/afspraken. Niet verplicht stellen…</w:t>
            </w:r>
          </w:p>
        </w:tc>
      </w:tr>
    </w:tbl>
    <w:p w14:paraId="570639DA" w14:textId="77777777" w:rsidR="0071438E" w:rsidRDefault="0071438E" w:rsidP="00936394">
      <w:pPr>
        <w:spacing w:before="0" w:after="0" w:line="240" w:lineRule="auto"/>
        <w:rPr>
          <w:b/>
          <w:bCs/>
          <w:lang w:val="nl-NL"/>
        </w:rPr>
      </w:pPr>
    </w:p>
    <w:p w14:paraId="70498422" w14:textId="44B65726" w:rsidR="0071438E" w:rsidRDefault="0071438E" w:rsidP="00936394">
      <w:pPr>
        <w:spacing w:before="0" w:after="0" w:line="240" w:lineRule="auto"/>
        <w:rPr>
          <w:b/>
          <w:bCs/>
          <w:lang w:val="nl-NL"/>
        </w:rPr>
      </w:pPr>
      <w:r>
        <w:rPr>
          <w:b/>
          <w:bCs/>
          <w:lang w:val="nl-NL"/>
        </w:rPr>
        <w:t xml:space="preserve">Inhoudsopgave </w:t>
      </w:r>
    </w:p>
    <w:p w14:paraId="2A512BFB" w14:textId="6C4607FE" w:rsidR="0071438E" w:rsidRDefault="0071438E" w:rsidP="00936394">
      <w:pPr>
        <w:spacing w:before="0" w:after="0" w:line="240" w:lineRule="auto"/>
        <w:rPr>
          <w:b/>
          <w:bCs/>
          <w:lang w:val="nl-NL"/>
        </w:rPr>
      </w:pPr>
      <w:r>
        <w:rPr>
          <w:b/>
          <w:bCs/>
          <w:lang w:val="nl-NL"/>
        </w:rPr>
        <w:t>Een eigen AI-</w:t>
      </w:r>
      <w:proofErr w:type="spellStart"/>
      <w:r>
        <w:rPr>
          <w:b/>
          <w:bCs/>
          <w:lang w:val="nl-NL"/>
        </w:rPr>
        <w:t>chatbot</w:t>
      </w:r>
      <w:proofErr w:type="spellEnd"/>
      <w:r>
        <w:rPr>
          <w:b/>
          <w:bCs/>
          <w:lang w:val="nl-NL"/>
        </w:rPr>
        <w:t>, wat is het ?</w:t>
      </w:r>
    </w:p>
    <w:p w14:paraId="02B94CAC" w14:textId="17156382" w:rsidR="0071438E" w:rsidRDefault="0071438E" w:rsidP="00936394">
      <w:pPr>
        <w:spacing w:before="0" w:after="0" w:line="240" w:lineRule="auto"/>
        <w:rPr>
          <w:b/>
          <w:bCs/>
          <w:lang w:val="nl-NL"/>
        </w:rPr>
      </w:pPr>
      <w:r>
        <w:rPr>
          <w:b/>
          <w:bCs/>
          <w:lang w:val="nl-NL"/>
        </w:rPr>
        <w:t>Stappenplan</w:t>
      </w:r>
    </w:p>
    <w:p w14:paraId="00CDA216" w14:textId="1F90D6C0" w:rsidR="0071438E" w:rsidRDefault="0071438E" w:rsidP="00936394">
      <w:pPr>
        <w:spacing w:before="0" w:after="0" w:line="240" w:lineRule="auto"/>
        <w:rPr>
          <w:b/>
          <w:bCs/>
          <w:lang w:val="nl-NL"/>
        </w:rPr>
      </w:pPr>
      <w:r>
        <w:rPr>
          <w:b/>
          <w:bCs/>
          <w:lang w:val="nl-NL"/>
        </w:rPr>
        <w:t xml:space="preserve">Een eigen </w:t>
      </w:r>
      <w:proofErr w:type="spellStart"/>
      <w:r>
        <w:rPr>
          <w:b/>
          <w:bCs/>
          <w:lang w:val="nl-NL"/>
        </w:rPr>
        <w:t>chatbot</w:t>
      </w:r>
      <w:proofErr w:type="spellEnd"/>
      <w:r>
        <w:rPr>
          <w:b/>
          <w:bCs/>
          <w:lang w:val="nl-NL"/>
        </w:rPr>
        <w:t xml:space="preserve"> met </w:t>
      </w:r>
      <w:proofErr w:type="spellStart"/>
      <w:r>
        <w:rPr>
          <w:b/>
          <w:bCs/>
          <w:lang w:val="nl-NL"/>
        </w:rPr>
        <w:t>ChatGPT</w:t>
      </w:r>
      <w:proofErr w:type="spellEnd"/>
    </w:p>
    <w:p w14:paraId="0256B7CC" w14:textId="230D7006" w:rsidR="0071438E" w:rsidRDefault="0071438E" w:rsidP="0071438E">
      <w:pPr>
        <w:spacing w:before="0" w:after="0" w:line="240" w:lineRule="auto"/>
        <w:rPr>
          <w:b/>
          <w:bCs/>
          <w:lang w:val="nl-NL"/>
        </w:rPr>
      </w:pPr>
      <w:r>
        <w:rPr>
          <w:b/>
          <w:bCs/>
          <w:lang w:val="nl-NL"/>
        </w:rPr>
        <w:t xml:space="preserve">Een eigen </w:t>
      </w:r>
      <w:proofErr w:type="spellStart"/>
      <w:r>
        <w:rPr>
          <w:b/>
          <w:bCs/>
          <w:lang w:val="nl-NL"/>
        </w:rPr>
        <w:t>chatbot</w:t>
      </w:r>
      <w:proofErr w:type="spellEnd"/>
      <w:r>
        <w:rPr>
          <w:b/>
          <w:bCs/>
          <w:lang w:val="nl-NL"/>
        </w:rPr>
        <w:t xml:space="preserve"> met Google Gemini</w:t>
      </w:r>
    </w:p>
    <w:p w14:paraId="4A8F0910" w14:textId="33FE8213" w:rsidR="0071438E" w:rsidRDefault="0071438E" w:rsidP="0071438E">
      <w:pPr>
        <w:spacing w:before="0" w:after="0" w:line="240" w:lineRule="auto"/>
        <w:rPr>
          <w:b/>
          <w:bCs/>
          <w:lang w:val="nl-NL"/>
        </w:rPr>
      </w:pPr>
      <w:r>
        <w:rPr>
          <w:b/>
          <w:bCs/>
          <w:lang w:val="nl-NL"/>
        </w:rPr>
        <w:t xml:space="preserve">Een eigen </w:t>
      </w:r>
      <w:proofErr w:type="spellStart"/>
      <w:r>
        <w:rPr>
          <w:b/>
          <w:bCs/>
          <w:lang w:val="nl-NL"/>
        </w:rPr>
        <w:t>chatbot</w:t>
      </w:r>
      <w:proofErr w:type="spellEnd"/>
      <w:r>
        <w:rPr>
          <w:b/>
          <w:bCs/>
          <w:lang w:val="nl-NL"/>
        </w:rPr>
        <w:t xml:space="preserve"> met Co-pilot</w:t>
      </w:r>
    </w:p>
    <w:p w14:paraId="33918BCC" w14:textId="63BB6BA0" w:rsidR="0071438E" w:rsidRDefault="001D29D7" w:rsidP="00936394">
      <w:pPr>
        <w:spacing w:before="0" w:after="0" w:line="240" w:lineRule="auto"/>
        <w:rPr>
          <w:b/>
          <w:bCs/>
          <w:lang w:val="nl-NL"/>
        </w:rPr>
      </w:pPr>
      <w:r>
        <w:rPr>
          <w:b/>
          <w:bCs/>
          <w:lang w:val="nl-NL"/>
        </w:rPr>
        <w:t xml:space="preserve">Een eigen </w:t>
      </w:r>
      <w:proofErr w:type="spellStart"/>
      <w:r>
        <w:rPr>
          <w:b/>
          <w:bCs/>
          <w:lang w:val="nl-NL"/>
        </w:rPr>
        <w:t>chatbot</w:t>
      </w:r>
      <w:proofErr w:type="spellEnd"/>
      <w:r>
        <w:rPr>
          <w:b/>
          <w:bCs/>
          <w:lang w:val="nl-NL"/>
        </w:rPr>
        <w:t xml:space="preserve"> waarmee je kan praten</w:t>
      </w:r>
    </w:p>
    <w:p w14:paraId="44EB5BAD" w14:textId="0EC20EAE" w:rsidR="001D29D7" w:rsidRDefault="001D29D7" w:rsidP="00936394">
      <w:pPr>
        <w:spacing w:before="0" w:after="0" w:line="240" w:lineRule="auto"/>
        <w:rPr>
          <w:b/>
          <w:bCs/>
          <w:lang w:val="nl-NL"/>
        </w:rPr>
      </w:pPr>
      <w:r>
        <w:rPr>
          <w:b/>
          <w:bCs/>
          <w:lang w:val="nl-NL"/>
        </w:rPr>
        <w:t xml:space="preserve">Een eigen </w:t>
      </w:r>
      <w:proofErr w:type="spellStart"/>
      <w:r>
        <w:rPr>
          <w:b/>
          <w:bCs/>
          <w:lang w:val="nl-NL"/>
        </w:rPr>
        <w:t>chatbot</w:t>
      </w:r>
      <w:proofErr w:type="spellEnd"/>
      <w:r>
        <w:rPr>
          <w:b/>
          <w:bCs/>
          <w:lang w:val="nl-NL"/>
        </w:rPr>
        <w:t xml:space="preserve"> met een andere AI-tool</w:t>
      </w:r>
    </w:p>
    <w:p w14:paraId="77CFC7A0" w14:textId="77777777" w:rsidR="001D29D7" w:rsidRDefault="001D29D7" w:rsidP="00936394">
      <w:pPr>
        <w:spacing w:before="0" w:after="0" w:line="240" w:lineRule="auto"/>
        <w:rPr>
          <w:b/>
          <w:bCs/>
          <w:lang w:val="nl-NL"/>
        </w:rPr>
      </w:pPr>
    </w:p>
    <w:p w14:paraId="1EA829CB" w14:textId="731E399C" w:rsidR="004A1850" w:rsidRPr="00886F8D" w:rsidRDefault="004A1850" w:rsidP="00936394">
      <w:pPr>
        <w:pStyle w:val="Kop2"/>
        <w:spacing w:before="0" w:line="240" w:lineRule="auto"/>
        <w:rPr>
          <w:lang w:val="nl-NL"/>
        </w:rPr>
      </w:pPr>
      <w:r w:rsidRPr="00FB5E5D">
        <w:rPr>
          <w:lang w:val="nl-NL"/>
        </w:rPr>
        <w:t>Pro-tip</w:t>
      </w:r>
      <w:r w:rsidR="003544B5">
        <w:rPr>
          <w:lang w:val="nl-NL"/>
        </w:rPr>
        <w:t xml:space="preserve"> vooraf</w:t>
      </w:r>
      <w:r w:rsidR="00D56975">
        <w:rPr>
          <w:lang w:val="nl-NL"/>
        </w:rPr>
        <w:t>: leer eerst goed prompten</w:t>
      </w:r>
    </w:p>
    <w:p w14:paraId="5C53490D" w14:textId="66EE6647" w:rsidR="004A1850" w:rsidRPr="003F5B2A" w:rsidRDefault="004A1850" w:rsidP="00936394">
      <w:pPr>
        <w:pStyle w:val="Lijstnummering"/>
        <w:numPr>
          <w:ilvl w:val="0"/>
          <w:numId w:val="0"/>
        </w:numPr>
        <w:spacing w:before="0" w:after="0" w:line="240" w:lineRule="auto"/>
        <w:rPr>
          <w:lang w:val="nl-NL"/>
        </w:rPr>
      </w:pPr>
      <w:r>
        <w:rPr>
          <w:lang w:val="nl-NL"/>
        </w:rPr>
        <w:t xml:space="preserve">Als je een </w:t>
      </w:r>
      <w:proofErr w:type="spellStart"/>
      <w:r>
        <w:rPr>
          <w:lang w:val="nl-NL"/>
        </w:rPr>
        <w:t>Chatbot</w:t>
      </w:r>
      <w:proofErr w:type="spellEnd"/>
      <w:r>
        <w:rPr>
          <w:lang w:val="nl-NL"/>
        </w:rPr>
        <w:t xml:space="preserve"> wilt maken, is het maken van een goede prompt noodzakelijk. Als je nog maar beperkte ervaring hebt met </w:t>
      </w:r>
      <w:r w:rsidR="003F5B2A">
        <w:rPr>
          <w:lang w:val="nl-NL"/>
        </w:rPr>
        <w:t xml:space="preserve">Ai-tools en/of </w:t>
      </w:r>
      <w:proofErr w:type="spellStart"/>
      <w:r>
        <w:rPr>
          <w:lang w:val="nl-NL"/>
        </w:rPr>
        <w:t>prompten</w:t>
      </w:r>
      <w:proofErr w:type="spellEnd"/>
      <w:r>
        <w:rPr>
          <w:lang w:val="nl-NL"/>
        </w:rPr>
        <w:t xml:space="preserve">, maak dan eerst </w:t>
      </w:r>
      <w:r w:rsidRPr="00911F82">
        <w:rPr>
          <w:b/>
          <w:bCs/>
          <w:lang w:val="nl-NL"/>
        </w:rPr>
        <w:t>werkblad 3</w:t>
      </w:r>
      <w:r w:rsidR="003F5B2A" w:rsidRPr="00911F82">
        <w:rPr>
          <w:b/>
          <w:bCs/>
          <w:lang w:val="nl-NL"/>
        </w:rPr>
        <w:t xml:space="preserve"> </w:t>
      </w:r>
      <w:r w:rsidRPr="00911F82">
        <w:rPr>
          <w:b/>
          <w:bCs/>
          <w:lang w:val="nl-NL"/>
        </w:rPr>
        <w:t xml:space="preserve">– Ik wil leren </w:t>
      </w:r>
      <w:proofErr w:type="spellStart"/>
      <w:r w:rsidRPr="00911F82">
        <w:rPr>
          <w:b/>
          <w:bCs/>
          <w:lang w:val="nl-NL"/>
        </w:rPr>
        <w:t>prompten</w:t>
      </w:r>
      <w:proofErr w:type="spellEnd"/>
      <w:r w:rsidR="003F5B2A">
        <w:rPr>
          <w:lang w:val="nl-NL"/>
        </w:rPr>
        <w:t>. Als je deze gedaan hebt, ben je beter voorbereid op het bouwen van je eigen AI-</w:t>
      </w:r>
      <w:proofErr w:type="spellStart"/>
      <w:r w:rsidR="003F5B2A">
        <w:rPr>
          <w:lang w:val="nl-NL"/>
        </w:rPr>
        <w:t>chatbot</w:t>
      </w:r>
      <w:proofErr w:type="spellEnd"/>
      <w:r w:rsidR="003F5B2A">
        <w:rPr>
          <w:lang w:val="nl-NL"/>
        </w:rPr>
        <w:t>.</w:t>
      </w:r>
    </w:p>
    <w:p w14:paraId="02265E74" w14:textId="4DAA323A" w:rsidR="004A1850" w:rsidRDefault="003F5B2A" w:rsidP="00936394">
      <w:pPr>
        <w:spacing w:before="0" w:after="0" w:line="240" w:lineRule="auto"/>
        <w:rPr>
          <w:lang w:val="nl-NL"/>
        </w:rPr>
      </w:pPr>
      <w:r w:rsidRPr="003F5B2A">
        <w:rPr>
          <w:lang w:val="nl-NL"/>
        </w:rPr>
        <w:t>Als je meer ervaring hebt opgedaan met het bouwen van een AI-</w:t>
      </w:r>
      <w:proofErr w:type="spellStart"/>
      <w:r w:rsidRPr="003F5B2A">
        <w:rPr>
          <w:lang w:val="nl-NL"/>
        </w:rPr>
        <w:t>chatbot</w:t>
      </w:r>
      <w:proofErr w:type="spellEnd"/>
      <w:r w:rsidRPr="003F5B2A">
        <w:rPr>
          <w:lang w:val="nl-NL"/>
        </w:rPr>
        <w:t xml:space="preserve">, dan is het raadzaam om </w:t>
      </w:r>
      <w:r w:rsidR="004A1850" w:rsidRPr="00911F82">
        <w:rPr>
          <w:b/>
          <w:bCs/>
          <w:lang w:val="nl-NL"/>
        </w:rPr>
        <w:t xml:space="preserve">Werkblad 4 – </w:t>
      </w:r>
      <w:r w:rsidR="00B41E45" w:rsidRPr="00911F82">
        <w:rPr>
          <w:b/>
          <w:bCs/>
          <w:lang w:val="nl-NL"/>
        </w:rPr>
        <w:t xml:space="preserve">Ik kan </w:t>
      </w:r>
      <w:proofErr w:type="spellStart"/>
      <w:r w:rsidR="00B41E45" w:rsidRPr="00911F82">
        <w:rPr>
          <w:b/>
          <w:bCs/>
          <w:lang w:val="nl-NL"/>
        </w:rPr>
        <w:t>prompten</w:t>
      </w:r>
      <w:proofErr w:type="spellEnd"/>
      <w:r w:rsidR="00B41E45" w:rsidRPr="00911F82">
        <w:rPr>
          <w:b/>
          <w:bCs/>
          <w:lang w:val="nl-NL"/>
        </w:rPr>
        <w:t>, maar ik wil leren hoe ik dat nog beter kan doen</w:t>
      </w:r>
      <w:r w:rsidR="00B41E45" w:rsidRPr="00B41E45">
        <w:rPr>
          <w:lang w:val="nl-NL"/>
        </w:rPr>
        <w:t xml:space="preserve"> </w:t>
      </w:r>
      <w:r w:rsidRPr="003F5B2A">
        <w:rPr>
          <w:lang w:val="nl-NL"/>
        </w:rPr>
        <w:t xml:space="preserve">te maken. Daarin staat een stappenplan om een masterprompt te maken. </w:t>
      </w:r>
    </w:p>
    <w:p w14:paraId="6C1D3FA4" w14:textId="77777777" w:rsidR="000C6528" w:rsidRDefault="000C6528" w:rsidP="00936394">
      <w:pPr>
        <w:spacing w:before="0" w:after="0" w:line="240" w:lineRule="auto"/>
        <w:rPr>
          <w:lang w:val="nl-NL"/>
        </w:rPr>
      </w:pPr>
    </w:p>
    <w:p w14:paraId="7AF068BB" w14:textId="33231F33" w:rsidR="00521E37" w:rsidRPr="00886F8D" w:rsidRDefault="00521E37" w:rsidP="00936394">
      <w:pPr>
        <w:pStyle w:val="Kop2"/>
        <w:spacing w:before="0" w:line="240" w:lineRule="auto"/>
        <w:rPr>
          <w:lang w:val="nl-NL"/>
        </w:rPr>
      </w:pPr>
      <w:r>
        <w:rPr>
          <w:lang w:val="nl-NL"/>
        </w:rPr>
        <w:t>Een eigen AI-Chatbot, wat is het?</w:t>
      </w:r>
    </w:p>
    <w:p w14:paraId="2B5782D9" w14:textId="4D1E59C5" w:rsidR="00521E37" w:rsidRPr="00521E37" w:rsidRDefault="00521E37" w:rsidP="00936394">
      <w:pPr>
        <w:spacing w:before="0" w:after="0" w:line="240" w:lineRule="auto"/>
        <w:rPr>
          <w:lang w:val="nl-NL"/>
        </w:rPr>
      </w:pPr>
      <w:r w:rsidRPr="00521E37">
        <w:rPr>
          <w:lang w:val="nl-NL"/>
        </w:rPr>
        <w:t>Een eigen gemaakte AI-</w:t>
      </w:r>
      <w:proofErr w:type="spellStart"/>
      <w:r w:rsidRPr="00521E37">
        <w:rPr>
          <w:lang w:val="nl-NL"/>
        </w:rPr>
        <w:t>chatbot</w:t>
      </w:r>
      <w:proofErr w:type="spellEnd"/>
      <w:r w:rsidRPr="00521E37">
        <w:rPr>
          <w:lang w:val="nl-NL"/>
        </w:rPr>
        <w:t xml:space="preserve"> is een </w:t>
      </w:r>
      <w:proofErr w:type="spellStart"/>
      <w:r w:rsidRPr="00521E37">
        <w:rPr>
          <w:lang w:val="nl-NL"/>
        </w:rPr>
        <w:t>chatbot</w:t>
      </w:r>
      <w:proofErr w:type="spellEnd"/>
      <w:r w:rsidRPr="00521E37">
        <w:rPr>
          <w:lang w:val="nl-NL"/>
        </w:rPr>
        <w:t xml:space="preserve"> die je (als docent/organisatie) zelf samenstelt of configureert voor een specifiek doel, zoals: studenten vragen laten stellen over een vak, een intakegesprek begeleiden, of medewerkers helpen met interne procedures. Het verschil met “gewone” </w:t>
      </w:r>
      <w:r>
        <w:rPr>
          <w:lang w:val="nl-NL"/>
        </w:rPr>
        <w:t>AI-</w:t>
      </w:r>
      <w:proofErr w:type="spellStart"/>
      <w:r>
        <w:rPr>
          <w:lang w:val="nl-NL"/>
        </w:rPr>
        <w:t>chatbot</w:t>
      </w:r>
      <w:proofErr w:type="spellEnd"/>
      <w:r>
        <w:rPr>
          <w:lang w:val="nl-NL"/>
        </w:rPr>
        <w:t xml:space="preserve"> zoals </w:t>
      </w:r>
      <w:proofErr w:type="spellStart"/>
      <w:r>
        <w:rPr>
          <w:lang w:val="nl-NL"/>
        </w:rPr>
        <w:t>ChatGPT</w:t>
      </w:r>
      <w:proofErr w:type="spellEnd"/>
      <w:r>
        <w:rPr>
          <w:lang w:val="nl-NL"/>
        </w:rPr>
        <w:t>, Google Gemini of Co-pilot</w:t>
      </w:r>
      <w:r w:rsidRPr="00521E37">
        <w:rPr>
          <w:lang w:val="nl-NL"/>
        </w:rPr>
        <w:t xml:space="preserve"> is dat je niet alleen </w:t>
      </w:r>
      <w:r w:rsidRPr="00521E37">
        <w:rPr>
          <w:i/>
          <w:iCs/>
          <w:lang w:val="nl-NL"/>
        </w:rPr>
        <w:t>praat</w:t>
      </w:r>
      <w:r w:rsidRPr="00521E37">
        <w:rPr>
          <w:lang w:val="nl-NL"/>
        </w:rPr>
        <w:t>, maar ook instelt wat de bot moet doen en waarop hij zich baseert.</w:t>
      </w:r>
    </w:p>
    <w:p w14:paraId="4F033FBC" w14:textId="28557DB0" w:rsidR="00521E37" w:rsidRDefault="00521E37" w:rsidP="00936394">
      <w:pPr>
        <w:spacing w:before="0" w:after="0" w:line="240" w:lineRule="auto"/>
        <w:rPr>
          <w:lang w:val="nl-NL"/>
        </w:rPr>
      </w:pPr>
    </w:p>
    <w:p w14:paraId="25B2B4B3" w14:textId="77777777" w:rsidR="002A4FF8" w:rsidRDefault="002A4FF8" w:rsidP="00936394">
      <w:pPr>
        <w:spacing w:before="0" w:after="0" w:line="240" w:lineRule="auto"/>
        <w:rPr>
          <w:lang w:val="nl-NL"/>
        </w:rPr>
      </w:pPr>
    </w:p>
    <w:p w14:paraId="2BBB3B37" w14:textId="77777777" w:rsidR="002A4FF8" w:rsidRDefault="002A4FF8" w:rsidP="00936394">
      <w:pPr>
        <w:spacing w:before="0" w:after="0" w:line="240" w:lineRule="auto"/>
        <w:rPr>
          <w:lang w:val="nl-NL"/>
        </w:rPr>
      </w:pPr>
    </w:p>
    <w:p w14:paraId="285FDD02" w14:textId="77777777" w:rsidR="002A4FF8" w:rsidRDefault="002A4FF8" w:rsidP="00936394">
      <w:pPr>
        <w:spacing w:before="0" w:after="0" w:line="240" w:lineRule="auto"/>
        <w:rPr>
          <w:lang w:val="nl-NL"/>
        </w:rPr>
      </w:pPr>
    </w:p>
    <w:p w14:paraId="3A40B5CB" w14:textId="77777777" w:rsidR="002A4FF8" w:rsidRDefault="002A4FF8" w:rsidP="00936394">
      <w:pPr>
        <w:spacing w:before="0" w:after="0" w:line="240" w:lineRule="auto"/>
        <w:rPr>
          <w:lang w:val="nl-NL"/>
        </w:rPr>
      </w:pPr>
    </w:p>
    <w:p w14:paraId="74C1D787" w14:textId="77777777" w:rsidR="002A4FF8" w:rsidRDefault="002A4FF8" w:rsidP="00936394">
      <w:pPr>
        <w:spacing w:before="0" w:after="0" w:line="240" w:lineRule="auto"/>
        <w:rPr>
          <w:lang w:val="nl-NL"/>
        </w:rPr>
      </w:pPr>
    </w:p>
    <w:p w14:paraId="163EFBFB" w14:textId="77777777" w:rsidR="002A4FF8" w:rsidRDefault="002A4FF8" w:rsidP="00936394">
      <w:pPr>
        <w:spacing w:before="0" w:after="0" w:line="240" w:lineRule="auto"/>
        <w:rPr>
          <w:lang w:val="nl-NL"/>
        </w:rPr>
      </w:pPr>
    </w:p>
    <w:p w14:paraId="31CCD406" w14:textId="77777777" w:rsidR="002A4FF8" w:rsidRDefault="002A4FF8" w:rsidP="00936394">
      <w:pPr>
        <w:spacing w:before="0" w:after="0" w:line="240" w:lineRule="auto"/>
        <w:rPr>
          <w:lang w:val="nl-NL"/>
        </w:rPr>
      </w:pPr>
    </w:p>
    <w:p w14:paraId="74145154" w14:textId="77777777" w:rsidR="002A4FF8" w:rsidRDefault="002A4FF8" w:rsidP="00936394">
      <w:pPr>
        <w:spacing w:before="0" w:after="0" w:line="240" w:lineRule="auto"/>
        <w:rPr>
          <w:lang w:val="nl-NL"/>
        </w:rPr>
      </w:pPr>
    </w:p>
    <w:p w14:paraId="57438291" w14:textId="19EEAA9F" w:rsidR="00521E37" w:rsidRPr="00521E37" w:rsidRDefault="00521E37" w:rsidP="00936394">
      <w:pPr>
        <w:spacing w:before="0" w:after="0" w:line="240" w:lineRule="auto"/>
        <w:rPr>
          <w:lang w:val="nl-NL"/>
        </w:rPr>
      </w:pPr>
      <w:r w:rsidRPr="00521E37">
        <w:rPr>
          <w:lang w:val="nl-NL"/>
        </w:rPr>
        <w:lastRenderedPageBreak/>
        <w:t xml:space="preserve">Wat maakt een </w:t>
      </w:r>
      <w:proofErr w:type="spellStart"/>
      <w:r w:rsidRPr="00521E37">
        <w:rPr>
          <w:lang w:val="nl-NL"/>
        </w:rPr>
        <w:t>chatbot</w:t>
      </w:r>
      <w:proofErr w:type="spellEnd"/>
      <w:r w:rsidRPr="00521E37">
        <w:rPr>
          <w:lang w:val="nl-NL"/>
        </w:rPr>
        <w:t xml:space="preserve"> “eigen”?</w:t>
      </w:r>
    </w:p>
    <w:p w14:paraId="53F4D64E" w14:textId="77777777" w:rsidR="00521E37" w:rsidRPr="00521E37" w:rsidRDefault="00521E37" w:rsidP="00936394">
      <w:pPr>
        <w:spacing w:before="0" w:after="0" w:line="240" w:lineRule="auto"/>
        <w:rPr>
          <w:lang w:val="nl-NL"/>
        </w:rPr>
      </w:pPr>
      <w:r w:rsidRPr="00521E37">
        <w:rPr>
          <w:lang w:val="nl-NL"/>
        </w:rPr>
        <w:t>Meestal één of meer van deze onderdelen:</w:t>
      </w:r>
    </w:p>
    <w:p w14:paraId="72CE622C" w14:textId="77777777" w:rsidR="00521E37" w:rsidRPr="00521E37" w:rsidRDefault="00521E37" w:rsidP="00974A8A">
      <w:pPr>
        <w:numPr>
          <w:ilvl w:val="0"/>
          <w:numId w:val="24"/>
        </w:numPr>
        <w:spacing w:before="0" w:after="0" w:line="240" w:lineRule="auto"/>
        <w:rPr>
          <w:b/>
          <w:bCs/>
          <w:lang w:val="nl-NL"/>
        </w:rPr>
      </w:pPr>
      <w:r w:rsidRPr="00521E37">
        <w:rPr>
          <w:b/>
          <w:bCs/>
          <w:lang w:val="nl-NL"/>
        </w:rPr>
        <w:t>Vaste instructies (systeem-/masterprompt)</w:t>
      </w:r>
    </w:p>
    <w:p w14:paraId="6A5EFB6A" w14:textId="778EDFA3" w:rsidR="002A4FF8" w:rsidRPr="002A4FF8" w:rsidRDefault="00521E37" w:rsidP="00974A8A">
      <w:pPr>
        <w:numPr>
          <w:ilvl w:val="1"/>
          <w:numId w:val="24"/>
        </w:numPr>
        <w:spacing w:before="0" w:after="0" w:line="240" w:lineRule="auto"/>
        <w:rPr>
          <w:lang w:val="nl-NL"/>
        </w:rPr>
      </w:pPr>
      <w:r w:rsidRPr="00521E37">
        <w:rPr>
          <w:lang w:val="nl-NL"/>
        </w:rPr>
        <w:t>Je geeft de bot blijvende regels: rol, toon, grenzen (bijv. “geen juridisch advies”, “stel vragen bij twijfel”, “verwijs naar bronnen”).</w:t>
      </w:r>
    </w:p>
    <w:p w14:paraId="7918F956" w14:textId="77777777" w:rsidR="00521E37" w:rsidRPr="00521E37" w:rsidRDefault="00521E37" w:rsidP="00974A8A">
      <w:pPr>
        <w:numPr>
          <w:ilvl w:val="0"/>
          <w:numId w:val="24"/>
        </w:numPr>
        <w:spacing w:before="0" w:after="0" w:line="240" w:lineRule="auto"/>
        <w:rPr>
          <w:b/>
          <w:bCs/>
          <w:lang w:val="nl-NL"/>
        </w:rPr>
      </w:pPr>
      <w:r w:rsidRPr="00521E37">
        <w:rPr>
          <w:b/>
          <w:bCs/>
          <w:lang w:val="nl-NL"/>
        </w:rPr>
        <w:t>Eigen kennisbron</w:t>
      </w:r>
    </w:p>
    <w:p w14:paraId="4E2262C9" w14:textId="77777777" w:rsidR="00521E37" w:rsidRPr="00521E37" w:rsidRDefault="00521E37" w:rsidP="00974A8A">
      <w:pPr>
        <w:numPr>
          <w:ilvl w:val="1"/>
          <w:numId w:val="24"/>
        </w:numPr>
        <w:spacing w:before="0" w:after="0" w:line="240" w:lineRule="auto"/>
        <w:rPr>
          <w:lang w:val="nl-NL"/>
        </w:rPr>
      </w:pPr>
      <w:r w:rsidRPr="00521E37">
        <w:rPr>
          <w:lang w:val="nl-NL"/>
        </w:rPr>
        <w:t xml:space="preserve">Je koppelt documenten/links/FAQ’s of een interne kennisbank, zodat de bot antwoorden kan geven </w:t>
      </w:r>
      <w:r w:rsidRPr="00521E37">
        <w:rPr>
          <w:i/>
          <w:iCs/>
          <w:lang w:val="nl-NL"/>
        </w:rPr>
        <w:t>op basis van jullie materiaal</w:t>
      </w:r>
      <w:r w:rsidRPr="00521E37">
        <w:rPr>
          <w:lang w:val="nl-NL"/>
        </w:rPr>
        <w:t xml:space="preserve"> (bijv. studiegids, </w:t>
      </w:r>
      <w:proofErr w:type="spellStart"/>
      <w:r w:rsidRPr="00521E37">
        <w:rPr>
          <w:lang w:val="nl-NL"/>
        </w:rPr>
        <w:t>toetsbeleid</w:t>
      </w:r>
      <w:proofErr w:type="spellEnd"/>
      <w:r w:rsidRPr="00521E37">
        <w:rPr>
          <w:lang w:val="nl-NL"/>
        </w:rPr>
        <w:t xml:space="preserve">, </w:t>
      </w:r>
      <w:proofErr w:type="spellStart"/>
      <w:r w:rsidRPr="00521E37">
        <w:rPr>
          <w:lang w:val="nl-NL"/>
        </w:rPr>
        <w:t>rubric</w:t>
      </w:r>
      <w:proofErr w:type="spellEnd"/>
      <w:r w:rsidRPr="00521E37">
        <w:rPr>
          <w:lang w:val="nl-NL"/>
        </w:rPr>
        <w:t>, handleidingen).</w:t>
      </w:r>
    </w:p>
    <w:p w14:paraId="18348D51" w14:textId="77777777" w:rsidR="00521E37" w:rsidRPr="00521E37" w:rsidRDefault="00521E37" w:rsidP="00974A8A">
      <w:pPr>
        <w:numPr>
          <w:ilvl w:val="0"/>
          <w:numId w:val="24"/>
        </w:numPr>
        <w:spacing w:before="0" w:after="0" w:line="240" w:lineRule="auto"/>
        <w:rPr>
          <w:b/>
          <w:bCs/>
          <w:lang w:val="nl-NL"/>
        </w:rPr>
      </w:pPr>
      <w:r w:rsidRPr="00521E37">
        <w:rPr>
          <w:b/>
          <w:bCs/>
          <w:lang w:val="nl-NL"/>
        </w:rPr>
        <w:t>Afgebakende taak</w:t>
      </w:r>
    </w:p>
    <w:p w14:paraId="331E1D2A" w14:textId="77777777" w:rsidR="00521E37" w:rsidRPr="00521E37" w:rsidRDefault="00521E37" w:rsidP="00974A8A">
      <w:pPr>
        <w:numPr>
          <w:ilvl w:val="1"/>
          <w:numId w:val="24"/>
        </w:numPr>
        <w:spacing w:before="0" w:after="0" w:line="240" w:lineRule="auto"/>
        <w:rPr>
          <w:lang w:val="nl-NL"/>
        </w:rPr>
      </w:pPr>
      <w:r w:rsidRPr="00521E37">
        <w:rPr>
          <w:lang w:val="nl-NL"/>
        </w:rPr>
        <w:t xml:space="preserve">De bot is gemaakt voor één proces: feedback geven volgens </w:t>
      </w:r>
      <w:proofErr w:type="spellStart"/>
      <w:r w:rsidRPr="00521E37">
        <w:rPr>
          <w:lang w:val="nl-NL"/>
        </w:rPr>
        <w:t>rubric</w:t>
      </w:r>
      <w:proofErr w:type="spellEnd"/>
      <w:r w:rsidRPr="00521E37">
        <w:rPr>
          <w:lang w:val="nl-NL"/>
        </w:rPr>
        <w:t>, oefenen met casuïstiek, uitleg geven op B1-niveau, etc.</w:t>
      </w:r>
    </w:p>
    <w:p w14:paraId="2551ABB3" w14:textId="77777777" w:rsidR="00521E37" w:rsidRPr="00521E37" w:rsidRDefault="00521E37" w:rsidP="00974A8A">
      <w:pPr>
        <w:numPr>
          <w:ilvl w:val="0"/>
          <w:numId w:val="24"/>
        </w:numPr>
        <w:spacing w:before="0" w:after="0" w:line="240" w:lineRule="auto"/>
        <w:rPr>
          <w:b/>
          <w:bCs/>
          <w:lang w:val="nl-NL"/>
        </w:rPr>
      </w:pPr>
      <w:r w:rsidRPr="00521E37">
        <w:rPr>
          <w:b/>
          <w:bCs/>
          <w:lang w:val="nl-NL"/>
        </w:rPr>
        <w:t>Toegang en omgeving</w:t>
      </w:r>
    </w:p>
    <w:p w14:paraId="4934CAE4" w14:textId="77777777" w:rsidR="00521E37" w:rsidRPr="00521E37" w:rsidRDefault="00521E37" w:rsidP="00974A8A">
      <w:pPr>
        <w:numPr>
          <w:ilvl w:val="1"/>
          <w:numId w:val="24"/>
        </w:numPr>
        <w:spacing w:before="0" w:after="0" w:line="240" w:lineRule="auto"/>
        <w:rPr>
          <w:lang w:val="nl-NL"/>
        </w:rPr>
      </w:pPr>
      <w:r w:rsidRPr="00521E37">
        <w:rPr>
          <w:lang w:val="nl-NL"/>
        </w:rPr>
        <w:t>Je bepaalt wie hem mag gebruiken (bijv. alleen studenten/medewerkers) en via welke veilige omgeving (bij voorkeur institutioneel).</w:t>
      </w:r>
    </w:p>
    <w:p w14:paraId="50FE9AE0" w14:textId="140A21C7" w:rsidR="00FF6A61" w:rsidRDefault="00FF6A61" w:rsidP="00936394">
      <w:pPr>
        <w:spacing w:before="0" w:after="0" w:line="240" w:lineRule="auto"/>
        <w:rPr>
          <w:b/>
          <w:bCs/>
          <w:lang w:val="nl-NL"/>
        </w:rPr>
      </w:pPr>
    </w:p>
    <w:p w14:paraId="09587701" w14:textId="72C37F7C" w:rsidR="00521E37" w:rsidRPr="00521E37" w:rsidRDefault="00552F41" w:rsidP="00936394">
      <w:pPr>
        <w:spacing w:before="0" w:after="0" w:line="240" w:lineRule="auto"/>
        <w:rPr>
          <w:b/>
          <w:bCs/>
          <w:lang w:val="nl-NL"/>
        </w:rPr>
      </w:pPr>
      <w:r>
        <w:rPr>
          <w:b/>
          <w:bCs/>
          <w:lang w:val="nl-NL"/>
        </w:rPr>
        <w:t>V</w:t>
      </w:r>
      <w:r w:rsidR="00521E37" w:rsidRPr="00521E37">
        <w:rPr>
          <w:b/>
          <w:bCs/>
          <w:lang w:val="nl-NL"/>
        </w:rPr>
        <w:t>eelvoorkomende “types”</w:t>
      </w:r>
    </w:p>
    <w:p w14:paraId="4894944D" w14:textId="09977E2B" w:rsidR="00521E37" w:rsidRDefault="00552F41" w:rsidP="00936394">
      <w:pPr>
        <w:spacing w:before="0" w:after="0" w:line="240" w:lineRule="auto"/>
        <w:rPr>
          <w:lang w:val="nl-NL"/>
        </w:rPr>
      </w:pPr>
      <w:r>
        <w:rPr>
          <w:lang w:val="nl-NL"/>
        </w:rPr>
        <w:t xml:space="preserve">Je kunt een </w:t>
      </w:r>
      <w:proofErr w:type="spellStart"/>
      <w:r>
        <w:rPr>
          <w:lang w:val="nl-NL"/>
        </w:rPr>
        <w:t>chatbot</w:t>
      </w:r>
      <w:proofErr w:type="spellEnd"/>
      <w:r>
        <w:rPr>
          <w:lang w:val="nl-NL"/>
        </w:rPr>
        <w:t xml:space="preserve"> maken voor verschillende toepassingen. Die kunnen zowel zien op de inhoud bijvoorbeeld van een juridisch vak, </w:t>
      </w:r>
      <w:r w:rsidR="00671F03">
        <w:rPr>
          <w:lang w:val="nl-NL"/>
        </w:rPr>
        <w:t xml:space="preserve">als een </w:t>
      </w:r>
      <w:proofErr w:type="spellStart"/>
      <w:r w:rsidR="00671F03">
        <w:rPr>
          <w:lang w:val="nl-NL"/>
        </w:rPr>
        <w:t>communicatievak</w:t>
      </w:r>
      <w:proofErr w:type="spellEnd"/>
      <w:r w:rsidR="00671F03">
        <w:rPr>
          <w:lang w:val="nl-NL"/>
        </w:rPr>
        <w:t xml:space="preserve">, </w:t>
      </w:r>
      <w:r>
        <w:rPr>
          <w:lang w:val="nl-NL"/>
        </w:rPr>
        <w:t xml:space="preserve">als op </w:t>
      </w:r>
      <w:r w:rsidR="00671F03">
        <w:rPr>
          <w:lang w:val="nl-NL"/>
        </w:rPr>
        <w:t xml:space="preserve">een </w:t>
      </w:r>
      <w:r>
        <w:rPr>
          <w:lang w:val="nl-NL"/>
        </w:rPr>
        <w:t xml:space="preserve">proces, bijvoorbeeld het proces rond stage of afstuderen. </w:t>
      </w:r>
      <w:r w:rsidR="002A478E">
        <w:rPr>
          <w:lang w:val="nl-NL"/>
        </w:rPr>
        <w:br/>
      </w:r>
      <w:r w:rsidR="002A478E">
        <w:rPr>
          <w:lang w:val="nl-NL"/>
        </w:rPr>
        <w:br/>
        <w:t xml:space="preserve">Je kunt een </w:t>
      </w:r>
      <w:proofErr w:type="spellStart"/>
      <w:r w:rsidR="002A478E">
        <w:rPr>
          <w:lang w:val="nl-NL"/>
        </w:rPr>
        <w:t>chatbot</w:t>
      </w:r>
      <w:proofErr w:type="spellEnd"/>
      <w:r w:rsidR="002A478E">
        <w:rPr>
          <w:lang w:val="nl-NL"/>
        </w:rPr>
        <w:t xml:space="preserve"> “vullen” met alle informatie van een bepaald vak, bijvoorbeeld staatsrecht en de </w:t>
      </w:r>
      <w:proofErr w:type="spellStart"/>
      <w:r w:rsidR="002A478E">
        <w:rPr>
          <w:lang w:val="nl-NL"/>
        </w:rPr>
        <w:t>chatbot</w:t>
      </w:r>
      <w:proofErr w:type="spellEnd"/>
      <w:r w:rsidR="002A478E">
        <w:rPr>
          <w:lang w:val="nl-NL"/>
        </w:rPr>
        <w:t xml:space="preserve"> de rol van studiemaatje geven. Studenten kunnen deze </w:t>
      </w:r>
      <w:proofErr w:type="spellStart"/>
      <w:r w:rsidR="002A478E">
        <w:rPr>
          <w:lang w:val="nl-NL"/>
        </w:rPr>
        <w:t>Chatbot</w:t>
      </w:r>
      <w:proofErr w:type="spellEnd"/>
      <w:r w:rsidR="002A478E">
        <w:rPr>
          <w:lang w:val="nl-NL"/>
        </w:rPr>
        <w:t xml:space="preserve"> vervolgens </w:t>
      </w:r>
      <w:r w:rsidR="00671F03">
        <w:rPr>
          <w:lang w:val="nl-NL"/>
        </w:rPr>
        <w:t xml:space="preserve">altijd benaderen om de student te helpen met leren. </w:t>
      </w:r>
    </w:p>
    <w:p w14:paraId="29E2AD9A" w14:textId="77777777" w:rsidR="00671F03" w:rsidRDefault="00671F03" w:rsidP="00936394">
      <w:pPr>
        <w:spacing w:before="0" w:after="0" w:line="240" w:lineRule="auto"/>
        <w:rPr>
          <w:lang w:val="nl-NL"/>
        </w:rPr>
      </w:pPr>
    </w:p>
    <w:p w14:paraId="1C5F4B87" w14:textId="711CA23F" w:rsidR="00671F03" w:rsidRDefault="00671F03" w:rsidP="00936394">
      <w:pPr>
        <w:spacing w:before="0" w:after="0" w:line="240" w:lineRule="auto"/>
        <w:rPr>
          <w:lang w:val="nl-NL"/>
        </w:rPr>
      </w:pPr>
      <w:r>
        <w:rPr>
          <w:lang w:val="nl-NL"/>
        </w:rPr>
        <w:t xml:space="preserve">Je kunt een </w:t>
      </w:r>
      <w:proofErr w:type="spellStart"/>
      <w:r>
        <w:rPr>
          <w:lang w:val="nl-NL"/>
        </w:rPr>
        <w:t>chatbot</w:t>
      </w:r>
      <w:proofErr w:type="spellEnd"/>
      <w:r>
        <w:rPr>
          <w:lang w:val="nl-NL"/>
        </w:rPr>
        <w:t xml:space="preserve"> “vullen” met instructies over hoe je een goed adviesgesprek voert</w:t>
      </w:r>
      <w:r w:rsidR="008D3BAC">
        <w:rPr>
          <w:lang w:val="nl-NL"/>
        </w:rPr>
        <w:t xml:space="preserve">. Vervolgens kan een student in voorbereiding op het echte adviesgesprek oefenen met de </w:t>
      </w:r>
      <w:proofErr w:type="spellStart"/>
      <w:r w:rsidR="008D3BAC">
        <w:rPr>
          <w:lang w:val="nl-NL"/>
        </w:rPr>
        <w:t>chatbot</w:t>
      </w:r>
      <w:proofErr w:type="spellEnd"/>
      <w:r w:rsidR="008D3BAC">
        <w:rPr>
          <w:lang w:val="nl-NL"/>
        </w:rPr>
        <w:t xml:space="preserve">. En voor adviesgesprek kun je ook </w:t>
      </w:r>
      <w:proofErr w:type="spellStart"/>
      <w:r w:rsidR="008D3BAC">
        <w:rPr>
          <w:lang w:val="nl-NL"/>
        </w:rPr>
        <w:t>mediation</w:t>
      </w:r>
      <w:proofErr w:type="spellEnd"/>
      <w:r w:rsidR="008D3BAC">
        <w:rPr>
          <w:lang w:val="nl-NL"/>
        </w:rPr>
        <w:t xml:space="preserve"> invullen of een onderhandeling. Je kunt de </w:t>
      </w:r>
      <w:proofErr w:type="spellStart"/>
      <w:r w:rsidR="008D3BAC">
        <w:rPr>
          <w:lang w:val="nl-NL"/>
        </w:rPr>
        <w:t>chatbot</w:t>
      </w:r>
      <w:proofErr w:type="spellEnd"/>
      <w:r w:rsidR="008D3BAC">
        <w:rPr>
          <w:lang w:val="nl-NL"/>
        </w:rPr>
        <w:t xml:space="preserve"> namelijk vragen om verschillende rollen tegelijkertijd aan te nemen. </w:t>
      </w:r>
    </w:p>
    <w:p w14:paraId="3DBECCCB" w14:textId="7B596DEB" w:rsidR="00671F03" w:rsidRPr="00521E37" w:rsidRDefault="00671F03" w:rsidP="00936394">
      <w:pPr>
        <w:spacing w:before="0" w:after="0" w:line="240" w:lineRule="auto"/>
        <w:rPr>
          <w:lang w:val="nl-NL"/>
        </w:rPr>
      </w:pPr>
      <w:r>
        <w:rPr>
          <w:lang w:val="nl-NL"/>
        </w:rPr>
        <w:br/>
        <w:t xml:space="preserve">Je kunt een </w:t>
      </w:r>
      <w:proofErr w:type="spellStart"/>
      <w:r>
        <w:rPr>
          <w:lang w:val="nl-NL"/>
        </w:rPr>
        <w:t>chatbot</w:t>
      </w:r>
      <w:proofErr w:type="spellEnd"/>
      <w:r>
        <w:rPr>
          <w:lang w:val="nl-NL"/>
        </w:rPr>
        <w:t xml:space="preserve"> ook “vullen” met alle informatie over bijvoorbeeld het afstuderen. In dat geval kan een student op ieder moment dat hij een vraagt heeft over het afstuderen, deze vraag stellen aan de </w:t>
      </w:r>
      <w:proofErr w:type="spellStart"/>
      <w:r>
        <w:rPr>
          <w:lang w:val="nl-NL"/>
        </w:rPr>
        <w:t>chatbot</w:t>
      </w:r>
      <w:proofErr w:type="spellEnd"/>
      <w:r>
        <w:rPr>
          <w:lang w:val="nl-NL"/>
        </w:rPr>
        <w:t xml:space="preserve">. </w:t>
      </w:r>
    </w:p>
    <w:p w14:paraId="070A2126" w14:textId="397B9D2F" w:rsidR="00521E37" w:rsidRPr="00521E37" w:rsidRDefault="00D46610" w:rsidP="00936394">
      <w:pPr>
        <w:spacing w:before="0" w:after="0" w:line="240" w:lineRule="auto"/>
        <w:rPr>
          <w:b/>
          <w:bCs/>
          <w:lang w:val="nl-NL"/>
        </w:rPr>
      </w:pPr>
      <w:r>
        <w:rPr>
          <w:lang w:val="nl-NL"/>
        </w:rPr>
        <w:br/>
        <w:t xml:space="preserve">De laatste variant is het meest makkelijk om te maken, omdat deze alleen feitelijk antwoorden hoeft te geven op de vragen die gesteld worden. </w:t>
      </w:r>
      <w:r w:rsidR="00F014A0">
        <w:rPr>
          <w:lang w:val="nl-NL"/>
        </w:rPr>
        <w:t xml:space="preserve">De variant waarbij de </w:t>
      </w:r>
      <w:proofErr w:type="spellStart"/>
      <w:r w:rsidR="00F014A0">
        <w:rPr>
          <w:lang w:val="nl-NL"/>
        </w:rPr>
        <w:t>chatbot</w:t>
      </w:r>
      <w:proofErr w:type="spellEnd"/>
      <w:r w:rsidR="00F014A0">
        <w:rPr>
          <w:lang w:val="nl-NL"/>
        </w:rPr>
        <w:t xml:space="preserve"> meerdere rollen vervult en in gesprek gaat met de student is wat lastiger te maken, maar ook zeker mogelijk. Je zult daarbij alleen </w:t>
      </w:r>
      <w:r w:rsidR="008370C4">
        <w:rPr>
          <w:lang w:val="nl-NL"/>
        </w:rPr>
        <w:t xml:space="preserve">meer tijd (en soms veel meer) tijd kwijt zijn om deze goed te instrueren (programmeren) zodat deze </w:t>
      </w:r>
      <w:proofErr w:type="spellStart"/>
      <w:r w:rsidR="008370C4">
        <w:rPr>
          <w:lang w:val="nl-NL"/>
        </w:rPr>
        <w:t>chatbot</w:t>
      </w:r>
      <w:proofErr w:type="spellEnd"/>
      <w:r w:rsidR="008370C4">
        <w:rPr>
          <w:lang w:val="nl-NL"/>
        </w:rPr>
        <w:t xml:space="preserve"> blijft doen wat hij moet doen. </w:t>
      </w:r>
      <w:r>
        <w:rPr>
          <w:lang w:val="nl-NL"/>
        </w:rPr>
        <w:br/>
      </w:r>
      <w:r w:rsidR="00521E37">
        <w:rPr>
          <w:lang w:val="nl-NL"/>
        </w:rPr>
        <w:br/>
      </w:r>
      <w:r w:rsidR="00521E37" w:rsidRPr="00521E37">
        <w:rPr>
          <w:b/>
          <w:bCs/>
          <w:lang w:val="nl-NL"/>
        </w:rPr>
        <w:t>Waarom is dit handig in onderwijs?</w:t>
      </w:r>
    </w:p>
    <w:p w14:paraId="2AA653BF" w14:textId="04665B6B" w:rsidR="00521E37" w:rsidRPr="00521E37" w:rsidRDefault="00521E37" w:rsidP="00974A8A">
      <w:pPr>
        <w:numPr>
          <w:ilvl w:val="0"/>
          <w:numId w:val="25"/>
        </w:numPr>
        <w:spacing w:before="0" w:after="0" w:line="240" w:lineRule="auto"/>
        <w:rPr>
          <w:lang w:val="nl-NL"/>
        </w:rPr>
      </w:pPr>
      <w:r w:rsidRPr="00521E37">
        <w:rPr>
          <w:lang w:val="nl-NL"/>
        </w:rPr>
        <w:t>Consistente uitleg (zelfde toon,</w:t>
      </w:r>
      <w:r w:rsidR="00671F03">
        <w:rPr>
          <w:lang w:val="nl-NL"/>
        </w:rPr>
        <w:t xml:space="preserve"> </w:t>
      </w:r>
      <w:r w:rsidRPr="00521E37">
        <w:rPr>
          <w:lang w:val="nl-NL"/>
        </w:rPr>
        <w:t>zelfde begrippen)</w:t>
      </w:r>
    </w:p>
    <w:p w14:paraId="49E78EEB" w14:textId="65CDDC5B" w:rsidR="00521E37" w:rsidRPr="00521E37" w:rsidRDefault="00521E37" w:rsidP="00974A8A">
      <w:pPr>
        <w:numPr>
          <w:ilvl w:val="0"/>
          <w:numId w:val="25"/>
        </w:numPr>
        <w:spacing w:before="0" w:after="0" w:line="240" w:lineRule="auto"/>
        <w:rPr>
          <w:lang w:val="nl-NL"/>
        </w:rPr>
      </w:pPr>
      <w:r w:rsidRPr="00521E37">
        <w:rPr>
          <w:lang w:val="nl-NL"/>
        </w:rPr>
        <w:t xml:space="preserve">24/7 beschikbaar </w:t>
      </w:r>
    </w:p>
    <w:p w14:paraId="5362A09E" w14:textId="77777777" w:rsidR="00521E37" w:rsidRPr="00521E37" w:rsidRDefault="00521E37" w:rsidP="00974A8A">
      <w:pPr>
        <w:numPr>
          <w:ilvl w:val="0"/>
          <w:numId w:val="25"/>
        </w:numPr>
        <w:spacing w:before="0" w:after="0" w:line="240" w:lineRule="auto"/>
        <w:rPr>
          <w:lang w:val="nl-NL"/>
        </w:rPr>
      </w:pPr>
      <w:r w:rsidRPr="00521E37">
        <w:rPr>
          <w:lang w:val="nl-NL"/>
        </w:rPr>
        <w:t xml:space="preserve">Kan studenten helpen met structuur (stappenplan, checkvragen, </w:t>
      </w:r>
      <w:proofErr w:type="spellStart"/>
      <w:r w:rsidRPr="00521E37">
        <w:rPr>
          <w:lang w:val="nl-NL"/>
        </w:rPr>
        <w:t>rubric</w:t>
      </w:r>
      <w:proofErr w:type="spellEnd"/>
      <w:r w:rsidRPr="00521E37">
        <w:rPr>
          <w:lang w:val="nl-NL"/>
        </w:rPr>
        <w:t>-gericht)</w:t>
      </w:r>
    </w:p>
    <w:p w14:paraId="6A903747" w14:textId="77777777" w:rsidR="0071438E" w:rsidRDefault="0071438E" w:rsidP="00936394">
      <w:pPr>
        <w:spacing w:before="0" w:after="0" w:line="240" w:lineRule="auto"/>
        <w:rPr>
          <w:b/>
          <w:bCs/>
          <w:lang w:val="nl-NL"/>
        </w:rPr>
      </w:pPr>
    </w:p>
    <w:p w14:paraId="09B89FAC" w14:textId="3E5F56C2" w:rsidR="00521E37" w:rsidRPr="00521E37" w:rsidRDefault="00521E37" w:rsidP="00936394">
      <w:pPr>
        <w:spacing w:before="0" w:after="0" w:line="240" w:lineRule="auto"/>
        <w:rPr>
          <w:b/>
          <w:bCs/>
          <w:lang w:val="nl-NL"/>
        </w:rPr>
      </w:pPr>
      <w:r w:rsidRPr="00521E37">
        <w:rPr>
          <w:b/>
          <w:bCs/>
          <w:lang w:val="nl-NL"/>
        </w:rPr>
        <w:t>Maar: waar moet je extra op letten?</w:t>
      </w:r>
    </w:p>
    <w:p w14:paraId="0AD24DE6" w14:textId="77777777" w:rsidR="00521E37" w:rsidRPr="00521E37" w:rsidRDefault="00521E37" w:rsidP="00974A8A">
      <w:pPr>
        <w:numPr>
          <w:ilvl w:val="0"/>
          <w:numId w:val="26"/>
        </w:numPr>
        <w:spacing w:before="0" w:after="0" w:line="240" w:lineRule="auto"/>
        <w:rPr>
          <w:lang w:val="nl-NL"/>
        </w:rPr>
      </w:pPr>
      <w:r w:rsidRPr="00521E37">
        <w:rPr>
          <w:lang w:val="nl-NL"/>
        </w:rPr>
        <w:t>Transparantie: studenten moeten weten dat ze met AI praten.</w:t>
      </w:r>
    </w:p>
    <w:p w14:paraId="41031DD0" w14:textId="77777777" w:rsidR="00521E37" w:rsidRPr="00521E37" w:rsidRDefault="00521E37" w:rsidP="00974A8A">
      <w:pPr>
        <w:numPr>
          <w:ilvl w:val="0"/>
          <w:numId w:val="26"/>
        </w:numPr>
        <w:spacing w:before="0" w:after="0" w:line="240" w:lineRule="auto"/>
        <w:rPr>
          <w:lang w:val="nl-NL"/>
        </w:rPr>
      </w:pPr>
      <w:r w:rsidRPr="00521E37">
        <w:rPr>
          <w:lang w:val="nl-NL"/>
        </w:rPr>
        <w:t>Betrouwbaarheid: ook “eigen” bots kunnen hallucineren → bronverwijzing en checks blijven nodig.</w:t>
      </w:r>
    </w:p>
    <w:p w14:paraId="2F9B8350" w14:textId="77777777" w:rsidR="00521E37" w:rsidRPr="00521E37" w:rsidRDefault="00521E37" w:rsidP="00974A8A">
      <w:pPr>
        <w:numPr>
          <w:ilvl w:val="0"/>
          <w:numId w:val="26"/>
        </w:numPr>
        <w:spacing w:before="0" w:after="0" w:line="240" w:lineRule="auto"/>
        <w:rPr>
          <w:lang w:val="nl-NL"/>
        </w:rPr>
      </w:pPr>
      <w:r w:rsidRPr="00521E37">
        <w:rPr>
          <w:lang w:val="nl-NL"/>
        </w:rPr>
        <w:t>Privacy: voorkom dat studenten persoonsgegevens of vertrouwelijke casusdetails invoeren; kies bij voorkeur een omgeving met goede afspraken.</w:t>
      </w:r>
    </w:p>
    <w:p w14:paraId="7C096A3A" w14:textId="77777777" w:rsidR="00521E37" w:rsidRPr="00521E37" w:rsidRDefault="00521E37" w:rsidP="00974A8A">
      <w:pPr>
        <w:numPr>
          <w:ilvl w:val="0"/>
          <w:numId w:val="26"/>
        </w:numPr>
        <w:spacing w:before="0" w:after="0" w:line="240" w:lineRule="auto"/>
        <w:rPr>
          <w:lang w:val="nl-NL"/>
        </w:rPr>
      </w:pPr>
      <w:r w:rsidRPr="00521E37">
        <w:rPr>
          <w:lang w:val="nl-NL"/>
        </w:rPr>
        <w:t>Rolafbakening: laat de bot niet “beoordelen” of cijfers geven; gebruik hem liever voor oefening, uitleg en formatieve feedback.</w:t>
      </w:r>
    </w:p>
    <w:p w14:paraId="2686D45A" w14:textId="77777777" w:rsidR="00521E37" w:rsidRDefault="00521E37" w:rsidP="00936394">
      <w:pPr>
        <w:spacing w:before="0" w:after="0" w:line="240" w:lineRule="auto"/>
        <w:rPr>
          <w:lang w:val="nl-NL"/>
        </w:rPr>
      </w:pPr>
    </w:p>
    <w:p w14:paraId="603512B1" w14:textId="3730BBE1" w:rsidR="0053335D" w:rsidRDefault="0053335D" w:rsidP="00936394">
      <w:pPr>
        <w:spacing w:before="0" w:after="0" w:line="240" w:lineRule="auto"/>
        <w:rPr>
          <w:b/>
          <w:bCs/>
          <w:lang w:val="nl-NL"/>
        </w:rPr>
      </w:pPr>
      <w:r>
        <w:rPr>
          <w:b/>
          <w:bCs/>
          <w:lang w:val="nl-NL"/>
        </w:rPr>
        <w:lastRenderedPageBreak/>
        <w:t>Integratie in het onderwijs</w:t>
      </w:r>
    </w:p>
    <w:p w14:paraId="2A03C0F4" w14:textId="77777777" w:rsidR="0071438E" w:rsidRDefault="0053335D" w:rsidP="0071438E">
      <w:pPr>
        <w:spacing w:before="0" w:after="0" w:line="240" w:lineRule="auto"/>
        <w:rPr>
          <w:lang w:val="nl-NL"/>
        </w:rPr>
      </w:pPr>
      <w:r w:rsidRPr="0053335D">
        <w:rPr>
          <w:lang w:val="nl-NL"/>
        </w:rPr>
        <w:t xml:space="preserve">Integratie van een eigen </w:t>
      </w:r>
      <w:proofErr w:type="spellStart"/>
      <w:r w:rsidRPr="0053335D">
        <w:rPr>
          <w:lang w:val="nl-NL"/>
        </w:rPr>
        <w:t>chatbot</w:t>
      </w:r>
      <w:proofErr w:type="spellEnd"/>
      <w:r w:rsidRPr="0053335D">
        <w:rPr>
          <w:lang w:val="nl-NL"/>
        </w:rPr>
        <w:t xml:space="preserve"> in het onderwijs kan</w:t>
      </w:r>
      <w:r>
        <w:rPr>
          <w:lang w:val="nl-NL"/>
        </w:rPr>
        <w:t xml:space="preserve">, </w:t>
      </w:r>
      <w:r w:rsidR="00186AF6">
        <w:rPr>
          <w:lang w:val="nl-NL"/>
        </w:rPr>
        <w:t xml:space="preserve">maar is nog niet mogelijk via bijvoorbeeld </w:t>
      </w:r>
      <w:proofErr w:type="spellStart"/>
      <w:r w:rsidR="00186AF6">
        <w:rPr>
          <w:lang w:val="nl-NL"/>
        </w:rPr>
        <w:t>Brightspace</w:t>
      </w:r>
      <w:proofErr w:type="spellEnd"/>
      <w:r w:rsidR="00186AF6">
        <w:rPr>
          <w:lang w:val="nl-NL"/>
        </w:rPr>
        <w:t xml:space="preserve">. Een </w:t>
      </w:r>
      <w:proofErr w:type="spellStart"/>
      <w:r w:rsidR="00186AF6">
        <w:rPr>
          <w:lang w:val="nl-NL"/>
        </w:rPr>
        <w:t>chatbot</w:t>
      </w:r>
      <w:proofErr w:type="spellEnd"/>
      <w:r w:rsidR="00186AF6">
        <w:rPr>
          <w:lang w:val="nl-NL"/>
        </w:rPr>
        <w:t xml:space="preserve"> kan nog niet standaard in </w:t>
      </w:r>
      <w:proofErr w:type="spellStart"/>
      <w:r w:rsidR="00186AF6">
        <w:rPr>
          <w:lang w:val="nl-NL"/>
        </w:rPr>
        <w:t>Brightspace</w:t>
      </w:r>
      <w:proofErr w:type="spellEnd"/>
      <w:r w:rsidR="00186AF6">
        <w:rPr>
          <w:lang w:val="nl-NL"/>
        </w:rPr>
        <w:t xml:space="preserve"> worden ingebouwd</w:t>
      </w:r>
      <w:r w:rsidR="0071438E">
        <w:rPr>
          <w:lang w:val="nl-NL"/>
        </w:rPr>
        <w:t xml:space="preserve"> in de </w:t>
      </w:r>
      <w:proofErr w:type="spellStart"/>
      <w:r w:rsidR="0071438E">
        <w:rPr>
          <w:lang w:val="nl-NL"/>
        </w:rPr>
        <w:t>Brightspace</w:t>
      </w:r>
      <w:proofErr w:type="spellEnd"/>
      <w:r w:rsidR="0071438E">
        <w:rPr>
          <w:lang w:val="nl-NL"/>
        </w:rPr>
        <w:t>-omgeving zelf</w:t>
      </w:r>
      <w:r w:rsidR="00186AF6">
        <w:rPr>
          <w:lang w:val="nl-NL"/>
        </w:rPr>
        <w:t>.</w:t>
      </w:r>
    </w:p>
    <w:p w14:paraId="0C15CA32" w14:textId="77777777" w:rsidR="00B670F9" w:rsidRDefault="00B670F9" w:rsidP="0071438E">
      <w:pPr>
        <w:spacing w:before="0" w:after="0" w:line="240" w:lineRule="auto"/>
        <w:rPr>
          <w:lang w:val="nl-NL"/>
        </w:rPr>
      </w:pPr>
    </w:p>
    <w:p w14:paraId="77C8CAE9" w14:textId="32CD5FEA" w:rsidR="007625FB" w:rsidRDefault="00186AF6" w:rsidP="0071438E">
      <w:pPr>
        <w:spacing w:before="0" w:after="0" w:line="240" w:lineRule="auto"/>
        <w:rPr>
          <w:lang w:val="nl-NL"/>
        </w:rPr>
      </w:pPr>
      <w:r>
        <w:rPr>
          <w:lang w:val="nl-NL"/>
        </w:rPr>
        <w:t xml:space="preserve">Als je een </w:t>
      </w:r>
      <w:proofErr w:type="spellStart"/>
      <w:r>
        <w:rPr>
          <w:lang w:val="nl-NL"/>
        </w:rPr>
        <w:t>Chatbot</w:t>
      </w:r>
      <w:proofErr w:type="spellEnd"/>
      <w:r>
        <w:rPr>
          <w:lang w:val="nl-NL"/>
        </w:rPr>
        <w:t xml:space="preserve"> wilt gebruiken (let op, </w:t>
      </w:r>
      <w:r w:rsidR="007625FB">
        <w:rPr>
          <w:lang w:val="nl-NL"/>
        </w:rPr>
        <w:t xml:space="preserve">het gebruik hiervan mag je eigenlijk nooit verplicht voorschrijven) in het onderwijs, dan moet je directe link van je </w:t>
      </w:r>
      <w:proofErr w:type="spellStart"/>
      <w:r w:rsidR="007625FB">
        <w:rPr>
          <w:lang w:val="nl-NL"/>
        </w:rPr>
        <w:t>chatbot</w:t>
      </w:r>
      <w:proofErr w:type="spellEnd"/>
      <w:r w:rsidR="007625FB">
        <w:rPr>
          <w:lang w:val="nl-NL"/>
        </w:rPr>
        <w:t xml:space="preserve"> verstrekken aan je studenten.</w:t>
      </w:r>
      <w:r w:rsidR="0071438E">
        <w:rPr>
          <w:lang w:val="nl-NL"/>
        </w:rPr>
        <w:t xml:space="preserve"> Dat kan na</w:t>
      </w:r>
      <w:r w:rsidR="00B670F9">
        <w:rPr>
          <w:lang w:val="nl-NL"/>
        </w:rPr>
        <w:t xml:space="preserve">tuurlijk ook via een link die je op </w:t>
      </w:r>
      <w:proofErr w:type="spellStart"/>
      <w:r w:rsidR="00B670F9">
        <w:rPr>
          <w:lang w:val="nl-NL"/>
        </w:rPr>
        <w:t>Brightspace</w:t>
      </w:r>
      <w:proofErr w:type="spellEnd"/>
      <w:r w:rsidR="00B670F9">
        <w:rPr>
          <w:lang w:val="nl-NL"/>
        </w:rPr>
        <w:t xml:space="preserve"> plaats, maar die leidt je studenten dan wel naar de website van de </w:t>
      </w:r>
      <w:proofErr w:type="spellStart"/>
      <w:r w:rsidR="00B670F9">
        <w:rPr>
          <w:lang w:val="nl-NL"/>
        </w:rPr>
        <w:t>Chatbot</w:t>
      </w:r>
      <w:proofErr w:type="spellEnd"/>
      <w:r w:rsidR="00B670F9">
        <w:rPr>
          <w:lang w:val="nl-NL"/>
        </w:rPr>
        <w:t>.</w:t>
      </w:r>
    </w:p>
    <w:p w14:paraId="72273E21" w14:textId="77777777" w:rsidR="000C6528" w:rsidRDefault="000C6528" w:rsidP="0071438E">
      <w:pPr>
        <w:spacing w:before="0" w:after="0" w:line="240" w:lineRule="auto"/>
        <w:rPr>
          <w:lang w:val="nl-NL"/>
        </w:rPr>
      </w:pPr>
    </w:p>
    <w:p w14:paraId="7B34165F" w14:textId="0B5073C3" w:rsidR="00325D2C" w:rsidRPr="003F5B2A" w:rsidRDefault="0079121F" w:rsidP="00936394">
      <w:pPr>
        <w:pStyle w:val="Kop2"/>
        <w:spacing w:before="0" w:line="240" w:lineRule="auto"/>
        <w:rPr>
          <w:lang w:val="nl-NL"/>
        </w:rPr>
      </w:pPr>
      <w:r w:rsidRPr="003F5B2A">
        <w:rPr>
          <w:lang w:val="nl-NL"/>
        </w:rPr>
        <w:t>Stappenplan</w:t>
      </w:r>
    </w:p>
    <w:p w14:paraId="625B1259" w14:textId="56683077" w:rsidR="00F82F6A" w:rsidRDefault="000B0665" w:rsidP="007625FB">
      <w:pPr>
        <w:pStyle w:val="Lijstnummering"/>
        <w:numPr>
          <w:ilvl w:val="0"/>
          <w:numId w:val="0"/>
        </w:numPr>
        <w:spacing w:before="0" w:after="0" w:line="240" w:lineRule="auto"/>
        <w:rPr>
          <w:lang w:val="nl-NL"/>
        </w:rPr>
      </w:pPr>
      <w:r>
        <w:rPr>
          <w:lang w:val="nl-NL"/>
        </w:rPr>
        <w:t>Eerst volgt hier het algemene stappenplan</w:t>
      </w:r>
      <w:r w:rsidR="007625FB">
        <w:rPr>
          <w:lang w:val="nl-NL"/>
        </w:rPr>
        <w:t>, met zaken waarover je na kan, dan wel moet denken</w:t>
      </w:r>
      <w:r>
        <w:rPr>
          <w:lang w:val="nl-NL"/>
        </w:rPr>
        <w:t>.</w:t>
      </w:r>
      <w:r w:rsidR="007625FB">
        <w:rPr>
          <w:lang w:val="nl-NL"/>
        </w:rPr>
        <w:t xml:space="preserve"> Het is handig om dit vooraf door te nemen, maar je kan deze stap of enkele stappen in dit stappenplan ook overslaan om meteen aan de slag te gaan met het een </w:t>
      </w:r>
      <w:proofErr w:type="spellStart"/>
      <w:r w:rsidR="007625FB">
        <w:rPr>
          <w:lang w:val="nl-NL"/>
        </w:rPr>
        <w:t>chatbot</w:t>
      </w:r>
      <w:proofErr w:type="spellEnd"/>
      <w:r w:rsidR="007625FB">
        <w:rPr>
          <w:lang w:val="nl-NL"/>
        </w:rPr>
        <w:t>. Kom op enig moment wel terug naar dit stappenplan om te checken of je geen stap hebt overgeslagen.</w:t>
      </w:r>
    </w:p>
    <w:p w14:paraId="20066875" w14:textId="77777777" w:rsidR="000B0665" w:rsidRDefault="000B0665" w:rsidP="00F82F6A">
      <w:pPr>
        <w:pStyle w:val="Lijstnummering"/>
        <w:numPr>
          <w:ilvl w:val="0"/>
          <w:numId w:val="0"/>
        </w:numPr>
        <w:spacing w:before="0" w:after="0" w:line="240" w:lineRule="auto"/>
        <w:ind w:left="360"/>
        <w:rPr>
          <w:lang w:val="nl-NL"/>
        </w:rPr>
      </w:pPr>
    </w:p>
    <w:p w14:paraId="48D1F4B6" w14:textId="71555A4A"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 xml:space="preserve">Uitgebreid stappenplan: een eigen </w:t>
      </w:r>
      <w:proofErr w:type="spellStart"/>
      <w:r w:rsidRPr="00EE56A3">
        <w:rPr>
          <w:b/>
          <w:bCs/>
          <w:lang w:val="nl-NL"/>
        </w:rPr>
        <w:t>chatbot</w:t>
      </w:r>
      <w:proofErr w:type="spellEnd"/>
      <w:r w:rsidRPr="00EE56A3">
        <w:rPr>
          <w:b/>
          <w:bCs/>
          <w:lang w:val="nl-NL"/>
        </w:rPr>
        <w:t xml:space="preserve"> bouwen (platform-onafhankelijk)</w:t>
      </w:r>
    </w:p>
    <w:p w14:paraId="2BF51FA3" w14:textId="77777777" w:rsidR="00EE56A3" w:rsidRDefault="00EE56A3" w:rsidP="00EE56A3">
      <w:pPr>
        <w:pStyle w:val="Lijstnummering"/>
        <w:numPr>
          <w:ilvl w:val="0"/>
          <w:numId w:val="0"/>
        </w:numPr>
        <w:spacing w:before="0" w:after="0"/>
        <w:ind w:left="360" w:hanging="360"/>
        <w:rPr>
          <w:b/>
          <w:bCs/>
          <w:lang w:val="nl-NL"/>
        </w:rPr>
      </w:pPr>
    </w:p>
    <w:p w14:paraId="39A5BB1E" w14:textId="7275CAE1"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Stap 1 — Kies een duidelijke doelgroep + 1 taak</w:t>
      </w:r>
    </w:p>
    <w:p w14:paraId="26082EF0" w14:textId="77777777" w:rsidR="00EE56A3" w:rsidRPr="00EE56A3" w:rsidRDefault="00EE56A3" w:rsidP="00EE56A3">
      <w:pPr>
        <w:pStyle w:val="Lijstnummering"/>
        <w:numPr>
          <w:ilvl w:val="0"/>
          <w:numId w:val="0"/>
        </w:numPr>
        <w:spacing w:before="0" w:after="0"/>
        <w:ind w:left="360"/>
        <w:rPr>
          <w:lang w:val="nl-NL"/>
        </w:rPr>
      </w:pPr>
      <w:r w:rsidRPr="00EE56A3">
        <w:rPr>
          <w:lang w:val="nl-NL"/>
        </w:rPr>
        <w:t>Formuleer het zo strak mogelijk:</w:t>
      </w:r>
    </w:p>
    <w:p w14:paraId="22FD7A24" w14:textId="77777777" w:rsidR="00EE56A3" w:rsidRPr="00EE56A3" w:rsidRDefault="00EE56A3" w:rsidP="00974A8A">
      <w:pPr>
        <w:pStyle w:val="Lijstnummering"/>
        <w:numPr>
          <w:ilvl w:val="0"/>
          <w:numId w:val="105"/>
        </w:numPr>
        <w:spacing w:before="0" w:after="0"/>
        <w:rPr>
          <w:lang w:val="nl-NL"/>
        </w:rPr>
      </w:pPr>
      <w:r w:rsidRPr="00EE56A3">
        <w:rPr>
          <w:b/>
          <w:bCs/>
          <w:lang w:val="nl-NL"/>
        </w:rPr>
        <w:t>Doelgroep:</w:t>
      </w:r>
      <w:r w:rsidRPr="00EE56A3">
        <w:rPr>
          <w:lang w:val="nl-NL"/>
        </w:rPr>
        <w:t xml:space="preserve"> wie gebruikt de bot?</w:t>
      </w:r>
    </w:p>
    <w:p w14:paraId="71437F75" w14:textId="77777777" w:rsidR="00EE56A3" w:rsidRPr="00EE56A3" w:rsidRDefault="00EE56A3" w:rsidP="00974A8A">
      <w:pPr>
        <w:pStyle w:val="Lijstnummering"/>
        <w:numPr>
          <w:ilvl w:val="0"/>
          <w:numId w:val="105"/>
        </w:numPr>
        <w:spacing w:before="0" w:after="0"/>
        <w:rPr>
          <w:lang w:val="nl-NL"/>
        </w:rPr>
      </w:pPr>
      <w:r w:rsidRPr="00EE56A3">
        <w:rPr>
          <w:b/>
          <w:bCs/>
          <w:lang w:val="nl-NL"/>
        </w:rPr>
        <w:t>Taak:</w:t>
      </w:r>
      <w:r w:rsidRPr="00EE56A3">
        <w:rPr>
          <w:lang w:val="nl-NL"/>
        </w:rPr>
        <w:t xml:space="preserve"> wat moet de bot </w:t>
      </w:r>
      <w:r w:rsidRPr="00EE56A3">
        <w:rPr>
          <w:i/>
          <w:iCs/>
          <w:lang w:val="nl-NL"/>
        </w:rPr>
        <w:t>wel</w:t>
      </w:r>
      <w:r w:rsidRPr="00EE56A3">
        <w:rPr>
          <w:lang w:val="nl-NL"/>
        </w:rPr>
        <w:t xml:space="preserve"> doen? (1 hoofdtaak)</w:t>
      </w:r>
    </w:p>
    <w:p w14:paraId="457D972D" w14:textId="77777777" w:rsidR="00EE56A3" w:rsidRPr="00EE56A3" w:rsidRDefault="00EE56A3" w:rsidP="00974A8A">
      <w:pPr>
        <w:pStyle w:val="Lijstnummering"/>
        <w:numPr>
          <w:ilvl w:val="0"/>
          <w:numId w:val="105"/>
        </w:numPr>
        <w:spacing w:before="0" w:after="0"/>
        <w:rPr>
          <w:lang w:val="nl-NL"/>
        </w:rPr>
      </w:pPr>
      <w:r w:rsidRPr="00EE56A3">
        <w:rPr>
          <w:b/>
          <w:bCs/>
          <w:lang w:val="nl-NL"/>
        </w:rPr>
        <w:t>Succescriterium:</w:t>
      </w:r>
      <w:r w:rsidRPr="00EE56A3">
        <w:rPr>
          <w:lang w:val="nl-NL"/>
        </w:rPr>
        <w:t xml:space="preserve"> wanneer is een antwoord “goed genoeg”?</w:t>
      </w:r>
    </w:p>
    <w:p w14:paraId="7E1D73EF" w14:textId="77777777" w:rsidR="00EE56A3" w:rsidRPr="00EE56A3" w:rsidRDefault="00EE56A3" w:rsidP="00EE56A3">
      <w:pPr>
        <w:pStyle w:val="Lijstnummering"/>
        <w:numPr>
          <w:ilvl w:val="0"/>
          <w:numId w:val="0"/>
        </w:numPr>
        <w:spacing w:before="0" w:after="0"/>
        <w:ind w:left="360"/>
        <w:rPr>
          <w:lang w:val="nl-NL"/>
        </w:rPr>
      </w:pPr>
      <w:r w:rsidRPr="00EE56A3">
        <w:rPr>
          <w:lang w:val="nl-NL"/>
        </w:rPr>
        <w:t>Voorbeeld: “Deze bot helpt studenten/medewerkers met wegwijs-vragen over module X en verwijst naar de studiegids.”</w:t>
      </w:r>
    </w:p>
    <w:p w14:paraId="04FA4B37" w14:textId="77777777" w:rsidR="00EE56A3" w:rsidRDefault="00EE56A3" w:rsidP="007625FB">
      <w:pPr>
        <w:pStyle w:val="Lijstnummering"/>
        <w:numPr>
          <w:ilvl w:val="0"/>
          <w:numId w:val="0"/>
        </w:numPr>
        <w:spacing w:before="0" w:after="0"/>
        <w:rPr>
          <w:b/>
          <w:bCs/>
          <w:lang w:val="nl-NL"/>
        </w:rPr>
      </w:pPr>
    </w:p>
    <w:p w14:paraId="4AF588D1" w14:textId="12A953A3"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 xml:space="preserve">Stap 2 — Bepaal het type </w:t>
      </w:r>
      <w:proofErr w:type="spellStart"/>
      <w:r w:rsidRPr="00EE56A3">
        <w:rPr>
          <w:b/>
          <w:bCs/>
          <w:lang w:val="nl-NL"/>
        </w:rPr>
        <w:t>chatbot</w:t>
      </w:r>
      <w:proofErr w:type="spellEnd"/>
    </w:p>
    <w:p w14:paraId="488E9078" w14:textId="77777777" w:rsidR="00EE56A3" w:rsidRPr="00EE56A3" w:rsidRDefault="00EE56A3" w:rsidP="00EE56A3">
      <w:pPr>
        <w:pStyle w:val="Lijstnummering"/>
        <w:numPr>
          <w:ilvl w:val="0"/>
          <w:numId w:val="0"/>
        </w:numPr>
        <w:spacing w:before="0" w:after="0"/>
        <w:ind w:left="360"/>
        <w:rPr>
          <w:lang w:val="nl-NL"/>
        </w:rPr>
      </w:pPr>
      <w:r w:rsidRPr="00EE56A3">
        <w:rPr>
          <w:lang w:val="nl-NL"/>
        </w:rPr>
        <w:t>Kies bewust:</w:t>
      </w:r>
    </w:p>
    <w:p w14:paraId="20491D91" w14:textId="77777777" w:rsidR="00EE56A3" w:rsidRPr="00EE56A3" w:rsidRDefault="00EE56A3" w:rsidP="00974A8A">
      <w:pPr>
        <w:pStyle w:val="Lijstnummering"/>
        <w:numPr>
          <w:ilvl w:val="0"/>
          <w:numId w:val="106"/>
        </w:numPr>
        <w:spacing w:before="0" w:after="0"/>
        <w:rPr>
          <w:lang w:val="nl-NL"/>
        </w:rPr>
      </w:pPr>
      <w:r w:rsidRPr="00EE56A3">
        <w:rPr>
          <w:b/>
          <w:bCs/>
          <w:lang w:val="nl-NL"/>
        </w:rPr>
        <w:t>A. Prompt-</w:t>
      </w:r>
      <w:proofErr w:type="spellStart"/>
      <w:r w:rsidRPr="00EE56A3">
        <w:rPr>
          <w:b/>
          <w:bCs/>
          <w:lang w:val="nl-NL"/>
        </w:rPr>
        <w:t>only</w:t>
      </w:r>
      <w:proofErr w:type="spellEnd"/>
      <w:r w:rsidRPr="00EE56A3">
        <w:rPr>
          <w:b/>
          <w:bCs/>
          <w:lang w:val="nl-NL"/>
        </w:rPr>
        <w:t xml:space="preserve"> bot</w:t>
      </w:r>
      <w:r w:rsidRPr="00EE56A3">
        <w:rPr>
          <w:lang w:val="nl-NL"/>
        </w:rPr>
        <w:t xml:space="preserve"> (alleen vaste instructie + voorbeeldvragen/antwoorden)</w:t>
      </w:r>
    </w:p>
    <w:p w14:paraId="30001294" w14:textId="77777777" w:rsidR="00EE56A3" w:rsidRPr="00EE56A3" w:rsidRDefault="00EE56A3" w:rsidP="00974A8A">
      <w:pPr>
        <w:pStyle w:val="Lijstnummering"/>
        <w:numPr>
          <w:ilvl w:val="0"/>
          <w:numId w:val="106"/>
        </w:numPr>
        <w:spacing w:before="0" w:after="0"/>
        <w:rPr>
          <w:lang w:val="nl-NL"/>
        </w:rPr>
      </w:pPr>
      <w:r w:rsidRPr="00EE56A3">
        <w:rPr>
          <w:b/>
          <w:bCs/>
          <w:lang w:val="nl-NL"/>
        </w:rPr>
        <w:t>B. Kennisbot</w:t>
      </w:r>
      <w:r w:rsidRPr="00EE56A3">
        <w:rPr>
          <w:lang w:val="nl-NL"/>
        </w:rPr>
        <w:t xml:space="preserve"> (vaste instructie + documenten/FAQ als bron)</w:t>
      </w:r>
    </w:p>
    <w:p w14:paraId="0DD57583" w14:textId="77777777" w:rsidR="00EE56A3" w:rsidRPr="00EE56A3" w:rsidRDefault="00EE56A3" w:rsidP="00974A8A">
      <w:pPr>
        <w:pStyle w:val="Lijstnummering"/>
        <w:numPr>
          <w:ilvl w:val="0"/>
          <w:numId w:val="106"/>
        </w:numPr>
        <w:spacing w:before="0" w:after="0"/>
        <w:rPr>
          <w:lang w:val="nl-NL"/>
        </w:rPr>
      </w:pPr>
      <w:r w:rsidRPr="00EE56A3">
        <w:rPr>
          <w:b/>
          <w:bCs/>
          <w:lang w:val="nl-NL"/>
        </w:rPr>
        <w:t>C. Agent</w:t>
      </w:r>
      <w:r w:rsidRPr="00EE56A3">
        <w:rPr>
          <w:lang w:val="nl-NL"/>
        </w:rPr>
        <w:t xml:space="preserve"> (koppelingen/acties/</w:t>
      </w:r>
      <w:proofErr w:type="spellStart"/>
      <w:r w:rsidRPr="00EE56A3">
        <w:rPr>
          <w:lang w:val="nl-NL"/>
        </w:rPr>
        <w:t>workflows</w:t>
      </w:r>
      <w:proofErr w:type="spellEnd"/>
      <w:r w:rsidRPr="00EE56A3">
        <w:rPr>
          <w:lang w:val="nl-NL"/>
        </w:rPr>
        <w:t xml:space="preserve"> — meestal via </w:t>
      </w:r>
      <w:proofErr w:type="spellStart"/>
      <w:r w:rsidRPr="00EE56A3">
        <w:rPr>
          <w:lang w:val="nl-NL"/>
        </w:rPr>
        <w:t>Copilot</w:t>
      </w:r>
      <w:proofErr w:type="spellEnd"/>
      <w:r w:rsidRPr="00EE56A3">
        <w:rPr>
          <w:lang w:val="nl-NL"/>
        </w:rPr>
        <w:t xml:space="preserve"> Studio of vergelijkbaar)</w:t>
      </w:r>
    </w:p>
    <w:p w14:paraId="7B334FD4" w14:textId="77777777" w:rsidR="00EE56A3" w:rsidRDefault="00EE56A3" w:rsidP="00EE56A3">
      <w:pPr>
        <w:pStyle w:val="Lijstnummering"/>
        <w:numPr>
          <w:ilvl w:val="0"/>
          <w:numId w:val="0"/>
        </w:numPr>
        <w:spacing w:before="0" w:after="0"/>
        <w:ind w:left="360" w:hanging="360"/>
        <w:rPr>
          <w:b/>
          <w:bCs/>
          <w:lang w:val="nl-NL"/>
        </w:rPr>
      </w:pPr>
    </w:p>
    <w:p w14:paraId="5109C97A" w14:textId="42A97D28"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Stap 3 — Maak een “bronnenpakket”</w:t>
      </w:r>
    </w:p>
    <w:p w14:paraId="7F833192" w14:textId="77777777" w:rsidR="00EE56A3" w:rsidRPr="00EE56A3" w:rsidRDefault="00EE56A3" w:rsidP="00EE56A3">
      <w:pPr>
        <w:pStyle w:val="Lijstnummering"/>
        <w:numPr>
          <w:ilvl w:val="0"/>
          <w:numId w:val="0"/>
        </w:numPr>
        <w:spacing w:before="0" w:after="0"/>
        <w:ind w:left="360"/>
        <w:rPr>
          <w:lang w:val="nl-NL"/>
        </w:rPr>
      </w:pPr>
      <w:r w:rsidRPr="00EE56A3">
        <w:rPr>
          <w:lang w:val="nl-NL"/>
        </w:rPr>
        <w:t>Selecteer 3–8 korte, betrouwbare bronnen:</w:t>
      </w:r>
    </w:p>
    <w:p w14:paraId="6711AF97" w14:textId="77777777" w:rsidR="00EE56A3" w:rsidRPr="00EE56A3" w:rsidRDefault="00EE56A3" w:rsidP="00974A8A">
      <w:pPr>
        <w:pStyle w:val="Lijstnummering"/>
        <w:numPr>
          <w:ilvl w:val="0"/>
          <w:numId w:val="107"/>
        </w:numPr>
        <w:spacing w:before="0" w:after="0"/>
        <w:rPr>
          <w:lang w:val="nl-NL"/>
        </w:rPr>
      </w:pPr>
      <w:r w:rsidRPr="00EE56A3">
        <w:rPr>
          <w:lang w:val="nl-NL"/>
        </w:rPr>
        <w:t>FAQ, studiegids, procesbeschrijving, beleid, handleiding</w:t>
      </w:r>
    </w:p>
    <w:p w14:paraId="2C8A0FF2" w14:textId="77777777" w:rsidR="00EE56A3" w:rsidRPr="00EE56A3" w:rsidRDefault="00EE56A3" w:rsidP="00974A8A">
      <w:pPr>
        <w:pStyle w:val="Lijstnummering"/>
        <w:numPr>
          <w:ilvl w:val="0"/>
          <w:numId w:val="107"/>
        </w:numPr>
        <w:spacing w:before="0" w:after="0"/>
        <w:rPr>
          <w:lang w:val="nl-NL"/>
        </w:rPr>
      </w:pPr>
      <w:r w:rsidRPr="00EE56A3">
        <w:rPr>
          <w:lang w:val="nl-NL"/>
        </w:rPr>
        <w:t xml:space="preserve">Controleer: </w:t>
      </w:r>
      <w:r w:rsidRPr="00EE56A3">
        <w:rPr>
          <w:b/>
          <w:bCs/>
          <w:lang w:val="nl-NL"/>
        </w:rPr>
        <w:t>actueel</w:t>
      </w:r>
      <w:r w:rsidRPr="00EE56A3">
        <w:rPr>
          <w:lang w:val="nl-NL"/>
        </w:rPr>
        <w:t xml:space="preserve">, </w:t>
      </w:r>
      <w:r w:rsidRPr="00EE56A3">
        <w:rPr>
          <w:b/>
          <w:bCs/>
          <w:lang w:val="nl-NL"/>
        </w:rPr>
        <w:t>eenduidig</w:t>
      </w:r>
      <w:r w:rsidRPr="00EE56A3">
        <w:rPr>
          <w:lang w:val="nl-NL"/>
        </w:rPr>
        <w:t xml:space="preserve">, </w:t>
      </w:r>
      <w:r w:rsidRPr="00EE56A3">
        <w:rPr>
          <w:b/>
          <w:bCs/>
          <w:lang w:val="nl-NL"/>
        </w:rPr>
        <w:t>geen vertrouwelijke data</w:t>
      </w:r>
    </w:p>
    <w:p w14:paraId="3640F4B5" w14:textId="77777777" w:rsidR="00EE56A3" w:rsidRDefault="00EE56A3" w:rsidP="00EE56A3">
      <w:pPr>
        <w:pStyle w:val="Lijstnummering"/>
        <w:numPr>
          <w:ilvl w:val="0"/>
          <w:numId w:val="0"/>
        </w:numPr>
        <w:spacing w:before="0" w:after="0"/>
        <w:rPr>
          <w:b/>
          <w:bCs/>
          <w:lang w:val="nl-NL"/>
        </w:rPr>
      </w:pPr>
    </w:p>
    <w:p w14:paraId="47927375" w14:textId="11243CE6" w:rsidR="00EE56A3" w:rsidRPr="00EE56A3" w:rsidRDefault="00EE56A3" w:rsidP="00EE56A3">
      <w:pPr>
        <w:pStyle w:val="Lijstnummering"/>
        <w:numPr>
          <w:ilvl w:val="0"/>
          <w:numId w:val="0"/>
        </w:numPr>
        <w:spacing w:before="0" w:after="0"/>
        <w:rPr>
          <w:b/>
          <w:bCs/>
          <w:lang w:val="nl-NL"/>
        </w:rPr>
      </w:pPr>
      <w:r w:rsidRPr="00EE56A3">
        <w:rPr>
          <w:b/>
          <w:bCs/>
          <w:lang w:val="nl-NL"/>
        </w:rPr>
        <w:t>Stap 4 — Schrijf 10–15 veelvoorkomende gebruikersvragen (“</w:t>
      </w:r>
      <w:proofErr w:type="spellStart"/>
      <w:r w:rsidRPr="00EE56A3">
        <w:rPr>
          <w:b/>
          <w:bCs/>
          <w:lang w:val="nl-NL"/>
        </w:rPr>
        <w:t>intents</w:t>
      </w:r>
      <w:proofErr w:type="spellEnd"/>
      <w:r w:rsidRPr="00EE56A3">
        <w:rPr>
          <w:b/>
          <w:bCs/>
          <w:lang w:val="nl-NL"/>
        </w:rPr>
        <w:t>”)</w:t>
      </w:r>
    </w:p>
    <w:p w14:paraId="5864205A" w14:textId="77777777" w:rsidR="00EE56A3" w:rsidRPr="00EE56A3" w:rsidRDefault="00EE56A3" w:rsidP="00EE56A3">
      <w:pPr>
        <w:pStyle w:val="Lijstnummering"/>
        <w:numPr>
          <w:ilvl w:val="0"/>
          <w:numId w:val="0"/>
        </w:numPr>
        <w:spacing w:before="0" w:after="0"/>
        <w:ind w:firstLine="360"/>
        <w:rPr>
          <w:lang w:val="nl-NL"/>
        </w:rPr>
      </w:pPr>
      <w:r w:rsidRPr="00EE56A3">
        <w:rPr>
          <w:lang w:val="nl-NL"/>
        </w:rPr>
        <w:t>Denk in doelen:</w:t>
      </w:r>
    </w:p>
    <w:p w14:paraId="1439F62A" w14:textId="77777777" w:rsidR="00EE56A3" w:rsidRPr="00EE56A3" w:rsidRDefault="00EE56A3" w:rsidP="00974A8A">
      <w:pPr>
        <w:pStyle w:val="Lijstnummering"/>
        <w:numPr>
          <w:ilvl w:val="0"/>
          <w:numId w:val="108"/>
        </w:numPr>
        <w:spacing w:before="0" w:after="0"/>
        <w:rPr>
          <w:lang w:val="nl-NL"/>
        </w:rPr>
      </w:pPr>
      <w:r w:rsidRPr="00EE56A3">
        <w:rPr>
          <w:lang w:val="nl-NL"/>
        </w:rPr>
        <w:t>“Waar vind ik…?”</w:t>
      </w:r>
    </w:p>
    <w:p w14:paraId="0EA55817" w14:textId="77777777" w:rsidR="00EE56A3" w:rsidRPr="00EE56A3" w:rsidRDefault="00EE56A3" w:rsidP="00974A8A">
      <w:pPr>
        <w:pStyle w:val="Lijstnummering"/>
        <w:numPr>
          <w:ilvl w:val="0"/>
          <w:numId w:val="108"/>
        </w:numPr>
        <w:spacing w:before="0" w:after="0"/>
        <w:rPr>
          <w:lang w:val="nl-NL"/>
        </w:rPr>
      </w:pPr>
      <w:r w:rsidRPr="00EE56A3">
        <w:rPr>
          <w:lang w:val="nl-NL"/>
        </w:rPr>
        <w:t>“Hoe werkt…?”</w:t>
      </w:r>
    </w:p>
    <w:p w14:paraId="783131FC" w14:textId="77777777" w:rsidR="00EE56A3" w:rsidRPr="00EE56A3" w:rsidRDefault="00EE56A3" w:rsidP="00974A8A">
      <w:pPr>
        <w:pStyle w:val="Lijstnummering"/>
        <w:numPr>
          <w:ilvl w:val="0"/>
          <w:numId w:val="108"/>
        </w:numPr>
        <w:spacing w:before="0" w:after="0"/>
        <w:rPr>
          <w:lang w:val="nl-NL"/>
        </w:rPr>
      </w:pPr>
      <w:r w:rsidRPr="00EE56A3">
        <w:rPr>
          <w:lang w:val="nl-NL"/>
        </w:rPr>
        <w:t>“Wat moet ik doen als…?”</w:t>
      </w:r>
    </w:p>
    <w:p w14:paraId="01A8978C" w14:textId="77777777" w:rsidR="00EE56A3" w:rsidRDefault="00EE56A3" w:rsidP="00EE56A3">
      <w:pPr>
        <w:pStyle w:val="Lijstnummering"/>
        <w:numPr>
          <w:ilvl w:val="0"/>
          <w:numId w:val="0"/>
        </w:numPr>
        <w:spacing w:before="0" w:after="0"/>
        <w:ind w:left="360" w:hanging="360"/>
        <w:rPr>
          <w:b/>
          <w:bCs/>
          <w:lang w:val="nl-NL"/>
        </w:rPr>
      </w:pPr>
    </w:p>
    <w:p w14:paraId="12578344" w14:textId="74F8A396"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Stap 5 — Schrijf 10 voorbeeldantwoorden in jouw woorden</w:t>
      </w:r>
    </w:p>
    <w:p w14:paraId="42537EC7" w14:textId="77777777" w:rsidR="00EE56A3" w:rsidRPr="00EE56A3" w:rsidRDefault="00EE56A3" w:rsidP="00EE56A3">
      <w:pPr>
        <w:pStyle w:val="Lijstnummering"/>
        <w:numPr>
          <w:ilvl w:val="0"/>
          <w:numId w:val="0"/>
        </w:numPr>
        <w:spacing w:before="0" w:after="0"/>
        <w:ind w:left="360"/>
        <w:rPr>
          <w:lang w:val="nl-NL"/>
        </w:rPr>
      </w:pPr>
      <w:r w:rsidRPr="00EE56A3">
        <w:rPr>
          <w:lang w:val="nl-NL"/>
        </w:rPr>
        <w:t>Kort, duidelijk, mét verwijzing:</w:t>
      </w:r>
    </w:p>
    <w:p w14:paraId="18335F2E" w14:textId="77777777" w:rsidR="00EE56A3" w:rsidRPr="00EE56A3" w:rsidRDefault="00EE56A3" w:rsidP="00974A8A">
      <w:pPr>
        <w:pStyle w:val="Lijstnummering"/>
        <w:numPr>
          <w:ilvl w:val="0"/>
          <w:numId w:val="109"/>
        </w:numPr>
        <w:spacing w:before="0" w:after="0"/>
        <w:rPr>
          <w:lang w:val="nl-NL"/>
        </w:rPr>
      </w:pPr>
      <w:r w:rsidRPr="00EE56A3">
        <w:rPr>
          <w:i/>
          <w:iCs/>
          <w:lang w:val="nl-NL"/>
        </w:rPr>
        <w:t>“Volgens [document], paragraaf X…”</w:t>
      </w:r>
      <w:r w:rsidRPr="00EE56A3">
        <w:rPr>
          <w:lang w:val="nl-NL"/>
        </w:rPr>
        <w:br/>
        <w:t>Zo maak je de toon én inhoud voorspelbaar.</w:t>
      </w:r>
    </w:p>
    <w:p w14:paraId="60F46A3E" w14:textId="77777777" w:rsidR="002A4FF8" w:rsidRDefault="002A4FF8" w:rsidP="00EE56A3">
      <w:pPr>
        <w:pStyle w:val="Lijstnummering"/>
        <w:numPr>
          <w:ilvl w:val="0"/>
          <w:numId w:val="0"/>
        </w:numPr>
        <w:spacing w:before="0" w:after="0"/>
        <w:rPr>
          <w:b/>
          <w:bCs/>
          <w:lang w:val="nl-NL"/>
        </w:rPr>
      </w:pPr>
    </w:p>
    <w:p w14:paraId="68AED584" w14:textId="77777777" w:rsidR="002A4FF8" w:rsidRDefault="002A4FF8" w:rsidP="00EE56A3">
      <w:pPr>
        <w:pStyle w:val="Lijstnummering"/>
        <w:numPr>
          <w:ilvl w:val="0"/>
          <w:numId w:val="0"/>
        </w:numPr>
        <w:spacing w:before="0" w:after="0"/>
        <w:rPr>
          <w:b/>
          <w:bCs/>
          <w:lang w:val="nl-NL"/>
        </w:rPr>
      </w:pPr>
    </w:p>
    <w:p w14:paraId="05D714BF" w14:textId="1B9CC7EF" w:rsidR="00EE56A3" w:rsidRPr="00EE56A3" w:rsidRDefault="00EE56A3" w:rsidP="00EE56A3">
      <w:pPr>
        <w:pStyle w:val="Lijstnummering"/>
        <w:numPr>
          <w:ilvl w:val="0"/>
          <w:numId w:val="0"/>
        </w:numPr>
        <w:spacing w:before="0" w:after="0"/>
        <w:rPr>
          <w:b/>
          <w:bCs/>
          <w:lang w:val="nl-NL"/>
        </w:rPr>
      </w:pPr>
      <w:r w:rsidRPr="00EE56A3">
        <w:rPr>
          <w:b/>
          <w:bCs/>
          <w:lang w:val="nl-NL"/>
        </w:rPr>
        <w:lastRenderedPageBreak/>
        <w:t>Stap 6 — Definieer grenzen (rode lijnen)</w:t>
      </w:r>
    </w:p>
    <w:p w14:paraId="27439D3C" w14:textId="77777777" w:rsidR="00EE56A3" w:rsidRPr="00EE56A3" w:rsidRDefault="00EE56A3" w:rsidP="00EE56A3">
      <w:pPr>
        <w:pStyle w:val="Lijstnummering"/>
        <w:numPr>
          <w:ilvl w:val="0"/>
          <w:numId w:val="0"/>
        </w:numPr>
        <w:spacing w:before="0" w:after="0"/>
        <w:ind w:left="360"/>
        <w:rPr>
          <w:lang w:val="nl-NL"/>
        </w:rPr>
      </w:pPr>
      <w:r w:rsidRPr="00EE56A3">
        <w:rPr>
          <w:lang w:val="nl-NL"/>
        </w:rPr>
        <w:t xml:space="preserve">Leg vast dat de bot </w:t>
      </w:r>
      <w:r w:rsidRPr="00EE56A3">
        <w:rPr>
          <w:b/>
          <w:bCs/>
          <w:lang w:val="nl-NL"/>
        </w:rPr>
        <w:t>niet</w:t>
      </w:r>
      <w:r w:rsidRPr="00EE56A3">
        <w:rPr>
          <w:lang w:val="nl-NL"/>
        </w:rPr>
        <w:t>:</w:t>
      </w:r>
    </w:p>
    <w:p w14:paraId="67F3C2F6" w14:textId="77777777" w:rsidR="00EE56A3" w:rsidRPr="00EE56A3" w:rsidRDefault="00EE56A3" w:rsidP="00974A8A">
      <w:pPr>
        <w:pStyle w:val="Lijstnummering"/>
        <w:numPr>
          <w:ilvl w:val="0"/>
          <w:numId w:val="110"/>
        </w:numPr>
        <w:spacing w:before="0" w:after="0"/>
        <w:rPr>
          <w:lang w:val="nl-NL"/>
        </w:rPr>
      </w:pPr>
      <w:r w:rsidRPr="00EE56A3">
        <w:rPr>
          <w:lang w:val="nl-NL"/>
        </w:rPr>
        <w:t>beoordeelt/cijfers geeft</w:t>
      </w:r>
    </w:p>
    <w:p w14:paraId="0D8B521A" w14:textId="77777777" w:rsidR="00EE56A3" w:rsidRPr="00EE56A3" w:rsidRDefault="00EE56A3" w:rsidP="00974A8A">
      <w:pPr>
        <w:pStyle w:val="Lijstnummering"/>
        <w:numPr>
          <w:ilvl w:val="0"/>
          <w:numId w:val="110"/>
        </w:numPr>
        <w:spacing w:before="0" w:after="0"/>
        <w:rPr>
          <w:lang w:val="nl-NL"/>
        </w:rPr>
      </w:pPr>
      <w:r w:rsidRPr="00EE56A3">
        <w:rPr>
          <w:lang w:val="nl-NL"/>
        </w:rPr>
        <w:t>beslist over studievoortgang/toelating</w:t>
      </w:r>
    </w:p>
    <w:p w14:paraId="34D97727" w14:textId="77777777" w:rsidR="00EE56A3" w:rsidRPr="00EE56A3" w:rsidRDefault="00EE56A3" w:rsidP="00974A8A">
      <w:pPr>
        <w:pStyle w:val="Lijstnummering"/>
        <w:numPr>
          <w:ilvl w:val="0"/>
          <w:numId w:val="110"/>
        </w:numPr>
        <w:spacing w:before="0" w:after="0"/>
        <w:rPr>
          <w:lang w:val="nl-NL"/>
        </w:rPr>
      </w:pPr>
      <w:r w:rsidRPr="00EE56A3">
        <w:rPr>
          <w:lang w:val="nl-NL"/>
        </w:rPr>
        <w:t>persoonlijke situaties “oplost”</w:t>
      </w:r>
    </w:p>
    <w:p w14:paraId="15BCE67E" w14:textId="77777777" w:rsidR="00EE56A3" w:rsidRPr="00EE56A3" w:rsidRDefault="00EE56A3" w:rsidP="00974A8A">
      <w:pPr>
        <w:pStyle w:val="Lijstnummering"/>
        <w:numPr>
          <w:ilvl w:val="0"/>
          <w:numId w:val="110"/>
        </w:numPr>
        <w:spacing w:before="0" w:after="0"/>
        <w:rPr>
          <w:lang w:val="nl-NL"/>
        </w:rPr>
      </w:pPr>
      <w:r w:rsidRPr="00EE56A3">
        <w:rPr>
          <w:lang w:val="nl-NL"/>
        </w:rPr>
        <w:t>vraagt om persoonsgegevens</w:t>
      </w:r>
    </w:p>
    <w:p w14:paraId="0AE322A7" w14:textId="77777777" w:rsidR="00EE56A3" w:rsidRDefault="00EE56A3" w:rsidP="00974A8A">
      <w:pPr>
        <w:pStyle w:val="Lijstnummering"/>
        <w:numPr>
          <w:ilvl w:val="0"/>
          <w:numId w:val="110"/>
        </w:numPr>
        <w:spacing w:before="0" w:after="0"/>
        <w:rPr>
          <w:lang w:val="nl-NL"/>
        </w:rPr>
      </w:pPr>
      <w:r w:rsidRPr="00EE56A3">
        <w:rPr>
          <w:lang w:val="nl-NL"/>
        </w:rPr>
        <w:t>vertrouwelijke casuïstiek verwerkt</w:t>
      </w:r>
    </w:p>
    <w:p w14:paraId="664DDF88" w14:textId="63D557D8" w:rsidR="00EE56A3" w:rsidRDefault="00EE56A3" w:rsidP="00974A8A">
      <w:pPr>
        <w:pStyle w:val="Lijstnummering"/>
        <w:numPr>
          <w:ilvl w:val="0"/>
          <w:numId w:val="110"/>
        </w:numPr>
        <w:spacing w:before="0" w:after="0"/>
        <w:rPr>
          <w:lang w:val="nl-NL"/>
        </w:rPr>
      </w:pPr>
      <w:r>
        <w:rPr>
          <w:lang w:val="nl-NL"/>
        </w:rPr>
        <w:t>andere dingen niet moet doen</w:t>
      </w:r>
    </w:p>
    <w:p w14:paraId="5758C0C1" w14:textId="77777777" w:rsidR="00B670F9" w:rsidRPr="00EE56A3" w:rsidRDefault="00B670F9" w:rsidP="00EE56A3">
      <w:pPr>
        <w:pStyle w:val="Lijstnummering"/>
        <w:numPr>
          <w:ilvl w:val="0"/>
          <w:numId w:val="0"/>
        </w:numPr>
        <w:spacing w:before="0" w:after="0"/>
        <w:ind w:left="720"/>
        <w:rPr>
          <w:lang w:val="nl-NL"/>
        </w:rPr>
      </w:pPr>
    </w:p>
    <w:p w14:paraId="46B520F5" w14:textId="77777777"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Stap 7 — Schrijf de systeeminstructie (de “grondwet”)</w:t>
      </w:r>
    </w:p>
    <w:p w14:paraId="2DBE2B00" w14:textId="77777777" w:rsidR="00EE56A3" w:rsidRPr="00EE56A3" w:rsidRDefault="00EE56A3" w:rsidP="00EE56A3">
      <w:pPr>
        <w:pStyle w:val="Lijstnummering"/>
        <w:numPr>
          <w:ilvl w:val="0"/>
          <w:numId w:val="0"/>
        </w:numPr>
        <w:spacing w:before="0" w:after="0"/>
        <w:ind w:left="360"/>
        <w:rPr>
          <w:lang w:val="nl-NL"/>
        </w:rPr>
      </w:pPr>
      <w:r w:rsidRPr="00EE56A3">
        <w:rPr>
          <w:lang w:val="nl-NL"/>
        </w:rPr>
        <w:t>Minimaal opnemen:</w:t>
      </w:r>
    </w:p>
    <w:p w14:paraId="73846A3A" w14:textId="77777777" w:rsidR="00EE56A3" w:rsidRPr="00EE56A3" w:rsidRDefault="00EE56A3" w:rsidP="00974A8A">
      <w:pPr>
        <w:pStyle w:val="Lijstnummering"/>
        <w:numPr>
          <w:ilvl w:val="0"/>
          <w:numId w:val="111"/>
        </w:numPr>
        <w:spacing w:before="0" w:after="0"/>
        <w:rPr>
          <w:lang w:val="nl-NL"/>
        </w:rPr>
      </w:pPr>
      <w:r w:rsidRPr="00EE56A3">
        <w:rPr>
          <w:b/>
          <w:bCs/>
          <w:lang w:val="nl-NL"/>
        </w:rPr>
        <w:t>Rol + toon</w:t>
      </w:r>
      <w:r w:rsidRPr="00EE56A3">
        <w:rPr>
          <w:lang w:val="nl-NL"/>
        </w:rPr>
        <w:t xml:space="preserve"> (voor wie, stijl, lengte)</w:t>
      </w:r>
    </w:p>
    <w:p w14:paraId="39EC1AFF" w14:textId="77777777" w:rsidR="00EE56A3" w:rsidRPr="00EE56A3" w:rsidRDefault="00EE56A3" w:rsidP="00974A8A">
      <w:pPr>
        <w:pStyle w:val="Lijstnummering"/>
        <w:numPr>
          <w:ilvl w:val="0"/>
          <w:numId w:val="111"/>
        </w:numPr>
        <w:spacing w:before="0" w:after="0"/>
        <w:rPr>
          <w:lang w:val="nl-NL"/>
        </w:rPr>
      </w:pPr>
      <w:r w:rsidRPr="00EE56A3">
        <w:rPr>
          <w:b/>
          <w:bCs/>
          <w:lang w:val="nl-NL"/>
        </w:rPr>
        <w:t>Bronbeleid</w:t>
      </w:r>
      <w:r w:rsidRPr="00EE56A3">
        <w:rPr>
          <w:lang w:val="nl-NL"/>
        </w:rPr>
        <w:t xml:space="preserve"> (“alleen antwoorden op basis van bronnen; anders doorverwijzen”)</w:t>
      </w:r>
    </w:p>
    <w:p w14:paraId="31D48014" w14:textId="77777777" w:rsidR="00EE56A3" w:rsidRPr="00EE56A3" w:rsidRDefault="00EE56A3" w:rsidP="00974A8A">
      <w:pPr>
        <w:pStyle w:val="Lijstnummering"/>
        <w:numPr>
          <w:ilvl w:val="0"/>
          <w:numId w:val="111"/>
        </w:numPr>
        <w:spacing w:before="0" w:after="0"/>
        <w:rPr>
          <w:lang w:val="nl-NL"/>
        </w:rPr>
      </w:pPr>
      <w:r w:rsidRPr="00EE56A3">
        <w:rPr>
          <w:b/>
          <w:bCs/>
          <w:lang w:val="nl-NL"/>
        </w:rPr>
        <w:t>Veiligheid</w:t>
      </w:r>
      <w:r w:rsidRPr="00EE56A3">
        <w:rPr>
          <w:lang w:val="nl-NL"/>
        </w:rPr>
        <w:t xml:space="preserve"> (geen persoonsgegevens; geen vertrouwelijke details)</w:t>
      </w:r>
    </w:p>
    <w:p w14:paraId="40425822" w14:textId="77777777" w:rsidR="00EE56A3" w:rsidRDefault="00EE56A3" w:rsidP="00974A8A">
      <w:pPr>
        <w:pStyle w:val="Lijstnummering"/>
        <w:numPr>
          <w:ilvl w:val="0"/>
          <w:numId w:val="111"/>
        </w:numPr>
        <w:spacing w:before="0" w:after="0"/>
        <w:rPr>
          <w:lang w:val="nl-NL"/>
        </w:rPr>
      </w:pPr>
      <w:r w:rsidRPr="00EE56A3">
        <w:rPr>
          <w:b/>
          <w:bCs/>
          <w:lang w:val="nl-NL"/>
        </w:rPr>
        <w:t>Gedrag bij onzekerheid</w:t>
      </w:r>
      <w:r w:rsidRPr="00EE56A3">
        <w:rPr>
          <w:lang w:val="nl-NL"/>
        </w:rPr>
        <w:t xml:space="preserve"> (stel vragen / markeer [ONZEKER] / verwijs door)</w:t>
      </w:r>
    </w:p>
    <w:p w14:paraId="3E6867BE" w14:textId="77777777" w:rsidR="00EE56A3" w:rsidRPr="00EE56A3" w:rsidRDefault="00EE56A3" w:rsidP="00EE56A3">
      <w:pPr>
        <w:pStyle w:val="Lijstnummering"/>
        <w:numPr>
          <w:ilvl w:val="0"/>
          <w:numId w:val="0"/>
        </w:numPr>
        <w:spacing w:before="0" w:after="0"/>
        <w:ind w:left="720"/>
        <w:rPr>
          <w:lang w:val="nl-NL"/>
        </w:rPr>
      </w:pPr>
    </w:p>
    <w:p w14:paraId="4C3BD429" w14:textId="77777777"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Stap 8 — Voeg kwaliteitschecks toe (standaardgedrag)</w:t>
      </w:r>
    </w:p>
    <w:p w14:paraId="2E47117F" w14:textId="77777777" w:rsidR="00EE56A3" w:rsidRPr="00EE56A3" w:rsidRDefault="00EE56A3" w:rsidP="00EE56A3">
      <w:pPr>
        <w:pStyle w:val="Lijstnummering"/>
        <w:numPr>
          <w:ilvl w:val="0"/>
          <w:numId w:val="0"/>
        </w:numPr>
        <w:spacing w:before="0" w:after="0"/>
        <w:ind w:left="360"/>
        <w:rPr>
          <w:lang w:val="nl-NL"/>
        </w:rPr>
      </w:pPr>
      <w:r w:rsidRPr="00EE56A3">
        <w:rPr>
          <w:lang w:val="nl-NL"/>
        </w:rPr>
        <w:t>Laat de bot standaard:</w:t>
      </w:r>
    </w:p>
    <w:p w14:paraId="7776FE7D" w14:textId="77777777" w:rsidR="00EE56A3" w:rsidRPr="00EE56A3" w:rsidRDefault="00EE56A3" w:rsidP="00974A8A">
      <w:pPr>
        <w:pStyle w:val="Lijstnummering"/>
        <w:numPr>
          <w:ilvl w:val="0"/>
          <w:numId w:val="112"/>
        </w:numPr>
        <w:spacing w:before="0" w:after="0"/>
        <w:rPr>
          <w:lang w:val="nl-NL"/>
        </w:rPr>
      </w:pPr>
      <w:r w:rsidRPr="00EE56A3">
        <w:rPr>
          <w:lang w:val="nl-NL"/>
        </w:rPr>
        <w:t>1 bronverwijzing geven (als beschikbaar)</w:t>
      </w:r>
    </w:p>
    <w:p w14:paraId="2B0DFAF2" w14:textId="77777777" w:rsidR="00EE56A3" w:rsidRPr="00EE56A3" w:rsidRDefault="00EE56A3" w:rsidP="00974A8A">
      <w:pPr>
        <w:pStyle w:val="Lijstnummering"/>
        <w:numPr>
          <w:ilvl w:val="0"/>
          <w:numId w:val="112"/>
        </w:numPr>
        <w:spacing w:before="0" w:after="0"/>
        <w:rPr>
          <w:lang w:val="nl-NL"/>
        </w:rPr>
      </w:pPr>
      <w:r w:rsidRPr="00EE56A3">
        <w:rPr>
          <w:lang w:val="nl-NL"/>
        </w:rPr>
        <w:t xml:space="preserve">onzekerheden markeren met </w:t>
      </w:r>
      <w:r w:rsidRPr="00EE56A3">
        <w:rPr>
          <w:b/>
          <w:bCs/>
          <w:lang w:val="nl-NL"/>
        </w:rPr>
        <w:t>[ONZEKER]</w:t>
      </w:r>
    </w:p>
    <w:p w14:paraId="5260E15E" w14:textId="77777777" w:rsidR="00EE56A3" w:rsidRPr="00EE56A3" w:rsidRDefault="00EE56A3" w:rsidP="00974A8A">
      <w:pPr>
        <w:pStyle w:val="Lijstnummering"/>
        <w:numPr>
          <w:ilvl w:val="0"/>
          <w:numId w:val="112"/>
        </w:numPr>
        <w:spacing w:before="0" w:after="0"/>
        <w:rPr>
          <w:lang w:val="nl-NL"/>
        </w:rPr>
      </w:pPr>
      <w:r w:rsidRPr="00EE56A3">
        <w:rPr>
          <w:lang w:val="nl-NL"/>
        </w:rPr>
        <w:t xml:space="preserve">bij missende info eerst </w:t>
      </w:r>
      <w:r w:rsidRPr="00EE56A3">
        <w:rPr>
          <w:b/>
          <w:bCs/>
          <w:lang w:val="nl-NL"/>
        </w:rPr>
        <w:t>2–3 vragen</w:t>
      </w:r>
      <w:r w:rsidRPr="00EE56A3">
        <w:rPr>
          <w:lang w:val="nl-NL"/>
        </w:rPr>
        <w:t xml:space="preserve"> stellen</w:t>
      </w:r>
    </w:p>
    <w:p w14:paraId="7E215E82" w14:textId="11971BC7" w:rsidR="00EE56A3" w:rsidRPr="007625FB" w:rsidRDefault="00EE56A3" w:rsidP="00974A8A">
      <w:pPr>
        <w:pStyle w:val="Lijstnummering"/>
        <w:numPr>
          <w:ilvl w:val="0"/>
          <w:numId w:val="112"/>
        </w:numPr>
        <w:spacing w:before="0" w:after="0"/>
        <w:rPr>
          <w:lang w:val="nl-NL"/>
        </w:rPr>
      </w:pPr>
      <w:r w:rsidRPr="00EE56A3">
        <w:rPr>
          <w:lang w:val="nl-NL"/>
        </w:rPr>
        <w:t xml:space="preserve">“wat moet je checken?” </w:t>
      </w:r>
      <w:proofErr w:type="spellStart"/>
      <w:r w:rsidRPr="00EE56A3">
        <w:rPr>
          <w:lang w:val="nl-NL"/>
        </w:rPr>
        <w:t>bullets</w:t>
      </w:r>
      <w:proofErr w:type="spellEnd"/>
      <w:r w:rsidRPr="00EE56A3">
        <w:rPr>
          <w:lang w:val="nl-NL"/>
        </w:rPr>
        <w:t xml:space="preserve"> toevoegen bij belangrijke info</w:t>
      </w:r>
    </w:p>
    <w:p w14:paraId="14910D0A" w14:textId="77777777" w:rsidR="00EE56A3" w:rsidRDefault="00EE56A3" w:rsidP="00EE56A3">
      <w:pPr>
        <w:pStyle w:val="Lijstnummering"/>
        <w:numPr>
          <w:ilvl w:val="0"/>
          <w:numId w:val="0"/>
        </w:numPr>
        <w:spacing w:before="0" w:after="0"/>
        <w:ind w:left="360" w:hanging="360"/>
        <w:rPr>
          <w:b/>
          <w:bCs/>
          <w:lang w:val="nl-NL"/>
        </w:rPr>
      </w:pPr>
    </w:p>
    <w:p w14:paraId="0621DD68" w14:textId="6133A014"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Stap 9 — Schrijf gebruikersinstructies (1 korte alinea)</w:t>
      </w:r>
    </w:p>
    <w:p w14:paraId="5C378B70" w14:textId="77777777" w:rsidR="00EE56A3" w:rsidRPr="00EE56A3" w:rsidRDefault="00EE56A3" w:rsidP="00EE56A3">
      <w:pPr>
        <w:pStyle w:val="Lijstnummering"/>
        <w:numPr>
          <w:ilvl w:val="0"/>
          <w:numId w:val="0"/>
        </w:numPr>
        <w:spacing w:before="0" w:after="0"/>
        <w:ind w:left="360"/>
        <w:rPr>
          <w:lang w:val="nl-NL"/>
        </w:rPr>
      </w:pPr>
      <w:r w:rsidRPr="00EE56A3">
        <w:rPr>
          <w:lang w:val="nl-NL"/>
        </w:rPr>
        <w:t>Altijd:</w:t>
      </w:r>
    </w:p>
    <w:p w14:paraId="59ED2B6A" w14:textId="77777777" w:rsidR="00EE56A3" w:rsidRPr="00EE56A3" w:rsidRDefault="00EE56A3" w:rsidP="00974A8A">
      <w:pPr>
        <w:pStyle w:val="Lijstnummering"/>
        <w:numPr>
          <w:ilvl w:val="0"/>
          <w:numId w:val="113"/>
        </w:numPr>
        <w:spacing w:before="0" w:after="0"/>
        <w:rPr>
          <w:lang w:val="nl-NL"/>
        </w:rPr>
      </w:pPr>
      <w:r w:rsidRPr="00EE56A3">
        <w:rPr>
          <w:lang w:val="nl-NL"/>
        </w:rPr>
        <w:t>“Je praat met AI”</w:t>
      </w:r>
    </w:p>
    <w:p w14:paraId="7AA778A4" w14:textId="77777777" w:rsidR="00EE56A3" w:rsidRPr="00EE56A3" w:rsidRDefault="00EE56A3" w:rsidP="00974A8A">
      <w:pPr>
        <w:pStyle w:val="Lijstnummering"/>
        <w:numPr>
          <w:ilvl w:val="0"/>
          <w:numId w:val="113"/>
        </w:numPr>
        <w:spacing w:before="0" w:after="0"/>
        <w:rPr>
          <w:lang w:val="nl-NL"/>
        </w:rPr>
      </w:pPr>
      <w:r w:rsidRPr="00EE56A3">
        <w:rPr>
          <w:lang w:val="nl-NL"/>
        </w:rPr>
        <w:t>“Voer geen persoonsgegevens in”</w:t>
      </w:r>
    </w:p>
    <w:p w14:paraId="05CC2471" w14:textId="77777777" w:rsidR="00EE56A3" w:rsidRPr="00EE56A3" w:rsidRDefault="00EE56A3" w:rsidP="00974A8A">
      <w:pPr>
        <w:pStyle w:val="Lijstnummering"/>
        <w:numPr>
          <w:ilvl w:val="0"/>
          <w:numId w:val="113"/>
        </w:numPr>
        <w:spacing w:before="0" w:after="0"/>
        <w:rPr>
          <w:lang w:val="nl-NL"/>
        </w:rPr>
      </w:pPr>
      <w:r w:rsidRPr="00EE56A3">
        <w:rPr>
          <w:lang w:val="nl-NL"/>
        </w:rPr>
        <w:t>“Controleer belangrijke info in de bron”</w:t>
      </w:r>
    </w:p>
    <w:p w14:paraId="7AE018FC" w14:textId="77777777" w:rsidR="00EE56A3" w:rsidRDefault="00EE56A3" w:rsidP="00EE56A3">
      <w:pPr>
        <w:pStyle w:val="Lijstnummering"/>
        <w:numPr>
          <w:ilvl w:val="0"/>
          <w:numId w:val="0"/>
        </w:numPr>
        <w:spacing w:before="0" w:after="0"/>
        <w:ind w:left="360" w:hanging="360"/>
        <w:rPr>
          <w:b/>
          <w:bCs/>
          <w:lang w:val="nl-NL"/>
        </w:rPr>
      </w:pPr>
    </w:p>
    <w:p w14:paraId="039EB615" w14:textId="1BADF015"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Stap 10 — Test met 8 scenario’s</w:t>
      </w:r>
    </w:p>
    <w:p w14:paraId="7ABBEB7D" w14:textId="77777777" w:rsidR="00EE56A3" w:rsidRPr="00EE56A3" w:rsidRDefault="00EE56A3" w:rsidP="00EE56A3">
      <w:pPr>
        <w:pStyle w:val="Lijstnummering"/>
        <w:numPr>
          <w:ilvl w:val="0"/>
          <w:numId w:val="0"/>
        </w:numPr>
        <w:spacing w:before="0" w:after="0"/>
        <w:ind w:left="360"/>
        <w:rPr>
          <w:lang w:val="nl-NL"/>
        </w:rPr>
      </w:pPr>
      <w:r w:rsidRPr="00EE56A3">
        <w:rPr>
          <w:lang w:val="nl-NL"/>
        </w:rPr>
        <w:t>Minimaal:</w:t>
      </w:r>
    </w:p>
    <w:p w14:paraId="16460C87" w14:textId="77777777" w:rsidR="00EE56A3" w:rsidRPr="00EE56A3" w:rsidRDefault="00EE56A3" w:rsidP="00974A8A">
      <w:pPr>
        <w:pStyle w:val="Lijstnummering"/>
        <w:numPr>
          <w:ilvl w:val="0"/>
          <w:numId w:val="114"/>
        </w:numPr>
        <w:spacing w:before="0" w:after="0"/>
        <w:rPr>
          <w:lang w:val="nl-NL"/>
        </w:rPr>
      </w:pPr>
      <w:r w:rsidRPr="00EE56A3">
        <w:rPr>
          <w:lang w:val="nl-NL"/>
        </w:rPr>
        <w:t>3 makkelijke vragen</w:t>
      </w:r>
    </w:p>
    <w:p w14:paraId="185B6319" w14:textId="77777777" w:rsidR="00EE56A3" w:rsidRPr="00EE56A3" w:rsidRDefault="00EE56A3" w:rsidP="00974A8A">
      <w:pPr>
        <w:pStyle w:val="Lijstnummering"/>
        <w:numPr>
          <w:ilvl w:val="0"/>
          <w:numId w:val="114"/>
        </w:numPr>
        <w:spacing w:before="0" w:after="0"/>
        <w:rPr>
          <w:lang w:val="nl-NL"/>
        </w:rPr>
      </w:pPr>
      <w:r w:rsidRPr="00EE56A3">
        <w:rPr>
          <w:lang w:val="nl-NL"/>
        </w:rPr>
        <w:t>3 inhoudelijke vragen</w:t>
      </w:r>
    </w:p>
    <w:p w14:paraId="04F57793" w14:textId="77777777" w:rsidR="00EE56A3" w:rsidRPr="00EE56A3" w:rsidRDefault="00EE56A3" w:rsidP="00974A8A">
      <w:pPr>
        <w:pStyle w:val="Lijstnummering"/>
        <w:numPr>
          <w:ilvl w:val="0"/>
          <w:numId w:val="114"/>
        </w:numPr>
        <w:spacing w:before="0" w:after="0"/>
        <w:rPr>
          <w:lang w:val="nl-NL"/>
        </w:rPr>
      </w:pPr>
      <w:r w:rsidRPr="00EE56A3">
        <w:rPr>
          <w:lang w:val="nl-NL"/>
        </w:rPr>
        <w:t>2 “verboden” vragen (moet weigeren/doorverwijzen)</w:t>
      </w:r>
    </w:p>
    <w:p w14:paraId="5AE9530B" w14:textId="77777777" w:rsidR="00EE56A3" w:rsidRDefault="00EE56A3" w:rsidP="00EE56A3">
      <w:pPr>
        <w:pStyle w:val="Lijstnummering"/>
        <w:numPr>
          <w:ilvl w:val="0"/>
          <w:numId w:val="0"/>
        </w:numPr>
        <w:spacing w:before="0" w:after="0"/>
        <w:ind w:left="360" w:hanging="360"/>
        <w:rPr>
          <w:b/>
          <w:bCs/>
          <w:lang w:val="nl-NL"/>
        </w:rPr>
      </w:pPr>
    </w:p>
    <w:p w14:paraId="57F8EC70" w14:textId="022B8711" w:rsidR="00EE56A3" w:rsidRPr="00EE56A3" w:rsidRDefault="00EE56A3" w:rsidP="00EE56A3">
      <w:pPr>
        <w:pStyle w:val="Lijstnummering"/>
        <w:numPr>
          <w:ilvl w:val="0"/>
          <w:numId w:val="0"/>
        </w:numPr>
        <w:spacing w:before="0" w:after="0"/>
        <w:ind w:left="360" w:hanging="360"/>
        <w:rPr>
          <w:b/>
          <w:bCs/>
          <w:lang w:val="nl-NL"/>
        </w:rPr>
      </w:pPr>
      <w:r w:rsidRPr="00EE56A3">
        <w:rPr>
          <w:b/>
          <w:bCs/>
          <w:lang w:val="nl-NL"/>
        </w:rPr>
        <w:t>Stap 11 — Verbeter in 2 iteraties</w:t>
      </w:r>
    </w:p>
    <w:p w14:paraId="03935AB6" w14:textId="77777777" w:rsidR="00EE56A3" w:rsidRPr="00EE56A3" w:rsidRDefault="00EE56A3" w:rsidP="00EE56A3">
      <w:pPr>
        <w:pStyle w:val="Lijstnummering"/>
        <w:numPr>
          <w:ilvl w:val="0"/>
          <w:numId w:val="0"/>
        </w:numPr>
        <w:spacing w:before="0" w:after="0"/>
        <w:ind w:left="360"/>
        <w:rPr>
          <w:lang w:val="nl-NL"/>
        </w:rPr>
      </w:pPr>
      <w:r w:rsidRPr="00EE56A3">
        <w:rPr>
          <w:lang w:val="nl-NL"/>
        </w:rPr>
        <w:t>Pas instructies aan op wat misgaat (te lang, te stellig, geen bron, etc.).</w:t>
      </w:r>
    </w:p>
    <w:p w14:paraId="2784DFC1" w14:textId="24B672C3" w:rsidR="0025644A" w:rsidRDefault="0025644A">
      <w:pPr>
        <w:rPr>
          <w:lang w:val="nl-NL"/>
        </w:rPr>
      </w:pPr>
      <w:r>
        <w:rPr>
          <w:lang w:val="nl-NL"/>
        </w:rPr>
        <w:br w:type="page"/>
      </w:r>
    </w:p>
    <w:p w14:paraId="4D3F0C4F" w14:textId="2A44451E" w:rsidR="00623078" w:rsidRPr="00F26EA7" w:rsidRDefault="007625FB" w:rsidP="00623078">
      <w:pPr>
        <w:pStyle w:val="Kop2"/>
        <w:spacing w:before="0" w:line="240" w:lineRule="auto"/>
        <w:rPr>
          <w:lang w:val="nl-NL"/>
        </w:rPr>
      </w:pPr>
      <w:r>
        <w:rPr>
          <w:lang w:val="nl-NL"/>
        </w:rPr>
        <w:lastRenderedPageBreak/>
        <w:t xml:space="preserve">Een eigen chatbot met </w:t>
      </w:r>
      <w:r w:rsidR="00623078">
        <w:rPr>
          <w:lang w:val="nl-NL"/>
        </w:rPr>
        <w:t>CHatGPT</w:t>
      </w:r>
    </w:p>
    <w:p w14:paraId="01780F82" w14:textId="5F09A23F" w:rsidR="00623078" w:rsidRDefault="00623078" w:rsidP="00EE56A3">
      <w:pPr>
        <w:pStyle w:val="Lijstnummering"/>
        <w:numPr>
          <w:ilvl w:val="0"/>
          <w:numId w:val="0"/>
        </w:numPr>
        <w:spacing w:before="0" w:after="0" w:line="240" w:lineRule="auto"/>
        <w:ind w:left="360" w:hanging="360"/>
        <w:rPr>
          <w:lang w:val="nl-NL"/>
        </w:rPr>
      </w:pPr>
      <w:r>
        <w:rPr>
          <w:lang w:val="nl-NL"/>
        </w:rPr>
        <w:t xml:space="preserve">In </w:t>
      </w:r>
      <w:proofErr w:type="spellStart"/>
      <w:r>
        <w:rPr>
          <w:lang w:val="nl-NL"/>
        </w:rPr>
        <w:t>Chatgpt</w:t>
      </w:r>
      <w:proofErr w:type="spellEnd"/>
      <w:r>
        <w:rPr>
          <w:lang w:val="nl-NL"/>
        </w:rPr>
        <w:t xml:space="preserve"> kun je een eigen </w:t>
      </w:r>
      <w:proofErr w:type="spellStart"/>
      <w:r>
        <w:rPr>
          <w:lang w:val="nl-NL"/>
        </w:rPr>
        <w:t>chatbot</w:t>
      </w:r>
      <w:proofErr w:type="spellEnd"/>
      <w:r>
        <w:rPr>
          <w:lang w:val="nl-NL"/>
        </w:rPr>
        <w:t xml:space="preserve"> bouwen maar alleen als je een betaalde account hebt. </w:t>
      </w:r>
    </w:p>
    <w:p w14:paraId="397EB6FE" w14:textId="2E07E5AF" w:rsidR="00623078" w:rsidRDefault="00623078" w:rsidP="00EE56A3">
      <w:pPr>
        <w:pStyle w:val="Lijstnummering"/>
        <w:numPr>
          <w:ilvl w:val="0"/>
          <w:numId w:val="0"/>
        </w:numPr>
        <w:spacing w:before="0" w:after="0" w:line="240" w:lineRule="auto"/>
        <w:ind w:left="360" w:hanging="360"/>
        <w:rPr>
          <w:lang w:val="nl-NL"/>
        </w:rPr>
      </w:pPr>
    </w:p>
    <w:p w14:paraId="4C3EF85F" w14:textId="2037180B" w:rsidR="0025644A" w:rsidRDefault="00257723" w:rsidP="00257723">
      <w:pPr>
        <w:pStyle w:val="Lijstnummering"/>
        <w:numPr>
          <w:ilvl w:val="0"/>
          <w:numId w:val="0"/>
        </w:numPr>
        <w:spacing w:before="0" w:after="0" w:line="240" w:lineRule="auto"/>
        <w:rPr>
          <w:lang w:val="nl-NL"/>
        </w:rPr>
      </w:pPr>
      <w:r>
        <w:rPr>
          <w:noProof/>
          <w:lang w:val="nl-NL"/>
        </w:rPr>
        <mc:AlternateContent>
          <mc:Choice Requires="wps">
            <w:drawing>
              <wp:anchor distT="0" distB="0" distL="114300" distR="114300" simplePos="0" relativeHeight="251671552" behindDoc="0" locked="0" layoutInCell="1" allowOverlap="1" wp14:anchorId="3352C265" wp14:editId="2B801843">
                <wp:simplePos x="0" y="0"/>
                <wp:positionH relativeFrom="column">
                  <wp:posOffset>4499305</wp:posOffset>
                </wp:positionH>
                <wp:positionV relativeFrom="paragraph">
                  <wp:posOffset>208610</wp:posOffset>
                </wp:positionV>
                <wp:extent cx="1138123" cy="541325"/>
                <wp:effectExtent l="76200" t="38100" r="100330" b="106680"/>
                <wp:wrapNone/>
                <wp:docPr id="696486890" name="Ovaal 3"/>
                <wp:cNvGraphicFramePr/>
                <a:graphic xmlns:a="http://schemas.openxmlformats.org/drawingml/2006/main">
                  <a:graphicData uri="http://schemas.microsoft.com/office/word/2010/wordprocessingShape">
                    <wps:wsp>
                      <wps:cNvSpPr/>
                      <wps:spPr>
                        <a:xfrm>
                          <a:off x="0" y="0"/>
                          <a:ext cx="1138123" cy="541325"/>
                        </a:xfrm>
                        <a:prstGeom prst="ellipse">
                          <a:avLst/>
                        </a:prstGeom>
                        <a:noFill/>
                        <a:ln w="571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33C9A6" id="Ovaal 3" o:spid="_x0000_s1026" style="position:absolute;margin-left:354.3pt;margin-top:16.45pt;width:89.6pt;height:42.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" filled="f" strokecolor="#e00" strokeweight="4.5pt">
                <v:shadow on="t" color="black" opacity="22937f" origin=",.5" offset="0,.63889mm"/>
              </v:oval>
            </w:pict>
          </mc:Fallback>
        </mc:AlternateContent>
      </w:r>
      <w:r w:rsidR="0025644A">
        <w:rPr>
          <w:lang w:val="nl-NL"/>
        </w:rPr>
        <w:t xml:space="preserve">Heb je een betaalde account en wil je een </w:t>
      </w:r>
      <w:proofErr w:type="spellStart"/>
      <w:r w:rsidR="0025644A">
        <w:rPr>
          <w:lang w:val="nl-NL"/>
        </w:rPr>
        <w:t>chatbot</w:t>
      </w:r>
      <w:proofErr w:type="spellEnd"/>
      <w:r w:rsidR="0025644A">
        <w:rPr>
          <w:lang w:val="nl-NL"/>
        </w:rPr>
        <w:t xml:space="preserve"> bouwen, druk dan </w:t>
      </w:r>
      <w:r>
        <w:rPr>
          <w:lang w:val="nl-NL"/>
        </w:rPr>
        <w:t xml:space="preserve">in het </w:t>
      </w:r>
      <w:proofErr w:type="spellStart"/>
      <w:r>
        <w:rPr>
          <w:lang w:val="nl-NL"/>
        </w:rPr>
        <w:t>linkerscherm</w:t>
      </w:r>
      <w:proofErr w:type="spellEnd"/>
      <w:r>
        <w:rPr>
          <w:lang w:val="nl-NL"/>
        </w:rPr>
        <w:t xml:space="preserve"> op de knop </w:t>
      </w:r>
      <w:proofErr w:type="spellStart"/>
      <w:r>
        <w:rPr>
          <w:lang w:val="nl-NL"/>
        </w:rPr>
        <w:t>GPT’s</w:t>
      </w:r>
      <w:proofErr w:type="spellEnd"/>
      <w:r>
        <w:rPr>
          <w:lang w:val="nl-NL"/>
        </w:rPr>
        <w:t xml:space="preserve"> verkennen en dan rechts bovenin op de knop “maken”</w:t>
      </w:r>
    </w:p>
    <w:p w14:paraId="2DDE45E1" w14:textId="7B1B2726" w:rsidR="00257723" w:rsidRDefault="00257723" w:rsidP="00257723">
      <w:pPr>
        <w:pStyle w:val="Lijstnummering"/>
        <w:numPr>
          <w:ilvl w:val="0"/>
          <w:numId w:val="0"/>
        </w:numPr>
        <w:spacing w:before="0" w:after="0" w:line="240" w:lineRule="auto"/>
        <w:rPr>
          <w:lang w:val="nl-NL"/>
        </w:rPr>
      </w:pPr>
    </w:p>
    <w:p w14:paraId="7CB551AD" w14:textId="46B4C6B0" w:rsidR="00257723" w:rsidRDefault="00257723" w:rsidP="00257723">
      <w:pPr>
        <w:pStyle w:val="Lijstnummering"/>
        <w:numPr>
          <w:ilvl w:val="0"/>
          <w:numId w:val="0"/>
        </w:numPr>
        <w:spacing w:before="0" w:after="0" w:line="240" w:lineRule="auto"/>
        <w:rPr>
          <w:lang w:val="nl-NL"/>
        </w:rPr>
      </w:pPr>
      <w:r>
        <w:rPr>
          <w:noProof/>
          <w:lang w:val="nl-NL"/>
        </w:rPr>
        <mc:AlternateContent>
          <mc:Choice Requires="wps">
            <w:drawing>
              <wp:anchor distT="0" distB="0" distL="114300" distR="114300" simplePos="0" relativeHeight="251669504" behindDoc="0" locked="0" layoutInCell="1" allowOverlap="1" wp14:anchorId="58BFD431" wp14:editId="5C1A5815">
                <wp:simplePos x="0" y="0"/>
                <wp:positionH relativeFrom="column">
                  <wp:posOffset>-234087</wp:posOffset>
                </wp:positionH>
                <wp:positionV relativeFrom="paragraph">
                  <wp:posOffset>1248385</wp:posOffset>
                </wp:positionV>
                <wp:extent cx="1138123" cy="541325"/>
                <wp:effectExtent l="76200" t="38100" r="100330" b="106680"/>
                <wp:wrapNone/>
                <wp:docPr id="959155905" name="Ovaal 3"/>
                <wp:cNvGraphicFramePr/>
                <a:graphic xmlns:a="http://schemas.openxmlformats.org/drawingml/2006/main">
                  <a:graphicData uri="http://schemas.microsoft.com/office/word/2010/wordprocessingShape">
                    <wps:wsp>
                      <wps:cNvSpPr/>
                      <wps:spPr>
                        <a:xfrm>
                          <a:off x="0" y="0"/>
                          <a:ext cx="1138123" cy="541325"/>
                        </a:xfrm>
                        <a:prstGeom prst="ellipse">
                          <a:avLst/>
                        </a:prstGeom>
                        <a:noFill/>
                        <a:ln w="571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F6C53A" id="Ovaal 3" o:spid="_x0000_s1026" style="position:absolute;margin-left:-18.45pt;margin-top:98.3pt;width:89.6pt;height:42.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" filled="f" strokecolor="#e00" strokeweight="4.5pt">
                <v:shadow on="t" color="black" opacity="22937f" origin=",.5" offset="0,.63889mm"/>
              </v:oval>
            </w:pict>
          </mc:Fallback>
        </mc:AlternateContent>
      </w:r>
      <w:r w:rsidRPr="00257723">
        <w:rPr>
          <w:noProof/>
          <w:lang w:val="nl-NL"/>
        </w:rPr>
        <w:drawing>
          <wp:inline distT="0" distB="0" distL="0" distR="0" wp14:anchorId="121D48AC" wp14:editId="648A2244">
            <wp:extent cx="5486400" cy="2990215"/>
            <wp:effectExtent l="0" t="0" r="0" b="635"/>
            <wp:docPr id="1407432057" name="Afbeelding 1" descr="Afbeelding met tekst, software, Computerpictogram,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32057" name="Afbeelding 1" descr="Afbeelding met tekst, software, Computerpictogram, Webpagina&#10;&#10;Door AI gegenereerde inhoud is mogelijk onjuist."/>
                    <pic:cNvPicPr/>
                  </pic:nvPicPr>
                  <pic:blipFill>
                    <a:blip r:embed="rId31"/>
                    <a:stretch>
                      <a:fillRect/>
                    </a:stretch>
                  </pic:blipFill>
                  <pic:spPr>
                    <a:xfrm>
                      <a:off x="0" y="0"/>
                      <a:ext cx="5486400" cy="2990215"/>
                    </a:xfrm>
                    <a:prstGeom prst="rect">
                      <a:avLst/>
                    </a:prstGeom>
                  </pic:spPr>
                </pic:pic>
              </a:graphicData>
            </a:graphic>
          </wp:inline>
        </w:drawing>
      </w:r>
    </w:p>
    <w:p w14:paraId="62E1346B" w14:textId="3627BEDF" w:rsidR="004D423B" w:rsidRDefault="00B46811" w:rsidP="0071438E">
      <w:pPr>
        <w:spacing w:before="0" w:after="0" w:line="240" w:lineRule="auto"/>
        <w:rPr>
          <w:lang w:val="nl-NL"/>
        </w:rPr>
      </w:pPr>
      <w:r>
        <w:rPr>
          <w:lang w:val="nl-NL"/>
        </w:rPr>
        <w:t>Dan verschijnt een nieuw scherm waarbinnen je direct aan de slag kunt:</w:t>
      </w:r>
    </w:p>
    <w:p w14:paraId="0099F99A" w14:textId="588AB340" w:rsidR="00CA4BBA" w:rsidRDefault="00CA4BBA" w:rsidP="0071438E">
      <w:pPr>
        <w:spacing w:before="0" w:after="0" w:line="240" w:lineRule="auto"/>
        <w:rPr>
          <w:lang w:val="nl-NL"/>
        </w:rPr>
      </w:pPr>
      <w:r w:rsidRPr="00CA4BBA">
        <w:rPr>
          <w:noProof/>
          <w:lang w:val="nl-NL"/>
        </w:rPr>
        <w:drawing>
          <wp:inline distT="0" distB="0" distL="0" distR="0" wp14:anchorId="5C0B9682" wp14:editId="68D2A97F">
            <wp:extent cx="5486400" cy="2992120"/>
            <wp:effectExtent l="0" t="0" r="0" b="0"/>
            <wp:docPr id="732237620" name="Afbeelding 1" descr="Afbeelding met tekst, schermopnam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37620" name="Afbeelding 1" descr="Afbeelding met tekst, schermopname, software&#10;&#10;Door AI gegenereerde inhoud is mogelijk onjuist."/>
                    <pic:cNvPicPr/>
                  </pic:nvPicPr>
                  <pic:blipFill>
                    <a:blip r:embed="rId32"/>
                    <a:stretch>
                      <a:fillRect/>
                    </a:stretch>
                  </pic:blipFill>
                  <pic:spPr>
                    <a:xfrm>
                      <a:off x="0" y="0"/>
                      <a:ext cx="5486400" cy="2992120"/>
                    </a:xfrm>
                    <a:prstGeom prst="rect">
                      <a:avLst/>
                    </a:prstGeom>
                  </pic:spPr>
                </pic:pic>
              </a:graphicData>
            </a:graphic>
          </wp:inline>
        </w:drawing>
      </w:r>
    </w:p>
    <w:p w14:paraId="33B32928" w14:textId="77777777" w:rsidR="00CA4BBA" w:rsidRDefault="00CA4BBA" w:rsidP="0071438E">
      <w:pPr>
        <w:spacing w:before="0" w:after="0" w:line="240" w:lineRule="auto"/>
        <w:rPr>
          <w:lang w:val="nl-NL"/>
        </w:rPr>
      </w:pPr>
    </w:p>
    <w:p w14:paraId="02687E43" w14:textId="77777777" w:rsidR="002A4FF8" w:rsidRDefault="004D423B" w:rsidP="0071438E">
      <w:pPr>
        <w:spacing w:before="0" w:after="0" w:line="240" w:lineRule="auto"/>
        <w:rPr>
          <w:lang w:val="nl-NL"/>
        </w:rPr>
      </w:pPr>
      <w:r>
        <w:rPr>
          <w:lang w:val="nl-NL"/>
        </w:rPr>
        <w:t xml:space="preserve">Klik op de knop configureren, </w:t>
      </w:r>
      <w:r w:rsidR="00CA4BBA">
        <w:rPr>
          <w:lang w:val="nl-NL"/>
        </w:rPr>
        <w:t>dan verschijnt het scherm hierboven. H</w:t>
      </w:r>
      <w:r>
        <w:rPr>
          <w:lang w:val="nl-NL"/>
        </w:rPr>
        <w:t>ier</w:t>
      </w:r>
      <w:r w:rsidR="00CA4BBA">
        <w:rPr>
          <w:lang w:val="nl-NL"/>
        </w:rPr>
        <w:t xml:space="preserve"> ga je je </w:t>
      </w:r>
      <w:proofErr w:type="spellStart"/>
      <w:r w:rsidR="00CA4BBA">
        <w:rPr>
          <w:lang w:val="nl-NL"/>
        </w:rPr>
        <w:t>chatbot</w:t>
      </w:r>
      <w:proofErr w:type="spellEnd"/>
      <w:r w:rsidR="00CA4BBA">
        <w:rPr>
          <w:lang w:val="nl-NL"/>
        </w:rPr>
        <w:t xml:space="preserve"> als het ware programmeren. </w:t>
      </w:r>
      <w:r w:rsidR="00CA4BBA">
        <w:rPr>
          <w:lang w:val="nl-NL"/>
        </w:rPr>
        <w:br/>
      </w:r>
      <w:r w:rsidR="00604CB6">
        <w:rPr>
          <w:lang w:val="nl-NL"/>
        </w:rPr>
        <w:br/>
      </w:r>
    </w:p>
    <w:p w14:paraId="5AB95B30" w14:textId="77777777" w:rsidR="002A4FF8" w:rsidRDefault="002A4FF8" w:rsidP="0071438E">
      <w:pPr>
        <w:spacing w:before="0" w:after="0" w:line="240" w:lineRule="auto"/>
        <w:rPr>
          <w:lang w:val="nl-NL"/>
        </w:rPr>
      </w:pPr>
    </w:p>
    <w:p w14:paraId="4C4A17AF" w14:textId="7DC070EE" w:rsidR="00604CB6" w:rsidRDefault="00CA4BBA" w:rsidP="0071438E">
      <w:pPr>
        <w:spacing w:before="0" w:after="0" w:line="240" w:lineRule="auto"/>
        <w:rPr>
          <w:lang w:val="nl-NL"/>
        </w:rPr>
      </w:pPr>
      <w:r>
        <w:rPr>
          <w:lang w:val="nl-NL"/>
        </w:rPr>
        <w:lastRenderedPageBreak/>
        <w:t>Hier</w:t>
      </w:r>
      <w:r w:rsidR="004D423B">
        <w:rPr>
          <w:lang w:val="nl-NL"/>
        </w:rPr>
        <w:t xml:space="preserve"> kun je </w:t>
      </w:r>
      <w:r w:rsidR="00617D3E">
        <w:rPr>
          <w:lang w:val="nl-NL"/>
        </w:rPr>
        <w:t xml:space="preserve">de naam van je </w:t>
      </w:r>
      <w:proofErr w:type="spellStart"/>
      <w:r w:rsidR="00617D3E">
        <w:rPr>
          <w:lang w:val="nl-NL"/>
        </w:rPr>
        <w:t>Chatbot</w:t>
      </w:r>
      <w:proofErr w:type="spellEnd"/>
      <w:r w:rsidR="00617D3E">
        <w:rPr>
          <w:lang w:val="nl-NL"/>
        </w:rPr>
        <w:t xml:space="preserve"> invoeren, een beschrijving geven en de instructies geven waar je </w:t>
      </w:r>
      <w:proofErr w:type="spellStart"/>
      <w:r w:rsidR="00617D3E">
        <w:rPr>
          <w:lang w:val="nl-NL"/>
        </w:rPr>
        <w:t>chatbot</w:t>
      </w:r>
      <w:proofErr w:type="spellEnd"/>
      <w:r w:rsidR="00617D3E">
        <w:rPr>
          <w:lang w:val="nl-NL"/>
        </w:rPr>
        <w:t xml:space="preserve"> zich aan moet houden. Dat is eigenlijk je masterprompt (zie ook </w:t>
      </w:r>
      <w:r w:rsidR="00617D3E" w:rsidRPr="00911F82">
        <w:rPr>
          <w:b/>
          <w:bCs/>
          <w:lang w:val="nl-NL"/>
        </w:rPr>
        <w:t xml:space="preserve">Werkblad 4 – Ik kan </w:t>
      </w:r>
      <w:proofErr w:type="spellStart"/>
      <w:r w:rsidR="00617D3E" w:rsidRPr="00911F82">
        <w:rPr>
          <w:b/>
          <w:bCs/>
          <w:lang w:val="nl-NL"/>
        </w:rPr>
        <w:t>prompten</w:t>
      </w:r>
      <w:proofErr w:type="spellEnd"/>
      <w:r w:rsidR="00617D3E" w:rsidRPr="00911F82">
        <w:rPr>
          <w:b/>
          <w:bCs/>
          <w:lang w:val="nl-NL"/>
        </w:rPr>
        <w:t>, maar ik wil leren hoe ik dat nog beter kan doen</w:t>
      </w:r>
      <w:r w:rsidR="00617D3E">
        <w:rPr>
          <w:lang w:val="nl-NL"/>
        </w:rPr>
        <w:t>).</w:t>
      </w:r>
      <w:r>
        <w:rPr>
          <w:lang w:val="nl-NL"/>
        </w:rPr>
        <w:br/>
      </w:r>
    </w:p>
    <w:p w14:paraId="4986ED20" w14:textId="47B797EA" w:rsidR="00617D3E" w:rsidRDefault="00CA4BBA" w:rsidP="0071438E">
      <w:pPr>
        <w:spacing w:before="0" w:after="0" w:line="240" w:lineRule="auto"/>
        <w:rPr>
          <w:lang w:val="nl-NL"/>
        </w:rPr>
      </w:pPr>
      <w:r>
        <w:rPr>
          <w:lang w:val="nl-NL"/>
        </w:rPr>
        <w:t>Hieronde</w:t>
      </w:r>
      <w:r w:rsidR="00604CB6">
        <w:rPr>
          <w:lang w:val="nl-NL"/>
        </w:rPr>
        <w:t xml:space="preserve">r kun je de gespreksopeningen toevoegen en daaronder kun je bestanden uploaden. Dat is een belangrijke feature. Want hiermee kun je bijvoorbeeld jouw kennisbronnen toevoegen, of jouw </w:t>
      </w:r>
      <w:r w:rsidR="00473BC7">
        <w:rPr>
          <w:lang w:val="nl-NL"/>
        </w:rPr>
        <w:t xml:space="preserve">blokwijzer of de studiewijzer voor het afstuderen. </w:t>
      </w:r>
      <w:r w:rsidR="00473BC7">
        <w:rPr>
          <w:lang w:val="nl-NL"/>
        </w:rPr>
        <w:br/>
      </w:r>
    </w:p>
    <w:p w14:paraId="1CB81313" w14:textId="6B51FABF" w:rsidR="003809EF" w:rsidRPr="00617D3E" w:rsidRDefault="003809EF" w:rsidP="0071438E">
      <w:pPr>
        <w:spacing w:before="0" w:after="0" w:line="240" w:lineRule="auto"/>
        <w:rPr>
          <w:lang w:val="nl-NL"/>
        </w:rPr>
      </w:pPr>
      <w:r w:rsidRPr="003809EF">
        <w:rPr>
          <w:noProof/>
          <w:lang w:val="nl-NL"/>
        </w:rPr>
        <w:drawing>
          <wp:inline distT="0" distB="0" distL="0" distR="0" wp14:anchorId="430D5AD0" wp14:editId="24E0FA3C">
            <wp:extent cx="2241286" cy="1126541"/>
            <wp:effectExtent l="0" t="0" r="6985" b="0"/>
            <wp:docPr id="185673305"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3305" name="Afbeelding 1" descr="Afbeelding met tekst, schermopname, Lettertype&#10;&#10;Door AI gegenereerde inhoud is mogelijk onjuist."/>
                    <pic:cNvPicPr/>
                  </pic:nvPicPr>
                  <pic:blipFill>
                    <a:blip r:embed="rId33"/>
                    <a:stretch>
                      <a:fillRect/>
                    </a:stretch>
                  </pic:blipFill>
                  <pic:spPr>
                    <a:xfrm>
                      <a:off x="0" y="0"/>
                      <a:ext cx="2247692" cy="1129761"/>
                    </a:xfrm>
                    <a:prstGeom prst="rect">
                      <a:avLst/>
                    </a:prstGeom>
                  </pic:spPr>
                </pic:pic>
              </a:graphicData>
            </a:graphic>
          </wp:inline>
        </w:drawing>
      </w:r>
    </w:p>
    <w:p w14:paraId="280EA916" w14:textId="77777777" w:rsidR="00B03958" w:rsidRDefault="003809EF" w:rsidP="0071438E">
      <w:pPr>
        <w:spacing w:before="0" w:after="0" w:line="240" w:lineRule="auto"/>
        <w:rPr>
          <w:lang w:val="nl-NL"/>
        </w:rPr>
      </w:pPr>
      <w:r>
        <w:rPr>
          <w:lang w:val="nl-NL"/>
        </w:rPr>
        <w:t xml:space="preserve">Daaronder staan een aantal knoppen, die zie je hierboven staan. Hierbij staat automatisch de knop zoeken op internet aan. Deze klik je beter op uit. Want als deze knop aanstaat dan gaat de </w:t>
      </w:r>
      <w:proofErr w:type="spellStart"/>
      <w:r>
        <w:rPr>
          <w:lang w:val="nl-NL"/>
        </w:rPr>
        <w:t>chatbot</w:t>
      </w:r>
      <w:proofErr w:type="spellEnd"/>
      <w:r>
        <w:rPr>
          <w:lang w:val="nl-NL"/>
        </w:rPr>
        <w:t xml:space="preserve"> ook op het internet zoeken als een gebruiker gebruik maakt van je </w:t>
      </w:r>
      <w:proofErr w:type="spellStart"/>
      <w:r>
        <w:rPr>
          <w:lang w:val="nl-NL"/>
        </w:rPr>
        <w:t>chatbot</w:t>
      </w:r>
      <w:proofErr w:type="spellEnd"/>
      <w:r>
        <w:rPr>
          <w:lang w:val="nl-NL"/>
        </w:rPr>
        <w:t xml:space="preserve"> en dat wil je nu juist niet. Je wilt dat de </w:t>
      </w:r>
      <w:proofErr w:type="spellStart"/>
      <w:r>
        <w:rPr>
          <w:lang w:val="nl-NL"/>
        </w:rPr>
        <w:t>chatbot</w:t>
      </w:r>
      <w:proofErr w:type="spellEnd"/>
      <w:r>
        <w:rPr>
          <w:lang w:val="nl-NL"/>
        </w:rPr>
        <w:t xml:space="preserve"> alleen maar gebruik maakt van de gegevens die jij invoert, want daardoor is de kwaliteit van de antwoorden veel malen hoger en is kans veel kleiner dat de </w:t>
      </w:r>
      <w:proofErr w:type="spellStart"/>
      <w:r>
        <w:rPr>
          <w:lang w:val="nl-NL"/>
        </w:rPr>
        <w:t>chatbot</w:t>
      </w:r>
      <w:proofErr w:type="spellEnd"/>
      <w:r>
        <w:rPr>
          <w:lang w:val="nl-NL"/>
        </w:rPr>
        <w:t xml:space="preserve"> gaat hallucineren.</w:t>
      </w:r>
      <w:r>
        <w:rPr>
          <w:lang w:val="nl-NL"/>
        </w:rPr>
        <w:br/>
      </w:r>
      <w:r>
        <w:rPr>
          <w:lang w:val="nl-NL"/>
        </w:rPr>
        <w:br/>
        <w:t xml:space="preserve">In het rechterscherm kun je meteen praten met je </w:t>
      </w:r>
      <w:proofErr w:type="spellStart"/>
      <w:r>
        <w:rPr>
          <w:lang w:val="nl-NL"/>
        </w:rPr>
        <w:t>chatbot</w:t>
      </w:r>
      <w:proofErr w:type="spellEnd"/>
      <w:r>
        <w:rPr>
          <w:lang w:val="nl-NL"/>
        </w:rPr>
        <w:t xml:space="preserve"> en kun je dus meteen testen of de </w:t>
      </w:r>
      <w:proofErr w:type="spellStart"/>
      <w:r>
        <w:rPr>
          <w:lang w:val="nl-NL"/>
        </w:rPr>
        <w:t>chatbot</w:t>
      </w:r>
      <w:proofErr w:type="spellEnd"/>
      <w:r>
        <w:rPr>
          <w:lang w:val="nl-NL"/>
        </w:rPr>
        <w:t xml:space="preserve"> doet wat jij wilt. Dat zal in het begin nog niet altijd het geval zijn en dan moet je dus extra instructies </w:t>
      </w:r>
      <w:r w:rsidR="00D46CA8">
        <w:rPr>
          <w:lang w:val="nl-NL"/>
        </w:rPr>
        <w:t xml:space="preserve">toevoegen. </w:t>
      </w:r>
    </w:p>
    <w:p w14:paraId="7E284977" w14:textId="77777777" w:rsidR="00B670F9" w:rsidRDefault="00B670F9" w:rsidP="0071438E">
      <w:pPr>
        <w:spacing w:before="0" w:after="0" w:line="240" w:lineRule="auto"/>
        <w:rPr>
          <w:lang w:val="nl-NL"/>
        </w:rPr>
      </w:pPr>
    </w:p>
    <w:p w14:paraId="4F63D294" w14:textId="61674A66" w:rsidR="00380F4D" w:rsidRDefault="00B03958" w:rsidP="00380F4D">
      <w:pPr>
        <w:spacing w:before="0" w:after="0" w:line="240" w:lineRule="auto"/>
        <w:rPr>
          <w:lang w:val="nl-NL"/>
        </w:rPr>
      </w:pPr>
      <w:r>
        <w:rPr>
          <w:lang w:val="nl-NL"/>
        </w:rPr>
        <w:t xml:space="preserve">Als je na uitvoering testen tevreden bent over de prestaties van je </w:t>
      </w:r>
      <w:proofErr w:type="spellStart"/>
      <w:r>
        <w:rPr>
          <w:lang w:val="nl-NL"/>
        </w:rPr>
        <w:t>chatbot</w:t>
      </w:r>
      <w:proofErr w:type="spellEnd"/>
      <w:r>
        <w:rPr>
          <w:lang w:val="nl-NL"/>
        </w:rPr>
        <w:t xml:space="preserve">, dan kun je rechtsboven klikken op de knop maken en dat wordt je </w:t>
      </w:r>
      <w:proofErr w:type="spellStart"/>
      <w:r>
        <w:rPr>
          <w:lang w:val="nl-NL"/>
        </w:rPr>
        <w:t>chatbot</w:t>
      </w:r>
      <w:proofErr w:type="spellEnd"/>
      <w:r>
        <w:rPr>
          <w:lang w:val="nl-NL"/>
        </w:rPr>
        <w:t xml:space="preserve"> gepubliceerd en dan kan deze gevonden worden via de </w:t>
      </w:r>
      <w:r w:rsidR="0053335D">
        <w:rPr>
          <w:lang w:val="nl-NL"/>
        </w:rPr>
        <w:t xml:space="preserve">knop GPT zoeken en kun je deze gebruiken in je onderwijs. </w:t>
      </w:r>
      <w:r w:rsidR="00FF6ECF">
        <w:rPr>
          <w:lang w:val="nl-NL"/>
        </w:rPr>
        <w:t xml:space="preserve">Maar let op, een student kan deze alleen vinden en gebruiken als de student een account heeft bij </w:t>
      </w:r>
      <w:proofErr w:type="spellStart"/>
      <w:r w:rsidR="00FF6ECF">
        <w:rPr>
          <w:lang w:val="nl-NL"/>
        </w:rPr>
        <w:t>ChatGPT</w:t>
      </w:r>
      <w:proofErr w:type="spellEnd"/>
      <w:r w:rsidR="00FF6ECF">
        <w:rPr>
          <w:lang w:val="nl-NL"/>
        </w:rPr>
        <w:t>. Inloggen is dus verplicht.</w:t>
      </w:r>
    </w:p>
    <w:p w14:paraId="16D4CCD6" w14:textId="77777777" w:rsidR="00380F4D" w:rsidRDefault="00380F4D" w:rsidP="00380F4D">
      <w:pPr>
        <w:spacing w:before="0" w:after="0" w:line="240" w:lineRule="auto"/>
        <w:rPr>
          <w:lang w:val="nl-NL"/>
        </w:rPr>
      </w:pPr>
    </w:p>
    <w:p w14:paraId="43924AC9" w14:textId="5C23B5F4" w:rsidR="00380F4D" w:rsidRPr="00886F8D" w:rsidRDefault="00380F4D" w:rsidP="00380F4D">
      <w:pPr>
        <w:pStyle w:val="Kop2"/>
        <w:spacing w:before="0" w:line="240" w:lineRule="auto"/>
        <w:rPr>
          <w:lang w:val="nl-NL"/>
        </w:rPr>
      </w:pPr>
      <w:r w:rsidRPr="00FB5E5D">
        <w:rPr>
          <w:lang w:val="nl-NL"/>
        </w:rPr>
        <w:t>Pro-tip</w:t>
      </w:r>
    </w:p>
    <w:p w14:paraId="5E4BE4BF" w14:textId="1212E719" w:rsidR="00380F4D" w:rsidRDefault="00380F4D" w:rsidP="00380F4D">
      <w:pPr>
        <w:spacing w:before="0" w:after="0" w:line="240" w:lineRule="auto"/>
        <w:rPr>
          <w:lang w:val="nl-NL"/>
        </w:rPr>
      </w:pPr>
      <w:r>
        <w:rPr>
          <w:lang w:val="nl-NL"/>
        </w:rPr>
        <w:t xml:space="preserve">Je kun natuurlijk ook </w:t>
      </w:r>
      <w:proofErr w:type="spellStart"/>
      <w:r>
        <w:rPr>
          <w:lang w:val="nl-NL"/>
        </w:rPr>
        <w:t>ChatGPT</w:t>
      </w:r>
      <w:proofErr w:type="spellEnd"/>
      <w:r>
        <w:rPr>
          <w:lang w:val="nl-NL"/>
        </w:rPr>
        <w:t xml:space="preserve"> zelf vragen hoe je een zo effectief mogelijke </w:t>
      </w:r>
      <w:proofErr w:type="spellStart"/>
      <w:r>
        <w:rPr>
          <w:lang w:val="nl-NL"/>
        </w:rPr>
        <w:t>chatbot</w:t>
      </w:r>
      <w:proofErr w:type="spellEnd"/>
      <w:r>
        <w:rPr>
          <w:lang w:val="nl-NL"/>
        </w:rPr>
        <w:t xml:space="preserve"> kun maken en of </w:t>
      </w:r>
      <w:proofErr w:type="spellStart"/>
      <w:r>
        <w:rPr>
          <w:lang w:val="nl-NL"/>
        </w:rPr>
        <w:t>ChatGPT</w:t>
      </w:r>
      <w:proofErr w:type="spellEnd"/>
      <w:r>
        <w:rPr>
          <w:lang w:val="nl-NL"/>
        </w:rPr>
        <w:t xml:space="preserve"> je kan helpen bij het maken van je masterprompt. En je kunt deze masterprompt ook weer laten checken door een andere AI-tool.</w:t>
      </w:r>
    </w:p>
    <w:p w14:paraId="20936A86" w14:textId="77777777" w:rsidR="00380F4D" w:rsidRDefault="00380F4D" w:rsidP="00380F4D">
      <w:pPr>
        <w:spacing w:before="0" w:after="0" w:line="240" w:lineRule="auto"/>
        <w:rPr>
          <w:lang w:val="nl-NL"/>
        </w:rPr>
      </w:pPr>
    </w:p>
    <w:p w14:paraId="7B91A16D" w14:textId="79F1B0E2" w:rsidR="009C2973" w:rsidRDefault="00380F4D" w:rsidP="009C2973">
      <w:pPr>
        <w:spacing w:before="0" w:after="0" w:line="240" w:lineRule="auto"/>
        <w:rPr>
          <w:lang w:val="nl-NL"/>
        </w:rPr>
      </w:pPr>
      <w:r>
        <w:rPr>
          <w:lang w:val="nl-NL"/>
        </w:rPr>
        <w:t xml:space="preserve">Let op: het trainen van de </w:t>
      </w:r>
      <w:proofErr w:type="spellStart"/>
      <w:r>
        <w:rPr>
          <w:lang w:val="nl-NL"/>
        </w:rPr>
        <w:t>chatbot</w:t>
      </w:r>
      <w:proofErr w:type="spellEnd"/>
      <w:r>
        <w:rPr>
          <w:lang w:val="nl-NL"/>
        </w:rPr>
        <w:t xml:space="preserve">, dus het zelf proberen of de </w:t>
      </w:r>
      <w:proofErr w:type="spellStart"/>
      <w:r>
        <w:rPr>
          <w:lang w:val="nl-NL"/>
        </w:rPr>
        <w:t>chatbot</w:t>
      </w:r>
      <w:proofErr w:type="spellEnd"/>
      <w:r>
        <w:rPr>
          <w:lang w:val="nl-NL"/>
        </w:rPr>
        <w:t xml:space="preserve"> doet wat hij moet doen en geen gekke dingen doet of zegt, zul je toch nog echt wel zelf moeten doen. En dat kost tijd. </w:t>
      </w:r>
    </w:p>
    <w:p w14:paraId="6E3952E8" w14:textId="77777777" w:rsidR="009C2973" w:rsidRDefault="009C2973" w:rsidP="009C2973">
      <w:pPr>
        <w:spacing w:before="0" w:after="0" w:line="240" w:lineRule="auto"/>
        <w:rPr>
          <w:lang w:val="nl-NL"/>
        </w:rPr>
      </w:pPr>
    </w:p>
    <w:p w14:paraId="1C622547" w14:textId="5F6F2866" w:rsidR="009C2973" w:rsidRDefault="009C2973" w:rsidP="009C2973">
      <w:pPr>
        <w:spacing w:before="0" w:after="0" w:line="240" w:lineRule="auto"/>
        <w:rPr>
          <w:lang w:val="nl-NL"/>
        </w:rPr>
      </w:pPr>
      <w:r>
        <w:rPr>
          <w:lang w:val="nl-NL"/>
        </w:rPr>
        <w:t xml:space="preserve">Geef in de prompt ook altijd instructies over wat de </w:t>
      </w:r>
      <w:proofErr w:type="spellStart"/>
      <w:r>
        <w:rPr>
          <w:lang w:val="nl-NL"/>
        </w:rPr>
        <w:t>chatbot</w:t>
      </w:r>
      <w:proofErr w:type="spellEnd"/>
      <w:r>
        <w:rPr>
          <w:lang w:val="nl-NL"/>
        </w:rPr>
        <w:t xml:space="preserve"> ook zeker niet moet doen. Een algemene instructie dat de </w:t>
      </w:r>
      <w:proofErr w:type="spellStart"/>
      <w:r>
        <w:rPr>
          <w:lang w:val="nl-NL"/>
        </w:rPr>
        <w:t>chatbot</w:t>
      </w:r>
      <w:proofErr w:type="spellEnd"/>
      <w:r>
        <w:rPr>
          <w:lang w:val="nl-NL"/>
        </w:rPr>
        <w:t xml:space="preserve"> zich bij zijn taak moet houden is vaak geen overbodige luxe. Mocht een student dan van het “script” afwijken en ineens gekke vragen gaan stellen (proberen om de </w:t>
      </w:r>
      <w:proofErr w:type="spellStart"/>
      <w:r>
        <w:rPr>
          <w:lang w:val="nl-NL"/>
        </w:rPr>
        <w:t>chatbot</w:t>
      </w:r>
      <w:proofErr w:type="spellEnd"/>
      <w:r>
        <w:rPr>
          <w:lang w:val="nl-NL"/>
        </w:rPr>
        <w:t xml:space="preserve"> te hacken</w:t>
      </w:r>
      <w:r w:rsidR="00520BAB">
        <w:rPr>
          <w:lang w:val="nl-NL"/>
        </w:rPr>
        <w:t xml:space="preserve">) dan wordt dit veel moeilijker door de instructies die je hebt meegegeven. Test dit overigens ook altijd uit in je </w:t>
      </w:r>
      <w:proofErr w:type="spellStart"/>
      <w:r w:rsidR="00520BAB">
        <w:rPr>
          <w:lang w:val="nl-NL"/>
        </w:rPr>
        <w:t>chatbot</w:t>
      </w:r>
      <w:proofErr w:type="spellEnd"/>
      <w:r w:rsidR="00520BAB">
        <w:rPr>
          <w:lang w:val="nl-NL"/>
        </w:rPr>
        <w:t xml:space="preserve">! </w:t>
      </w:r>
    </w:p>
    <w:p w14:paraId="44CC8800" w14:textId="67B0D911" w:rsidR="00B670F9" w:rsidRDefault="00B670F9">
      <w:pPr>
        <w:rPr>
          <w:lang w:val="nl-NL"/>
        </w:rPr>
      </w:pPr>
      <w:r>
        <w:rPr>
          <w:lang w:val="nl-NL"/>
        </w:rPr>
        <w:br w:type="page"/>
      </w:r>
    </w:p>
    <w:p w14:paraId="6A9CACC0" w14:textId="4BA01FD9" w:rsidR="007625FB" w:rsidRPr="00F26EA7" w:rsidRDefault="007625FB" w:rsidP="0071438E">
      <w:pPr>
        <w:pStyle w:val="Kop2"/>
        <w:spacing w:before="0" w:line="240" w:lineRule="auto"/>
        <w:rPr>
          <w:lang w:val="nl-NL"/>
        </w:rPr>
      </w:pPr>
      <w:r>
        <w:rPr>
          <w:lang w:val="nl-NL"/>
        </w:rPr>
        <w:lastRenderedPageBreak/>
        <w:t>Een eigen chatbot met Google Gemini</w:t>
      </w:r>
    </w:p>
    <w:p w14:paraId="0F173B39" w14:textId="7321D58C" w:rsidR="00E1361D" w:rsidRDefault="00E1361D" w:rsidP="0071438E">
      <w:pPr>
        <w:pStyle w:val="Lijstnummering"/>
        <w:numPr>
          <w:ilvl w:val="0"/>
          <w:numId w:val="0"/>
        </w:numPr>
        <w:spacing w:before="0" w:after="0" w:line="240" w:lineRule="auto"/>
        <w:rPr>
          <w:lang w:val="nl-NL"/>
        </w:rPr>
      </w:pPr>
      <w:r>
        <w:rPr>
          <w:lang w:val="nl-NL"/>
        </w:rPr>
        <w:t xml:space="preserve">In Google Gemini kun je een eigen </w:t>
      </w:r>
      <w:proofErr w:type="spellStart"/>
      <w:r>
        <w:rPr>
          <w:lang w:val="nl-NL"/>
        </w:rPr>
        <w:t>chatbot</w:t>
      </w:r>
      <w:proofErr w:type="spellEnd"/>
      <w:r>
        <w:rPr>
          <w:lang w:val="nl-NL"/>
        </w:rPr>
        <w:t xml:space="preserve"> bouwen maar je moet bij Gemini wel inloggen.</w:t>
      </w:r>
      <w:r w:rsidR="00E97933">
        <w:rPr>
          <w:lang w:val="nl-NL"/>
        </w:rPr>
        <w:t xml:space="preserve"> Link: </w:t>
      </w:r>
      <w:hyperlink r:id="rId34" w:history="1">
        <w:r w:rsidR="00E97933" w:rsidRPr="009A5643">
          <w:rPr>
            <w:rStyle w:val="Hyperlink"/>
            <w:lang w:val="nl-NL"/>
          </w:rPr>
          <w:t>https://gemini.google.com</w:t>
        </w:r>
      </w:hyperlink>
      <w:r w:rsidR="00E97933">
        <w:rPr>
          <w:lang w:val="nl-NL"/>
        </w:rPr>
        <w:t xml:space="preserve"> </w:t>
      </w:r>
    </w:p>
    <w:p w14:paraId="6E0C5EAB" w14:textId="77777777" w:rsidR="00E1361D" w:rsidRDefault="00E1361D" w:rsidP="0071438E">
      <w:pPr>
        <w:pStyle w:val="Lijstnummering"/>
        <w:numPr>
          <w:ilvl w:val="0"/>
          <w:numId w:val="0"/>
        </w:numPr>
        <w:spacing w:before="0" w:after="0" w:line="240" w:lineRule="auto"/>
        <w:ind w:left="360" w:hanging="360"/>
        <w:rPr>
          <w:lang w:val="nl-NL"/>
        </w:rPr>
      </w:pPr>
    </w:p>
    <w:p w14:paraId="5F678B0A" w14:textId="10845BD9" w:rsidR="00E1361D" w:rsidRDefault="00C45FF6" w:rsidP="0071438E">
      <w:pPr>
        <w:pStyle w:val="Lijstnummering"/>
        <w:numPr>
          <w:ilvl w:val="0"/>
          <w:numId w:val="0"/>
        </w:numPr>
        <w:spacing w:before="0" w:after="0" w:line="240" w:lineRule="auto"/>
        <w:rPr>
          <w:lang w:val="nl-NL"/>
        </w:rPr>
      </w:pPr>
      <w:r>
        <w:rPr>
          <w:lang w:val="nl-NL"/>
        </w:rPr>
        <w:t xml:space="preserve">Bij Gemini heten de </w:t>
      </w:r>
      <w:proofErr w:type="spellStart"/>
      <w:r>
        <w:rPr>
          <w:lang w:val="nl-NL"/>
        </w:rPr>
        <w:t>chatbot</w:t>
      </w:r>
      <w:proofErr w:type="spellEnd"/>
      <w:r>
        <w:rPr>
          <w:lang w:val="nl-NL"/>
        </w:rPr>
        <w:t xml:space="preserve"> Gems en deze kun je vinden op de homepage</w:t>
      </w:r>
      <w:r w:rsidR="00C07171">
        <w:rPr>
          <w:lang w:val="nl-NL"/>
        </w:rPr>
        <w:t>. Vervolgens kun je aan de rechterkant klikken op knop “nieuwe gem”</w:t>
      </w:r>
    </w:p>
    <w:p w14:paraId="6EDDEC00" w14:textId="77777777" w:rsidR="00C45FF6" w:rsidRDefault="00C45FF6" w:rsidP="0071438E">
      <w:pPr>
        <w:pStyle w:val="Lijstnummering"/>
        <w:numPr>
          <w:ilvl w:val="0"/>
          <w:numId w:val="0"/>
        </w:numPr>
        <w:spacing w:before="0" w:after="0" w:line="240" w:lineRule="auto"/>
        <w:ind w:left="360" w:hanging="360"/>
        <w:rPr>
          <w:lang w:val="nl-NL"/>
        </w:rPr>
      </w:pPr>
    </w:p>
    <w:p w14:paraId="4FB03D9B" w14:textId="0F259678" w:rsidR="00C45FF6" w:rsidRDefault="00C07171" w:rsidP="0071438E">
      <w:pPr>
        <w:pStyle w:val="Lijstnummering"/>
        <w:numPr>
          <w:ilvl w:val="0"/>
          <w:numId w:val="0"/>
        </w:numPr>
        <w:spacing w:before="0" w:after="0" w:line="240" w:lineRule="auto"/>
        <w:ind w:left="360" w:hanging="360"/>
        <w:rPr>
          <w:lang w:val="nl-NL"/>
        </w:rPr>
      </w:pPr>
      <w:r>
        <w:rPr>
          <w:noProof/>
          <w:lang w:val="nl-NL"/>
        </w:rPr>
        <mc:AlternateContent>
          <mc:Choice Requires="wps">
            <w:drawing>
              <wp:anchor distT="0" distB="0" distL="114300" distR="114300" simplePos="0" relativeHeight="251675648" behindDoc="0" locked="0" layoutInCell="1" allowOverlap="1" wp14:anchorId="300A32B1" wp14:editId="499E0802">
                <wp:simplePos x="0" y="0"/>
                <wp:positionH relativeFrom="column">
                  <wp:posOffset>4008780</wp:posOffset>
                </wp:positionH>
                <wp:positionV relativeFrom="paragraph">
                  <wp:posOffset>1337539</wp:posOffset>
                </wp:positionV>
                <wp:extent cx="1138123" cy="541325"/>
                <wp:effectExtent l="76200" t="38100" r="100330" b="106680"/>
                <wp:wrapNone/>
                <wp:docPr id="823250700" name="Ovaal 3"/>
                <wp:cNvGraphicFramePr/>
                <a:graphic xmlns:a="http://schemas.openxmlformats.org/drawingml/2006/main">
                  <a:graphicData uri="http://schemas.microsoft.com/office/word/2010/wordprocessingShape">
                    <wps:wsp>
                      <wps:cNvSpPr/>
                      <wps:spPr>
                        <a:xfrm>
                          <a:off x="0" y="0"/>
                          <a:ext cx="1138123" cy="541325"/>
                        </a:xfrm>
                        <a:prstGeom prst="ellipse">
                          <a:avLst/>
                        </a:prstGeom>
                        <a:noFill/>
                        <a:ln w="571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FEF97F" id="Ovaal 3" o:spid="_x0000_s1026" style="position:absolute;margin-left:315.65pt;margin-top:105.3pt;width:89.6pt;height:42.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" filled="f" strokecolor="#e00" strokeweight="4.5pt">
                <v:shadow on="t" color="black" opacity="22937f" origin=",.5" offset="0,.63889mm"/>
              </v:oval>
            </w:pict>
          </mc:Fallback>
        </mc:AlternateContent>
      </w:r>
      <w:r w:rsidR="00C45FF6">
        <w:rPr>
          <w:noProof/>
          <w:lang w:val="nl-NL"/>
        </w:rPr>
        <mc:AlternateContent>
          <mc:Choice Requires="wps">
            <w:drawing>
              <wp:anchor distT="0" distB="0" distL="114300" distR="114300" simplePos="0" relativeHeight="251673600" behindDoc="0" locked="0" layoutInCell="1" allowOverlap="1" wp14:anchorId="5C6CAF5A" wp14:editId="2179021D">
                <wp:simplePos x="0" y="0"/>
                <wp:positionH relativeFrom="column">
                  <wp:posOffset>-182880</wp:posOffset>
                </wp:positionH>
                <wp:positionV relativeFrom="paragraph">
                  <wp:posOffset>869899</wp:posOffset>
                </wp:positionV>
                <wp:extent cx="1138123" cy="541325"/>
                <wp:effectExtent l="76200" t="38100" r="100330" b="106680"/>
                <wp:wrapNone/>
                <wp:docPr id="1684548188" name="Ovaal 3"/>
                <wp:cNvGraphicFramePr/>
                <a:graphic xmlns:a="http://schemas.openxmlformats.org/drawingml/2006/main">
                  <a:graphicData uri="http://schemas.microsoft.com/office/word/2010/wordprocessingShape">
                    <wps:wsp>
                      <wps:cNvSpPr/>
                      <wps:spPr>
                        <a:xfrm>
                          <a:off x="0" y="0"/>
                          <a:ext cx="1138123" cy="541325"/>
                        </a:xfrm>
                        <a:prstGeom prst="ellipse">
                          <a:avLst/>
                        </a:prstGeom>
                        <a:noFill/>
                        <a:ln w="571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A85D3D" id="Ovaal 3" o:spid="_x0000_s1026" style="position:absolute;margin-left:-14.4pt;margin-top:68.5pt;width:89.6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" filled="f" strokecolor="#e00" strokeweight="4.5pt">
                <v:shadow on="t" color="black" opacity="22937f" origin=",.5" offset="0,.63889mm"/>
              </v:oval>
            </w:pict>
          </mc:Fallback>
        </mc:AlternateContent>
      </w:r>
      <w:r w:rsidR="00C45FF6" w:rsidRPr="00C45FF6">
        <w:rPr>
          <w:noProof/>
          <w:lang w:val="nl-NL"/>
        </w:rPr>
        <w:drawing>
          <wp:inline distT="0" distB="0" distL="0" distR="0" wp14:anchorId="6A6E480C" wp14:editId="62B71601">
            <wp:extent cx="5486400" cy="3028315"/>
            <wp:effectExtent l="0" t="0" r="0" b="635"/>
            <wp:docPr id="1912082856" name="Afbeelding 1" descr="Afbeelding met tekst, software, Lettertyp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82856" name="Afbeelding 1" descr="Afbeelding met tekst, software, Lettertype, Computerpictogram&#10;&#10;Door AI gegenereerde inhoud is mogelijk onjuist."/>
                    <pic:cNvPicPr/>
                  </pic:nvPicPr>
                  <pic:blipFill>
                    <a:blip r:embed="rId35"/>
                    <a:stretch>
                      <a:fillRect/>
                    </a:stretch>
                  </pic:blipFill>
                  <pic:spPr>
                    <a:xfrm>
                      <a:off x="0" y="0"/>
                      <a:ext cx="5486400" cy="3028315"/>
                    </a:xfrm>
                    <a:prstGeom prst="rect">
                      <a:avLst/>
                    </a:prstGeom>
                  </pic:spPr>
                </pic:pic>
              </a:graphicData>
            </a:graphic>
          </wp:inline>
        </w:drawing>
      </w:r>
    </w:p>
    <w:p w14:paraId="76C5A04A" w14:textId="6B35853E" w:rsidR="00C45FF6" w:rsidRDefault="00932827" w:rsidP="0071438E">
      <w:pPr>
        <w:spacing w:before="0" w:after="0" w:line="240" w:lineRule="auto"/>
        <w:rPr>
          <w:lang w:val="nl-NL"/>
        </w:rPr>
      </w:pPr>
      <w:r>
        <w:rPr>
          <w:lang w:val="nl-NL"/>
        </w:rPr>
        <w:t>Dan verschijnt dit scherm:</w:t>
      </w:r>
    </w:p>
    <w:p w14:paraId="290467E4" w14:textId="14C1F7D2" w:rsidR="00932827" w:rsidRDefault="00932827" w:rsidP="0071438E">
      <w:pPr>
        <w:spacing w:before="0" w:after="0" w:line="240" w:lineRule="auto"/>
        <w:rPr>
          <w:lang w:val="nl-NL"/>
        </w:rPr>
      </w:pPr>
      <w:r w:rsidRPr="00932827">
        <w:rPr>
          <w:noProof/>
          <w:lang w:val="nl-NL"/>
        </w:rPr>
        <w:drawing>
          <wp:inline distT="0" distB="0" distL="0" distR="0" wp14:anchorId="704CE663" wp14:editId="51E4C7DA">
            <wp:extent cx="5486400" cy="2988945"/>
            <wp:effectExtent l="0" t="0" r="0" b="1905"/>
            <wp:docPr id="1945241133"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41133" name="Afbeelding 1" descr="Afbeelding met tekst, schermopname, software, Computerpictogram&#10;&#10;Door AI gegenereerde inhoud is mogelijk onjuist."/>
                    <pic:cNvPicPr/>
                  </pic:nvPicPr>
                  <pic:blipFill>
                    <a:blip r:embed="rId36"/>
                    <a:stretch>
                      <a:fillRect/>
                    </a:stretch>
                  </pic:blipFill>
                  <pic:spPr>
                    <a:xfrm>
                      <a:off x="0" y="0"/>
                      <a:ext cx="5486400" cy="2988945"/>
                    </a:xfrm>
                    <a:prstGeom prst="rect">
                      <a:avLst/>
                    </a:prstGeom>
                  </pic:spPr>
                </pic:pic>
              </a:graphicData>
            </a:graphic>
          </wp:inline>
        </w:drawing>
      </w:r>
    </w:p>
    <w:p w14:paraId="6C80E84B" w14:textId="77777777" w:rsidR="00932827" w:rsidRDefault="00932827" w:rsidP="0071438E">
      <w:pPr>
        <w:spacing w:before="0" w:after="0" w:line="240" w:lineRule="auto"/>
        <w:rPr>
          <w:lang w:val="nl-NL"/>
        </w:rPr>
      </w:pPr>
      <w:r>
        <w:rPr>
          <w:lang w:val="nl-NL"/>
        </w:rPr>
        <w:t xml:space="preserve">Hier ga je je </w:t>
      </w:r>
      <w:proofErr w:type="spellStart"/>
      <w:r>
        <w:rPr>
          <w:lang w:val="nl-NL"/>
        </w:rPr>
        <w:t>chatbot</w:t>
      </w:r>
      <w:proofErr w:type="spellEnd"/>
      <w:r>
        <w:rPr>
          <w:lang w:val="nl-NL"/>
        </w:rPr>
        <w:t xml:space="preserve"> als het ware programmeren. </w:t>
      </w:r>
      <w:r>
        <w:rPr>
          <w:lang w:val="nl-NL"/>
        </w:rPr>
        <w:br/>
      </w:r>
      <w:r>
        <w:rPr>
          <w:lang w:val="nl-NL"/>
        </w:rPr>
        <w:br/>
        <w:t xml:space="preserve">Hier kun je de naam van je </w:t>
      </w:r>
      <w:proofErr w:type="spellStart"/>
      <w:r>
        <w:rPr>
          <w:lang w:val="nl-NL"/>
        </w:rPr>
        <w:t>Chatbot</w:t>
      </w:r>
      <w:proofErr w:type="spellEnd"/>
      <w:r>
        <w:rPr>
          <w:lang w:val="nl-NL"/>
        </w:rPr>
        <w:t xml:space="preserve"> invoeren, een beschrijving geven en de instructies geven waar je </w:t>
      </w:r>
      <w:proofErr w:type="spellStart"/>
      <w:r>
        <w:rPr>
          <w:lang w:val="nl-NL"/>
        </w:rPr>
        <w:t>chatbot</w:t>
      </w:r>
      <w:proofErr w:type="spellEnd"/>
      <w:r>
        <w:rPr>
          <w:lang w:val="nl-NL"/>
        </w:rPr>
        <w:t xml:space="preserve"> zich aan moet houden. Dat is eigenlijk je masterprompt (zie </w:t>
      </w:r>
      <w:r w:rsidRPr="00911F82">
        <w:rPr>
          <w:b/>
          <w:bCs/>
          <w:lang w:val="nl-NL"/>
        </w:rPr>
        <w:t xml:space="preserve">ook Werkblad 4 – Ik kan </w:t>
      </w:r>
      <w:proofErr w:type="spellStart"/>
      <w:r w:rsidRPr="00911F82">
        <w:rPr>
          <w:b/>
          <w:bCs/>
          <w:lang w:val="nl-NL"/>
        </w:rPr>
        <w:t>prompten</w:t>
      </w:r>
      <w:proofErr w:type="spellEnd"/>
      <w:r w:rsidRPr="00911F82">
        <w:rPr>
          <w:b/>
          <w:bCs/>
          <w:lang w:val="nl-NL"/>
        </w:rPr>
        <w:t>, maar ik wil leren hoe ik dat nog beter kan doen</w:t>
      </w:r>
      <w:r>
        <w:rPr>
          <w:lang w:val="nl-NL"/>
        </w:rPr>
        <w:t>).</w:t>
      </w:r>
      <w:r>
        <w:rPr>
          <w:lang w:val="nl-NL"/>
        </w:rPr>
        <w:br/>
      </w:r>
    </w:p>
    <w:p w14:paraId="12EF2DF0" w14:textId="43E08BA3" w:rsidR="00014577" w:rsidRDefault="00014577" w:rsidP="0071438E">
      <w:pPr>
        <w:spacing w:before="0" w:after="0" w:line="240" w:lineRule="auto"/>
        <w:rPr>
          <w:lang w:val="nl-NL"/>
        </w:rPr>
      </w:pPr>
      <w:r>
        <w:rPr>
          <w:lang w:val="nl-NL"/>
        </w:rPr>
        <w:lastRenderedPageBreak/>
        <w:t xml:space="preserve">Hieronder kun je bestanden uploaden. Dat is een belangrijke feature. Want hiermee kun je bijvoorbeeld jouw kennisbronnen toevoegen, of jouw blokwijzer of de studiewijzer voor het afstuderen. </w:t>
      </w:r>
      <w:r>
        <w:rPr>
          <w:lang w:val="nl-NL"/>
        </w:rPr>
        <w:br/>
      </w:r>
    </w:p>
    <w:p w14:paraId="47D5BEC2" w14:textId="77777777" w:rsidR="005A651D" w:rsidRDefault="005A651D" w:rsidP="0071438E">
      <w:pPr>
        <w:spacing w:before="0" w:after="0" w:line="240" w:lineRule="auto"/>
        <w:rPr>
          <w:lang w:val="nl-NL"/>
        </w:rPr>
      </w:pPr>
      <w:r>
        <w:rPr>
          <w:lang w:val="nl-NL"/>
        </w:rPr>
        <w:t xml:space="preserve">In het rechterscherm kun je meteen praten met je </w:t>
      </w:r>
      <w:proofErr w:type="spellStart"/>
      <w:r>
        <w:rPr>
          <w:lang w:val="nl-NL"/>
        </w:rPr>
        <w:t>chatbot</w:t>
      </w:r>
      <w:proofErr w:type="spellEnd"/>
      <w:r>
        <w:rPr>
          <w:lang w:val="nl-NL"/>
        </w:rPr>
        <w:t xml:space="preserve"> en kun je dus meteen testen of de </w:t>
      </w:r>
      <w:proofErr w:type="spellStart"/>
      <w:r>
        <w:rPr>
          <w:lang w:val="nl-NL"/>
        </w:rPr>
        <w:t>chatbot</w:t>
      </w:r>
      <w:proofErr w:type="spellEnd"/>
      <w:r>
        <w:rPr>
          <w:lang w:val="nl-NL"/>
        </w:rPr>
        <w:t xml:space="preserve"> doet wat jij wilt. Dat zal in het begin nog niet altijd het geval zijn en dan moet je dus extra instructies toevoegen. </w:t>
      </w:r>
    </w:p>
    <w:p w14:paraId="23B2F8F0" w14:textId="77777777" w:rsidR="005A651D" w:rsidRDefault="005A651D" w:rsidP="0071438E">
      <w:pPr>
        <w:spacing w:before="0" w:after="0" w:line="240" w:lineRule="auto"/>
        <w:rPr>
          <w:lang w:val="nl-NL"/>
        </w:rPr>
      </w:pPr>
    </w:p>
    <w:p w14:paraId="6E03E281" w14:textId="60F66978" w:rsidR="005A651D" w:rsidRDefault="005A651D" w:rsidP="0071438E">
      <w:pPr>
        <w:spacing w:before="0" w:after="0" w:line="240" w:lineRule="auto"/>
        <w:rPr>
          <w:lang w:val="nl-NL"/>
        </w:rPr>
      </w:pPr>
      <w:r>
        <w:rPr>
          <w:lang w:val="nl-NL"/>
        </w:rPr>
        <w:t xml:space="preserve">Als je na uitvoering testen tevreden bent over de prestaties van je </w:t>
      </w:r>
      <w:proofErr w:type="spellStart"/>
      <w:r>
        <w:rPr>
          <w:lang w:val="nl-NL"/>
        </w:rPr>
        <w:t>chatbot</w:t>
      </w:r>
      <w:proofErr w:type="spellEnd"/>
      <w:r>
        <w:rPr>
          <w:lang w:val="nl-NL"/>
        </w:rPr>
        <w:t xml:space="preserve">, dan kun je rechtsboven klikken op de knop </w:t>
      </w:r>
      <w:r w:rsidR="00E97933">
        <w:rPr>
          <w:lang w:val="nl-NL"/>
        </w:rPr>
        <w:t>opslaan</w:t>
      </w:r>
      <w:r w:rsidR="001922E3">
        <w:rPr>
          <w:lang w:val="nl-NL"/>
        </w:rPr>
        <w:t>. Dan verschijnt dit scherm:</w:t>
      </w:r>
    </w:p>
    <w:p w14:paraId="6CDB06C5" w14:textId="77777777" w:rsidR="001922E3" w:rsidRDefault="001922E3" w:rsidP="005A651D">
      <w:pPr>
        <w:spacing w:before="0" w:after="0" w:line="240" w:lineRule="auto"/>
        <w:rPr>
          <w:lang w:val="nl-NL"/>
        </w:rPr>
      </w:pPr>
    </w:p>
    <w:p w14:paraId="6CA3F6A0" w14:textId="77295098" w:rsidR="001922E3" w:rsidRDefault="001922E3" w:rsidP="005A651D">
      <w:pPr>
        <w:spacing w:before="0" w:after="0" w:line="240" w:lineRule="auto"/>
        <w:rPr>
          <w:lang w:val="nl-NL"/>
        </w:rPr>
      </w:pPr>
      <w:r w:rsidRPr="001922E3">
        <w:rPr>
          <w:noProof/>
          <w:lang w:val="nl-NL"/>
        </w:rPr>
        <w:drawing>
          <wp:inline distT="0" distB="0" distL="0" distR="0" wp14:anchorId="0705CECF" wp14:editId="397CE9EC">
            <wp:extent cx="5486400" cy="2976880"/>
            <wp:effectExtent l="0" t="0" r="0" b="0"/>
            <wp:docPr id="596472721" name="Afbeelding 1" descr="Afbeelding met tekst, software, Computerpicto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72721" name="Afbeelding 1" descr="Afbeelding met tekst, software, Computerpictogram, nummer&#10;&#10;Door AI gegenereerde inhoud is mogelijk onjuist."/>
                    <pic:cNvPicPr/>
                  </pic:nvPicPr>
                  <pic:blipFill>
                    <a:blip r:embed="rId37"/>
                    <a:stretch>
                      <a:fillRect/>
                    </a:stretch>
                  </pic:blipFill>
                  <pic:spPr>
                    <a:xfrm>
                      <a:off x="0" y="0"/>
                      <a:ext cx="5486400" cy="2976880"/>
                    </a:xfrm>
                    <a:prstGeom prst="rect">
                      <a:avLst/>
                    </a:prstGeom>
                  </pic:spPr>
                </pic:pic>
              </a:graphicData>
            </a:graphic>
          </wp:inline>
        </w:drawing>
      </w:r>
    </w:p>
    <w:p w14:paraId="445DF7CC" w14:textId="77777777" w:rsidR="00014577" w:rsidRDefault="00014577" w:rsidP="00014577">
      <w:pPr>
        <w:spacing w:before="0" w:after="0" w:line="240" w:lineRule="auto"/>
        <w:rPr>
          <w:lang w:val="nl-NL"/>
        </w:rPr>
      </w:pPr>
    </w:p>
    <w:p w14:paraId="5157E5F2" w14:textId="77777777" w:rsidR="0071438E" w:rsidRDefault="003245A9" w:rsidP="0071438E">
      <w:pPr>
        <w:spacing w:before="0" w:after="0" w:line="240" w:lineRule="auto"/>
        <w:rPr>
          <w:lang w:val="nl-NL"/>
        </w:rPr>
      </w:pPr>
      <w:r>
        <w:rPr>
          <w:lang w:val="nl-NL"/>
        </w:rPr>
        <w:t xml:space="preserve">Vervolgens kun je op de knop delen drukken en hier kun je een e-mailadres toevoegen. </w:t>
      </w:r>
      <w:r w:rsidR="00A62CAB">
        <w:rPr>
          <w:lang w:val="nl-NL"/>
        </w:rPr>
        <w:t xml:space="preserve">Bijvoorbeeld van jezelf of een student. De ontvanger krijgt vervolgens een e-mail met daarin een link naar de </w:t>
      </w:r>
      <w:proofErr w:type="spellStart"/>
      <w:r w:rsidR="00A62CAB">
        <w:rPr>
          <w:lang w:val="nl-NL"/>
        </w:rPr>
        <w:t>chatbot</w:t>
      </w:r>
      <w:proofErr w:type="spellEnd"/>
      <w:r w:rsidR="00A62CAB">
        <w:rPr>
          <w:lang w:val="nl-NL"/>
        </w:rPr>
        <w:t xml:space="preserve">. </w:t>
      </w:r>
    </w:p>
    <w:p w14:paraId="62B0DBCD" w14:textId="77777777" w:rsidR="0071438E" w:rsidRDefault="0071438E" w:rsidP="0071438E">
      <w:pPr>
        <w:spacing w:before="0" w:after="0" w:line="240" w:lineRule="auto"/>
        <w:rPr>
          <w:lang w:val="nl-NL"/>
        </w:rPr>
      </w:pPr>
    </w:p>
    <w:p w14:paraId="03C661A4" w14:textId="341D4A1C" w:rsidR="0071438E" w:rsidRDefault="00A62CAB" w:rsidP="0071438E">
      <w:pPr>
        <w:spacing w:before="0" w:after="0" w:line="240" w:lineRule="auto"/>
        <w:rPr>
          <w:lang w:val="nl-NL"/>
        </w:rPr>
      </w:pPr>
      <w:r>
        <w:rPr>
          <w:lang w:val="nl-NL"/>
        </w:rPr>
        <w:t xml:space="preserve">De ontvanger kan deze </w:t>
      </w:r>
      <w:proofErr w:type="spellStart"/>
      <w:r>
        <w:rPr>
          <w:lang w:val="nl-NL"/>
        </w:rPr>
        <w:t>chatbot</w:t>
      </w:r>
      <w:proofErr w:type="spellEnd"/>
      <w:r>
        <w:rPr>
          <w:lang w:val="nl-NL"/>
        </w:rPr>
        <w:t xml:space="preserve"> nu meteen gebruiken, zonder dat de gebruikers hiervoor hoeft in te loggen! Dat is een groot voordeel van </w:t>
      </w:r>
      <w:r w:rsidR="0071438E">
        <w:rPr>
          <w:lang w:val="nl-NL"/>
        </w:rPr>
        <w:t xml:space="preserve">een </w:t>
      </w:r>
      <w:proofErr w:type="spellStart"/>
      <w:r w:rsidR="0071438E">
        <w:rPr>
          <w:lang w:val="nl-NL"/>
        </w:rPr>
        <w:t>chatbot</w:t>
      </w:r>
      <w:proofErr w:type="spellEnd"/>
      <w:r w:rsidR="0071438E">
        <w:rPr>
          <w:lang w:val="nl-NL"/>
        </w:rPr>
        <w:t xml:space="preserve"> gemaakt met Google Gemini. </w:t>
      </w:r>
    </w:p>
    <w:p w14:paraId="3054BEDA" w14:textId="77777777" w:rsidR="008032D6" w:rsidRDefault="0071438E" w:rsidP="0071438E">
      <w:pPr>
        <w:spacing w:before="0" w:after="0" w:line="240" w:lineRule="auto"/>
        <w:rPr>
          <w:lang w:val="nl-NL"/>
        </w:rPr>
      </w:pPr>
      <w:r>
        <w:rPr>
          <w:lang w:val="nl-NL"/>
        </w:rPr>
        <w:t xml:space="preserve">Deze link kun je ook in bijvoorbeeld </w:t>
      </w:r>
      <w:proofErr w:type="spellStart"/>
      <w:r>
        <w:rPr>
          <w:lang w:val="nl-NL"/>
        </w:rPr>
        <w:t>Brightspace</w:t>
      </w:r>
      <w:proofErr w:type="spellEnd"/>
      <w:r>
        <w:rPr>
          <w:lang w:val="nl-NL"/>
        </w:rPr>
        <w:t xml:space="preserve"> plaatsen zodat studenten vanuit daar direct doorverwezen worden naar je </w:t>
      </w:r>
      <w:proofErr w:type="spellStart"/>
      <w:r>
        <w:rPr>
          <w:lang w:val="nl-NL"/>
        </w:rPr>
        <w:t>chatbot</w:t>
      </w:r>
      <w:proofErr w:type="spellEnd"/>
      <w:r>
        <w:rPr>
          <w:lang w:val="nl-NL"/>
        </w:rPr>
        <w:t xml:space="preserve">. </w:t>
      </w:r>
    </w:p>
    <w:p w14:paraId="7D30D776" w14:textId="77777777" w:rsidR="008032D6" w:rsidRDefault="008032D6" w:rsidP="0071438E">
      <w:pPr>
        <w:spacing w:before="0" w:after="0" w:line="240" w:lineRule="auto"/>
        <w:rPr>
          <w:lang w:val="nl-NL"/>
        </w:rPr>
      </w:pPr>
    </w:p>
    <w:p w14:paraId="39F4ED62" w14:textId="61082E07" w:rsidR="00380F4D" w:rsidRPr="00886F8D" w:rsidRDefault="00380F4D" w:rsidP="00380F4D">
      <w:pPr>
        <w:pStyle w:val="Kop2"/>
        <w:spacing w:before="0" w:line="240" w:lineRule="auto"/>
        <w:rPr>
          <w:lang w:val="nl-NL"/>
        </w:rPr>
      </w:pPr>
      <w:r w:rsidRPr="00FB5E5D">
        <w:rPr>
          <w:lang w:val="nl-NL"/>
        </w:rPr>
        <w:t>Pro-tip</w:t>
      </w:r>
    </w:p>
    <w:p w14:paraId="520427B1" w14:textId="15710A7A" w:rsidR="00380F4D" w:rsidRDefault="00380F4D" w:rsidP="00380F4D">
      <w:pPr>
        <w:spacing w:before="0" w:after="0" w:line="240" w:lineRule="auto"/>
        <w:rPr>
          <w:lang w:val="nl-NL"/>
        </w:rPr>
      </w:pPr>
      <w:r>
        <w:rPr>
          <w:lang w:val="nl-NL"/>
        </w:rPr>
        <w:t>J</w:t>
      </w:r>
      <w:r w:rsidR="008032D6">
        <w:rPr>
          <w:lang w:val="nl-NL"/>
        </w:rPr>
        <w:t xml:space="preserve">e kun natuurlijk ook Gemini zelf vragen hoe je een zo effectief mogelijke </w:t>
      </w:r>
      <w:proofErr w:type="spellStart"/>
      <w:r w:rsidR="008032D6">
        <w:rPr>
          <w:lang w:val="nl-NL"/>
        </w:rPr>
        <w:t>chatbot</w:t>
      </w:r>
      <w:proofErr w:type="spellEnd"/>
      <w:r w:rsidR="008032D6">
        <w:rPr>
          <w:lang w:val="nl-NL"/>
        </w:rPr>
        <w:t xml:space="preserve"> kun maken en of Gemini je kan helpen bij het maken van je masterprompt.</w:t>
      </w:r>
      <w:r>
        <w:rPr>
          <w:lang w:val="nl-NL"/>
        </w:rPr>
        <w:t xml:space="preserve"> En je kunt deze masterprompt ook weer laten checken door een andere AI-tool.</w:t>
      </w:r>
    </w:p>
    <w:p w14:paraId="3AC4291D" w14:textId="77777777" w:rsidR="00380F4D" w:rsidRDefault="00380F4D" w:rsidP="008032D6">
      <w:pPr>
        <w:spacing w:before="0" w:after="0" w:line="240" w:lineRule="auto"/>
        <w:rPr>
          <w:lang w:val="nl-NL"/>
        </w:rPr>
      </w:pPr>
    </w:p>
    <w:p w14:paraId="451DB37A" w14:textId="0E50F624" w:rsidR="008032D6" w:rsidRDefault="008032D6" w:rsidP="008032D6">
      <w:pPr>
        <w:spacing w:before="0" w:after="0" w:line="240" w:lineRule="auto"/>
        <w:rPr>
          <w:lang w:val="nl-NL"/>
        </w:rPr>
      </w:pPr>
      <w:r>
        <w:rPr>
          <w:lang w:val="nl-NL"/>
        </w:rPr>
        <w:t xml:space="preserve">Let op: het trainen van de </w:t>
      </w:r>
      <w:proofErr w:type="spellStart"/>
      <w:r>
        <w:rPr>
          <w:lang w:val="nl-NL"/>
        </w:rPr>
        <w:t>chatbot</w:t>
      </w:r>
      <w:proofErr w:type="spellEnd"/>
      <w:r>
        <w:rPr>
          <w:lang w:val="nl-NL"/>
        </w:rPr>
        <w:t xml:space="preserve">, dus het zelf proberen of de </w:t>
      </w:r>
      <w:proofErr w:type="spellStart"/>
      <w:r>
        <w:rPr>
          <w:lang w:val="nl-NL"/>
        </w:rPr>
        <w:t>chatbot</w:t>
      </w:r>
      <w:proofErr w:type="spellEnd"/>
      <w:r>
        <w:rPr>
          <w:lang w:val="nl-NL"/>
        </w:rPr>
        <w:t xml:space="preserve"> doet wat hij moet doen en geen </w:t>
      </w:r>
      <w:r w:rsidR="00380F4D">
        <w:rPr>
          <w:lang w:val="nl-NL"/>
        </w:rPr>
        <w:t xml:space="preserve">gekke dingen doet of zegt, zul je toch nog echt wel zelf moeten doen. En dat kost tijd. </w:t>
      </w:r>
    </w:p>
    <w:p w14:paraId="308A68E4" w14:textId="77777777" w:rsidR="00520BAB" w:rsidRDefault="00520BAB" w:rsidP="00520BAB">
      <w:pPr>
        <w:spacing w:before="0" w:after="0" w:line="240" w:lineRule="auto"/>
        <w:rPr>
          <w:lang w:val="nl-NL"/>
        </w:rPr>
      </w:pPr>
    </w:p>
    <w:p w14:paraId="36661CF8" w14:textId="19B42F61" w:rsidR="00520BAB" w:rsidRDefault="00520BAB" w:rsidP="00520BAB">
      <w:pPr>
        <w:spacing w:before="0" w:after="0" w:line="240" w:lineRule="auto"/>
        <w:rPr>
          <w:lang w:val="nl-NL"/>
        </w:rPr>
      </w:pPr>
      <w:r>
        <w:rPr>
          <w:lang w:val="nl-NL"/>
        </w:rPr>
        <w:t xml:space="preserve">Geef in de prompt ook altijd instructies over wat de </w:t>
      </w:r>
      <w:proofErr w:type="spellStart"/>
      <w:r>
        <w:rPr>
          <w:lang w:val="nl-NL"/>
        </w:rPr>
        <w:t>chatbot</w:t>
      </w:r>
      <w:proofErr w:type="spellEnd"/>
      <w:r>
        <w:rPr>
          <w:lang w:val="nl-NL"/>
        </w:rPr>
        <w:t xml:space="preserve"> ook zeker niet moet doen. Een algemene instructie dat de </w:t>
      </w:r>
      <w:proofErr w:type="spellStart"/>
      <w:r>
        <w:rPr>
          <w:lang w:val="nl-NL"/>
        </w:rPr>
        <w:t>chatbot</w:t>
      </w:r>
      <w:proofErr w:type="spellEnd"/>
      <w:r>
        <w:rPr>
          <w:lang w:val="nl-NL"/>
        </w:rPr>
        <w:t xml:space="preserve"> zich bij zijn taak moet houden is vaak geen overbodige luxe. Mocht een student dan van het “script” afwijken en ineens gekke vragen gaan stellen (proberen om de </w:t>
      </w:r>
      <w:proofErr w:type="spellStart"/>
      <w:r>
        <w:rPr>
          <w:lang w:val="nl-NL"/>
        </w:rPr>
        <w:t>chatbot</w:t>
      </w:r>
      <w:proofErr w:type="spellEnd"/>
      <w:r>
        <w:rPr>
          <w:lang w:val="nl-NL"/>
        </w:rPr>
        <w:t xml:space="preserve"> te hacken) dan wordt dit veel moeilijker door de instructies die je hebt meegegeven. Test dit overigens ook altijd uit in je </w:t>
      </w:r>
      <w:proofErr w:type="spellStart"/>
      <w:r>
        <w:rPr>
          <w:lang w:val="nl-NL"/>
        </w:rPr>
        <w:t>chatbot</w:t>
      </w:r>
      <w:proofErr w:type="spellEnd"/>
      <w:r>
        <w:rPr>
          <w:lang w:val="nl-NL"/>
        </w:rPr>
        <w:t xml:space="preserve">! </w:t>
      </w:r>
    </w:p>
    <w:p w14:paraId="37F92F06" w14:textId="4F7731B5" w:rsidR="007625FB" w:rsidRPr="00F26EA7" w:rsidRDefault="007625FB" w:rsidP="007625FB">
      <w:pPr>
        <w:pStyle w:val="Kop2"/>
        <w:spacing w:before="0" w:line="240" w:lineRule="auto"/>
        <w:rPr>
          <w:lang w:val="nl-NL"/>
        </w:rPr>
      </w:pPr>
      <w:r>
        <w:rPr>
          <w:lang w:val="nl-NL"/>
        </w:rPr>
        <w:lastRenderedPageBreak/>
        <w:t>Een eigen chatbot met C</w:t>
      </w:r>
      <w:r w:rsidR="00C45FF6">
        <w:rPr>
          <w:lang w:val="nl-NL"/>
        </w:rPr>
        <w:t>o-pilot</w:t>
      </w:r>
    </w:p>
    <w:p w14:paraId="00573A0C" w14:textId="7326064D" w:rsidR="001D29D7" w:rsidRDefault="003827EC" w:rsidP="00520BAB">
      <w:pPr>
        <w:spacing w:before="0" w:after="0" w:line="240" w:lineRule="auto"/>
        <w:rPr>
          <w:lang w:val="nl-NL"/>
        </w:rPr>
      </w:pPr>
      <w:r>
        <w:rPr>
          <w:lang w:val="nl-NL"/>
        </w:rPr>
        <w:t xml:space="preserve">Helaas kan er tegenwoordig geen eigen </w:t>
      </w:r>
      <w:proofErr w:type="spellStart"/>
      <w:r>
        <w:rPr>
          <w:lang w:val="nl-NL"/>
        </w:rPr>
        <w:t>chatbot</w:t>
      </w:r>
      <w:proofErr w:type="spellEnd"/>
      <w:r>
        <w:rPr>
          <w:lang w:val="nl-NL"/>
        </w:rPr>
        <w:t xml:space="preserve"> gebouwd meer worden </w:t>
      </w:r>
      <w:r w:rsidR="0036063B">
        <w:rPr>
          <w:lang w:val="nl-NL"/>
        </w:rPr>
        <w:t>in</w:t>
      </w:r>
      <w:r>
        <w:rPr>
          <w:lang w:val="nl-NL"/>
        </w:rPr>
        <w:t xml:space="preserve"> Co-pilot.</w:t>
      </w:r>
    </w:p>
    <w:p w14:paraId="0B8BF611" w14:textId="77777777" w:rsidR="00520BAB" w:rsidRDefault="00520BAB" w:rsidP="00520BAB">
      <w:pPr>
        <w:spacing w:before="0" w:after="0" w:line="240" w:lineRule="auto"/>
        <w:rPr>
          <w:lang w:val="nl-NL"/>
        </w:rPr>
      </w:pPr>
    </w:p>
    <w:p w14:paraId="2D5A8BB1" w14:textId="202BBB25" w:rsidR="001D29D7" w:rsidRPr="00F26EA7" w:rsidRDefault="001D29D7" w:rsidP="001D29D7">
      <w:pPr>
        <w:pStyle w:val="Kop2"/>
        <w:spacing w:before="0" w:line="240" w:lineRule="auto"/>
        <w:rPr>
          <w:lang w:val="nl-NL"/>
        </w:rPr>
      </w:pPr>
      <w:r>
        <w:rPr>
          <w:lang w:val="nl-NL"/>
        </w:rPr>
        <w:t>Een eigen chatbot waarmee je kan praten</w:t>
      </w:r>
    </w:p>
    <w:p w14:paraId="76519CA9" w14:textId="3DB17CB3" w:rsidR="001D29D7" w:rsidRDefault="009B4012" w:rsidP="00371B03">
      <w:pPr>
        <w:spacing w:before="0" w:after="0" w:line="240" w:lineRule="auto"/>
        <w:rPr>
          <w:lang w:val="nl-NL"/>
        </w:rPr>
      </w:pPr>
      <w:r>
        <w:rPr>
          <w:lang w:val="nl-NL"/>
        </w:rPr>
        <w:t xml:space="preserve">Als je een </w:t>
      </w:r>
      <w:proofErr w:type="spellStart"/>
      <w:r>
        <w:rPr>
          <w:lang w:val="nl-NL"/>
        </w:rPr>
        <w:t>chatbot</w:t>
      </w:r>
      <w:proofErr w:type="spellEnd"/>
      <w:r>
        <w:rPr>
          <w:lang w:val="nl-NL"/>
        </w:rPr>
        <w:t xml:space="preserve"> heb gebouwd in </w:t>
      </w:r>
      <w:proofErr w:type="spellStart"/>
      <w:r>
        <w:rPr>
          <w:lang w:val="nl-NL"/>
        </w:rPr>
        <w:t>ChatGPT</w:t>
      </w:r>
      <w:proofErr w:type="spellEnd"/>
      <w:r>
        <w:rPr>
          <w:lang w:val="nl-NL"/>
        </w:rPr>
        <w:t xml:space="preserve"> kunnen studenten (die ingelogd zijn bij </w:t>
      </w:r>
      <w:proofErr w:type="spellStart"/>
      <w:r>
        <w:rPr>
          <w:lang w:val="nl-NL"/>
        </w:rPr>
        <w:t>ChatGPT</w:t>
      </w:r>
      <w:proofErr w:type="spellEnd"/>
      <w:r>
        <w:rPr>
          <w:lang w:val="nl-NL"/>
        </w:rPr>
        <w:t xml:space="preserve">) je </w:t>
      </w:r>
      <w:proofErr w:type="spellStart"/>
      <w:r>
        <w:rPr>
          <w:lang w:val="nl-NL"/>
        </w:rPr>
        <w:t>Chatbot</w:t>
      </w:r>
      <w:proofErr w:type="spellEnd"/>
      <w:r>
        <w:rPr>
          <w:lang w:val="nl-NL"/>
        </w:rPr>
        <w:t xml:space="preserve"> vinden. En als zij de </w:t>
      </w:r>
      <w:proofErr w:type="spellStart"/>
      <w:r>
        <w:rPr>
          <w:lang w:val="nl-NL"/>
        </w:rPr>
        <w:t>voicemodus</w:t>
      </w:r>
      <w:proofErr w:type="spellEnd"/>
      <w:r>
        <w:rPr>
          <w:lang w:val="nl-NL"/>
        </w:rPr>
        <w:t xml:space="preserve"> aanzetten, kunnen ze in gesprek met </w:t>
      </w:r>
      <w:r w:rsidR="00371B03">
        <w:rPr>
          <w:lang w:val="nl-NL"/>
        </w:rPr>
        <w:t xml:space="preserve">jouw </w:t>
      </w:r>
      <w:proofErr w:type="spellStart"/>
      <w:r w:rsidR="00371B03">
        <w:rPr>
          <w:lang w:val="nl-NL"/>
        </w:rPr>
        <w:t>chatbot</w:t>
      </w:r>
      <w:proofErr w:type="spellEnd"/>
      <w:r w:rsidR="00371B03">
        <w:rPr>
          <w:lang w:val="nl-NL"/>
        </w:rPr>
        <w:t xml:space="preserve">. </w:t>
      </w:r>
      <w:r w:rsidR="00371B03">
        <w:rPr>
          <w:lang w:val="nl-NL"/>
        </w:rPr>
        <w:br/>
      </w:r>
      <w:r>
        <w:rPr>
          <w:lang w:val="nl-NL"/>
        </w:rPr>
        <w:br/>
      </w:r>
      <w:r w:rsidR="001D29D7">
        <w:rPr>
          <w:lang w:val="nl-NL"/>
        </w:rPr>
        <w:t xml:space="preserve">Je kunt met Google AI studio een </w:t>
      </w:r>
      <w:proofErr w:type="spellStart"/>
      <w:r w:rsidR="001D29D7">
        <w:rPr>
          <w:lang w:val="nl-NL"/>
        </w:rPr>
        <w:t>chatbot</w:t>
      </w:r>
      <w:proofErr w:type="spellEnd"/>
      <w:r w:rsidR="001D29D7">
        <w:rPr>
          <w:lang w:val="nl-NL"/>
        </w:rPr>
        <w:t xml:space="preserve"> maken waarmee je echt kan praten.</w:t>
      </w:r>
    </w:p>
    <w:p w14:paraId="6DD73AB9" w14:textId="77777777" w:rsidR="00371B03" w:rsidRDefault="00371B03" w:rsidP="00371B03">
      <w:pPr>
        <w:spacing w:before="0" w:after="0" w:line="240" w:lineRule="auto"/>
        <w:rPr>
          <w:lang w:val="nl-NL"/>
        </w:rPr>
      </w:pPr>
    </w:p>
    <w:p w14:paraId="127D134A" w14:textId="3EAC2A15" w:rsidR="001D29D7" w:rsidRDefault="005C0E7C" w:rsidP="00371B03">
      <w:pPr>
        <w:spacing w:before="0" w:after="0" w:line="240" w:lineRule="auto"/>
        <w:rPr>
          <w:lang w:val="nl-NL"/>
        </w:rPr>
      </w:pPr>
      <w:r>
        <w:rPr>
          <w:lang w:val="nl-NL"/>
        </w:rPr>
        <w:t xml:space="preserve">Als voorbeeld heb ik een </w:t>
      </w:r>
      <w:proofErr w:type="spellStart"/>
      <w:r>
        <w:rPr>
          <w:lang w:val="nl-NL"/>
        </w:rPr>
        <w:t>chatbot</w:t>
      </w:r>
      <w:proofErr w:type="spellEnd"/>
      <w:r>
        <w:rPr>
          <w:lang w:val="nl-NL"/>
        </w:rPr>
        <w:t xml:space="preserve"> gemaakt over het staatsrecht: </w:t>
      </w:r>
      <w:hyperlink r:id="rId38" w:history="1">
        <w:r w:rsidRPr="005C0E7C">
          <w:rPr>
            <w:rStyle w:val="Hyperlink"/>
            <w:lang w:val="nl-NL"/>
          </w:rPr>
          <w:t>Google AI Studio</w:t>
        </w:r>
      </w:hyperlink>
      <w:r w:rsidR="00F73735">
        <w:rPr>
          <w:lang w:val="nl-NL"/>
        </w:rPr>
        <w:t xml:space="preserve"> (inloggen bij Google noodzakelijk). Na het inloggen m</w:t>
      </w:r>
      <w:r w:rsidR="00D27653">
        <w:rPr>
          <w:lang w:val="nl-NL"/>
        </w:rPr>
        <w:t xml:space="preserve">oet je </w:t>
      </w:r>
      <w:r w:rsidR="002230AA">
        <w:rPr>
          <w:lang w:val="nl-NL"/>
        </w:rPr>
        <w:t xml:space="preserve">toestemming geven tot het gebruik van je microfoon. Vervolgens kun je al pratend in gesprek over het staatsrecht. Dit voorbeeld is gebouwd in 1 minuut met Google AI studio. </w:t>
      </w:r>
    </w:p>
    <w:p w14:paraId="6AF351EE" w14:textId="77777777" w:rsidR="00371B03" w:rsidRDefault="00371B03" w:rsidP="00371B03">
      <w:pPr>
        <w:spacing w:before="0" w:after="0" w:line="240" w:lineRule="auto"/>
        <w:rPr>
          <w:lang w:val="nl-NL"/>
        </w:rPr>
      </w:pPr>
    </w:p>
    <w:p w14:paraId="139D7548" w14:textId="3BA3D972" w:rsidR="00371B03" w:rsidRDefault="00371B03" w:rsidP="00371B03">
      <w:pPr>
        <w:spacing w:before="0" w:after="0" w:line="240" w:lineRule="auto"/>
        <w:rPr>
          <w:lang w:val="nl-NL"/>
        </w:rPr>
      </w:pPr>
      <w:r>
        <w:rPr>
          <w:lang w:val="nl-NL"/>
        </w:rPr>
        <w:t xml:space="preserve">Google AI studie is te vinden via de volgende link: </w:t>
      </w:r>
      <w:hyperlink r:id="rId39" w:history="1">
        <w:r w:rsidRPr="00264973">
          <w:rPr>
            <w:rStyle w:val="Hyperlink"/>
            <w:lang w:val="nl-NL"/>
          </w:rPr>
          <w:t>www.aistudio.google.com</w:t>
        </w:r>
      </w:hyperlink>
      <w:r>
        <w:rPr>
          <w:lang w:val="nl-NL"/>
        </w:rPr>
        <w:t xml:space="preserve"> </w:t>
      </w:r>
    </w:p>
    <w:p w14:paraId="3EDF3267" w14:textId="76D47AA6" w:rsidR="00371B03" w:rsidRDefault="00371B03" w:rsidP="00371B03">
      <w:pPr>
        <w:spacing w:before="0" w:after="0" w:line="240" w:lineRule="auto"/>
        <w:rPr>
          <w:lang w:val="nl-NL"/>
        </w:rPr>
      </w:pPr>
      <w:r>
        <w:rPr>
          <w:lang w:val="nl-NL"/>
        </w:rPr>
        <w:t>Onder de knop ‘</w:t>
      </w:r>
      <w:proofErr w:type="spellStart"/>
      <w:r>
        <w:rPr>
          <w:lang w:val="nl-NL"/>
        </w:rPr>
        <w:t>build</w:t>
      </w:r>
      <w:proofErr w:type="spellEnd"/>
      <w:r>
        <w:rPr>
          <w:lang w:val="nl-NL"/>
        </w:rPr>
        <w:t xml:space="preserve">’ kun je eigen apps bouwen. Als je hiermee werkt, ben je eigenlijk aan het </w:t>
      </w:r>
      <w:proofErr w:type="spellStart"/>
      <w:r>
        <w:rPr>
          <w:lang w:val="nl-NL"/>
        </w:rPr>
        <w:t>vibecoden</w:t>
      </w:r>
      <w:proofErr w:type="spellEnd"/>
      <w:r>
        <w:rPr>
          <w:lang w:val="nl-NL"/>
        </w:rPr>
        <w:t xml:space="preserve">, zie voor meer informatie </w:t>
      </w:r>
      <w:r w:rsidR="00A63B66" w:rsidRPr="00911F82">
        <w:rPr>
          <w:b/>
          <w:bCs/>
          <w:lang w:val="nl-NL"/>
        </w:rPr>
        <w:t xml:space="preserve">Werkblad 10 – ik wil leren </w:t>
      </w:r>
      <w:proofErr w:type="spellStart"/>
      <w:r w:rsidR="00A63B66" w:rsidRPr="00911F82">
        <w:rPr>
          <w:b/>
          <w:bCs/>
          <w:lang w:val="nl-NL"/>
        </w:rPr>
        <w:t>vicecoden</w:t>
      </w:r>
      <w:proofErr w:type="spellEnd"/>
      <w:r w:rsidR="00A63B66" w:rsidRPr="00911F82">
        <w:rPr>
          <w:b/>
          <w:bCs/>
          <w:lang w:val="nl-NL"/>
        </w:rPr>
        <w:t xml:space="preserve"> – coderen zonder te kunnen coderen</w:t>
      </w:r>
      <w:r w:rsidR="00A63B66">
        <w:rPr>
          <w:lang w:val="nl-NL"/>
        </w:rPr>
        <w:t>.</w:t>
      </w:r>
    </w:p>
    <w:p w14:paraId="42E7618B" w14:textId="77777777" w:rsidR="00006EC3" w:rsidRDefault="00006EC3" w:rsidP="00371B03">
      <w:pPr>
        <w:spacing w:before="0" w:after="0" w:line="240" w:lineRule="auto"/>
        <w:rPr>
          <w:lang w:val="nl-NL"/>
        </w:rPr>
      </w:pPr>
    </w:p>
    <w:p w14:paraId="05C25322" w14:textId="77777777" w:rsidR="006F3367" w:rsidRDefault="00006EC3" w:rsidP="006F3367">
      <w:pPr>
        <w:spacing w:before="0" w:after="0" w:line="240" w:lineRule="auto"/>
        <w:rPr>
          <w:lang w:val="nl-NL"/>
        </w:rPr>
      </w:pPr>
      <w:r>
        <w:rPr>
          <w:lang w:val="nl-NL"/>
        </w:rPr>
        <w:t xml:space="preserve">Met </w:t>
      </w:r>
      <w:proofErr w:type="spellStart"/>
      <w:r>
        <w:rPr>
          <w:lang w:val="nl-NL"/>
        </w:rPr>
        <w:t>vibecoden</w:t>
      </w:r>
      <w:proofErr w:type="spellEnd"/>
      <w:r>
        <w:rPr>
          <w:lang w:val="nl-NL"/>
        </w:rPr>
        <w:t xml:space="preserve"> kan je sneller een </w:t>
      </w:r>
      <w:proofErr w:type="spellStart"/>
      <w:r>
        <w:rPr>
          <w:lang w:val="nl-NL"/>
        </w:rPr>
        <w:t>chatbot</w:t>
      </w:r>
      <w:proofErr w:type="spellEnd"/>
      <w:r>
        <w:rPr>
          <w:lang w:val="nl-NL"/>
        </w:rPr>
        <w:t xml:space="preserve"> maken, maar heb je (als je weinig stappen zet) minder controle over de </w:t>
      </w:r>
      <w:proofErr w:type="spellStart"/>
      <w:r w:rsidR="001B41E8">
        <w:rPr>
          <w:lang w:val="nl-NL"/>
        </w:rPr>
        <w:t>chatbot</w:t>
      </w:r>
      <w:proofErr w:type="spellEnd"/>
      <w:r w:rsidR="001B41E8">
        <w:rPr>
          <w:lang w:val="nl-NL"/>
        </w:rPr>
        <w:t xml:space="preserve"> en de inhoud die gedeeld wordt omdat de </w:t>
      </w:r>
      <w:proofErr w:type="spellStart"/>
      <w:r w:rsidR="001B41E8">
        <w:rPr>
          <w:lang w:val="nl-NL"/>
        </w:rPr>
        <w:t>chatbot</w:t>
      </w:r>
      <w:proofErr w:type="spellEnd"/>
      <w:r w:rsidR="001B41E8">
        <w:rPr>
          <w:lang w:val="nl-NL"/>
        </w:rPr>
        <w:t xml:space="preserve"> gebouwd is op een computercode waar wij geen inzage in hebben of als we er wel inzage in hebben, eigenlijk niet kunnen lezen wat hier staat. Dat wil niet zeggen dat je geen </w:t>
      </w:r>
      <w:proofErr w:type="spellStart"/>
      <w:r w:rsidR="001B41E8">
        <w:rPr>
          <w:lang w:val="nl-NL"/>
        </w:rPr>
        <w:t>chatbot</w:t>
      </w:r>
      <w:proofErr w:type="spellEnd"/>
      <w:r w:rsidR="001B41E8">
        <w:rPr>
          <w:lang w:val="nl-NL"/>
        </w:rPr>
        <w:t xml:space="preserve"> moet bouwen op deze manier, maar </w:t>
      </w:r>
      <w:r w:rsidR="006F3367">
        <w:rPr>
          <w:lang w:val="nl-NL"/>
        </w:rPr>
        <w:t xml:space="preserve">met de instructies voor de </w:t>
      </w:r>
      <w:proofErr w:type="spellStart"/>
      <w:r w:rsidR="006F3367">
        <w:rPr>
          <w:lang w:val="nl-NL"/>
        </w:rPr>
        <w:t>chatbot</w:t>
      </w:r>
      <w:proofErr w:type="spellEnd"/>
      <w:r w:rsidR="006F3367">
        <w:rPr>
          <w:lang w:val="nl-NL"/>
        </w:rPr>
        <w:t xml:space="preserve"> zoals hierboven beschreven voor </w:t>
      </w:r>
      <w:proofErr w:type="spellStart"/>
      <w:r w:rsidR="006F3367">
        <w:rPr>
          <w:lang w:val="nl-NL"/>
        </w:rPr>
        <w:t>ChatGPT</w:t>
      </w:r>
      <w:proofErr w:type="spellEnd"/>
      <w:r w:rsidR="006F3367">
        <w:rPr>
          <w:lang w:val="nl-NL"/>
        </w:rPr>
        <w:t xml:space="preserve"> of Gemini Gems, heb je meer zekerheid en controle. </w:t>
      </w:r>
      <w:r w:rsidR="006F3367">
        <w:rPr>
          <w:lang w:val="nl-NL"/>
        </w:rPr>
        <w:br/>
      </w:r>
      <w:r w:rsidR="006F3367">
        <w:rPr>
          <w:lang w:val="nl-NL"/>
        </w:rPr>
        <w:br/>
        <w:t xml:space="preserve">Geef in de prompt ook altijd instructies over wat de </w:t>
      </w:r>
      <w:proofErr w:type="spellStart"/>
      <w:r w:rsidR="006F3367">
        <w:rPr>
          <w:lang w:val="nl-NL"/>
        </w:rPr>
        <w:t>chatbot</w:t>
      </w:r>
      <w:proofErr w:type="spellEnd"/>
      <w:r w:rsidR="006F3367">
        <w:rPr>
          <w:lang w:val="nl-NL"/>
        </w:rPr>
        <w:t xml:space="preserve"> ook zeker niet moet doen. Een algemene instructie dat de </w:t>
      </w:r>
      <w:proofErr w:type="spellStart"/>
      <w:r w:rsidR="006F3367">
        <w:rPr>
          <w:lang w:val="nl-NL"/>
        </w:rPr>
        <w:t>chatbot</w:t>
      </w:r>
      <w:proofErr w:type="spellEnd"/>
      <w:r w:rsidR="006F3367">
        <w:rPr>
          <w:lang w:val="nl-NL"/>
        </w:rPr>
        <w:t xml:space="preserve"> zich bij zijn taak moet houden is vaak geen overbodige luxe. Mocht een student dan van het “script” afwijken en ineens gekke vragen gaan stellen (proberen om de </w:t>
      </w:r>
      <w:proofErr w:type="spellStart"/>
      <w:r w:rsidR="006F3367">
        <w:rPr>
          <w:lang w:val="nl-NL"/>
        </w:rPr>
        <w:t>chatbot</w:t>
      </w:r>
      <w:proofErr w:type="spellEnd"/>
      <w:r w:rsidR="006F3367">
        <w:rPr>
          <w:lang w:val="nl-NL"/>
        </w:rPr>
        <w:t xml:space="preserve"> te hacken) dan wordt dit veel moeilijker door de instructies die je hebt meegegeven. Test dit overigens ook altijd uit in je </w:t>
      </w:r>
      <w:proofErr w:type="spellStart"/>
      <w:r w:rsidR="006F3367">
        <w:rPr>
          <w:lang w:val="nl-NL"/>
        </w:rPr>
        <w:t>chatbot</w:t>
      </w:r>
      <w:proofErr w:type="spellEnd"/>
      <w:r w:rsidR="006F3367">
        <w:rPr>
          <w:lang w:val="nl-NL"/>
        </w:rPr>
        <w:t xml:space="preserve">! </w:t>
      </w:r>
    </w:p>
    <w:p w14:paraId="6FCD6949" w14:textId="77777777" w:rsidR="009D5BB4" w:rsidRDefault="009D5BB4" w:rsidP="009D5BB4">
      <w:pPr>
        <w:spacing w:before="0" w:after="0" w:line="240" w:lineRule="auto"/>
        <w:rPr>
          <w:lang w:val="nl-NL"/>
        </w:rPr>
      </w:pPr>
    </w:p>
    <w:p w14:paraId="3DAB834B" w14:textId="3403141A" w:rsidR="0036063B" w:rsidRPr="00F26EA7" w:rsidRDefault="0036063B" w:rsidP="0036063B">
      <w:pPr>
        <w:pStyle w:val="Kop2"/>
        <w:spacing w:before="0" w:line="240" w:lineRule="auto"/>
        <w:rPr>
          <w:lang w:val="nl-NL"/>
        </w:rPr>
      </w:pPr>
      <w:r>
        <w:rPr>
          <w:lang w:val="nl-NL"/>
        </w:rPr>
        <w:t>Een eigen chatbot met een andere AI-tool</w:t>
      </w:r>
    </w:p>
    <w:p w14:paraId="3201EFB5" w14:textId="2AED1A14" w:rsidR="0036063B" w:rsidRDefault="00FE1E0B" w:rsidP="009D5BB4">
      <w:pPr>
        <w:spacing w:before="0" w:after="0" w:line="240" w:lineRule="auto"/>
        <w:rPr>
          <w:lang w:val="nl-NL"/>
        </w:rPr>
      </w:pPr>
      <w:r>
        <w:rPr>
          <w:lang w:val="nl-NL"/>
        </w:rPr>
        <w:t xml:space="preserve">In de meeste algemene AI-tools is het mogelijk om een eigen </w:t>
      </w:r>
      <w:proofErr w:type="spellStart"/>
      <w:r>
        <w:rPr>
          <w:lang w:val="nl-NL"/>
        </w:rPr>
        <w:t>chatbot</w:t>
      </w:r>
      <w:proofErr w:type="spellEnd"/>
      <w:r>
        <w:rPr>
          <w:lang w:val="nl-NL"/>
        </w:rPr>
        <w:t xml:space="preserve"> te bouwen, al heet die soms anders. De werking en training van deze </w:t>
      </w:r>
      <w:proofErr w:type="spellStart"/>
      <w:r>
        <w:rPr>
          <w:lang w:val="nl-NL"/>
        </w:rPr>
        <w:t>chatbot</w:t>
      </w:r>
      <w:proofErr w:type="spellEnd"/>
      <w:r>
        <w:rPr>
          <w:lang w:val="nl-NL"/>
        </w:rPr>
        <w:t xml:space="preserve"> komt vaak overeen. </w:t>
      </w:r>
      <w:r w:rsidR="00980CC8">
        <w:rPr>
          <w:lang w:val="nl-NL"/>
        </w:rPr>
        <w:t xml:space="preserve">Wat je hierover leert bij het maken van een </w:t>
      </w:r>
      <w:proofErr w:type="spellStart"/>
      <w:r w:rsidR="00980CC8">
        <w:rPr>
          <w:lang w:val="nl-NL"/>
        </w:rPr>
        <w:t>chatbot</w:t>
      </w:r>
      <w:proofErr w:type="spellEnd"/>
      <w:r w:rsidR="00980CC8">
        <w:rPr>
          <w:lang w:val="nl-NL"/>
        </w:rPr>
        <w:t xml:space="preserve"> bij AI-tool A kun je hoogstwaarschijnlijk ook toepassen bij het maken van een </w:t>
      </w:r>
      <w:proofErr w:type="spellStart"/>
      <w:r w:rsidR="00980CC8">
        <w:rPr>
          <w:lang w:val="nl-NL"/>
        </w:rPr>
        <w:t>chatbot</w:t>
      </w:r>
      <w:proofErr w:type="spellEnd"/>
      <w:r w:rsidR="00980CC8">
        <w:rPr>
          <w:lang w:val="nl-NL"/>
        </w:rPr>
        <w:t xml:space="preserve"> bij AI-tool B.</w:t>
      </w:r>
    </w:p>
    <w:p w14:paraId="699F5480" w14:textId="77777777" w:rsidR="0036063B" w:rsidRDefault="0036063B" w:rsidP="009D5BB4">
      <w:pPr>
        <w:spacing w:before="0" w:after="0" w:line="240" w:lineRule="auto"/>
        <w:rPr>
          <w:lang w:val="nl-NL"/>
        </w:rPr>
      </w:pPr>
    </w:p>
    <w:p w14:paraId="3D7D45EE" w14:textId="04155355" w:rsidR="008032D6" w:rsidRDefault="008E0F34" w:rsidP="009D5BB4">
      <w:pPr>
        <w:spacing w:before="0" w:after="0" w:line="240" w:lineRule="auto"/>
        <w:rPr>
          <w:lang w:val="nl-NL"/>
        </w:rPr>
      </w:pPr>
      <w:r>
        <w:rPr>
          <w:lang w:val="nl-NL"/>
        </w:rPr>
        <w:t>A</w:t>
      </w:r>
      <w:r w:rsidR="008032D6">
        <w:rPr>
          <w:lang w:val="nl-NL"/>
        </w:rPr>
        <w:t xml:space="preserve">ls je werkt in een andere AI-tool </w:t>
      </w:r>
      <w:r>
        <w:rPr>
          <w:lang w:val="nl-NL"/>
        </w:rPr>
        <w:t xml:space="preserve">dan Gemini of </w:t>
      </w:r>
      <w:proofErr w:type="spellStart"/>
      <w:r>
        <w:rPr>
          <w:lang w:val="nl-NL"/>
        </w:rPr>
        <w:t>ChatGPT</w:t>
      </w:r>
      <w:proofErr w:type="spellEnd"/>
      <w:r>
        <w:rPr>
          <w:lang w:val="nl-NL"/>
        </w:rPr>
        <w:t xml:space="preserve"> </w:t>
      </w:r>
      <w:r w:rsidR="008032D6">
        <w:rPr>
          <w:lang w:val="nl-NL"/>
        </w:rPr>
        <w:t xml:space="preserve">en je vraagt je af of je met deze AI-tool een </w:t>
      </w:r>
      <w:proofErr w:type="spellStart"/>
      <w:r w:rsidR="008032D6">
        <w:rPr>
          <w:lang w:val="nl-NL"/>
        </w:rPr>
        <w:t>Chatbot</w:t>
      </w:r>
      <w:proofErr w:type="spellEnd"/>
      <w:r w:rsidR="008032D6">
        <w:rPr>
          <w:lang w:val="nl-NL"/>
        </w:rPr>
        <w:t xml:space="preserve"> kunt bouwen, kun je dat natuurlijk gewoon vragen aan de AI-tool. Als deze bevestigend antwoord, kun je vervolgens vragen om een uitleg hoe je deze het beste kan maken. </w:t>
      </w:r>
    </w:p>
    <w:p w14:paraId="6DCD5A72" w14:textId="77777777" w:rsidR="008032D6" w:rsidRDefault="008032D6" w:rsidP="009D5BB4">
      <w:pPr>
        <w:spacing w:before="0" w:after="0" w:line="240" w:lineRule="auto"/>
        <w:rPr>
          <w:lang w:val="nl-NL"/>
        </w:rPr>
      </w:pPr>
    </w:p>
    <w:p w14:paraId="31996A1B" w14:textId="77777777" w:rsidR="00281449" w:rsidRPr="00F26EA7" w:rsidRDefault="00281449" w:rsidP="00281449">
      <w:pPr>
        <w:pStyle w:val="Kop2"/>
        <w:spacing w:before="0" w:line="240" w:lineRule="auto"/>
        <w:rPr>
          <w:lang w:val="nl-NL"/>
        </w:rPr>
      </w:pPr>
      <w:r>
        <w:rPr>
          <w:lang w:val="nl-NL"/>
        </w:rPr>
        <w:t>Let op</w:t>
      </w:r>
    </w:p>
    <w:p w14:paraId="04B5FED0" w14:textId="666E61B5" w:rsidR="00281449" w:rsidRDefault="00281449" w:rsidP="003827EC">
      <w:pPr>
        <w:spacing w:before="0" w:after="0" w:line="240" w:lineRule="auto"/>
        <w:rPr>
          <w:lang w:val="nl-NL"/>
        </w:rPr>
      </w:pPr>
      <w:r>
        <w:rPr>
          <w:lang w:val="nl-NL"/>
        </w:rPr>
        <w:t xml:space="preserve">De AI-act vereist dat je benoemd aan de gebruiker van de </w:t>
      </w:r>
      <w:proofErr w:type="spellStart"/>
      <w:r>
        <w:rPr>
          <w:lang w:val="nl-NL"/>
        </w:rPr>
        <w:t>Chatbot</w:t>
      </w:r>
      <w:proofErr w:type="spellEnd"/>
      <w:r>
        <w:rPr>
          <w:lang w:val="nl-NL"/>
        </w:rPr>
        <w:t xml:space="preserve"> dat deze met een AI in het interacteren is. Zorg dus dat je dat duidelijk vermeld als je deze content ergens publiekelijk gebruikt en/of publiceert.</w:t>
      </w:r>
      <w:r w:rsidR="00911F82">
        <w:rPr>
          <w:lang w:val="nl-NL"/>
        </w:rPr>
        <w:br/>
      </w:r>
      <w:r w:rsidR="00911F82">
        <w:rPr>
          <w:lang w:val="nl-NL"/>
        </w:rPr>
        <w:br/>
        <w:t xml:space="preserve">Dit kun je overigens ook als instructie meegeven bij het trainen van je </w:t>
      </w:r>
      <w:proofErr w:type="spellStart"/>
      <w:r w:rsidR="00911F82">
        <w:rPr>
          <w:lang w:val="nl-NL"/>
        </w:rPr>
        <w:t>chatbot</w:t>
      </w:r>
      <w:proofErr w:type="spellEnd"/>
      <w:r w:rsidR="00911F82">
        <w:rPr>
          <w:lang w:val="nl-NL"/>
        </w:rPr>
        <w:t xml:space="preserve">, dat hij een gesprek altijd begint met de mededeling dat de student in gesprek is met een </w:t>
      </w:r>
      <w:proofErr w:type="spellStart"/>
      <w:r w:rsidR="00911F82">
        <w:rPr>
          <w:lang w:val="nl-NL"/>
        </w:rPr>
        <w:t>chatbot</w:t>
      </w:r>
      <w:proofErr w:type="spellEnd"/>
      <w:r w:rsidR="00911F82">
        <w:rPr>
          <w:lang w:val="nl-NL"/>
        </w:rPr>
        <w:t>.</w:t>
      </w:r>
    </w:p>
    <w:p w14:paraId="0F7FB6ED" w14:textId="77777777" w:rsidR="00281449" w:rsidRDefault="00281449" w:rsidP="00F82F6A">
      <w:pPr>
        <w:pStyle w:val="Lijstnummering"/>
        <w:numPr>
          <w:ilvl w:val="0"/>
          <w:numId w:val="0"/>
        </w:numPr>
        <w:spacing w:before="0" w:after="0" w:line="240" w:lineRule="auto"/>
        <w:ind w:left="360"/>
        <w:rPr>
          <w:lang w:val="nl-NL"/>
        </w:rPr>
      </w:pPr>
    </w:p>
    <w:p w14:paraId="2C82C31D" w14:textId="77777777" w:rsidR="002A4FF8" w:rsidRDefault="002A4FF8" w:rsidP="00F82F6A">
      <w:pPr>
        <w:pStyle w:val="Lijstnummering"/>
        <w:numPr>
          <w:ilvl w:val="0"/>
          <w:numId w:val="0"/>
        </w:numPr>
        <w:spacing w:before="0" w:after="0" w:line="240" w:lineRule="auto"/>
        <w:ind w:left="360"/>
        <w:rPr>
          <w:lang w:val="nl-NL"/>
        </w:rPr>
      </w:pPr>
    </w:p>
    <w:p w14:paraId="759C8E3C" w14:textId="77777777" w:rsidR="002A4FF8" w:rsidRPr="003007CC" w:rsidRDefault="002A4FF8" w:rsidP="00F82F6A">
      <w:pPr>
        <w:pStyle w:val="Lijstnummering"/>
        <w:numPr>
          <w:ilvl w:val="0"/>
          <w:numId w:val="0"/>
        </w:numPr>
        <w:spacing w:before="0" w:after="0" w:line="240" w:lineRule="auto"/>
        <w:ind w:left="360"/>
        <w:rPr>
          <w:lang w:val="nl-NL"/>
        </w:rPr>
      </w:pPr>
    </w:p>
    <w:p w14:paraId="2A83ABE7" w14:textId="2F781EB0" w:rsidR="00325D2C" w:rsidRPr="00465CB5" w:rsidRDefault="0079121F" w:rsidP="00936394">
      <w:pPr>
        <w:pStyle w:val="Kop2"/>
        <w:spacing w:before="0" w:line="240" w:lineRule="auto"/>
        <w:rPr>
          <w:lang w:val="nl-NL"/>
        </w:rPr>
      </w:pPr>
      <w:r w:rsidRPr="00465CB5">
        <w:rPr>
          <w:lang w:val="nl-NL"/>
        </w:rPr>
        <w:lastRenderedPageBreak/>
        <w:t>Reflectie</w:t>
      </w:r>
    </w:p>
    <w:p w14:paraId="1866951C" w14:textId="77777777" w:rsidR="00325D2C" w:rsidRPr="00862DF4" w:rsidRDefault="0079121F" w:rsidP="00936394">
      <w:pPr>
        <w:pStyle w:val="Lijstopsomteken"/>
        <w:spacing w:before="0" w:after="0" w:line="240" w:lineRule="auto"/>
        <w:rPr>
          <w:lang w:val="nl-NL"/>
        </w:rPr>
      </w:pPr>
      <w:r w:rsidRPr="00862DF4">
        <w:rPr>
          <w:lang w:val="nl-NL"/>
        </w:rPr>
        <w:t>Welke risico’s zijn het grootst (inhoudelijk, privacy, misleiding)?</w:t>
      </w:r>
    </w:p>
    <w:p w14:paraId="327324FF" w14:textId="77777777" w:rsidR="00325D2C" w:rsidRPr="00862DF4" w:rsidRDefault="0079121F" w:rsidP="00936394">
      <w:pPr>
        <w:pStyle w:val="Lijstopsomteken"/>
        <w:spacing w:before="0" w:after="0" w:line="240" w:lineRule="auto"/>
        <w:rPr>
          <w:lang w:val="nl-NL"/>
        </w:rPr>
      </w:pPr>
      <w:r w:rsidRPr="00862DF4">
        <w:rPr>
          <w:lang w:val="nl-NL"/>
        </w:rPr>
        <w:t>Waar moet een mens altijd de ‘</w:t>
      </w:r>
      <w:proofErr w:type="spellStart"/>
      <w:r w:rsidRPr="00862DF4">
        <w:rPr>
          <w:lang w:val="nl-NL"/>
        </w:rPr>
        <w:t>handover</w:t>
      </w:r>
      <w:proofErr w:type="spellEnd"/>
      <w:r w:rsidRPr="00862DF4">
        <w:rPr>
          <w:lang w:val="nl-NL"/>
        </w:rPr>
        <w:t>’ doen?</w:t>
      </w:r>
    </w:p>
    <w:p w14:paraId="074CD8EF" w14:textId="2F2EAF91" w:rsidR="00325D2C" w:rsidRDefault="0079121F" w:rsidP="00936394">
      <w:pPr>
        <w:pStyle w:val="Lijstopsomteken"/>
        <w:spacing w:before="0" w:after="0" w:line="240" w:lineRule="auto"/>
        <w:rPr>
          <w:lang w:val="nl-NL"/>
        </w:rPr>
      </w:pPr>
      <w:r w:rsidRPr="00862DF4">
        <w:rPr>
          <w:lang w:val="nl-NL"/>
        </w:rPr>
        <w:t>Hoe ga je monitoren en bijwerken (beheer)?</w:t>
      </w:r>
    </w:p>
    <w:p w14:paraId="08EF56AC" w14:textId="77777777" w:rsidR="00F82F6A" w:rsidRPr="003007CC" w:rsidRDefault="00F82F6A" w:rsidP="00F82F6A">
      <w:pPr>
        <w:pStyle w:val="Lijstopsomteken"/>
        <w:numPr>
          <w:ilvl w:val="0"/>
          <w:numId w:val="0"/>
        </w:numPr>
        <w:spacing w:before="0" w:after="0" w:line="240" w:lineRule="auto"/>
        <w:ind w:left="360"/>
        <w:rPr>
          <w:lang w:val="nl-NL"/>
        </w:rPr>
      </w:pPr>
    </w:p>
    <w:p w14:paraId="5C613BBE" w14:textId="3BF4CAF9" w:rsidR="00C178DD" w:rsidRPr="00F87E54" w:rsidRDefault="00F82F6A" w:rsidP="00936394">
      <w:pPr>
        <w:pStyle w:val="Kop2"/>
        <w:spacing w:before="0" w:line="240" w:lineRule="auto"/>
        <w:rPr>
          <w:lang w:val="nl-NL"/>
        </w:rPr>
      </w:pPr>
      <w:r>
        <w:rPr>
          <w:lang w:val="nl-NL"/>
        </w:rPr>
        <w:t>S</w:t>
      </w:r>
      <w:r w:rsidR="00C178DD">
        <w:rPr>
          <w:lang w:val="nl-NL"/>
        </w:rPr>
        <w:t>howcase</w:t>
      </w:r>
    </w:p>
    <w:p w14:paraId="193DD965" w14:textId="77777777" w:rsidR="00C178DD" w:rsidRDefault="00C178DD" w:rsidP="00936394">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74C9A459" w14:textId="77777777" w:rsidR="00C178DD" w:rsidRPr="00C178DD" w:rsidRDefault="00C178DD" w:rsidP="00936394">
      <w:pPr>
        <w:pStyle w:val="Lijstopsomteken"/>
        <w:numPr>
          <w:ilvl w:val="0"/>
          <w:numId w:val="0"/>
        </w:numPr>
        <w:spacing w:before="0" w:after="0" w:line="240" w:lineRule="auto"/>
        <w:ind w:left="360" w:hanging="360"/>
        <w:rPr>
          <w:lang w:val="nl-NL"/>
        </w:rPr>
      </w:pPr>
      <w:r>
        <w:rPr>
          <w:lang w:val="nl-NL"/>
        </w:rPr>
        <w:t xml:space="preserve">Hulpvragen hierbij: </w:t>
      </w:r>
      <w:r w:rsidRPr="00862DF4">
        <w:rPr>
          <w:lang w:val="nl-NL"/>
        </w:rPr>
        <w:t>wat probeerde je, wat kwam eruit, wat neem je mee?</w:t>
      </w:r>
    </w:p>
    <w:p w14:paraId="0B141183" w14:textId="77777777" w:rsidR="00911F7F" w:rsidRDefault="00911F7F" w:rsidP="00936394">
      <w:pPr>
        <w:spacing w:before="0" w:after="0" w:line="240" w:lineRule="auto"/>
        <w:rPr>
          <w:rFonts w:asciiTheme="majorHAnsi" w:eastAsiaTheme="majorEastAsia" w:hAnsiTheme="majorHAnsi" w:cstheme="majorBidi"/>
          <w:b/>
          <w:bCs/>
          <w:color w:val="365F91" w:themeColor="accent1" w:themeShade="BF"/>
          <w:sz w:val="28"/>
          <w:szCs w:val="28"/>
          <w:lang w:val="nl-NL"/>
        </w:rPr>
      </w:pPr>
      <w:r>
        <w:rPr>
          <w:lang w:val="nl-NL"/>
        </w:rPr>
        <w:br w:type="page"/>
      </w:r>
    </w:p>
    <w:p w14:paraId="73D1F0DD" w14:textId="77AB8B83" w:rsidR="00E26237" w:rsidRDefault="00E26237" w:rsidP="00936394">
      <w:pPr>
        <w:pStyle w:val="Kop1"/>
        <w:spacing w:before="0" w:line="240" w:lineRule="auto"/>
        <w:rPr>
          <w:lang w:val="nl-NL"/>
        </w:rPr>
      </w:pPr>
      <w:bookmarkStart w:id="10" w:name="_Werkblad_9_–"/>
      <w:bookmarkEnd w:id="10"/>
      <w:r w:rsidRPr="00862DF4">
        <w:rPr>
          <w:lang w:val="nl-NL"/>
        </w:rPr>
        <w:lastRenderedPageBreak/>
        <w:t xml:space="preserve">Werkblad 9 – Ik wil leren </w:t>
      </w:r>
      <w:r>
        <w:rPr>
          <w:lang w:val="nl-NL"/>
        </w:rPr>
        <w:t>werken met Google NotebookLM</w:t>
      </w:r>
    </w:p>
    <w:p w14:paraId="66AFA860" w14:textId="77777777" w:rsidR="00E26237" w:rsidRDefault="00E26237"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1"/>
        <w:gridCol w:w="4313"/>
      </w:tblGrid>
      <w:tr w:rsidR="00E26237" w:rsidRPr="00862DF4" w14:paraId="57C41007" w14:textId="77777777" w:rsidTr="00BE7D8A">
        <w:tc>
          <w:tcPr>
            <w:tcW w:w="4311" w:type="dxa"/>
            <w:tcBorders>
              <w:top w:val="single" w:sz="6" w:space="0" w:color="C9C9C9"/>
              <w:left w:val="single" w:sz="6" w:space="0" w:color="C9C9C9"/>
              <w:bottom w:val="single" w:sz="6" w:space="0" w:color="C9C9C9"/>
              <w:right w:val="single" w:sz="6" w:space="0" w:color="C9C9C9"/>
            </w:tcBorders>
          </w:tcPr>
          <w:p w14:paraId="7BDB5233" w14:textId="77777777" w:rsidR="00E26237" w:rsidRDefault="00E26237" w:rsidP="00936394">
            <w:pPr>
              <w:spacing w:before="0" w:after="0" w:line="240" w:lineRule="auto"/>
              <w:rPr>
                <w:b/>
              </w:rPr>
            </w:pPr>
            <w:proofErr w:type="spellStart"/>
            <w:r>
              <w:rPr>
                <w:b/>
              </w:rPr>
              <w:t>Doelgroep</w:t>
            </w:r>
            <w:proofErr w:type="spellEnd"/>
          </w:p>
        </w:tc>
        <w:tc>
          <w:tcPr>
            <w:tcW w:w="4313" w:type="dxa"/>
            <w:tcBorders>
              <w:top w:val="single" w:sz="6" w:space="0" w:color="C9C9C9"/>
              <w:left w:val="single" w:sz="6" w:space="0" w:color="C9C9C9"/>
              <w:bottom w:val="single" w:sz="6" w:space="0" w:color="C9C9C9"/>
              <w:right w:val="single" w:sz="6" w:space="0" w:color="C9C9C9"/>
            </w:tcBorders>
          </w:tcPr>
          <w:p w14:paraId="27ED5AE0" w14:textId="77777777" w:rsidR="00E26237" w:rsidRPr="00862DF4" w:rsidRDefault="00E26237" w:rsidP="00936394">
            <w:pPr>
              <w:spacing w:before="0" w:after="0" w:line="240" w:lineRule="auto"/>
              <w:rPr>
                <w:lang w:val="nl-NL"/>
              </w:rPr>
            </w:pPr>
            <w:r>
              <w:rPr>
                <w:lang w:val="nl-NL"/>
              </w:rPr>
              <w:t>OP + OOP</w:t>
            </w:r>
          </w:p>
        </w:tc>
      </w:tr>
      <w:tr w:rsidR="00E26237" w:rsidRPr="00B07954" w14:paraId="27B2A1FD" w14:textId="77777777" w:rsidTr="00BE7D8A">
        <w:tc>
          <w:tcPr>
            <w:tcW w:w="4311" w:type="dxa"/>
          </w:tcPr>
          <w:p w14:paraId="17A7AF6B" w14:textId="77777777" w:rsidR="00E26237" w:rsidRDefault="00E26237" w:rsidP="00936394">
            <w:pPr>
              <w:spacing w:before="0" w:after="0" w:line="240" w:lineRule="auto"/>
            </w:pPr>
            <w:r>
              <w:rPr>
                <w:b/>
              </w:rPr>
              <w:t>Doel</w:t>
            </w:r>
          </w:p>
        </w:tc>
        <w:tc>
          <w:tcPr>
            <w:tcW w:w="4313" w:type="dxa"/>
          </w:tcPr>
          <w:p w14:paraId="17014B4E" w14:textId="6A173A73" w:rsidR="00E26237" w:rsidRPr="00862DF4" w:rsidRDefault="00E26237" w:rsidP="00936394">
            <w:pPr>
              <w:spacing w:before="0" w:after="0" w:line="240" w:lineRule="auto"/>
              <w:rPr>
                <w:lang w:val="nl-NL"/>
              </w:rPr>
            </w:pPr>
            <w:r>
              <w:rPr>
                <w:lang w:val="nl-NL"/>
              </w:rPr>
              <w:t xml:space="preserve">Ontdekken hoe je </w:t>
            </w:r>
            <w:proofErr w:type="spellStart"/>
            <w:r>
              <w:rPr>
                <w:lang w:val="nl-NL"/>
              </w:rPr>
              <w:t>NotebookLM</w:t>
            </w:r>
            <w:proofErr w:type="spellEnd"/>
            <w:r>
              <w:rPr>
                <w:lang w:val="nl-NL"/>
              </w:rPr>
              <w:t xml:space="preserve"> kunt gebruiken om in te zetten in je onderwijs, dan wel voor communicatie, of je dagelijkse werkzaamheden</w:t>
            </w:r>
          </w:p>
        </w:tc>
      </w:tr>
      <w:tr w:rsidR="00E26237" w14:paraId="7905776E" w14:textId="77777777" w:rsidTr="00BE7D8A">
        <w:tc>
          <w:tcPr>
            <w:tcW w:w="4311" w:type="dxa"/>
          </w:tcPr>
          <w:p w14:paraId="0AFD38A9" w14:textId="77777777" w:rsidR="00E26237" w:rsidRDefault="00E26237" w:rsidP="00936394">
            <w:pPr>
              <w:spacing w:before="0" w:after="0" w:line="240" w:lineRule="auto"/>
            </w:pPr>
            <w:proofErr w:type="spellStart"/>
            <w:r>
              <w:rPr>
                <w:b/>
              </w:rPr>
              <w:t>Niveau</w:t>
            </w:r>
            <w:proofErr w:type="spellEnd"/>
          </w:p>
        </w:tc>
        <w:tc>
          <w:tcPr>
            <w:tcW w:w="4313" w:type="dxa"/>
          </w:tcPr>
          <w:p w14:paraId="2F736564" w14:textId="7A8AE43E" w:rsidR="00E26237" w:rsidRDefault="005352E4" w:rsidP="00936394">
            <w:pPr>
              <w:spacing w:before="0" w:after="0" w:line="240" w:lineRule="auto"/>
            </w:pPr>
            <w:r>
              <w:t>B</w:t>
            </w:r>
            <w:r w:rsidR="00E26237">
              <w:t>eginner</w:t>
            </w:r>
          </w:p>
        </w:tc>
      </w:tr>
      <w:tr w:rsidR="00E26237" w14:paraId="3CB9ACDC" w14:textId="77777777" w:rsidTr="00BE7D8A">
        <w:tc>
          <w:tcPr>
            <w:tcW w:w="4311" w:type="dxa"/>
          </w:tcPr>
          <w:p w14:paraId="61C3A973" w14:textId="77777777" w:rsidR="00E26237" w:rsidRDefault="00E26237" w:rsidP="00936394">
            <w:pPr>
              <w:spacing w:before="0" w:after="0" w:line="240" w:lineRule="auto"/>
            </w:pPr>
            <w:proofErr w:type="spellStart"/>
            <w:r>
              <w:rPr>
                <w:b/>
              </w:rPr>
              <w:t>Tijd</w:t>
            </w:r>
            <w:proofErr w:type="spellEnd"/>
          </w:p>
        </w:tc>
        <w:tc>
          <w:tcPr>
            <w:tcW w:w="4313" w:type="dxa"/>
          </w:tcPr>
          <w:p w14:paraId="2A488F99" w14:textId="10506582" w:rsidR="00E26237" w:rsidRDefault="00E26237" w:rsidP="00936394">
            <w:pPr>
              <w:spacing w:before="0" w:after="0" w:line="240" w:lineRule="auto"/>
            </w:pPr>
            <w:r>
              <w:t xml:space="preserve">Medium </w:t>
            </w:r>
          </w:p>
        </w:tc>
      </w:tr>
      <w:tr w:rsidR="00E26237" w:rsidRPr="00B07954" w14:paraId="01818B03" w14:textId="77777777" w:rsidTr="00BE7D8A">
        <w:tc>
          <w:tcPr>
            <w:tcW w:w="4311" w:type="dxa"/>
          </w:tcPr>
          <w:p w14:paraId="3A294A51" w14:textId="77777777" w:rsidR="00E26237" w:rsidRDefault="00E26237" w:rsidP="00936394">
            <w:pPr>
              <w:spacing w:before="0" w:after="0" w:line="240" w:lineRule="auto"/>
            </w:pPr>
            <w:proofErr w:type="spellStart"/>
            <w:r>
              <w:rPr>
                <w:b/>
              </w:rPr>
              <w:t>Resultaat</w:t>
            </w:r>
            <w:proofErr w:type="spellEnd"/>
          </w:p>
        </w:tc>
        <w:tc>
          <w:tcPr>
            <w:tcW w:w="4313" w:type="dxa"/>
          </w:tcPr>
          <w:p w14:paraId="5D14C976" w14:textId="5627AF41" w:rsidR="00E26237" w:rsidRPr="00862DF4" w:rsidRDefault="00E26237" w:rsidP="00936394">
            <w:pPr>
              <w:spacing w:before="0" w:after="0" w:line="240" w:lineRule="auto"/>
              <w:rPr>
                <w:lang w:val="nl-NL"/>
              </w:rPr>
            </w:pPr>
            <w:r w:rsidRPr="00862DF4">
              <w:rPr>
                <w:lang w:val="nl-NL"/>
              </w:rPr>
              <w:t xml:space="preserve">Een kleine prototype-uitwerking (bijv. </w:t>
            </w:r>
            <w:r>
              <w:rPr>
                <w:lang w:val="nl-NL"/>
              </w:rPr>
              <w:t>kennisclip, podcast, samenvatting</w:t>
            </w:r>
          </w:p>
        </w:tc>
      </w:tr>
      <w:tr w:rsidR="00E26237" w:rsidRPr="00B07954" w14:paraId="65DE2C4C" w14:textId="77777777" w:rsidTr="00BE7D8A">
        <w:tc>
          <w:tcPr>
            <w:tcW w:w="4311" w:type="dxa"/>
          </w:tcPr>
          <w:p w14:paraId="61BEAF14" w14:textId="77777777" w:rsidR="00E26237" w:rsidRDefault="00E26237" w:rsidP="00936394">
            <w:pPr>
              <w:spacing w:before="0" w:after="0" w:line="240" w:lineRule="auto"/>
            </w:pPr>
            <w:r>
              <w:rPr>
                <w:b/>
              </w:rPr>
              <w:t xml:space="preserve">Tools / </w:t>
            </w:r>
            <w:proofErr w:type="spellStart"/>
            <w:r>
              <w:rPr>
                <w:b/>
              </w:rPr>
              <w:t>kaders</w:t>
            </w:r>
            <w:proofErr w:type="spellEnd"/>
          </w:p>
        </w:tc>
        <w:tc>
          <w:tcPr>
            <w:tcW w:w="4313" w:type="dxa"/>
          </w:tcPr>
          <w:p w14:paraId="2060140C" w14:textId="77777777" w:rsidR="00E26237" w:rsidRDefault="00E26237" w:rsidP="00936394">
            <w:pPr>
              <w:spacing w:before="0" w:after="0" w:line="240" w:lineRule="auto"/>
              <w:rPr>
                <w:lang w:val="nl-NL"/>
              </w:rPr>
            </w:pPr>
            <w:r w:rsidRPr="00862DF4">
              <w:rPr>
                <w:lang w:val="nl-NL"/>
              </w:rPr>
              <w:t xml:space="preserve">Tools: </w:t>
            </w:r>
            <w:proofErr w:type="spellStart"/>
            <w:r>
              <w:rPr>
                <w:lang w:val="nl-NL"/>
              </w:rPr>
              <w:t>NotebookLM</w:t>
            </w:r>
            <w:proofErr w:type="spellEnd"/>
          </w:p>
          <w:p w14:paraId="6B4F8CEC" w14:textId="66CFB1EE" w:rsidR="00E445B8" w:rsidRPr="00E445B8" w:rsidRDefault="00E445B8" w:rsidP="00936394">
            <w:pPr>
              <w:spacing w:before="0" w:after="0" w:line="240" w:lineRule="auto"/>
              <w:rPr>
                <w:lang w:val="nl-NL"/>
              </w:rPr>
            </w:pPr>
            <w:r w:rsidRPr="00E445B8">
              <w:rPr>
                <w:lang w:val="nl-NL"/>
              </w:rPr>
              <w:t xml:space="preserve">Kaders: let op met </w:t>
            </w:r>
            <w:r>
              <w:rPr>
                <w:lang w:val="nl-NL"/>
              </w:rPr>
              <w:t xml:space="preserve">de bronnen die je upload, </w:t>
            </w:r>
            <w:r w:rsidR="003007CC">
              <w:rPr>
                <w:lang w:val="nl-NL"/>
              </w:rPr>
              <w:t>schend geen auteursrecht</w:t>
            </w:r>
          </w:p>
        </w:tc>
      </w:tr>
    </w:tbl>
    <w:p w14:paraId="0F8EB41A" w14:textId="77777777" w:rsidR="005D0EA8" w:rsidRDefault="005D0EA8" w:rsidP="00936394">
      <w:pPr>
        <w:spacing w:before="0" w:after="0" w:line="240" w:lineRule="auto"/>
        <w:rPr>
          <w:lang w:val="nl-NL"/>
        </w:rPr>
      </w:pPr>
    </w:p>
    <w:p w14:paraId="08AA10F3" w14:textId="418EC7A1" w:rsidR="005D0EA8" w:rsidRPr="00C545FB" w:rsidRDefault="005D0EA8" w:rsidP="00936394">
      <w:pPr>
        <w:spacing w:before="0" w:after="0" w:line="240" w:lineRule="auto"/>
        <w:rPr>
          <w:b/>
          <w:bCs/>
          <w:lang w:val="nl-NL"/>
        </w:rPr>
      </w:pPr>
      <w:r w:rsidRPr="00C545FB">
        <w:rPr>
          <w:b/>
          <w:bCs/>
          <w:lang w:val="nl-NL"/>
        </w:rPr>
        <w:t>Inhoudsopgave werkblad 9</w:t>
      </w:r>
    </w:p>
    <w:p w14:paraId="502513A0" w14:textId="58CBC0FD" w:rsidR="005D0EA8" w:rsidRPr="00C545FB" w:rsidRDefault="005D0EA8" w:rsidP="00936394">
      <w:pPr>
        <w:spacing w:before="0" w:after="0" w:line="240" w:lineRule="auto"/>
        <w:rPr>
          <w:b/>
          <w:bCs/>
          <w:lang w:val="nl-NL"/>
        </w:rPr>
      </w:pPr>
      <w:r w:rsidRPr="00C545FB">
        <w:rPr>
          <w:b/>
          <w:bCs/>
          <w:lang w:val="nl-NL"/>
        </w:rPr>
        <w:t>Inleiding</w:t>
      </w:r>
    </w:p>
    <w:p w14:paraId="162B84BC" w14:textId="631F6F56" w:rsidR="005D0EA8" w:rsidRPr="00C545FB" w:rsidRDefault="005D0EA8" w:rsidP="00936394">
      <w:pPr>
        <w:spacing w:before="0" w:after="0" w:line="240" w:lineRule="auto"/>
        <w:rPr>
          <w:b/>
          <w:bCs/>
          <w:lang w:val="nl-NL"/>
        </w:rPr>
      </w:pPr>
      <w:r w:rsidRPr="00C545FB">
        <w:rPr>
          <w:b/>
          <w:bCs/>
          <w:lang w:val="nl-NL"/>
        </w:rPr>
        <w:t>Stappenplan snelle start</w:t>
      </w:r>
    </w:p>
    <w:p w14:paraId="1C45C22D" w14:textId="54802946" w:rsidR="005D0EA8" w:rsidRPr="00C545FB" w:rsidRDefault="005D0EA8" w:rsidP="00936394">
      <w:pPr>
        <w:spacing w:before="0" w:after="0" w:line="240" w:lineRule="auto"/>
        <w:rPr>
          <w:b/>
          <w:bCs/>
          <w:lang w:val="nl-NL"/>
        </w:rPr>
      </w:pPr>
      <w:r w:rsidRPr="00C545FB">
        <w:rPr>
          <w:b/>
          <w:bCs/>
          <w:lang w:val="nl-NL"/>
        </w:rPr>
        <w:t>Stappenplan</w:t>
      </w:r>
      <w:r w:rsidR="00C545FB" w:rsidRPr="00C545FB">
        <w:rPr>
          <w:b/>
          <w:bCs/>
          <w:lang w:val="nl-NL"/>
        </w:rPr>
        <w:t>, meer</w:t>
      </w:r>
    </w:p>
    <w:p w14:paraId="45666ACC" w14:textId="6F8D6FE0" w:rsidR="005D0EA8" w:rsidRPr="00C545FB" w:rsidRDefault="00C545FB" w:rsidP="00936394">
      <w:pPr>
        <w:spacing w:before="0" w:after="0" w:line="240" w:lineRule="auto"/>
        <w:rPr>
          <w:b/>
          <w:bCs/>
          <w:lang w:val="nl-NL"/>
        </w:rPr>
      </w:pPr>
      <w:proofErr w:type="spellStart"/>
      <w:r w:rsidRPr="00C545FB">
        <w:rPr>
          <w:b/>
          <w:bCs/>
          <w:lang w:val="nl-NL"/>
        </w:rPr>
        <w:t>NotebookLM</w:t>
      </w:r>
      <w:proofErr w:type="spellEnd"/>
      <w:r w:rsidRPr="00C545FB">
        <w:rPr>
          <w:b/>
          <w:bCs/>
          <w:lang w:val="nl-NL"/>
        </w:rPr>
        <w:t xml:space="preserve"> uitgebreide toelichting</w:t>
      </w:r>
    </w:p>
    <w:p w14:paraId="36989341" w14:textId="77777777" w:rsidR="00C545FB" w:rsidRDefault="00C545FB" w:rsidP="00936394">
      <w:pPr>
        <w:spacing w:before="0" w:after="0" w:line="240" w:lineRule="auto"/>
        <w:rPr>
          <w:lang w:val="nl-NL"/>
        </w:rPr>
      </w:pPr>
    </w:p>
    <w:p w14:paraId="149F9484" w14:textId="309AD00C" w:rsidR="005D0EA8" w:rsidRDefault="005D0EA8" w:rsidP="005D0EA8">
      <w:pPr>
        <w:pStyle w:val="Kop2"/>
        <w:spacing w:before="0" w:line="240" w:lineRule="auto"/>
        <w:rPr>
          <w:lang w:val="nl-NL"/>
        </w:rPr>
      </w:pPr>
      <w:r>
        <w:rPr>
          <w:lang w:val="nl-NL"/>
        </w:rPr>
        <w:t>inleiding</w:t>
      </w:r>
    </w:p>
    <w:p w14:paraId="5F39D4A4" w14:textId="328866D8" w:rsidR="001F43FE" w:rsidRDefault="001F43FE" w:rsidP="00936394">
      <w:pPr>
        <w:spacing w:before="0" w:after="0" w:line="240" w:lineRule="auto"/>
        <w:rPr>
          <w:lang w:val="nl-NL"/>
        </w:rPr>
      </w:pPr>
      <w:proofErr w:type="spellStart"/>
      <w:r>
        <w:rPr>
          <w:lang w:val="nl-NL"/>
        </w:rPr>
        <w:t>NotebookLM</w:t>
      </w:r>
      <w:proofErr w:type="spellEnd"/>
      <w:r>
        <w:rPr>
          <w:lang w:val="nl-NL"/>
        </w:rPr>
        <w:t xml:space="preserve"> </w:t>
      </w:r>
      <w:r w:rsidR="00615957">
        <w:rPr>
          <w:lang w:val="nl-NL"/>
        </w:rPr>
        <w:t xml:space="preserve">van Google </w:t>
      </w:r>
      <w:r>
        <w:rPr>
          <w:lang w:val="nl-NL"/>
        </w:rPr>
        <w:t>is een A</w:t>
      </w:r>
      <w:r w:rsidR="00406A35">
        <w:rPr>
          <w:lang w:val="nl-NL"/>
        </w:rPr>
        <w:t>I</w:t>
      </w:r>
      <w:r>
        <w:rPr>
          <w:lang w:val="nl-NL"/>
        </w:rPr>
        <w:t xml:space="preserve">-tool waarmee je snel en simpel andere producten kunt maken </w:t>
      </w:r>
      <w:r w:rsidR="00475622">
        <w:rPr>
          <w:lang w:val="nl-NL"/>
        </w:rPr>
        <w:t>gebaseerd op</w:t>
      </w:r>
      <w:r>
        <w:rPr>
          <w:lang w:val="nl-NL"/>
        </w:rPr>
        <w:t xml:space="preserve"> zelf toegevoegde bronnen. Denk aan het maken van een kennisclip of podcast op basis van een bepaald juridisch onderwerp.</w:t>
      </w:r>
      <w:r w:rsidR="009D27F4">
        <w:rPr>
          <w:lang w:val="nl-NL"/>
        </w:rPr>
        <w:t xml:space="preserve"> </w:t>
      </w:r>
      <w:r w:rsidR="006A1C25">
        <w:rPr>
          <w:lang w:val="nl-NL"/>
        </w:rPr>
        <w:t xml:space="preserve">Maar er kan ook heel makkelijk een </w:t>
      </w:r>
      <w:proofErr w:type="spellStart"/>
      <w:r w:rsidR="006A1C25">
        <w:rPr>
          <w:lang w:val="nl-NL"/>
        </w:rPr>
        <w:t>visual</w:t>
      </w:r>
      <w:proofErr w:type="spellEnd"/>
      <w:r w:rsidR="006A1C25">
        <w:rPr>
          <w:lang w:val="nl-NL"/>
        </w:rPr>
        <w:t xml:space="preserve"> worden gemaakt of een reeks van artikelen</w:t>
      </w:r>
      <w:r w:rsidR="00A91862">
        <w:rPr>
          <w:lang w:val="nl-NL"/>
        </w:rPr>
        <w:t xml:space="preserve"> (zie voor een voorbeeld van zo’n </w:t>
      </w:r>
      <w:proofErr w:type="spellStart"/>
      <w:r w:rsidR="00A91862">
        <w:rPr>
          <w:lang w:val="nl-NL"/>
        </w:rPr>
        <w:t>visual</w:t>
      </w:r>
      <w:proofErr w:type="spellEnd"/>
      <w:r w:rsidR="00A91862">
        <w:rPr>
          <w:lang w:val="nl-NL"/>
        </w:rPr>
        <w:t xml:space="preserve"> pagina 1</w:t>
      </w:r>
      <w:r w:rsidR="007113BF">
        <w:rPr>
          <w:lang w:val="nl-NL"/>
        </w:rPr>
        <w:t>9</w:t>
      </w:r>
      <w:r w:rsidR="00A91862">
        <w:rPr>
          <w:lang w:val="nl-NL"/>
        </w:rPr>
        <w:t xml:space="preserve"> van dit werkboek)</w:t>
      </w:r>
      <w:r w:rsidR="006A1C25">
        <w:rPr>
          <w:lang w:val="nl-NL"/>
        </w:rPr>
        <w:t xml:space="preserve">. </w:t>
      </w:r>
      <w:r w:rsidR="0009021C">
        <w:rPr>
          <w:lang w:val="nl-NL"/>
        </w:rPr>
        <w:t xml:space="preserve">Of een </w:t>
      </w:r>
      <w:proofErr w:type="spellStart"/>
      <w:r w:rsidR="0009021C">
        <w:rPr>
          <w:lang w:val="nl-NL"/>
        </w:rPr>
        <w:t>powerpoint</w:t>
      </w:r>
      <w:proofErr w:type="spellEnd"/>
      <w:r w:rsidR="0009021C">
        <w:rPr>
          <w:lang w:val="nl-NL"/>
        </w:rPr>
        <w:t>-presentatie die je</w:t>
      </w:r>
      <w:r w:rsidR="00A91862">
        <w:rPr>
          <w:lang w:val="nl-NL"/>
        </w:rPr>
        <w:t xml:space="preserve"> (bijna)</w:t>
      </w:r>
      <w:r w:rsidR="0009021C">
        <w:rPr>
          <w:lang w:val="nl-NL"/>
        </w:rPr>
        <w:t xml:space="preserve"> meteen</w:t>
      </w:r>
      <w:r w:rsidR="00A91862">
        <w:rPr>
          <w:lang w:val="nl-NL"/>
        </w:rPr>
        <w:t xml:space="preserve"> </w:t>
      </w:r>
      <w:r w:rsidR="0009021C">
        <w:rPr>
          <w:lang w:val="nl-NL"/>
        </w:rPr>
        <w:t>kunt gebruiken in je lessen.</w:t>
      </w:r>
    </w:p>
    <w:p w14:paraId="5D940088" w14:textId="77777777" w:rsidR="00475622" w:rsidRDefault="00475622" w:rsidP="00936394">
      <w:pPr>
        <w:spacing w:before="0" w:after="0" w:line="240" w:lineRule="auto"/>
        <w:rPr>
          <w:lang w:val="nl-NL"/>
        </w:rPr>
      </w:pPr>
    </w:p>
    <w:p w14:paraId="28E404A0" w14:textId="7B5095E9" w:rsidR="001F43FE" w:rsidRDefault="001F43FE" w:rsidP="00936394">
      <w:pPr>
        <w:spacing w:before="0" w:after="0" w:line="240" w:lineRule="auto"/>
        <w:rPr>
          <w:lang w:val="nl-NL"/>
        </w:rPr>
      </w:pPr>
      <w:r>
        <w:rPr>
          <w:lang w:val="nl-NL"/>
        </w:rPr>
        <w:t>Maar wa</w:t>
      </w:r>
      <w:r w:rsidR="00475622">
        <w:rPr>
          <w:lang w:val="nl-NL"/>
        </w:rPr>
        <w:t>t</w:t>
      </w:r>
      <w:r>
        <w:rPr>
          <w:lang w:val="nl-NL"/>
        </w:rPr>
        <w:t xml:space="preserve"> ook kan is het maken van een voorlichtingsfilm voor studenten, docenten of opdrachtgevers op basis van een </w:t>
      </w:r>
      <w:r w:rsidR="009D27F4">
        <w:rPr>
          <w:lang w:val="nl-NL"/>
        </w:rPr>
        <w:t>competentieboek.</w:t>
      </w:r>
      <w:r w:rsidR="006A1C25">
        <w:rPr>
          <w:lang w:val="nl-NL"/>
        </w:rPr>
        <w:t xml:space="preserve"> </w:t>
      </w:r>
      <w:r w:rsidR="009D27F4">
        <w:rPr>
          <w:lang w:val="nl-NL"/>
        </w:rPr>
        <w:br/>
      </w:r>
      <w:r w:rsidR="009D27F4">
        <w:rPr>
          <w:lang w:val="nl-NL"/>
        </w:rPr>
        <w:br/>
        <w:t xml:space="preserve">Verder kun je heel makkelijk </w:t>
      </w:r>
      <w:r w:rsidR="006A1C25">
        <w:rPr>
          <w:lang w:val="nl-NL"/>
        </w:rPr>
        <w:t>“in gesprek” met je bronnen. De bronnen die je toevoegt kunnen worden samengevat</w:t>
      </w:r>
      <w:r w:rsidR="001002E3">
        <w:rPr>
          <w:lang w:val="nl-NL"/>
        </w:rPr>
        <w:t>. Je kunt vragen stellen over je bronnen en op die manier verbanden in kaart brengen die niet meteen blijken uit bijvoorbeeld een omvangrijk rapport. Ook kun je snel laten zoeken naar de informatie die voor jou relevant is.</w:t>
      </w:r>
    </w:p>
    <w:p w14:paraId="643BD89D" w14:textId="77777777" w:rsidR="000370DA" w:rsidRDefault="000370DA" w:rsidP="00936394">
      <w:pPr>
        <w:spacing w:before="0" w:after="0" w:line="240" w:lineRule="auto"/>
        <w:rPr>
          <w:lang w:val="nl-NL"/>
        </w:rPr>
      </w:pPr>
    </w:p>
    <w:p w14:paraId="527963AB" w14:textId="50BFBBBD" w:rsidR="00C63EF8" w:rsidRPr="001F43FE" w:rsidRDefault="00C63EF8" w:rsidP="00936394">
      <w:pPr>
        <w:pStyle w:val="Kop2"/>
        <w:spacing w:before="0" w:line="240" w:lineRule="auto"/>
        <w:rPr>
          <w:lang w:val="nl-NL"/>
        </w:rPr>
      </w:pPr>
      <w:r w:rsidRPr="001F43FE">
        <w:rPr>
          <w:lang w:val="nl-NL"/>
        </w:rPr>
        <w:t>Stappenplan snelle start</w:t>
      </w:r>
    </w:p>
    <w:p w14:paraId="571990A0" w14:textId="350CAD4D" w:rsidR="00CE0EF3" w:rsidRPr="001002E3" w:rsidRDefault="00C63EF8" w:rsidP="00974A8A">
      <w:pPr>
        <w:pStyle w:val="Lijstnummering"/>
        <w:numPr>
          <w:ilvl w:val="0"/>
          <w:numId w:val="17"/>
        </w:numPr>
        <w:spacing w:before="0" w:after="0" w:line="240" w:lineRule="auto"/>
        <w:rPr>
          <w:lang w:val="nl-NL"/>
        </w:rPr>
      </w:pPr>
      <w:r w:rsidRPr="001002E3">
        <w:rPr>
          <w:lang w:val="nl-NL"/>
        </w:rPr>
        <w:t xml:space="preserve">Open </w:t>
      </w:r>
      <w:proofErr w:type="spellStart"/>
      <w:r w:rsidRPr="001002E3">
        <w:rPr>
          <w:lang w:val="nl-NL"/>
        </w:rPr>
        <w:t>NotebookLM</w:t>
      </w:r>
      <w:proofErr w:type="spellEnd"/>
      <w:r w:rsidR="00CE0EF3" w:rsidRPr="001002E3">
        <w:rPr>
          <w:lang w:val="nl-NL"/>
        </w:rPr>
        <w:t xml:space="preserve"> via de volgende link: </w:t>
      </w:r>
      <w:hyperlink r:id="rId40" w:history="1">
        <w:r w:rsidR="00CE0EF3" w:rsidRPr="001002E3">
          <w:rPr>
            <w:rStyle w:val="Hyperlink"/>
            <w:lang w:val="nl-NL"/>
          </w:rPr>
          <w:t>https://notebooklm.google/</w:t>
        </w:r>
      </w:hyperlink>
      <w:r w:rsidR="00CE0EF3" w:rsidRPr="001002E3">
        <w:rPr>
          <w:lang w:val="nl-NL"/>
        </w:rPr>
        <w:t xml:space="preserve"> en log in, bijvoorbeeld met je Gmail-account.</w:t>
      </w:r>
    </w:p>
    <w:p w14:paraId="48975BFF" w14:textId="60F39AE5" w:rsidR="00C63EF8" w:rsidRPr="00862DF4" w:rsidRDefault="00CE0EF3" w:rsidP="00936394">
      <w:pPr>
        <w:pStyle w:val="Lijstnummering"/>
        <w:spacing w:before="0" w:after="0" w:line="240" w:lineRule="auto"/>
        <w:rPr>
          <w:lang w:val="nl-NL"/>
        </w:rPr>
      </w:pPr>
      <w:r>
        <w:rPr>
          <w:lang w:val="nl-NL"/>
        </w:rPr>
        <w:t xml:space="preserve">Maak een </w:t>
      </w:r>
      <w:r w:rsidR="001002E3">
        <w:rPr>
          <w:lang w:val="nl-NL"/>
        </w:rPr>
        <w:t xml:space="preserve">nieuw </w:t>
      </w:r>
      <w:r>
        <w:rPr>
          <w:lang w:val="nl-NL"/>
        </w:rPr>
        <w:t>notebook aan</w:t>
      </w:r>
      <w:r w:rsidR="001F43FE">
        <w:rPr>
          <w:lang w:val="nl-NL"/>
        </w:rPr>
        <w:t>. Er wordt direct gevraagd</w:t>
      </w:r>
      <w:r w:rsidR="001002E3">
        <w:rPr>
          <w:lang w:val="nl-NL"/>
        </w:rPr>
        <w:t xml:space="preserve"> om bronnen toe te voegen. Dat kan een </w:t>
      </w:r>
      <w:proofErr w:type="spellStart"/>
      <w:r w:rsidR="001002E3">
        <w:rPr>
          <w:lang w:val="nl-NL"/>
        </w:rPr>
        <w:t>powerpoint</w:t>
      </w:r>
      <w:proofErr w:type="spellEnd"/>
      <w:r w:rsidR="001002E3">
        <w:rPr>
          <w:lang w:val="nl-NL"/>
        </w:rPr>
        <w:t>-presentatie zijn, een PDF of Word-bestand, een audio-opname of een videobestand.</w:t>
      </w:r>
    </w:p>
    <w:p w14:paraId="31615506" w14:textId="77777777" w:rsidR="005E6FCA" w:rsidRDefault="005E6FCA" w:rsidP="00936394">
      <w:pPr>
        <w:pStyle w:val="Lijstnummering"/>
        <w:spacing w:before="0" w:after="0" w:line="240" w:lineRule="auto"/>
        <w:rPr>
          <w:lang w:val="nl-NL"/>
        </w:rPr>
      </w:pPr>
      <w:r>
        <w:rPr>
          <w:lang w:val="nl-NL"/>
        </w:rPr>
        <w:t xml:space="preserve">Op de volgende pagina vind je een </w:t>
      </w:r>
      <w:proofErr w:type="spellStart"/>
      <w:r>
        <w:rPr>
          <w:lang w:val="nl-NL"/>
        </w:rPr>
        <w:t>overzichtscherm</w:t>
      </w:r>
      <w:proofErr w:type="spellEnd"/>
      <w:r>
        <w:rPr>
          <w:lang w:val="nl-NL"/>
        </w:rPr>
        <w:t xml:space="preserve"> dat ziet als je een notebook opent.</w:t>
      </w:r>
    </w:p>
    <w:p w14:paraId="58263744" w14:textId="77777777" w:rsidR="005E6FCA" w:rsidRDefault="005E6FCA" w:rsidP="00936394">
      <w:pPr>
        <w:pStyle w:val="Lijstnummering"/>
        <w:numPr>
          <w:ilvl w:val="0"/>
          <w:numId w:val="0"/>
        </w:numPr>
        <w:spacing w:before="0" w:after="0" w:line="240" w:lineRule="auto"/>
        <w:ind w:left="360"/>
        <w:rPr>
          <w:lang w:val="nl-NL"/>
        </w:rPr>
      </w:pPr>
      <w:r>
        <w:rPr>
          <w:lang w:val="nl-NL"/>
        </w:rPr>
        <w:t xml:space="preserve">In het </w:t>
      </w:r>
      <w:proofErr w:type="spellStart"/>
      <w:r>
        <w:rPr>
          <w:lang w:val="nl-NL"/>
        </w:rPr>
        <w:t>linkergedeelte</w:t>
      </w:r>
      <w:proofErr w:type="spellEnd"/>
      <w:r>
        <w:rPr>
          <w:lang w:val="nl-NL"/>
        </w:rPr>
        <w:t xml:space="preserve"> zie je de bronnen die je hebt toegevoegd. Je kunt hier ook nieuwe bronnen toevoegen. </w:t>
      </w:r>
    </w:p>
    <w:p w14:paraId="71B116C8" w14:textId="41926DC4" w:rsidR="00C63EF8" w:rsidRPr="005E6FCA" w:rsidRDefault="001002E3" w:rsidP="00936394">
      <w:pPr>
        <w:pStyle w:val="Lijstnummering"/>
        <w:spacing w:before="0" w:after="0" w:line="240" w:lineRule="auto"/>
        <w:rPr>
          <w:lang w:val="nl-NL"/>
        </w:rPr>
      </w:pPr>
      <w:r w:rsidRPr="005E6FCA">
        <w:rPr>
          <w:lang w:val="nl-NL"/>
        </w:rPr>
        <w:t>In het middengedeelte kun je vragen stellen over je bronnen en</w:t>
      </w:r>
      <w:r w:rsidR="00086DA3" w:rsidRPr="005E6FCA">
        <w:rPr>
          <w:lang w:val="nl-NL"/>
        </w:rPr>
        <w:t>/of hiermee in gesprek.</w:t>
      </w:r>
    </w:p>
    <w:p w14:paraId="31C3EBFF" w14:textId="41F75BC5" w:rsidR="0009021C" w:rsidRDefault="00086DA3" w:rsidP="00936394">
      <w:pPr>
        <w:pStyle w:val="Lijstnummering"/>
        <w:spacing w:before="0" w:after="0" w:line="240" w:lineRule="auto"/>
        <w:rPr>
          <w:lang w:val="nl-NL"/>
        </w:rPr>
      </w:pPr>
      <w:r>
        <w:rPr>
          <w:lang w:val="nl-NL"/>
        </w:rPr>
        <w:t xml:space="preserve">In het rechterscherm zie je een aantal </w:t>
      </w:r>
      <w:r w:rsidR="0009021C">
        <w:rPr>
          <w:lang w:val="nl-NL"/>
        </w:rPr>
        <w:t>knoppen staan</w:t>
      </w:r>
      <w:r w:rsidR="00BB0197">
        <w:rPr>
          <w:lang w:val="nl-NL"/>
        </w:rPr>
        <w:t xml:space="preserve"> waaronder audio-overzicht, video-overzicht, </w:t>
      </w:r>
      <w:proofErr w:type="spellStart"/>
      <w:r w:rsidR="00BB0197">
        <w:rPr>
          <w:lang w:val="nl-NL"/>
        </w:rPr>
        <w:t>mindmap</w:t>
      </w:r>
      <w:proofErr w:type="spellEnd"/>
      <w:r w:rsidR="00BB0197">
        <w:rPr>
          <w:lang w:val="nl-NL"/>
        </w:rPr>
        <w:t xml:space="preserve">, rapporten, flashcards, quiz, </w:t>
      </w:r>
      <w:proofErr w:type="spellStart"/>
      <w:r w:rsidR="00BB0197">
        <w:rPr>
          <w:lang w:val="nl-NL"/>
        </w:rPr>
        <w:t>infographic</w:t>
      </w:r>
      <w:proofErr w:type="spellEnd"/>
      <w:r w:rsidR="00BB0197">
        <w:rPr>
          <w:lang w:val="nl-NL"/>
        </w:rPr>
        <w:t xml:space="preserve"> en diapresentatie. </w:t>
      </w:r>
      <w:r w:rsidR="00BB0197">
        <w:rPr>
          <w:lang w:val="nl-NL"/>
        </w:rPr>
        <w:br/>
        <w:t xml:space="preserve">Kies het product dat je wilt maken en er wordt direct een product gegenereerd. Als dat product klaar is, kun je die in het scherm onder de knoppen vinden en openen. </w:t>
      </w:r>
    </w:p>
    <w:p w14:paraId="2E00685E" w14:textId="2D1220C6" w:rsidR="0009021C" w:rsidRDefault="0009021C" w:rsidP="00936394">
      <w:pPr>
        <w:spacing w:before="0" w:after="0" w:line="240" w:lineRule="auto"/>
        <w:rPr>
          <w:lang w:val="nl-NL"/>
        </w:rPr>
      </w:pPr>
    </w:p>
    <w:p w14:paraId="2BA69808" w14:textId="71A16ECD" w:rsidR="00C63EF8" w:rsidRDefault="00BB0197" w:rsidP="00936394">
      <w:pPr>
        <w:pStyle w:val="Lijstnummering"/>
        <w:numPr>
          <w:ilvl w:val="0"/>
          <w:numId w:val="0"/>
        </w:numPr>
        <w:spacing w:before="0" w:after="0" w:line="240" w:lineRule="auto"/>
        <w:ind w:left="360"/>
        <w:rPr>
          <w:lang w:val="nl-NL"/>
        </w:rPr>
      </w:pPr>
      <w:r w:rsidRPr="00BB0197">
        <w:rPr>
          <w:noProof/>
          <w:lang w:val="nl-NL"/>
        </w:rPr>
        <w:lastRenderedPageBreak/>
        <w:drawing>
          <wp:inline distT="0" distB="0" distL="0" distR="0" wp14:anchorId="59249340" wp14:editId="09379B69">
            <wp:extent cx="5486400" cy="3015615"/>
            <wp:effectExtent l="0" t="0" r="0" b="0"/>
            <wp:docPr id="597648668" name="Afbeelding 1" descr="Afbeelding met tekst, software, Computerpictogram,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8668" name="Afbeelding 1" descr="Afbeelding met tekst, software, Computerpictogram, Webpagina&#10;&#10;Door AI gegenereerde inhoud is mogelijk onjuist."/>
                    <pic:cNvPicPr/>
                  </pic:nvPicPr>
                  <pic:blipFill>
                    <a:blip r:embed="rId26"/>
                    <a:stretch>
                      <a:fillRect/>
                    </a:stretch>
                  </pic:blipFill>
                  <pic:spPr>
                    <a:xfrm>
                      <a:off x="0" y="0"/>
                      <a:ext cx="5486400" cy="3015615"/>
                    </a:xfrm>
                    <a:prstGeom prst="rect">
                      <a:avLst/>
                    </a:prstGeom>
                  </pic:spPr>
                </pic:pic>
              </a:graphicData>
            </a:graphic>
          </wp:inline>
        </w:drawing>
      </w:r>
    </w:p>
    <w:p w14:paraId="2B25296F" w14:textId="77777777" w:rsidR="000370DA" w:rsidRDefault="000370DA" w:rsidP="00936394">
      <w:pPr>
        <w:pStyle w:val="Lijstnummering"/>
        <w:numPr>
          <w:ilvl w:val="0"/>
          <w:numId w:val="0"/>
        </w:numPr>
        <w:spacing w:before="0" w:after="0" w:line="240" w:lineRule="auto"/>
        <w:ind w:left="360"/>
        <w:rPr>
          <w:lang w:val="nl-NL"/>
        </w:rPr>
      </w:pPr>
    </w:p>
    <w:p w14:paraId="07CED9F3" w14:textId="77777777" w:rsidR="008F6374" w:rsidRDefault="00BF5F3B" w:rsidP="00BF5F3B">
      <w:pPr>
        <w:spacing w:before="0" w:after="0" w:line="240" w:lineRule="auto"/>
        <w:rPr>
          <w:lang w:val="nl-NL"/>
        </w:rPr>
      </w:pPr>
      <w:r>
        <w:rPr>
          <w:lang w:val="nl-NL"/>
        </w:rPr>
        <w:t xml:space="preserve">Als je van </w:t>
      </w:r>
      <w:proofErr w:type="spellStart"/>
      <w:r>
        <w:rPr>
          <w:lang w:val="nl-NL"/>
        </w:rPr>
        <w:t>NotebookLM</w:t>
      </w:r>
      <w:proofErr w:type="spellEnd"/>
      <w:r>
        <w:rPr>
          <w:lang w:val="nl-NL"/>
        </w:rPr>
        <w:t xml:space="preserve"> gebruik wilt maken, dien je wel over eigen bronnen te beschikken. Dus </w:t>
      </w:r>
      <w:r w:rsidRPr="005C13A7">
        <w:rPr>
          <w:lang w:val="nl-NL"/>
        </w:rPr>
        <w:t>eigen materiaal</w:t>
      </w:r>
      <w:r>
        <w:rPr>
          <w:lang w:val="nl-NL"/>
        </w:rPr>
        <w:t xml:space="preserve"> bijvoorbeeld een </w:t>
      </w:r>
      <w:proofErr w:type="spellStart"/>
      <w:r>
        <w:rPr>
          <w:lang w:val="nl-NL"/>
        </w:rPr>
        <w:t>powerpoint</w:t>
      </w:r>
      <w:proofErr w:type="spellEnd"/>
      <w:r>
        <w:rPr>
          <w:lang w:val="nl-NL"/>
        </w:rPr>
        <w:t xml:space="preserve">, eigen aantekeningen. </w:t>
      </w:r>
    </w:p>
    <w:p w14:paraId="06BE52D7" w14:textId="77777777" w:rsidR="008F6374" w:rsidRDefault="008F6374" w:rsidP="00BF5F3B">
      <w:pPr>
        <w:spacing w:before="0" w:after="0" w:line="240" w:lineRule="auto"/>
        <w:rPr>
          <w:lang w:val="nl-NL"/>
        </w:rPr>
      </w:pPr>
    </w:p>
    <w:p w14:paraId="6ED1679C" w14:textId="4E7CA5B2" w:rsidR="00BF5F3B" w:rsidRDefault="00BF5F3B" w:rsidP="00BF5F3B">
      <w:pPr>
        <w:spacing w:before="0" w:after="0" w:line="240" w:lineRule="auto"/>
        <w:rPr>
          <w:lang w:val="nl-NL"/>
        </w:rPr>
      </w:pPr>
      <w:r w:rsidRPr="005C13A7">
        <w:rPr>
          <w:lang w:val="nl-NL"/>
        </w:rPr>
        <w:t>Tip: Je kunt ook A</w:t>
      </w:r>
      <w:r>
        <w:rPr>
          <w:lang w:val="nl-NL"/>
        </w:rPr>
        <w:t>I</w:t>
      </w:r>
      <w:r w:rsidRPr="005C13A7">
        <w:rPr>
          <w:lang w:val="nl-NL"/>
        </w:rPr>
        <w:t xml:space="preserve"> een bron laten genereren. </w:t>
      </w:r>
    </w:p>
    <w:p w14:paraId="7280B77E" w14:textId="77777777" w:rsidR="00BF5F3B" w:rsidRPr="004217DF" w:rsidRDefault="00BF5F3B" w:rsidP="00BF5F3B">
      <w:pPr>
        <w:spacing w:before="0" w:after="0" w:line="240" w:lineRule="auto"/>
        <w:rPr>
          <w:i/>
          <w:iCs/>
          <w:lang w:val="nl-NL"/>
        </w:rPr>
      </w:pPr>
      <w:r>
        <w:rPr>
          <w:lang w:val="nl-NL"/>
        </w:rPr>
        <w:t>Voorbeeld: Je wilt een kennisclip laten maken over het begrip belanghebbende in het bestuursrecht. Ga naar je favoriete AI-tool. Geef de volgende prompt:</w:t>
      </w:r>
      <w:r>
        <w:rPr>
          <w:lang w:val="nl-NL"/>
        </w:rPr>
        <w:br/>
      </w:r>
      <w:r w:rsidRPr="003267EB">
        <w:rPr>
          <w:b/>
          <w:bCs/>
          <w:lang w:val="nl-NL"/>
        </w:rPr>
        <w:t>Prompt:</w:t>
      </w:r>
      <w:r>
        <w:rPr>
          <w:lang w:val="nl-NL"/>
        </w:rPr>
        <w:br/>
      </w:r>
      <w:r w:rsidRPr="004217DF">
        <w:rPr>
          <w:i/>
          <w:iCs/>
          <w:lang w:val="nl-NL"/>
        </w:rPr>
        <w:t xml:space="preserve">Ik ben docent bestuursrecht en ik ben onderwijs aan het ontwikkelen voor eerste jaarstudenten die nog geen of nauwelijks ervaring hebben in het bestuursrecht. In de eerste les komen de basisbegrippen bestuursorgaan, besluit en belanghebbende aan bod. Voor deze drie begrippen wil ik een kennisclip maken. Daarvoor heb ik een juridische onderlegger nodig. Werk voor deze onderlegger deze begrippen uit met enkele voorbeelden die aansluiten bij de belevingswereld van de student. Maak gebruik van de wet (AWB). </w:t>
      </w:r>
      <w:r w:rsidRPr="004217DF">
        <w:rPr>
          <w:i/>
          <w:iCs/>
          <w:lang w:val="nl-NL"/>
        </w:rPr>
        <w:br/>
        <w:t>Optie: neem ook verwijzingen naar actuele rechtspraak op waarin deze begrippen ter discussie stonden.</w:t>
      </w:r>
    </w:p>
    <w:p w14:paraId="4F0C454C" w14:textId="77777777" w:rsidR="00BF5F3B" w:rsidRDefault="00BF5F3B" w:rsidP="00BF5F3B">
      <w:pPr>
        <w:spacing w:before="0" w:after="0" w:line="240" w:lineRule="auto"/>
        <w:rPr>
          <w:lang w:val="nl-NL"/>
        </w:rPr>
      </w:pPr>
    </w:p>
    <w:p w14:paraId="24CB5D70" w14:textId="77777777" w:rsidR="00BF5F3B" w:rsidRDefault="00BF5F3B" w:rsidP="00BF5F3B">
      <w:pPr>
        <w:spacing w:before="0" w:after="0" w:line="240" w:lineRule="auto"/>
        <w:rPr>
          <w:lang w:val="nl-NL"/>
        </w:rPr>
      </w:pPr>
      <w:r>
        <w:rPr>
          <w:lang w:val="nl-NL"/>
        </w:rPr>
        <w:t>Nu wordt er een onderlegger gegenereerd. Beoordeel of je deze van voldoende kwaliteit vindt.</w:t>
      </w:r>
      <w:r>
        <w:rPr>
          <w:lang w:val="nl-NL"/>
        </w:rPr>
        <w:br/>
        <w:t>Tip: je kunt je AI-tool vragen om de gegenereerde inhoud zelf te beoordelen bijvoorbeeld vanuit de rol van een onderwijskundige met ruime juridische ervaring. De feedbacktips die de AI geeft kun je vervolgens direct door de AI laten toepassen op de onderlegger.</w:t>
      </w:r>
    </w:p>
    <w:p w14:paraId="28CC4996" w14:textId="77777777" w:rsidR="00BF5F3B" w:rsidRDefault="00BF5F3B" w:rsidP="00BF5F3B">
      <w:pPr>
        <w:spacing w:before="0" w:after="0" w:line="240" w:lineRule="auto"/>
        <w:rPr>
          <w:lang w:val="nl-NL"/>
        </w:rPr>
      </w:pPr>
      <w:r>
        <w:rPr>
          <w:lang w:val="nl-NL"/>
        </w:rPr>
        <w:br/>
        <w:t>Als de onderlegger van voldoende kwaliteit is, kun je verder.</w:t>
      </w:r>
    </w:p>
    <w:p w14:paraId="7C7D5276" w14:textId="77777777" w:rsidR="00BF5F3B" w:rsidRPr="00862DF4" w:rsidRDefault="00BF5F3B" w:rsidP="00936394">
      <w:pPr>
        <w:pStyle w:val="Lijstnummering"/>
        <w:numPr>
          <w:ilvl w:val="0"/>
          <w:numId w:val="0"/>
        </w:numPr>
        <w:spacing w:before="0" w:after="0" w:line="240" w:lineRule="auto"/>
        <w:ind w:left="360"/>
        <w:rPr>
          <w:lang w:val="nl-NL"/>
        </w:rPr>
      </w:pPr>
    </w:p>
    <w:p w14:paraId="7F9ECA5A" w14:textId="13F1E043" w:rsidR="00281449" w:rsidRDefault="00243664" w:rsidP="00936394">
      <w:pPr>
        <w:spacing w:before="0" w:after="0" w:line="240" w:lineRule="auto"/>
        <w:rPr>
          <w:lang w:val="nl-NL"/>
        </w:rPr>
      </w:pPr>
      <w:r>
        <w:rPr>
          <w:lang w:val="nl-NL"/>
        </w:rPr>
        <w:t xml:space="preserve">Vanaf de volgende pagina </w:t>
      </w:r>
      <w:r w:rsidR="005E6FCA">
        <w:rPr>
          <w:lang w:val="nl-NL"/>
        </w:rPr>
        <w:t>vind je een</w:t>
      </w:r>
      <w:r w:rsidR="00C63EF8">
        <w:rPr>
          <w:lang w:val="nl-NL"/>
        </w:rPr>
        <w:t xml:space="preserve"> uitgebreide</w:t>
      </w:r>
      <w:r w:rsidR="002A4FF8">
        <w:rPr>
          <w:lang w:val="nl-NL"/>
        </w:rPr>
        <w:t>r</w:t>
      </w:r>
      <w:r w:rsidR="00C63EF8">
        <w:rPr>
          <w:lang w:val="nl-NL"/>
        </w:rPr>
        <w:t xml:space="preserve"> artikel waarin een complete uitleg is opgenomen over het gebruik van </w:t>
      </w:r>
      <w:proofErr w:type="spellStart"/>
      <w:r w:rsidR="00C63EF8">
        <w:rPr>
          <w:lang w:val="nl-NL"/>
        </w:rPr>
        <w:t>NotebookLM</w:t>
      </w:r>
      <w:proofErr w:type="spellEnd"/>
      <w:r w:rsidR="00615957">
        <w:rPr>
          <w:lang w:val="nl-NL"/>
        </w:rPr>
        <w:t xml:space="preserve"> en de mogelijkheden die deze AI-tool heeft voor docenten en studenten</w:t>
      </w:r>
      <w:r w:rsidR="00C63EF8">
        <w:rPr>
          <w:lang w:val="nl-NL"/>
        </w:rPr>
        <w:t>.</w:t>
      </w:r>
      <w:r w:rsidR="005E6FCA">
        <w:rPr>
          <w:lang w:val="nl-NL"/>
        </w:rPr>
        <w:t xml:space="preserve"> Daarbij wordt ingegaan op het gebruik voor het onderwijs als</w:t>
      </w:r>
      <w:r w:rsidR="00615957">
        <w:rPr>
          <w:lang w:val="nl-NL"/>
        </w:rPr>
        <w:t xml:space="preserve"> ook het</w:t>
      </w:r>
      <w:r w:rsidR="005E6FCA">
        <w:rPr>
          <w:lang w:val="nl-NL"/>
        </w:rPr>
        <w:t xml:space="preserve"> gebruik voor andere toepassingen.</w:t>
      </w:r>
    </w:p>
    <w:p w14:paraId="34C7EC35" w14:textId="77777777" w:rsidR="00281449" w:rsidRDefault="00281449">
      <w:pPr>
        <w:rPr>
          <w:lang w:val="nl-NL"/>
        </w:rPr>
      </w:pPr>
      <w:r>
        <w:rPr>
          <w:lang w:val="nl-NL"/>
        </w:rPr>
        <w:br w:type="page"/>
      </w:r>
    </w:p>
    <w:p w14:paraId="7F186539" w14:textId="6480D627" w:rsidR="005D0EA8" w:rsidRPr="00C63EF8" w:rsidRDefault="005D0EA8" w:rsidP="005D0EA8">
      <w:pPr>
        <w:pStyle w:val="Kop2"/>
        <w:spacing w:before="0" w:line="240" w:lineRule="auto"/>
        <w:rPr>
          <w:lang w:val="nl-NL"/>
        </w:rPr>
      </w:pPr>
      <w:r>
        <w:rPr>
          <w:lang w:val="nl-NL"/>
        </w:rPr>
        <w:lastRenderedPageBreak/>
        <w:t>notebookLM uitgebreide toelichting</w:t>
      </w:r>
    </w:p>
    <w:p w14:paraId="2EAD0087" w14:textId="77777777" w:rsidR="005D0EA8" w:rsidRDefault="005D0EA8" w:rsidP="00936394">
      <w:pPr>
        <w:spacing w:before="0" w:after="0" w:line="240" w:lineRule="auto"/>
        <w:rPr>
          <w:b/>
          <w:bCs/>
          <w:lang w:val="nl-NL"/>
        </w:rPr>
      </w:pPr>
    </w:p>
    <w:p w14:paraId="54C83E33" w14:textId="29FECA8B" w:rsidR="00E763D0" w:rsidRPr="00E763D0" w:rsidRDefault="00C63EF8" w:rsidP="00936394">
      <w:pPr>
        <w:spacing w:before="0" w:after="0" w:line="240" w:lineRule="auto"/>
        <w:rPr>
          <w:b/>
          <w:bCs/>
          <w:lang w:val="nl-NL"/>
        </w:rPr>
      </w:pPr>
      <w:proofErr w:type="spellStart"/>
      <w:r>
        <w:rPr>
          <w:b/>
          <w:bCs/>
          <w:lang w:val="nl-NL"/>
        </w:rPr>
        <w:t>NotebookLM</w:t>
      </w:r>
      <w:proofErr w:type="spellEnd"/>
      <w:r>
        <w:rPr>
          <w:b/>
          <w:bCs/>
          <w:lang w:val="nl-NL"/>
        </w:rPr>
        <w:t>: v</w:t>
      </w:r>
      <w:r w:rsidR="00E763D0" w:rsidRPr="00E763D0">
        <w:rPr>
          <w:b/>
          <w:bCs/>
          <w:lang w:val="nl-NL"/>
        </w:rPr>
        <w:t>an lezen naar denken, van informatie naar inzicht</w:t>
      </w:r>
    </w:p>
    <w:p w14:paraId="21071F31" w14:textId="77777777" w:rsidR="00E763D0" w:rsidRPr="00E763D0" w:rsidRDefault="00E763D0" w:rsidP="00936394">
      <w:pPr>
        <w:spacing w:before="0" w:after="0" w:line="240" w:lineRule="auto"/>
        <w:rPr>
          <w:lang w:val="nl-NL"/>
        </w:rPr>
      </w:pPr>
      <w:r w:rsidRPr="00E763D0">
        <w:rPr>
          <w:lang w:val="nl-NL"/>
        </w:rPr>
        <w:t xml:space="preserve">AI-tools worden vaak geassocieerd met “sneller antwoorden krijgen” of zelfs met het risico op klakkeloos overnemen van gegenereerde teksten. </w:t>
      </w:r>
      <w:proofErr w:type="spellStart"/>
      <w:r w:rsidRPr="00E763D0">
        <w:rPr>
          <w:lang w:val="nl-NL"/>
        </w:rPr>
        <w:t>NotebookLM</w:t>
      </w:r>
      <w:proofErr w:type="spellEnd"/>
      <w:r w:rsidRPr="00E763D0">
        <w:rPr>
          <w:lang w:val="nl-NL"/>
        </w:rPr>
        <w:t xml:space="preserve"> biedt een ander perspectief. Deze tool is niet gericht op het produceren van kant-en-klare antwoorden, maar op begrijpen, analyseren en verdiepen – althans als je deze tool goed gebruikt, vaardigheden die in het hoger onderwijs belangrijk zijn.</w:t>
      </w:r>
    </w:p>
    <w:p w14:paraId="29446D86" w14:textId="77777777" w:rsidR="00E763D0" w:rsidRPr="00E763D0" w:rsidRDefault="00E763D0" w:rsidP="00936394">
      <w:pPr>
        <w:spacing w:before="0" w:after="0" w:line="240" w:lineRule="auto"/>
        <w:rPr>
          <w:lang w:val="nl-NL"/>
        </w:rPr>
      </w:pPr>
    </w:p>
    <w:p w14:paraId="412A7589" w14:textId="77777777" w:rsidR="00E763D0" w:rsidRPr="00E763D0" w:rsidRDefault="00E763D0" w:rsidP="00936394">
      <w:pPr>
        <w:spacing w:before="0" w:after="0" w:line="240" w:lineRule="auto"/>
        <w:rPr>
          <w:lang w:val="nl-NL"/>
        </w:rPr>
      </w:pPr>
      <w:r w:rsidRPr="00E763D0">
        <w:rPr>
          <w:lang w:val="nl-NL"/>
        </w:rPr>
        <w:t xml:space="preserve">In dit artikel verkennen we wat </w:t>
      </w:r>
      <w:proofErr w:type="spellStart"/>
      <w:r w:rsidRPr="00E763D0">
        <w:rPr>
          <w:lang w:val="nl-NL"/>
        </w:rPr>
        <w:t>NotebookLM</w:t>
      </w:r>
      <w:proofErr w:type="spellEnd"/>
      <w:r w:rsidRPr="00E763D0">
        <w:rPr>
          <w:lang w:val="nl-NL"/>
        </w:rPr>
        <w:t xml:space="preserve"> is, hoe het werkt en vooral: hoe studenten en docenten het verantwoord en activerend kunnen inzetten in het leerproces.</w:t>
      </w:r>
    </w:p>
    <w:p w14:paraId="14EBEA08" w14:textId="77777777" w:rsidR="00E763D0" w:rsidRPr="00E763D0" w:rsidRDefault="00E763D0" w:rsidP="00936394">
      <w:pPr>
        <w:spacing w:before="0" w:after="0" w:line="240" w:lineRule="auto"/>
        <w:rPr>
          <w:lang w:val="nl-NL"/>
        </w:rPr>
      </w:pPr>
    </w:p>
    <w:p w14:paraId="397DDF8B" w14:textId="77777777" w:rsidR="00E763D0" w:rsidRPr="00E763D0" w:rsidRDefault="00E763D0" w:rsidP="00936394">
      <w:pPr>
        <w:spacing w:before="0" w:after="0" w:line="240" w:lineRule="auto"/>
        <w:rPr>
          <w:b/>
          <w:bCs/>
          <w:lang w:val="nl-NL"/>
        </w:rPr>
      </w:pPr>
      <w:r w:rsidRPr="00E763D0">
        <w:rPr>
          <w:b/>
          <w:bCs/>
          <w:lang w:val="nl-NL"/>
        </w:rPr>
        <w:t xml:space="preserve">Wat is </w:t>
      </w:r>
      <w:proofErr w:type="spellStart"/>
      <w:r w:rsidRPr="00E763D0">
        <w:rPr>
          <w:b/>
          <w:bCs/>
          <w:lang w:val="nl-NL"/>
        </w:rPr>
        <w:t>NotebookLM</w:t>
      </w:r>
      <w:proofErr w:type="spellEnd"/>
      <w:r w:rsidRPr="00E763D0">
        <w:rPr>
          <w:b/>
          <w:bCs/>
          <w:lang w:val="nl-NL"/>
        </w:rPr>
        <w:t>?</w:t>
      </w:r>
    </w:p>
    <w:p w14:paraId="2CF59889" w14:textId="77777777" w:rsidR="00E763D0" w:rsidRPr="00E763D0" w:rsidRDefault="00E763D0" w:rsidP="00936394">
      <w:pPr>
        <w:spacing w:before="0" w:after="0" w:line="240" w:lineRule="auto"/>
        <w:rPr>
          <w:lang w:val="nl-NL"/>
        </w:rPr>
      </w:pPr>
      <w:proofErr w:type="spellStart"/>
      <w:r w:rsidRPr="00E763D0">
        <w:rPr>
          <w:lang w:val="nl-NL"/>
        </w:rPr>
        <w:t>NotebookLM</w:t>
      </w:r>
      <w:proofErr w:type="spellEnd"/>
      <w:r w:rsidRPr="00E763D0">
        <w:rPr>
          <w:lang w:val="nl-NL"/>
        </w:rPr>
        <w:t xml:space="preserve"> is een AI-ondersteunde onlineomgeving gemaakt door Google. Het is een onlineomgeving die je gratis kan gebruiken. Je kunt deze vinden via de volgende link: </w:t>
      </w:r>
      <w:hyperlink r:id="rId41" w:history="1">
        <w:r w:rsidRPr="00E763D0">
          <w:rPr>
            <w:rStyle w:val="Hyperlink"/>
            <w:lang w:val="nl-NL"/>
          </w:rPr>
          <w:t>https://notebooklm.google/</w:t>
        </w:r>
      </w:hyperlink>
      <w:r w:rsidRPr="00E763D0">
        <w:rPr>
          <w:lang w:val="nl-NL"/>
        </w:rPr>
        <w:t xml:space="preserve"> Let op, je moet inloggen op deze website. Dat kan bijvoorbeeld met je Google-account (met je Gmail emailadres en wachtwoord).</w:t>
      </w:r>
    </w:p>
    <w:p w14:paraId="64E98CB8" w14:textId="77777777" w:rsidR="00E763D0" w:rsidRPr="00E763D0" w:rsidRDefault="00E763D0" w:rsidP="00936394">
      <w:pPr>
        <w:spacing w:before="0" w:after="0" w:line="240" w:lineRule="auto"/>
        <w:rPr>
          <w:lang w:val="nl-NL"/>
        </w:rPr>
      </w:pPr>
    </w:p>
    <w:p w14:paraId="6EC85D96" w14:textId="77777777" w:rsidR="00E763D0" w:rsidRPr="00E763D0" w:rsidRDefault="00E763D0" w:rsidP="00936394">
      <w:pPr>
        <w:spacing w:before="0" w:after="0" w:line="240" w:lineRule="auto"/>
        <w:rPr>
          <w:lang w:val="nl-NL"/>
        </w:rPr>
      </w:pPr>
      <w:r w:rsidRPr="00E763D0">
        <w:rPr>
          <w:lang w:val="nl-NL"/>
        </w:rPr>
        <w:t>Met de gratis account heb je toegang tot alle mogelijkheden, maar bij een aantal te maken producten (zie hieronder voor meer uitleg) geldt een beperking. Video’s kun je namelijk met een gratis account maar een x-aantal per week maken. Je kunt ook een betaalde account nemen en dan gelden er minder beperkingen en kun je dus veel meer video’s maken. Een gratis account is voor de meeste studenten en docenten overigens voldoende.</w:t>
      </w:r>
    </w:p>
    <w:p w14:paraId="17BB2F2B" w14:textId="77777777" w:rsidR="00E763D0" w:rsidRPr="00E763D0" w:rsidRDefault="00E763D0" w:rsidP="00936394">
      <w:pPr>
        <w:spacing w:before="0" w:after="0" w:line="240" w:lineRule="auto"/>
        <w:rPr>
          <w:b/>
          <w:bCs/>
          <w:lang w:val="nl-NL"/>
        </w:rPr>
      </w:pPr>
      <w:r w:rsidRPr="00E763D0">
        <w:rPr>
          <w:lang w:val="nl-NL"/>
        </w:rPr>
        <w:br/>
      </w:r>
      <w:r w:rsidRPr="00E763D0">
        <w:rPr>
          <w:b/>
          <w:bCs/>
          <w:lang w:val="nl-NL"/>
        </w:rPr>
        <w:t xml:space="preserve">Hoe werkt </w:t>
      </w:r>
      <w:proofErr w:type="spellStart"/>
      <w:r w:rsidRPr="00E763D0">
        <w:rPr>
          <w:b/>
          <w:bCs/>
          <w:lang w:val="nl-NL"/>
        </w:rPr>
        <w:t>NotebookLM</w:t>
      </w:r>
      <w:proofErr w:type="spellEnd"/>
      <w:r w:rsidRPr="00E763D0">
        <w:rPr>
          <w:b/>
          <w:bCs/>
          <w:lang w:val="nl-NL"/>
        </w:rPr>
        <w:t>?</w:t>
      </w:r>
    </w:p>
    <w:p w14:paraId="030D38DA" w14:textId="77777777" w:rsidR="00E763D0" w:rsidRPr="00E763D0" w:rsidRDefault="00E763D0" w:rsidP="00936394">
      <w:pPr>
        <w:spacing w:before="0" w:after="0" w:line="240" w:lineRule="auto"/>
        <w:rPr>
          <w:lang w:val="nl-NL"/>
        </w:rPr>
      </w:pPr>
      <w:r w:rsidRPr="00E763D0">
        <w:rPr>
          <w:lang w:val="nl-NL"/>
        </w:rPr>
        <w:t>Notebook is het Engelse woord voor kladblok. Binnen deze website kun je eigen kladblokken, Notebooks dus, maken rond bepaalde onderwerpen. En het Notebook is vervolgens de omgeving waar je met behulp van generatieve AI met deze informatie kunt interacteren.</w:t>
      </w:r>
    </w:p>
    <w:p w14:paraId="2D4AA776" w14:textId="77777777" w:rsidR="00E763D0" w:rsidRPr="00E763D0" w:rsidRDefault="00E763D0" w:rsidP="00936394">
      <w:pPr>
        <w:spacing w:before="0" w:after="0" w:line="240" w:lineRule="auto"/>
        <w:rPr>
          <w:lang w:val="nl-NL"/>
        </w:rPr>
      </w:pPr>
    </w:p>
    <w:p w14:paraId="2407306A" w14:textId="77777777" w:rsidR="00E763D0" w:rsidRPr="00E763D0" w:rsidRDefault="00E763D0" w:rsidP="00936394">
      <w:pPr>
        <w:spacing w:before="0" w:after="0" w:line="240" w:lineRule="auto"/>
        <w:rPr>
          <w:lang w:val="nl-NL"/>
        </w:rPr>
      </w:pPr>
      <w:r w:rsidRPr="00E763D0">
        <w:rPr>
          <w:lang w:val="nl-NL"/>
        </w:rPr>
        <w:t>Om een Notebook te maken, kun je als gebruiker zélf bronnen aanleveren. Denk aan:</w:t>
      </w:r>
    </w:p>
    <w:p w14:paraId="42D9151F" w14:textId="77777777" w:rsidR="00E763D0" w:rsidRPr="00E763D0" w:rsidRDefault="00E763D0" w:rsidP="00936394">
      <w:pPr>
        <w:spacing w:before="0" w:after="0" w:line="240" w:lineRule="auto"/>
        <w:rPr>
          <w:lang w:val="nl-NL"/>
        </w:rPr>
      </w:pPr>
      <w:r w:rsidRPr="00E763D0">
        <w:rPr>
          <w:lang w:val="nl-NL"/>
        </w:rPr>
        <w:t>- wet- en regelgeving</w:t>
      </w:r>
    </w:p>
    <w:p w14:paraId="1D0C0C19" w14:textId="77777777" w:rsidR="00E763D0" w:rsidRPr="00E763D0" w:rsidRDefault="00E763D0" w:rsidP="00936394">
      <w:pPr>
        <w:spacing w:before="0" w:after="0" w:line="240" w:lineRule="auto"/>
        <w:rPr>
          <w:lang w:val="nl-NL"/>
        </w:rPr>
      </w:pPr>
      <w:r w:rsidRPr="00E763D0">
        <w:rPr>
          <w:lang w:val="nl-NL"/>
        </w:rPr>
        <w:t>- artikelen, jurisprudentie of readers</w:t>
      </w:r>
    </w:p>
    <w:p w14:paraId="7238D9A5" w14:textId="77777777" w:rsidR="00E763D0" w:rsidRPr="00E763D0" w:rsidRDefault="00E763D0" w:rsidP="00936394">
      <w:pPr>
        <w:spacing w:before="0" w:after="0" w:line="240" w:lineRule="auto"/>
        <w:rPr>
          <w:lang w:val="nl-NL"/>
        </w:rPr>
      </w:pPr>
      <w:r w:rsidRPr="00E763D0">
        <w:rPr>
          <w:lang w:val="nl-NL"/>
        </w:rPr>
        <w:t>- collegesheets of syllabi</w:t>
      </w:r>
    </w:p>
    <w:p w14:paraId="0A02827C" w14:textId="77777777" w:rsidR="00E763D0" w:rsidRPr="00E763D0" w:rsidRDefault="00E763D0" w:rsidP="00936394">
      <w:pPr>
        <w:spacing w:before="0" w:after="0" w:line="240" w:lineRule="auto"/>
        <w:rPr>
          <w:lang w:val="nl-NL"/>
        </w:rPr>
      </w:pPr>
      <w:r w:rsidRPr="00E763D0">
        <w:rPr>
          <w:lang w:val="nl-NL"/>
        </w:rPr>
        <w:t>- eigen notities of verslagen</w:t>
      </w:r>
    </w:p>
    <w:p w14:paraId="1D54861F" w14:textId="77777777" w:rsidR="00E763D0" w:rsidRPr="00E763D0" w:rsidRDefault="00E763D0" w:rsidP="00936394">
      <w:pPr>
        <w:spacing w:before="0" w:after="0" w:line="240" w:lineRule="auto"/>
        <w:rPr>
          <w:lang w:val="nl-NL"/>
        </w:rPr>
      </w:pPr>
      <w:r w:rsidRPr="00E763D0">
        <w:rPr>
          <w:lang w:val="nl-NL"/>
        </w:rPr>
        <w:t xml:space="preserve">- boeken </w:t>
      </w:r>
    </w:p>
    <w:p w14:paraId="4EAA1A25" w14:textId="77777777" w:rsidR="00E763D0" w:rsidRPr="00E763D0" w:rsidRDefault="00E763D0" w:rsidP="00936394">
      <w:pPr>
        <w:spacing w:before="0" w:after="0" w:line="240" w:lineRule="auto"/>
        <w:rPr>
          <w:lang w:val="nl-NL"/>
        </w:rPr>
      </w:pPr>
    </w:p>
    <w:p w14:paraId="6EB9D0D6" w14:textId="77777777" w:rsidR="00E763D0" w:rsidRPr="00E763D0" w:rsidRDefault="00E763D0" w:rsidP="00936394">
      <w:pPr>
        <w:spacing w:before="0" w:after="0" w:line="240" w:lineRule="auto"/>
        <w:rPr>
          <w:lang w:val="nl-NL"/>
        </w:rPr>
      </w:pPr>
      <w:r w:rsidRPr="00E763D0">
        <w:rPr>
          <w:lang w:val="nl-NL"/>
        </w:rPr>
        <w:t xml:space="preserve">De AI werkt uitsluitend met deze geselecteerde bronnen. Er wordt dus niet “gegoogeld” of geput uit onbekende externe data. Dat maakt dat </w:t>
      </w:r>
      <w:proofErr w:type="spellStart"/>
      <w:r w:rsidRPr="00E763D0">
        <w:rPr>
          <w:lang w:val="nl-NL"/>
        </w:rPr>
        <w:t>NotebookLM</w:t>
      </w:r>
      <w:proofErr w:type="spellEnd"/>
      <w:r w:rsidRPr="00E763D0">
        <w:rPr>
          <w:lang w:val="nl-NL"/>
        </w:rPr>
        <w:t xml:space="preserve"> betrouwbaarder is dan een reguliere AI-</w:t>
      </w:r>
      <w:proofErr w:type="spellStart"/>
      <w:r w:rsidRPr="00E763D0">
        <w:rPr>
          <w:lang w:val="nl-NL"/>
        </w:rPr>
        <w:t>chatbot</w:t>
      </w:r>
      <w:proofErr w:type="spellEnd"/>
      <w:r w:rsidRPr="00E763D0">
        <w:rPr>
          <w:lang w:val="nl-NL"/>
        </w:rPr>
        <w:t xml:space="preserve"> zoals </w:t>
      </w:r>
      <w:proofErr w:type="spellStart"/>
      <w:r w:rsidRPr="00E763D0">
        <w:rPr>
          <w:lang w:val="nl-NL"/>
        </w:rPr>
        <w:t>ChatGPT</w:t>
      </w:r>
      <w:proofErr w:type="spellEnd"/>
      <w:r w:rsidRPr="00E763D0">
        <w:rPr>
          <w:lang w:val="nl-NL"/>
        </w:rPr>
        <w:t xml:space="preserve"> of Gemini omdat bij deze chatbots het risico bestaat dat de </w:t>
      </w:r>
      <w:proofErr w:type="spellStart"/>
      <w:r w:rsidRPr="00E763D0">
        <w:rPr>
          <w:lang w:val="nl-NL"/>
        </w:rPr>
        <w:t>chatbot</w:t>
      </w:r>
      <w:proofErr w:type="spellEnd"/>
      <w:r w:rsidRPr="00E763D0">
        <w:rPr>
          <w:lang w:val="nl-NL"/>
        </w:rPr>
        <w:t xml:space="preserve"> fouten maakt door te hallucineren: door bronnen, schrijvers, boeken, rechtspraak of andere zaken te verzinnen. De kans </w:t>
      </w:r>
      <w:proofErr w:type="spellStart"/>
      <w:r w:rsidRPr="00E763D0">
        <w:rPr>
          <w:lang w:val="nl-NL"/>
        </w:rPr>
        <w:t>NotebookLM</w:t>
      </w:r>
      <w:proofErr w:type="spellEnd"/>
      <w:r w:rsidRPr="00E763D0">
        <w:rPr>
          <w:lang w:val="nl-NL"/>
        </w:rPr>
        <w:t xml:space="preserve"> dit doet, is veel kleiner omdat het bij het genereren van antwoorden uitgaat van de bronnen die je hebt toegevoegd en bij alle antwoorden die het geeft of producten die het maakt altijd een bronverwijzing erbij plaatst die terugverwijst naar de originele bron die jij als gebruiker hebt toegevoegd. </w:t>
      </w:r>
      <w:proofErr w:type="spellStart"/>
      <w:r w:rsidRPr="00E763D0">
        <w:rPr>
          <w:lang w:val="nl-NL"/>
        </w:rPr>
        <w:t>NotebookLM</w:t>
      </w:r>
      <w:proofErr w:type="spellEnd"/>
      <w:r w:rsidRPr="00E763D0">
        <w:rPr>
          <w:lang w:val="nl-NL"/>
        </w:rPr>
        <w:t xml:space="preserve"> is daardoor </w:t>
      </w:r>
      <w:proofErr w:type="spellStart"/>
      <w:r w:rsidRPr="00E763D0">
        <w:rPr>
          <w:lang w:val="nl-NL"/>
        </w:rPr>
        <w:t>brongebonden</w:t>
      </w:r>
      <w:proofErr w:type="spellEnd"/>
      <w:r w:rsidRPr="00E763D0">
        <w:rPr>
          <w:lang w:val="nl-NL"/>
        </w:rPr>
        <w:t>, transparant en controleerbaar.</w:t>
      </w:r>
    </w:p>
    <w:p w14:paraId="698D81F3" w14:textId="77777777" w:rsidR="00E763D0" w:rsidRPr="00E763D0" w:rsidRDefault="00E763D0" w:rsidP="00936394">
      <w:pPr>
        <w:spacing w:before="0" w:after="0" w:line="240" w:lineRule="auto"/>
        <w:rPr>
          <w:b/>
          <w:bCs/>
          <w:lang w:val="nl-NL"/>
        </w:rPr>
      </w:pPr>
      <w:r w:rsidRPr="00E763D0">
        <w:rPr>
          <w:lang w:val="nl-NL"/>
        </w:rPr>
        <w:br/>
      </w:r>
      <w:r w:rsidRPr="00E763D0">
        <w:rPr>
          <w:b/>
          <w:bCs/>
          <w:lang w:val="nl-NL"/>
        </w:rPr>
        <w:t>Let op: je mag niet zomaar elke bron toevoegen</w:t>
      </w:r>
    </w:p>
    <w:p w14:paraId="74BF29CE" w14:textId="77777777" w:rsidR="00E763D0" w:rsidRPr="00E763D0" w:rsidRDefault="00E763D0" w:rsidP="00936394">
      <w:pPr>
        <w:spacing w:before="0" w:after="0" w:line="240" w:lineRule="auto"/>
        <w:rPr>
          <w:lang w:val="nl-NL"/>
        </w:rPr>
      </w:pPr>
      <w:r w:rsidRPr="00E763D0">
        <w:rPr>
          <w:lang w:val="nl-NL"/>
        </w:rPr>
        <w:t xml:space="preserve">Je kunt in </w:t>
      </w:r>
      <w:proofErr w:type="spellStart"/>
      <w:r w:rsidRPr="00E763D0">
        <w:rPr>
          <w:lang w:val="nl-NL"/>
        </w:rPr>
        <w:t>NotebookLM</w:t>
      </w:r>
      <w:proofErr w:type="spellEnd"/>
      <w:r w:rsidRPr="00E763D0">
        <w:rPr>
          <w:lang w:val="nl-NL"/>
        </w:rPr>
        <w:t xml:space="preserve"> heel veel bronnen toevoegen. Die bronnen kunnen bestaan uit verschillende bestandsformaten. Zo kun je tekst toevoegen zoals boeken, artikelen, uitspraken, maar ook </w:t>
      </w:r>
      <w:proofErr w:type="spellStart"/>
      <w:r w:rsidRPr="00E763D0">
        <w:rPr>
          <w:lang w:val="nl-NL"/>
        </w:rPr>
        <w:t>powerpointpresentaties</w:t>
      </w:r>
      <w:proofErr w:type="spellEnd"/>
      <w:r w:rsidRPr="00E763D0">
        <w:rPr>
          <w:lang w:val="nl-NL"/>
        </w:rPr>
        <w:t xml:space="preserve">, video’s en geluidsfragmenten. </w:t>
      </w:r>
    </w:p>
    <w:p w14:paraId="64B3BE91" w14:textId="77777777" w:rsidR="00E763D0" w:rsidRPr="00E763D0" w:rsidRDefault="00E763D0" w:rsidP="00936394">
      <w:pPr>
        <w:spacing w:before="0" w:after="0" w:line="240" w:lineRule="auto"/>
        <w:rPr>
          <w:lang w:val="nl-NL"/>
        </w:rPr>
      </w:pPr>
    </w:p>
    <w:p w14:paraId="5EA2AEE5" w14:textId="77777777" w:rsidR="00E763D0" w:rsidRPr="00E763D0" w:rsidRDefault="00E763D0" w:rsidP="00936394">
      <w:pPr>
        <w:spacing w:before="0" w:after="0" w:line="240" w:lineRule="auto"/>
        <w:rPr>
          <w:lang w:val="nl-NL"/>
        </w:rPr>
      </w:pPr>
      <w:r w:rsidRPr="00E763D0">
        <w:rPr>
          <w:lang w:val="nl-NL"/>
        </w:rPr>
        <w:t xml:space="preserve">Het is echter niet altijd toegestaan om alle bronnen zomaar toe te voegen. Op sommige bronnen, zoals (hand)boeken en/of (juridische) artikelen rust namelijk auteursrecht. </w:t>
      </w:r>
    </w:p>
    <w:p w14:paraId="221C6873" w14:textId="77777777" w:rsidR="00E763D0" w:rsidRPr="00E763D0" w:rsidRDefault="00E763D0" w:rsidP="00936394">
      <w:pPr>
        <w:spacing w:before="0" w:after="0" w:line="240" w:lineRule="auto"/>
        <w:rPr>
          <w:b/>
          <w:bCs/>
          <w:lang w:val="nl-NL"/>
        </w:rPr>
      </w:pPr>
    </w:p>
    <w:p w14:paraId="36DFD4C7" w14:textId="77777777" w:rsidR="00E763D0" w:rsidRPr="00E763D0" w:rsidRDefault="00E763D0" w:rsidP="00936394">
      <w:pPr>
        <w:spacing w:before="0" w:after="0" w:line="240" w:lineRule="auto"/>
        <w:rPr>
          <w:b/>
          <w:bCs/>
          <w:lang w:val="nl-NL"/>
        </w:rPr>
      </w:pPr>
      <w:r w:rsidRPr="00E763D0">
        <w:rPr>
          <w:b/>
          <w:bCs/>
          <w:lang w:val="nl-NL"/>
        </w:rPr>
        <w:t>Wat is auteursrecht?</w:t>
      </w:r>
    </w:p>
    <w:p w14:paraId="43F29755" w14:textId="77777777" w:rsidR="00E763D0" w:rsidRPr="00E763D0" w:rsidRDefault="00E763D0" w:rsidP="00936394">
      <w:pPr>
        <w:spacing w:before="0" w:after="0" w:line="240" w:lineRule="auto"/>
        <w:rPr>
          <w:lang w:val="nl-NL"/>
        </w:rPr>
      </w:pPr>
      <w:r w:rsidRPr="00E763D0">
        <w:rPr>
          <w:lang w:val="nl-NL"/>
        </w:rPr>
        <w:lastRenderedPageBreak/>
        <w:t>Auteursrecht betekent dat de maker van een tekst bepaalt wie die tekst mag kopiëren, verspreiden of bewerken.</w:t>
      </w:r>
    </w:p>
    <w:p w14:paraId="4CA464D4" w14:textId="77777777" w:rsidR="00E763D0" w:rsidRPr="00216E87" w:rsidRDefault="00E763D0" w:rsidP="00936394">
      <w:pPr>
        <w:spacing w:before="0" w:after="0" w:line="240" w:lineRule="auto"/>
      </w:pPr>
      <w:proofErr w:type="spellStart"/>
      <w:r w:rsidRPr="00216E87">
        <w:t>Bijvoorbeeld</w:t>
      </w:r>
      <w:proofErr w:type="spellEnd"/>
      <w:r w:rsidRPr="00216E87">
        <w:t>:</w:t>
      </w:r>
    </w:p>
    <w:p w14:paraId="59BD07C2" w14:textId="77777777" w:rsidR="00E763D0" w:rsidRPr="00216E87" w:rsidRDefault="00E763D0" w:rsidP="00974A8A">
      <w:pPr>
        <w:numPr>
          <w:ilvl w:val="0"/>
          <w:numId w:val="14"/>
        </w:numPr>
        <w:spacing w:before="0" w:after="0" w:line="240" w:lineRule="auto"/>
      </w:pPr>
      <w:proofErr w:type="spellStart"/>
      <w:r w:rsidRPr="00216E87">
        <w:t>een</w:t>
      </w:r>
      <w:proofErr w:type="spellEnd"/>
      <w:r w:rsidRPr="00216E87">
        <w:t xml:space="preserve"> </w:t>
      </w:r>
      <w:proofErr w:type="spellStart"/>
      <w:r w:rsidRPr="00216E87">
        <w:t>studieboek</w:t>
      </w:r>
      <w:proofErr w:type="spellEnd"/>
    </w:p>
    <w:p w14:paraId="43DF8926" w14:textId="77777777" w:rsidR="00E763D0" w:rsidRPr="00216E87" w:rsidRDefault="00E763D0" w:rsidP="00974A8A">
      <w:pPr>
        <w:numPr>
          <w:ilvl w:val="0"/>
          <w:numId w:val="14"/>
        </w:numPr>
        <w:spacing w:before="0" w:after="0" w:line="240" w:lineRule="auto"/>
      </w:pPr>
      <w:proofErr w:type="spellStart"/>
      <w:r w:rsidRPr="00216E87">
        <w:t>een</w:t>
      </w:r>
      <w:proofErr w:type="spellEnd"/>
      <w:r w:rsidRPr="00216E87">
        <w:t xml:space="preserve"> </w:t>
      </w:r>
      <w:proofErr w:type="spellStart"/>
      <w:r w:rsidRPr="00216E87">
        <w:t>wetenschappelijk</w:t>
      </w:r>
      <w:proofErr w:type="spellEnd"/>
      <w:r w:rsidRPr="00216E87">
        <w:t xml:space="preserve"> </w:t>
      </w:r>
      <w:proofErr w:type="spellStart"/>
      <w:r w:rsidRPr="00216E87">
        <w:t>artikel</w:t>
      </w:r>
      <w:proofErr w:type="spellEnd"/>
    </w:p>
    <w:p w14:paraId="719D5151" w14:textId="77777777" w:rsidR="00E763D0" w:rsidRPr="00216E87" w:rsidRDefault="00E763D0" w:rsidP="00974A8A">
      <w:pPr>
        <w:numPr>
          <w:ilvl w:val="0"/>
          <w:numId w:val="14"/>
        </w:numPr>
        <w:spacing w:before="0" w:after="0" w:line="240" w:lineRule="auto"/>
      </w:pPr>
      <w:proofErr w:type="spellStart"/>
      <w:r w:rsidRPr="00216E87">
        <w:t>een</w:t>
      </w:r>
      <w:proofErr w:type="spellEnd"/>
      <w:r w:rsidRPr="00216E87">
        <w:t xml:space="preserve"> </w:t>
      </w:r>
      <w:proofErr w:type="spellStart"/>
      <w:r w:rsidRPr="00216E87">
        <w:t>krantenstuk</w:t>
      </w:r>
      <w:proofErr w:type="spellEnd"/>
    </w:p>
    <w:p w14:paraId="3B457A73" w14:textId="77777777" w:rsidR="00E763D0" w:rsidRPr="00E763D0" w:rsidRDefault="00E763D0" w:rsidP="00936394">
      <w:pPr>
        <w:spacing w:before="0" w:after="0" w:line="240" w:lineRule="auto"/>
        <w:rPr>
          <w:lang w:val="nl-NL"/>
        </w:rPr>
      </w:pPr>
      <w:r w:rsidRPr="00E763D0">
        <w:rPr>
          <w:lang w:val="nl-NL"/>
        </w:rPr>
        <w:t>Die mag je niet zomaar volledig kopiëren of doorgeven.</w:t>
      </w:r>
    </w:p>
    <w:p w14:paraId="73776883" w14:textId="77777777" w:rsidR="00E763D0" w:rsidRPr="00E763D0" w:rsidRDefault="00E763D0" w:rsidP="00936394">
      <w:pPr>
        <w:spacing w:before="0" w:after="0" w:line="240" w:lineRule="auto"/>
        <w:rPr>
          <w:lang w:val="nl-NL"/>
        </w:rPr>
      </w:pPr>
      <w:r w:rsidRPr="00E763D0">
        <w:rPr>
          <w:lang w:val="nl-NL"/>
        </w:rPr>
        <w:br/>
        <w:t xml:space="preserve">Uploaden (of knippen en plakken uit een digitale tekst of foto’s maken van een handboek) in een </w:t>
      </w:r>
      <w:proofErr w:type="spellStart"/>
      <w:r w:rsidRPr="00E763D0">
        <w:rPr>
          <w:lang w:val="nl-NL"/>
        </w:rPr>
        <w:t>chatbot</w:t>
      </w:r>
      <w:proofErr w:type="spellEnd"/>
      <w:r w:rsidRPr="00E763D0">
        <w:rPr>
          <w:lang w:val="nl-NL"/>
        </w:rPr>
        <w:t xml:space="preserve"> is feitelijk een kopie maken van het document in een digitaal systeem. Juridisch gezien is dat een verveelvoudiging. En daar heb je toestemming voor nodig. Zonder deze toestemming is het dus verboden om een auteursrechtelijk beschermd werk te uploaden in een </w:t>
      </w:r>
      <w:proofErr w:type="spellStart"/>
      <w:r w:rsidRPr="00E763D0">
        <w:rPr>
          <w:lang w:val="nl-NL"/>
        </w:rPr>
        <w:t>chatbot</w:t>
      </w:r>
      <w:proofErr w:type="spellEnd"/>
      <w:r w:rsidRPr="00E763D0">
        <w:rPr>
          <w:lang w:val="nl-NL"/>
        </w:rPr>
        <w:t xml:space="preserve"> en dus ook in </w:t>
      </w:r>
      <w:proofErr w:type="spellStart"/>
      <w:r w:rsidRPr="00E763D0">
        <w:rPr>
          <w:lang w:val="nl-NL"/>
        </w:rPr>
        <w:t>NotebookLM</w:t>
      </w:r>
      <w:proofErr w:type="spellEnd"/>
      <w:r w:rsidRPr="00E763D0">
        <w:rPr>
          <w:lang w:val="nl-NL"/>
        </w:rPr>
        <w:t>.</w:t>
      </w:r>
    </w:p>
    <w:p w14:paraId="46F16885" w14:textId="77777777" w:rsidR="00E763D0" w:rsidRPr="00E763D0" w:rsidRDefault="00E763D0" w:rsidP="00936394">
      <w:pPr>
        <w:spacing w:before="0" w:after="0" w:line="240" w:lineRule="auto"/>
        <w:rPr>
          <w:lang w:val="nl-NL"/>
        </w:rPr>
      </w:pPr>
    </w:p>
    <w:p w14:paraId="364384C4" w14:textId="77777777" w:rsidR="00E763D0" w:rsidRPr="00E763D0" w:rsidRDefault="00E763D0" w:rsidP="00936394">
      <w:pPr>
        <w:spacing w:before="0" w:after="0" w:line="240" w:lineRule="auto"/>
        <w:rPr>
          <w:lang w:val="nl-NL"/>
        </w:rPr>
      </w:pPr>
      <w:r w:rsidRPr="00E763D0">
        <w:rPr>
          <w:lang w:val="nl-NL"/>
        </w:rPr>
        <w:t>Je mag een tekst wel uploaden als één van deze situaties geldt:</w:t>
      </w:r>
    </w:p>
    <w:p w14:paraId="574933DC" w14:textId="77777777" w:rsidR="00E763D0" w:rsidRPr="00E763D0" w:rsidRDefault="00E763D0" w:rsidP="00974A8A">
      <w:pPr>
        <w:numPr>
          <w:ilvl w:val="0"/>
          <w:numId w:val="15"/>
        </w:numPr>
        <w:spacing w:before="0" w:after="0" w:line="240" w:lineRule="auto"/>
        <w:rPr>
          <w:lang w:val="nl-NL"/>
        </w:rPr>
      </w:pPr>
      <w:r w:rsidRPr="00E763D0">
        <w:rPr>
          <w:lang w:val="nl-NL"/>
        </w:rPr>
        <w:t xml:space="preserve">je bent zelf de auteur van het stuk (al kan het bij een handboek zo zijn dat het auteursrecht (ook of deels) bij de uitgever of een andere partij ligt). Dus eigen samenvattingen, onderlegger, verantwoordingen mogen wel ingevoerd worden als bron als je deze zelf geschreven hebt. </w:t>
      </w:r>
    </w:p>
    <w:p w14:paraId="2E5764E7" w14:textId="77777777" w:rsidR="00E763D0" w:rsidRPr="00C50A2F" w:rsidRDefault="00E763D0" w:rsidP="00974A8A">
      <w:pPr>
        <w:numPr>
          <w:ilvl w:val="0"/>
          <w:numId w:val="15"/>
        </w:numPr>
        <w:spacing w:before="0" w:after="0" w:line="240" w:lineRule="auto"/>
      </w:pPr>
      <w:r w:rsidRPr="00E763D0">
        <w:rPr>
          <w:lang w:val="nl-NL"/>
        </w:rPr>
        <w:t xml:space="preserve">of de tekst is vrij beschikbaar (omdat het valt onder open access of Creative </w:t>
      </w:r>
      <w:proofErr w:type="spellStart"/>
      <w:r w:rsidRPr="00E763D0">
        <w:rPr>
          <w:lang w:val="nl-NL"/>
        </w:rPr>
        <w:t>Commons</w:t>
      </w:r>
      <w:proofErr w:type="spellEnd"/>
      <w:r w:rsidRPr="00E763D0">
        <w:rPr>
          <w:lang w:val="nl-NL"/>
        </w:rPr>
        <w:t xml:space="preserve">). Daarnaast geldt er geen auteursrecht op wetgeving en rechtspraak te vinden via rechtspraak.nl. </w:t>
      </w:r>
      <w:r w:rsidRPr="00E763D0">
        <w:rPr>
          <w:lang w:val="nl-NL"/>
        </w:rPr>
        <w:br/>
        <w:t xml:space="preserve">Let op, op annotaties kan wel auteursrecht zitten, namelijk van de schrijver van de annotatie. </w:t>
      </w:r>
      <w:r>
        <w:t xml:space="preserve">En </w:t>
      </w:r>
    </w:p>
    <w:p w14:paraId="69C6AD8F" w14:textId="77777777" w:rsidR="00E763D0" w:rsidRDefault="00E763D0" w:rsidP="00936394">
      <w:pPr>
        <w:spacing w:before="0" w:after="0" w:line="240" w:lineRule="auto"/>
      </w:pPr>
    </w:p>
    <w:p w14:paraId="05FD3745" w14:textId="77777777" w:rsidR="00E763D0" w:rsidRPr="00C479F6" w:rsidRDefault="00E763D0" w:rsidP="00936394">
      <w:pPr>
        <w:spacing w:before="0" w:after="0" w:line="240" w:lineRule="auto"/>
        <w:rPr>
          <w:b/>
          <w:bCs/>
        </w:rPr>
      </w:pPr>
      <w:r w:rsidRPr="00C479F6">
        <w:rPr>
          <w:b/>
          <w:bCs/>
        </w:rPr>
        <w:t xml:space="preserve">Hoe </w:t>
      </w:r>
      <w:proofErr w:type="spellStart"/>
      <w:r w:rsidRPr="00C479F6">
        <w:rPr>
          <w:b/>
          <w:bCs/>
        </w:rPr>
        <w:t>werkt</w:t>
      </w:r>
      <w:proofErr w:type="spellEnd"/>
      <w:r w:rsidRPr="00C479F6">
        <w:rPr>
          <w:b/>
          <w:bCs/>
        </w:rPr>
        <w:t xml:space="preserve"> het</w:t>
      </w:r>
      <w:r>
        <w:rPr>
          <w:b/>
          <w:bCs/>
        </w:rPr>
        <w:t xml:space="preserve"> </w:t>
      </w:r>
      <w:proofErr w:type="spellStart"/>
      <w:r>
        <w:rPr>
          <w:b/>
          <w:bCs/>
        </w:rPr>
        <w:t>NotebookLM</w:t>
      </w:r>
      <w:proofErr w:type="spellEnd"/>
      <w:r w:rsidRPr="00C479F6">
        <w:rPr>
          <w:b/>
          <w:bCs/>
        </w:rPr>
        <w:t>?</w:t>
      </w:r>
    </w:p>
    <w:p w14:paraId="5E3E1041" w14:textId="77777777" w:rsidR="00E763D0" w:rsidRPr="00E763D0" w:rsidRDefault="00E763D0" w:rsidP="00936394">
      <w:pPr>
        <w:spacing w:before="0" w:after="0" w:line="240" w:lineRule="auto"/>
        <w:rPr>
          <w:lang w:val="nl-NL"/>
        </w:rPr>
      </w:pPr>
      <w:r w:rsidRPr="00E763D0">
        <w:rPr>
          <w:lang w:val="nl-NL"/>
        </w:rPr>
        <w:t xml:space="preserve">Het gebruik van </w:t>
      </w:r>
      <w:proofErr w:type="spellStart"/>
      <w:r w:rsidRPr="00E763D0">
        <w:rPr>
          <w:lang w:val="nl-NL"/>
        </w:rPr>
        <w:t>NotebookLM</w:t>
      </w:r>
      <w:proofErr w:type="spellEnd"/>
      <w:r w:rsidRPr="00E763D0">
        <w:rPr>
          <w:lang w:val="nl-NL"/>
        </w:rPr>
        <w:t xml:space="preserve"> bestaat uit drie eenvoudige stappen:</w:t>
      </w:r>
    </w:p>
    <w:p w14:paraId="0E0284AD" w14:textId="77777777" w:rsidR="00E763D0" w:rsidRPr="00E763D0" w:rsidRDefault="00E763D0" w:rsidP="00936394">
      <w:pPr>
        <w:spacing w:before="0" w:after="0" w:line="240" w:lineRule="auto"/>
        <w:rPr>
          <w:lang w:val="nl-NL"/>
        </w:rPr>
      </w:pPr>
    </w:p>
    <w:p w14:paraId="11A8AC61" w14:textId="77777777" w:rsidR="00E763D0" w:rsidRDefault="00E763D0" w:rsidP="00974A8A">
      <w:pPr>
        <w:pStyle w:val="Lijstalinea"/>
        <w:numPr>
          <w:ilvl w:val="0"/>
          <w:numId w:val="16"/>
        </w:numPr>
        <w:spacing w:before="0" w:after="0" w:line="240" w:lineRule="auto"/>
      </w:pPr>
      <w:r>
        <w:t xml:space="preserve">Bronnen </w:t>
      </w:r>
      <w:proofErr w:type="spellStart"/>
      <w:r>
        <w:t>uploaden</w:t>
      </w:r>
      <w:proofErr w:type="spellEnd"/>
    </w:p>
    <w:p w14:paraId="0EE9BC50" w14:textId="77777777" w:rsidR="00E763D0" w:rsidRPr="00E763D0" w:rsidRDefault="00E763D0" w:rsidP="00936394">
      <w:pPr>
        <w:spacing w:before="0" w:after="0" w:line="240" w:lineRule="auto"/>
        <w:rPr>
          <w:lang w:val="nl-NL"/>
        </w:rPr>
      </w:pPr>
      <w:r w:rsidRPr="00E763D0">
        <w:rPr>
          <w:lang w:val="nl-NL"/>
        </w:rPr>
        <w:t>De gebruiker maakt een notebook aan en uploadt relevante documenten, bijv. een wet, een artikel of meerdere arresten. Of een eigen onderlegger, of je samenvatting van een boek of kennisclip. Of je aantekeningen van een les. Notebook herkent namelijk ook handgeschreven stukken.</w:t>
      </w:r>
    </w:p>
    <w:p w14:paraId="37EA0FF2" w14:textId="77777777" w:rsidR="00E763D0" w:rsidRPr="00E763D0" w:rsidRDefault="00E763D0" w:rsidP="00936394">
      <w:pPr>
        <w:spacing w:before="0" w:after="0" w:line="240" w:lineRule="auto"/>
        <w:rPr>
          <w:lang w:val="nl-NL"/>
        </w:rPr>
      </w:pPr>
    </w:p>
    <w:p w14:paraId="29728A50" w14:textId="77777777" w:rsidR="00E763D0" w:rsidRDefault="00E763D0" w:rsidP="00974A8A">
      <w:pPr>
        <w:pStyle w:val="Lijstalinea"/>
        <w:numPr>
          <w:ilvl w:val="0"/>
          <w:numId w:val="16"/>
        </w:numPr>
        <w:spacing w:before="0" w:after="0" w:line="240" w:lineRule="auto"/>
      </w:pPr>
      <w:proofErr w:type="spellStart"/>
      <w:r>
        <w:t>Vragen</w:t>
      </w:r>
      <w:proofErr w:type="spellEnd"/>
      <w:r>
        <w:t xml:space="preserve"> </w:t>
      </w:r>
      <w:proofErr w:type="spellStart"/>
      <w:r>
        <w:t>stellen</w:t>
      </w:r>
      <w:proofErr w:type="spellEnd"/>
      <w:r>
        <w:t xml:space="preserve"> </w:t>
      </w:r>
      <w:proofErr w:type="spellStart"/>
      <w:r>
        <w:t>en</w:t>
      </w:r>
      <w:proofErr w:type="spellEnd"/>
      <w:r>
        <w:t xml:space="preserve"> </w:t>
      </w:r>
      <w:proofErr w:type="spellStart"/>
      <w:r>
        <w:t>verkennen</w:t>
      </w:r>
      <w:proofErr w:type="spellEnd"/>
    </w:p>
    <w:p w14:paraId="2A30D8E9" w14:textId="77777777" w:rsidR="00E763D0" w:rsidRPr="00E763D0" w:rsidRDefault="00E763D0" w:rsidP="00936394">
      <w:pPr>
        <w:spacing w:before="0" w:after="0" w:line="240" w:lineRule="auto"/>
        <w:rPr>
          <w:lang w:val="nl-NL"/>
        </w:rPr>
      </w:pPr>
      <w:r w:rsidRPr="00E763D0">
        <w:rPr>
          <w:lang w:val="nl-NL"/>
        </w:rPr>
        <w:t xml:space="preserve">In het midden van het scherm vind je een chatscherm. Dat is een </w:t>
      </w:r>
      <w:proofErr w:type="spellStart"/>
      <w:r w:rsidRPr="00E763D0">
        <w:rPr>
          <w:lang w:val="nl-NL"/>
        </w:rPr>
        <w:t>chatbot</w:t>
      </w:r>
      <w:proofErr w:type="spellEnd"/>
      <w:r w:rsidRPr="00E763D0">
        <w:rPr>
          <w:lang w:val="nl-NL"/>
        </w:rPr>
        <w:t xml:space="preserve"> en met deze </w:t>
      </w:r>
      <w:proofErr w:type="spellStart"/>
      <w:r w:rsidRPr="00E763D0">
        <w:rPr>
          <w:lang w:val="nl-NL"/>
        </w:rPr>
        <w:t>chatbot</w:t>
      </w:r>
      <w:proofErr w:type="spellEnd"/>
      <w:r w:rsidRPr="00E763D0">
        <w:rPr>
          <w:lang w:val="nl-NL"/>
        </w:rPr>
        <w:t xml:space="preserve"> kun je de bronnen gaan verkennen. Je kunt vragen stellen over je bronnen, bijvoorbeeld vragen om een samenvatting of vragen wat de 5 belangrijkste concepten uit een tekst, video of gesprek zijn. Je kunt begrippen laten uitleggen of laten zoeken naar verbanden die je zelf nog niet had gevonden. </w:t>
      </w:r>
    </w:p>
    <w:p w14:paraId="2EFE1ED0" w14:textId="77777777" w:rsidR="00E763D0" w:rsidRPr="00E763D0" w:rsidRDefault="00E763D0" w:rsidP="00936394">
      <w:pPr>
        <w:spacing w:before="0" w:after="0" w:line="240" w:lineRule="auto"/>
        <w:rPr>
          <w:lang w:val="nl-NL"/>
        </w:rPr>
      </w:pPr>
    </w:p>
    <w:p w14:paraId="65F0E5EE" w14:textId="77777777" w:rsidR="00E763D0" w:rsidRPr="00E763D0" w:rsidRDefault="00E763D0" w:rsidP="00936394">
      <w:pPr>
        <w:spacing w:before="0" w:after="0" w:line="240" w:lineRule="auto"/>
        <w:rPr>
          <w:lang w:val="nl-NL"/>
        </w:rPr>
      </w:pPr>
      <w:r w:rsidRPr="00E763D0">
        <w:rPr>
          <w:lang w:val="nl-NL"/>
        </w:rPr>
        <w:t xml:space="preserve">Ook je kunt de </w:t>
      </w:r>
      <w:proofErr w:type="spellStart"/>
      <w:r w:rsidRPr="00E763D0">
        <w:rPr>
          <w:lang w:val="nl-NL"/>
        </w:rPr>
        <w:t>chatbot</w:t>
      </w:r>
      <w:proofErr w:type="spellEnd"/>
      <w:r w:rsidRPr="00E763D0">
        <w:rPr>
          <w:lang w:val="nl-NL"/>
        </w:rPr>
        <w:t xml:space="preserve"> inhoudelijke vragen laten stellen aan jou, waarop jij antwoord moet geven waarna de </w:t>
      </w:r>
      <w:proofErr w:type="spellStart"/>
      <w:r w:rsidRPr="00E763D0">
        <w:rPr>
          <w:lang w:val="nl-NL"/>
        </w:rPr>
        <w:t>chatbot</w:t>
      </w:r>
      <w:proofErr w:type="spellEnd"/>
      <w:r w:rsidRPr="00E763D0">
        <w:rPr>
          <w:lang w:val="nl-NL"/>
        </w:rPr>
        <w:t xml:space="preserve"> deze controleert en je feedback kan geven op je leerproces. </w:t>
      </w:r>
    </w:p>
    <w:p w14:paraId="65B1C987" w14:textId="77777777" w:rsidR="00E763D0" w:rsidRPr="00E763D0" w:rsidRDefault="00E763D0" w:rsidP="00936394">
      <w:pPr>
        <w:spacing w:before="0" w:after="0" w:line="240" w:lineRule="auto"/>
        <w:rPr>
          <w:lang w:val="nl-NL"/>
        </w:rPr>
      </w:pPr>
    </w:p>
    <w:p w14:paraId="708D39B9" w14:textId="77777777" w:rsidR="00E763D0" w:rsidRPr="00E763D0" w:rsidRDefault="00E763D0" w:rsidP="00936394">
      <w:pPr>
        <w:spacing w:before="0" w:after="0" w:line="240" w:lineRule="auto"/>
        <w:rPr>
          <w:lang w:val="nl-NL"/>
        </w:rPr>
      </w:pPr>
      <w:r w:rsidRPr="00E763D0">
        <w:rPr>
          <w:lang w:val="nl-NL"/>
        </w:rPr>
        <w:t xml:space="preserve">Zoals eerder benoemd, de </w:t>
      </w:r>
      <w:proofErr w:type="spellStart"/>
      <w:r w:rsidRPr="00E763D0">
        <w:rPr>
          <w:lang w:val="nl-NL"/>
        </w:rPr>
        <w:t>chatbot</w:t>
      </w:r>
      <w:proofErr w:type="spellEnd"/>
      <w:r w:rsidRPr="00E763D0">
        <w:rPr>
          <w:lang w:val="nl-NL"/>
        </w:rPr>
        <w:t xml:space="preserve"> beantwoordt vragen op basis van die bronnen en verwijst expliciet naar passages waar het antwoord op is gebaseerd. Dus hierdoor kun je altijd direct naar de brontekst om verder te lezen of om meer informatie te krijgen.</w:t>
      </w:r>
      <w:r w:rsidRPr="00E763D0">
        <w:rPr>
          <w:lang w:val="nl-NL"/>
        </w:rPr>
        <w:br/>
      </w:r>
      <w:r w:rsidRPr="00E763D0">
        <w:rPr>
          <w:lang w:val="nl-NL"/>
        </w:rPr>
        <w:br/>
        <w:t xml:space="preserve">Dit wil overigens niet zeggen dat </w:t>
      </w:r>
      <w:proofErr w:type="spellStart"/>
      <w:r w:rsidRPr="00E763D0">
        <w:rPr>
          <w:lang w:val="nl-NL"/>
        </w:rPr>
        <w:t>NotebookLM</w:t>
      </w:r>
      <w:proofErr w:type="spellEnd"/>
      <w:r w:rsidRPr="00E763D0">
        <w:rPr>
          <w:lang w:val="nl-NL"/>
        </w:rPr>
        <w:t xml:space="preserve"> geen fouten kan maken. Ten eerste is het belangrijk dat je bronmateriaal van goede kwaliteit is. Want </w:t>
      </w:r>
      <w:proofErr w:type="spellStart"/>
      <w:r w:rsidRPr="00E763D0">
        <w:rPr>
          <w:lang w:val="nl-NL"/>
        </w:rPr>
        <w:t>garbage</w:t>
      </w:r>
      <w:proofErr w:type="spellEnd"/>
      <w:r w:rsidRPr="00E763D0">
        <w:rPr>
          <w:lang w:val="nl-NL"/>
        </w:rPr>
        <w:t xml:space="preserve"> in = </w:t>
      </w:r>
      <w:proofErr w:type="spellStart"/>
      <w:r w:rsidRPr="00E763D0">
        <w:rPr>
          <w:lang w:val="nl-NL"/>
        </w:rPr>
        <w:t>garbage</w:t>
      </w:r>
      <w:proofErr w:type="spellEnd"/>
      <w:r w:rsidRPr="00E763D0">
        <w:rPr>
          <w:lang w:val="nl-NL"/>
        </w:rPr>
        <w:t xml:space="preserve"> out.</w:t>
      </w:r>
      <w:r w:rsidRPr="00E763D0">
        <w:rPr>
          <w:lang w:val="nl-NL"/>
        </w:rPr>
        <w:br/>
        <w:t xml:space="preserve">Ten tweede kan </w:t>
      </w:r>
      <w:proofErr w:type="spellStart"/>
      <w:r w:rsidRPr="00E763D0">
        <w:rPr>
          <w:lang w:val="nl-NL"/>
        </w:rPr>
        <w:t>NotebookLM</w:t>
      </w:r>
      <w:proofErr w:type="spellEnd"/>
      <w:r w:rsidRPr="00E763D0">
        <w:rPr>
          <w:lang w:val="nl-NL"/>
        </w:rPr>
        <w:t xml:space="preserve"> nog steeds hallucineren, want het blijft een taalmodel. Ten derde maakt </w:t>
      </w:r>
      <w:proofErr w:type="spellStart"/>
      <w:r w:rsidRPr="00E763D0">
        <w:rPr>
          <w:lang w:val="nl-NL"/>
        </w:rPr>
        <w:t>NotebookLM</w:t>
      </w:r>
      <w:proofErr w:type="spellEnd"/>
      <w:r w:rsidRPr="00E763D0">
        <w:rPr>
          <w:lang w:val="nl-NL"/>
        </w:rPr>
        <w:t xml:space="preserve"> zelf keuzes over welke informatie gedeeld wordt in de chat, in een samenvatting of in een product. Jij blijft echter wel verantwoordelijk voor deze output, helemaal als je deze wil gebruiken voor een ander product, dus moet je deze output ook altijd blijven controleren.  </w:t>
      </w:r>
    </w:p>
    <w:p w14:paraId="74EC6DCF" w14:textId="535B6E73" w:rsidR="00387949" w:rsidRDefault="00387949">
      <w:pPr>
        <w:rPr>
          <w:lang w:val="nl-NL"/>
        </w:rPr>
      </w:pPr>
      <w:r>
        <w:rPr>
          <w:lang w:val="nl-NL"/>
        </w:rPr>
        <w:br w:type="page"/>
      </w:r>
    </w:p>
    <w:p w14:paraId="2D3D84ED" w14:textId="77777777" w:rsidR="00E763D0" w:rsidRDefault="00E763D0" w:rsidP="00974A8A">
      <w:pPr>
        <w:pStyle w:val="Lijstalinea"/>
        <w:numPr>
          <w:ilvl w:val="0"/>
          <w:numId w:val="16"/>
        </w:numPr>
        <w:spacing w:before="0" w:after="0" w:line="240" w:lineRule="auto"/>
      </w:pPr>
      <w:proofErr w:type="spellStart"/>
      <w:r>
        <w:lastRenderedPageBreak/>
        <w:t>Verdiepen</w:t>
      </w:r>
      <w:proofErr w:type="spellEnd"/>
      <w:r>
        <w:t xml:space="preserve"> </w:t>
      </w:r>
      <w:proofErr w:type="spellStart"/>
      <w:r>
        <w:t>en</w:t>
      </w:r>
      <w:proofErr w:type="spellEnd"/>
      <w:r>
        <w:t xml:space="preserve"> </w:t>
      </w:r>
      <w:proofErr w:type="spellStart"/>
      <w:r>
        <w:t>structureren</w:t>
      </w:r>
      <w:proofErr w:type="spellEnd"/>
    </w:p>
    <w:p w14:paraId="2C215323" w14:textId="77777777" w:rsidR="00E763D0" w:rsidRPr="00E763D0" w:rsidRDefault="00E763D0" w:rsidP="00936394">
      <w:pPr>
        <w:spacing w:before="0" w:after="0" w:line="240" w:lineRule="auto"/>
        <w:rPr>
          <w:lang w:val="nl-NL"/>
        </w:rPr>
      </w:pPr>
      <w:r w:rsidRPr="00E763D0">
        <w:rPr>
          <w:lang w:val="nl-NL"/>
        </w:rPr>
        <w:t xml:space="preserve">Aan de rechterkant van het scherm vindt je de studio, misschien wel de meest indrukwekkende feature van </w:t>
      </w:r>
      <w:proofErr w:type="spellStart"/>
      <w:r w:rsidRPr="00E763D0">
        <w:rPr>
          <w:lang w:val="nl-NL"/>
        </w:rPr>
        <w:t>NotebookLM</w:t>
      </w:r>
      <w:proofErr w:type="spellEnd"/>
      <w:r w:rsidRPr="00E763D0">
        <w:rPr>
          <w:lang w:val="nl-NL"/>
        </w:rPr>
        <w:t>. Hier staan een aantal knoppen te weten:</w:t>
      </w:r>
    </w:p>
    <w:p w14:paraId="157F33CB" w14:textId="77777777" w:rsidR="00E763D0" w:rsidRPr="00E763D0" w:rsidRDefault="00E763D0" w:rsidP="00936394">
      <w:pPr>
        <w:spacing w:before="0" w:after="0" w:line="240" w:lineRule="auto"/>
        <w:rPr>
          <w:lang w:val="nl-NL"/>
        </w:rPr>
      </w:pPr>
      <w:r w:rsidRPr="00E763D0">
        <w:rPr>
          <w:lang w:val="nl-NL"/>
        </w:rPr>
        <w:t>- audio-overzicht</w:t>
      </w:r>
    </w:p>
    <w:p w14:paraId="4BF2B090" w14:textId="77777777" w:rsidR="00E763D0" w:rsidRPr="00E763D0" w:rsidRDefault="00E763D0" w:rsidP="00936394">
      <w:pPr>
        <w:spacing w:before="0" w:after="0" w:line="240" w:lineRule="auto"/>
        <w:rPr>
          <w:lang w:val="nl-NL"/>
        </w:rPr>
      </w:pPr>
      <w:r w:rsidRPr="00E763D0">
        <w:rPr>
          <w:lang w:val="nl-NL"/>
        </w:rPr>
        <w:t>- video-overzicht</w:t>
      </w:r>
    </w:p>
    <w:p w14:paraId="386C5888" w14:textId="77777777" w:rsidR="00E763D0" w:rsidRDefault="00E763D0" w:rsidP="00936394">
      <w:pPr>
        <w:spacing w:before="0" w:after="0" w:line="240" w:lineRule="auto"/>
      </w:pPr>
      <w:r>
        <w:t xml:space="preserve">- </w:t>
      </w:r>
      <w:proofErr w:type="spellStart"/>
      <w:r>
        <w:t>mindmap</w:t>
      </w:r>
      <w:proofErr w:type="spellEnd"/>
    </w:p>
    <w:p w14:paraId="2F8D398A" w14:textId="77777777" w:rsidR="00E763D0" w:rsidRDefault="00E763D0" w:rsidP="00936394">
      <w:pPr>
        <w:spacing w:before="0" w:after="0" w:line="240" w:lineRule="auto"/>
      </w:pPr>
      <w:r>
        <w:t xml:space="preserve">- </w:t>
      </w:r>
      <w:proofErr w:type="spellStart"/>
      <w:r>
        <w:t>rapporten</w:t>
      </w:r>
      <w:proofErr w:type="spellEnd"/>
      <w:r>
        <w:t xml:space="preserve"> </w:t>
      </w:r>
    </w:p>
    <w:p w14:paraId="57E53EB2" w14:textId="77777777" w:rsidR="00E763D0" w:rsidRDefault="00E763D0" w:rsidP="00936394">
      <w:pPr>
        <w:spacing w:before="0" w:after="0" w:line="240" w:lineRule="auto"/>
      </w:pPr>
      <w:r>
        <w:t>- flashcards</w:t>
      </w:r>
    </w:p>
    <w:p w14:paraId="10A30B28" w14:textId="77777777" w:rsidR="00E763D0" w:rsidRDefault="00E763D0" w:rsidP="00936394">
      <w:pPr>
        <w:spacing w:before="0" w:after="0" w:line="240" w:lineRule="auto"/>
      </w:pPr>
      <w:r>
        <w:t>- quiz</w:t>
      </w:r>
    </w:p>
    <w:p w14:paraId="59EFC4DD" w14:textId="77777777" w:rsidR="00E763D0" w:rsidRDefault="00E763D0" w:rsidP="00936394">
      <w:pPr>
        <w:spacing w:before="0" w:after="0" w:line="240" w:lineRule="auto"/>
      </w:pPr>
      <w:r>
        <w:t>- infographic</w:t>
      </w:r>
    </w:p>
    <w:p w14:paraId="5E602920" w14:textId="77777777" w:rsidR="00E763D0" w:rsidRDefault="00E763D0" w:rsidP="00936394">
      <w:pPr>
        <w:spacing w:before="0" w:after="0" w:line="240" w:lineRule="auto"/>
      </w:pPr>
      <w:r>
        <w:t xml:space="preserve">- </w:t>
      </w:r>
      <w:proofErr w:type="spellStart"/>
      <w:r>
        <w:t>diapresentatie</w:t>
      </w:r>
      <w:proofErr w:type="spellEnd"/>
    </w:p>
    <w:p w14:paraId="2A169E79" w14:textId="77777777" w:rsidR="00E763D0" w:rsidRDefault="00E763D0" w:rsidP="00936394">
      <w:pPr>
        <w:spacing w:before="0" w:after="0" w:line="240" w:lineRule="auto"/>
      </w:pPr>
    </w:p>
    <w:p w14:paraId="40CA465F" w14:textId="77777777" w:rsidR="00E763D0" w:rsidRPr="00E763D0" w:rsidRDefault="00E763D0" w:rsidP="00936394">
      <w:pPr>
        <w:spacing w:before="0" w:after="0" w:line="240" w:lineRule="auto"/>
        <w:rPr>
          <w:lang w:val="nl-NL"/>
        </w:rPr>
      </w:pPr>
      <w:r w:rsidRPr="00E763D0">
        <w:rPr>
          <w:lang w:val="nl-NL"/>
        </w:rPr>
        <w:t xml:space="preserve">Als je op een van deze knoppen drukt, dan gaat </w:t>
      </w:r>
      <w:proofErr w:type="spellStart"/>
      <w:r w:rsidRPr="00E763D0">
        <w:rPr>
          <w:lang w:val="nl-NL"/>
        </w:rPr>
        <w:t>NotebookLM</w:t>
      </w:r>
      <w:proofErr w:type="spellEnd"/>
      <w:r w:rsidRPr="00E763D0">
        <w:rPr>
          <w:lang w:val="nl-NL"/>
        </w:rPr>
        <w:t xml:space="preserve"> het desbetreffende product maken. </w:t>
      </w:r>
    </w:p>
    <w:p w14:paraId="2AFA901E" w14:textId="77777777" w:rsidR="00E763D0" w:rsidRPr="00E763D0" w:rsidRDefault="00E763D0" w:rsidP="00936394">
      <w:pPr>
        <w:spacing w:before="0" w:after="0" w:line="240" w:lineRule="auto"/>
        <w:rPr>
          <w:lang w:val="nl-NL"/>
        </w:rPr>
      </w:pPr>
    </w:p>
    <w:p w14:paraId="69778E10" w14:textId="77777777" w:rsidR="00E763D0" w:rsidRPr="00E763D0" w:rsidRDefault="00E763D0" w:rsidP="00936394">
      <w:pPr>
        <w:spacing w:before="0" w:after="0" w:line="240" w:lineRule="auto"/>
        <w:rPr>
          <w:lang w:val="nl-NL"/>
        </w:rPr>
      </w:pPr>
      <w:r w:rsidRPr="00E763D0">
        <w:rPr>
          <w:lang w:val="nl-NL"/>
        </w:rPr>
        <w:t xml:space="preserve">Klik je op audio-overzicht, dan genereert </w:t>
      </w:r>
      <w:proofErr w:type="spellStart"/>
      <w:r w:rsidRPr="00E763D0">
        <w:rPr>
          <w:lang w:val="nl-NL"/>
        </w:rPr>
        <w:t>NotebookLM</w:t>
      </w:r>
      <w:proofErr w:type="spellEnd"/>
      <w:r w:rsidRPr="00E763D0">
        <w:rPr>
          <w:lang w:val="nl-NL"/>
        </w:rPr>
        <w:t xml:space="preserve"> een podcast waarin 2 presentatoren in gesprek gaan over jouw bron. </w:t>
      </w:r>
    </w:p>
    <w:p w14:paraId="2A91DA60" w14:textId="77777777" w:rsidR="00E763D0" w:rsidRPr="00E763D0" w:rsidRDefault="00E763D0" w:rsidP="00936394">
      <w:pPr>
        <w:spacing w:before="0" w:after="0" w:line="240" w:lineRule="auto"/>
        <w:rPr>
          <w:lang w:val="nl-NL"/>
        </w:rPr>
      </w:pPr>
    </w:p>
    <w:p w14:paraId="38735131" w14:textId="77777777" w:rsidR="00E763D0" w:rsidRPr="00E763D0" w:rsidRDefault="00E763D0" w:rsidP="00936394">
      <w:pPr>
        <w:spacing w:before="0" w:after="0" w:line="240" w:lineRule="auto"/>
        <w:rPr>
          <w:lang w:val="nl-NL"/>
        </w:rPr>
      </w:pPr>
      <w:r w:rsidRPr="00E763D0">
        <w:rPr>
          <w:lang w:val="nl-NL"/>
        </w:rPr>
        <w:t xml:space="preserve">Klik je op video-overzicht, dan genereert </w:t>
      </w:r>
      <w:proofErr w:type="spellStart"/>
      <w:r w:rsidRPr="00E763D0">
        <w:rPr>
          <w:lang w:val="nl-NL"/>
        </w:rPr>
        <w:t>NotebookLM</w:t>
      </w:r>
      <w:proofErr w:type="spellEnd"/>
      <w:r w:rsidRPr="00E763D0">
        <w:rPr>
          <w:lang w:val="nl-NL"/>
        </w:rPr>
        <w:t xml:space="preserve"> een kennisclip over jouw bron. </w:t>
      </w:r>
    </w:p>
    <w:p w14:paraId="3AFEA71B" w14:textId="77777777" w:rsidR="00E763D0" w:rsidRPr="00E763D0" w:rsidRDefault="00E763D0" w:rsidP="00936394">
      <w:pPr>
        <w:spacing w:before="0" w:after="0" w:line="240" w:lineRule="auto"/>
        <w:rPr>
          <w:lang w:val="nl-NL"/>
        </w:rPr>
      </w:pPr>
    </w:p>
    <w:p w14:paraId="565D9CA3" w14:textId="77777777" w:rsidR="00E763D0" w:rsidRPr="00E763D0" w:rsidRDefault="00E763D0" w:rsidP="00936394">
      <w:pPr>
        <w:spacing w:before="0" w:after="0" w:line="240" w:lineRule="auto"/>
        <w:rPr>
          <w:lang w:val="nl-NL"/>
        </w:rPr>
      </w:pPr>
      <w:r w:rsidRPr="00E763D0">
        <w:rPr>
          <w:lang w:val="nl-NL"/>
        </w:rPr>
        <w:t>De andere producten spreken voor zich. Video en audio genereren duren even, afhankelijk ook van de omvang van het bronmateriaal. De andere producten zijn betrekkelijk snel klaar. En sowieso zijn deze veel sneller klaar dan als je deze producten zelf zou moeten maken.</w:t>
      </w:r>
    </w:p>
    <w:p w14:paraId="604EED48" w14:textId="77777777" w:rsidR="00E763D0" w:rsidRPr="00E763D0" w:rsidRDefault="00E763D0" w:rsidP="00936394">
      <w:pPr>
        <w:spacing w:before="0" w:after="0" w:line="240" w:lineRule="auto"/>
        <w:rPr>
          <w:lang w:val="nl-NL"/>
        </w:rPr>
      </w:pPr>
    </w:p>
    <w:p w14:paraId="4EF1DBB7" w14:textId="77777777" w:rsidR="00E763D0" w:rsidRPr="00E763D0" w:rsidRDefault="00E763D0" w:rsidP="00936394">
      <w:pPr>
        <w:spacing w:before="0" w:after="0" w:line="240" w:lineRule="auto"/>
        <w:rPr>
          <w:lang w:val="nl-NL"/>
        </w:rPr>
      </w:pPr>
      <w:r w:rsidRPr="00E763D0">
        <w:rPr>
          <w:lang w:val="nl-NL"/>
        </w:rPr>
        <w:t xml:space="preserve">Als je op het pensymbool drukt dat je ziet bij de verschillende knoppen, dan kun je de output van het product sturen. Je kunt dan prompt invoeren bijvoorbeeld over welke informatie zeker moet terugkomen in je kennisclip of podcast. Ook kun de moeilijkheidsgraad aangeven of de lengte van je quiz en/of het aantal flashcards. En soms is het juist ook goed om aan te geven wat je niet terug wilt zien in je product. </w:t>
      </w:r>
    </w:p>
    <w:p w14:paraId="2F86DF49" w14:textId="77777777" w:rsidR="00E763D0" w:rsidRPr="00E763D0" w:rsidRDefault="00E763D0" w:rsidP="00936394">
      <w:pPr>
        <w:spacing w:before="0" w:after="0" w:line="240" w:lineRule="auto"/>
        <w:rPr>
          <w:lang w:val="nl-NL"/>
        </w:rPr>
      </w:pPr>
    </w:p>
    <w:p w14:paraId="6430CB42" w14:textId="77777777" w:rsidR="00E763D0" w:rsidRPr="00E763D0" w:rsidRDefault="00E763D0" w:rsidP="00936394">
      <w:pPr>
        <w:spacing w:before="0" w:after="0" w:line="240" w:lineRule="auto"/>
        <w:rPr>
          <w:lang w:val="nl-NL"/>
        </w:rPr>
      </w:pPr>
      <w:r w:rsidRPr="00E763D0">
        <w:rPr>
          <w:lang w:val="nl-NL"/>
        </w:rPr>
        <w:t xml:space="preserve">Ook kun je hierbij de taal kiezen die </w:t>
      </w:r>
      <w:proofErr w:type="spellStart"/>
      <w:r w:rsidRPr="00E763D0">
        <w:rPr>
          <w:lang w:val="nl-NL"/>
        </w:rPr>
        <w:t>NotebookLM</w:t>
      </w:r>
      <w:proofErr w:type="spellEnd"/>
      <w:r w:rsidRPr="00E763D0">
        <w:rPr>
          <w:lang w:val="nl-NL"/>
        </w:rPr>
        <w:t xml:space="preserve"> moet gebruiken bij je product. Handig als je voor je stage bij Vluchtelingenwerk een beroepsproduct moet maken gericht op mensen die de Nederlandse taal (nog) niet vaardig zijn. </w:t>
      </w:r>
    </w:p>
    <w:p w14:paraId="3EF297B7" w14:textId="77777777" w:rsidR="00E763D0" w:rsidRPr="00E763D0" w:rsidRDefault="00E763D0" w:rsidP="00936394">
      <w:pPr>
        <w:spacing w:before="0" w:after="0" w:line="240" w:lineRule="auto"/>
        <w:rPr>
          <w:lang w:val="nl-NL"/>
        </w:rPr>
      </w:pPr>
    </w:p>
    <w:p w14:paraId="7BB3212B" w14:textId="77777777" w:rsidR="00E763D0" w:rsidRPr="00E763D0" w:rsidRDefault="00E763D0" w:rsidP="00936394">
      <w:pPr>
        <w:spacing w:before="0" w:after="0" w:line="240" w:lineRule="auto"/>
        <w:rPr>
          <w:lang w:val="nl-NL"/>
        </w:rPr>
      </w:pPr>
      <w:r w:rsidRPr="00E763D0">
        <w:rPr>
          <w:lang w:val="nl-NL"/>
        </w:rPr>
        <w:t xml:space="preserve">Sommige dingen kun je helaas niet kiezen. Zoals de stem die gebruikt wordt in de kennisclip en de podcast. De verwachting is dat deze keuze op korte termijn ook mogelijk wordt gemaakt. </w:t>
      </w:r>
    </w:p>
    <w:p w14:paraId="220C58B9" w14:textId="77777777" w:rsidR="00E763D0" w:rsidRPr="00E763D0" w:rsidRDefault="00E763D0" w:rsidP="00936394">
      <w:pPr>
        <w:spacing w:before="0" w:after="0" w:line="240" w:lineRule="auto"/>
        <w:rPr>
          <w:lang w:val="nl-NL"/>
        </w:rPr>
      </w:pPr>
    </w:p>
    <w:p w14:paraId="4EB46C7A" w14:textId="77777777" w:rsidR="00E763D0" w:rsidRPr="00E763D0" w:rsidRDefault="00E763D0" w:rsidP="00936394">
      <w:pPr>
        <w:spacing w:before="0" w:after="0" w:line="240" w:lineRule="auto"/>
        <w:rPr>
          <w:b/>
          <w:bCs/>
          <w:lang w:val="nl-NL"/>
        </w:rPr>
      </w:pPr>
      <w:r w:rsidRPr="00E763D0">
        <w:rPr>
          <w:b/>
          <w:bCs/>
          <w:lang w:val="nl-NL"/>
        </w:rPr>
        <w:t>Wat levert dit studenten op?</w:t>
      </w:r>
    </w:p>
    <w:p w14:paraId="7AB251CB" w14:textId="77777777" w:rsidR="00E763D0" w:rsidRPr="00E763D0" w:rsidRDefault="00E763D0" w:rsidP="00936394">
      <w:pPr>
        <w:spacing w:before="0" w:after="0" w:line="240" w:lineRule="auto"/>
        <w:rPr>
          <w:lang w:val="nl-NL"/>
        </w:rPr>
      </w:pPr>
      <w:r w:rsidRPr="00E763D0">
        <w:rPr>
          <w:lang w:val="nl-NL"/>
        </w:rPr>
        <w:t xml:space="preserve">Voor studenten kan </w:t>
      </w:r>
      <w:proofErr w:type="spellStart"/>
      <w:r w:rsidRPr="00E763D0">
        <w:rPr>
          <w:lang w:val="nl-NL"/>
        </w:rPr>
        <w:t>NotebookLM</w:t>
      </w:r>
      <w:proofErr w:type="spellEnd"/>
      <w:r w:rsidRPr="00E763D0">
        <w:rPr>
          <w:lang w:val="nl-NL"/>
        </w:rPr>
        <w:t xml:space="preserve"> een krachtige ondersteuning zijn bij verschillende leeractiviteiten, als je als student </w:t>
      </w:r>
      <w:proofErr w:type="spellStart"/>
      <w:r w:rsidRPr="00E763D0">
        <w:rPr>
          <w:lang w:val="nl-NL"/>
        </w:rPr>
        <w:t>NotebookLM</w:t>
      </w:r>
      <w:proofErr w:type="spellEnd"/>
      <w:r w:rsidRPr="00E763D0">
        <w:rPr>
          <w:lang w:val="nl-NL"/>
        </w:rPr>
        <w:t xml:space="preserve"> tenminste correct inzet.</w:t>
      </w:r>
    </w:p>
    <w:p w14:paraId="25F8D1E8" w14:textId="77777777" w:rsidR="00E763D0" w:rsidRPr="00E763D0" w:rsidRDefault="00E763D0" w:rsidP="00936394">
      <w:pPr>
        <w:spacing w:before="0" w:after="0" w:line="240" w:lineRule="auto"/>
        <w:rPr>
          <w:lang w:val="nl-NL"/>
        </w:rPr>
      </w:pPr>
    </w:p>
    <w:p w14:paraId="5599802E" w14:textId="77777777" w:rsidR="00E763D0" w:rsidRPr="00E763D0" w:rsidRDefault="00E763D0" w:rsidP="00936394">
      <w:pPr>
        <w:spacing w:before="0" w:after="0" w:line="240" w:lineRule="auto"/>
        <w:rPr>
          <w:lang w:val="nl-NL"/>
        </w:rPr>
      </w:pPr>
      <w:r w:rsidRPr="00E763D0">
        <w:rPr>
          <w:lang w:val="nl-NL"/>
        </w:rPr>
        <w:t>1. Actief lezen en begrijpen</w:t>
      </w:r>
    </w:p>
    <w:p w14:paraId="7CD748D0" w14:textId="77777777" w:rsidR="00E763D0" w:rsidRPr="00E763D0" w:rsidRDefault="00E763D0" w:rsidP="00936394">
      <w:pPr>
        <w:spacing w:before="0" w:after="0" w:line="240" w:lineRule="auto"/>
        <w:rPr>
          <w:lang w:val="nl-NL"/>
        </w:rPr>
      </w:pPr>
      <w:r w:rsidRPr="00E763D0">
        <w:rPr>
          <w:lang w:val="nl-NL"/>
        </w:rPr>
        <w:t>In plaats van passief teksten doorlezen en herlezen, kun je als student interactief aan de slag met de tekst. Door bijvoorbeeld vragen te stellen als:</w:t>
      </w:r>
    </w:p>
    <w:p w14:paraId="6A11472D" w14:textId="77777777" w:rsidR="00E763D0" w:rsidRPr="00E763D0" w:rsidRDefault="00E763D0" w:rsidP="00936394">
      <w:pPr>
        <w:spacing w:before="0" w:after="0" w:line="240" w:lineRule="auto"/>
        <w:rPr>
          <w:lang w:val="nl-NL"/>
        </w:rPr>
      </w:pPr>
      <w:r w:rsidRPr="00E763D0">
        <w:rPr>
          <w:lang w:val="nl-NL"/>
        </w:rPr>
        <w:t>Wat is de kern van dit arrest?</w:t>
      </w:r>
    </w:p>
    <w:p w14:paraId="33E46DAD" w14:textId="77777777" w:rsidR="00E763D0" w:rsidRPr="00E763D0" w:rsidRDefault="00E763D0" w:rsidP="00936394">
      <w:pPr>
        <w:spacing w:before="0" w:after="0" w:line="240" w:lineRule="auto"/>
        <w:rPr>
          <w:lang w:val="nl-NL"/>
        </w:rPr>
      </w:pPr>
      <w:r w:rsidRPr="00E763D0">
        <w:rPr>
          <w:lang w:val="nl-NL"/>
        </w:rPr>
        <w:t>Welke voorwaarden noemt de wetgever hier?</w:t>
      </w:r>
    </w:p>
    <w:p w14:paraId="5D506801" w14:textId="77777777" w:rsidR="00E763D0" w:rsidRPr="00E763D0" w:rsidRDefault="00E763D0" w:rsidP="00936394">
      <w:pPr>
        <w:spacing w:before="0" w:after="0" w:line="240" w:lineRule="auto"/>
        <w:rPr>
          <w:lang w:val="nl-NL"/>
        </w:rPr>
      </w:pPr>
      <w:r w:rsidRPr="00E763D0">
        <w:rPr>
          <w:lang w:val="nl-NL"/>
        </w:rPr>
        <w:t>Hoe verhoudt dit artikel zich tot dat eerdere hoofdstuk?</w:t>
      </w:r>
    </w:p>
    <w:p w14:paraId="70B2C640" w14:textId="77777777" w:rsidR="00E763D0" w:rsidRPr="00E763D0" w:rsidRDefault="00E763D0" w:rsidP="00936394">
      <w:pPr>
        <w:spacing w:before="0" w:after="0" w:line="240" w:lineRule="auto"/>
        <w:rPr>
          <w:lang w:val="nl-NL"/>
        </w:rPr>
      </w:pPr>
    </w:p>
    <w:p w14:paraId="156C87EE" w14:textId="77777777" w:rsidR="00E763D0" w:rsidRPr="00E763D0" w:rsidRDefault="00E763D0" w:rsidP="00936394">
      <w:pPr>
        <w:spacing w:before="0" w:after="0" w:line="240" w:lineRule="auto"/>
        <w:rPr>
          <w:lang w:val="nl-NL"/>
        </w:rPr>
      </w:pPr>
      <w:r w:rsidRPr="00E763D0">
        <w:rPr>
          <w:lang w:val="nl-NL"/>
        </w:rPr>
        <w:t>2. Voorbereiding op colleges en werkgroepen</w:t>
      </w:r>
    </w:p>
    <w:p w14:paraId="7FA7608B" w14:textId="77777777" w:rsidR="00E763D0" w:rsidRPr="00E763D0" w:rsidRDefault="00E763D0" w:rsidP="00936394">
      <w:pPr>
        <w:spacing w:before="0" w:after="0" w:line="240" w:lineRule="auto"/>
        <w:rPr>
          <w:lang w:val="nl-NL"/>
        </w:rPr>
      </w:pPr>
      <w:r w:rsidRPr="00E763D0">
        <w:rPr>
          <w:lang w:val="nl-NL"/>
        </w:rPr>
        <w:t>Studenten kunnen vooraf:</w:t>
      </w:r>
    </w:p>
    <w:p w14:paraId="532F9F58" w14:textId="77777777" w:rsidR="00E763D0" w:rsidRPr="00E763D0" w:rsidRDefault="00E763D0" w:rsidP="00936394">
      <w:pPr>
        <w:spacing w:before="0" w:after="0" w:line="240" w:lineRule="auto"/>
        <w:rPr>
          <w:lang w:val="nl-NL"/>
        </w:rPr>
      </w:pPr>
      <w:r w:rsidRPr="00E763D0">
        <w:rPr>
          <w:lang w:val="nl-NL"/>
        </w:rPr>
        <w:t>kernbegrippen laten uitleggen</w:t>
      </w:r>
    </w:p>
    <w:p w14:paraId="6500CDB4" w14:textId="77777777" w:rsidR="00E763D0" w:rsidRPr="00E763D0" w:rsidRDefault="00E763D0" w:rsidP="00936394">
      <w:pPr>
        <w:spacing w:before="0" w:after="0" w:line="240" w:lineRule="auto"/>
        <w:rPr>
          <w:lang w:val="nl-NL"/>
        </w:rPr>
      </w:pPr>
      <w:r w:rsidRPr="00E763D0">
        <w:rPr>
          <w:lang w:val="nl-NL"/>
        </w:rPr>
        <w:t>onduidelijke passages laten verhelderen</w:t>
      </w:r>
    </w:p>
    <w:p w14:paraId="6AE07151" w14:textId="77777777" w:rsidR="00E763D0" w:rsidRPr="00E763D0" w:rsidRDefault="00E763D0" w:rsidP="00936394">
      <w:pPr>
        <w:spacing w:before="0" w:after="0" w:line="240" w:lineRule="auto"/>
        <w:rPr>
          <w:lang w:val="nl-NL"/>
        </w:rPr>
      </w:pPr>
      <w:r w:rsidRPr="00E763D0">
        <w:rPr>
          <w:lang w:val="nl-NL"/>
        </w:rPr>
        <w:t>samenvattingen maken van opgegeven literatuur</w:t>
      </w:r>
    </w:p>
    <w:p w14:paraId="3F682517" w14:textId="77777777" w:rsidR="00E763D0" w:rsidRDefault="00E763D0" w:rsidP="00936394">
      <w:pPr>
        <w:spacing w:before="0" w:after="0" w:line="240" w:lineRule="auto"/>
        <w:rPr>
          <w:lang w:val="nl-NL"/>
        </w:rPr>
      </w:pPr>
    </w:p>
    <w:p w14:paraId="70FB920A" w14:textId="77777777" w:rsidR="00387949" w:rsidRDefault="00387949" w:rsidP="00936394">
      <w:pPr>
        <w:spacing w:before="0" w:after="0" w:line="240" w:lineRule="auto"/>
        <w:rPr>
          <w:lang w:val="nl-NL"/>
        </w:rPr>
      </w:pPr>
    </w:p>
    <w:p w14:paraId="7241E397" w14:textId="77777777" w:rsidR="00387949" w:rsidRPr="00E763D0" w:rsidRDefault="00387949" w:rsidP="00936394">
      <w:pPr>
        <w:spacing w:before="0" w:after="0" w:line="240" w:lineRule="auto"/>
        <w:rPr>
          <w:lang w:val="nl-NL"/>
        </w:rPr>
      </w:pPr>
    </w:p>
    <w:p w14:paraId="1963B627" w14:textId="77777777" w:rsidR="00E763D0" w:rsidRPr="00E763D0" w:rsidRDefault="00E763D0" w:rsidP="00936394">
      <w:pPr>
        <w:spacing w:before="0" w:after="0" w:line="240" w:lineRule="auto"/>
        <w:rPr>
          <w:lang w:val="nl-NL"/>
        </w:rPr>
      </w:pPr>
      <w:r w:rsidRPr="00E763D0">
        <w:rPr>
          <w:lang w:val="nl-NL"/>
        </w:rPr>
        <w:lastRenderedPageBreak/>
        <w:t>3. Reflectie en argumentatie</w:t>
      </w:r>
    </w:p>
    <w:p w14:paraId="214FC4FF" w14:textId="77777777" w:rsidR="00E763D0" w:rsidRPr="00E763D0" w:rsidRDefault="00E763D0" w:rsidP="00936394">
      <w:pPr>
        <w:spacing w:before="0" w:after="0" w:line="240" w:lineRule="auto"/>
        <w:rPr>
          <w:lang w:val="nl-NL"/>
        </w:rPr>
      </w:pPr>
      <w:proofErr w:type="spellStart"/>
      <w:r w:rsidRPr="00E763D0">
        <w:rPr>
          <w:lang w:val="nl-NL"/>
        </w:rPr>
        <w:t>NotebookLM</w:t>
      </w:r>
      <w:proofErr w:type="spellEnd"/>
      <w:r w:rsidRPr="00E763D0">
        <w:rPr>
          <w:lang w:val="nl-NL"/>
        </w:rPr>
        <w:t xml:space="preserve"> is zeer geschikt voor:</w:t>
      </w:r>
    </w:p>
    <w:p w14:paraId="0C45216A" w14:textId="77777777" w:rsidR="00E763D0" w:rsidRPr="00E763D0" w:rsidRDefault="00E763D0" w:rsidP="00936394">
      <w:pPr>
        <w:spacing w:before="0" w:after="0" w:line="240" w:lineRule="auto"/>
        <w:rPr>
          <w:lang w:val="nl-NL"/>
        </w:rPr>
      </w:pPr>
      <w:r w:rsidRPr="00E763D0">
        <w:rPr>
          <w:lang w:val="nl-NL"/>
        </w:rPr>
        <w:t>het toetsen van eigen redeneringen</w:t>
      </w:r>
    </w:p>
    <w:p w14:paraId="531F8A84" w14:textId="77777777" w:rsidR="00E763D0" w:rsidRPr="00E763D0" w:rsidRDefault="00E763D0" w:rsidP="00936394">
      <w:pPr>
        <w:spacing w:before="0" w:after="0" w:line="240" w:lineRule="auto"/>
        <w:rPr>
          <w:lang w:val="nl-NL"/>
        </w:rPr>
      </w:pPr>
      <w:r w:rsidRPr="00E763D0">
        <w:rPr>
          <w:lang w:val="nl-NL"/>
        </w:rPr>
        <w:t>het laten formuleren van tegenargumenten</w:t>
      </w:r>
    </w:p>
    <w:p w14:paraId="7C11CDD4" w14:textId="77777777" w:rsidR="00E763D0" w:rsidRPr="00E763D0" w:rsidRDefault="00E763D0" w:rsidP="00936394">
      <w:pPr>
        <w:spacing w:before="0" w:after="0" w:line="240" w:lineRule="auto"/>
        <w:rPr>
          <w:lang w:val="nl-NL"/>
        </w:rPr>
      </w:pPr>
      <w:r w:rsidRPr="00E763D0">
        <w:rPr>
          <w:lang w:val="nl-NL"/>
        </w:rPr>
        <w:t>het controleren of conclusies voldoende steun vinden in bronnen</w:t>
      </w:r>
    </w:p>
    <w:p w14:paraId="5C42EFD0" w14:textId="77777777" w:rsidR="002347C0" w:rsidRPr="00E763D0" w:rsidRDefault="002347C0" w:rsidP="00936394">
      <w:pPr>
        <w:spacing w:before="0" w:after="0" w:line="240" w:lineRule="auto"/>
        <w:rPr>
          <w:lang w:val="nl-NL"/>
        </w:rPr>
      </w:pPr>
    </w:p>
    <w:p w14:paraId="21A4939D" w14:textId="77777777" w:rsidR="00E763D0" w:rsidRPr="00E763D0" w:rsidRDefault="00E763D0" w:rsidP="00936394">
      <w:pPr>
        <w:spacing w:before="0" w:after="0" w:line="240" w:lineRule="auto"/>
        <w:rPr>
          <w:lang w:val="nl-NL"/>
        </w:rPr>
      </w:pPr>
      <w:r w:rsidRPr="00E763D0">
        <w:rPr>
          <w:lang w:val="nl-NL"/>
        </w:rPr>
        <w:t>4. Actief met de lesstof aan de slag</w:t>
      </w:r>
    </w:p>
    <w:p w14:paraId="41BFA1BC" w14:textId="77777777" w:rsidR="00E763D0" w:rsidRPr="00E763D0" w:rsidRDefault="00E763D0" w:rsidP="00936394">
      <w:pPr>
        <w:spacing w:before="0" w:after="0" w:line="240" w:lineRule="auto"/>
        <w:rPr>
          <w:lang w:val="nl-NL"/>
        </w:rPr>
      </w:pPr>
      <w:r w:rsidRPr="00E763D0">
        <w:rPr>
          <w:lang w:val="nl-NL"/>
        </w:rPr>
        <w:t xml:space="preserve">Als je als student een quiz laat genereren en/of flashcard, kun je daarna actief met deze oefeningen aan de slag gaan. </w:t>
      </w:r>
    </w:p>
    <w:p w14:paraId="6FAC8FDF" w14:textId="77777777" w:rsidR="00E763D0" w:rsidRPr="00E763D0" w:rsidRDefault="00E763D0" w:rsidP="00936394">
      <w:pPr>
        <w:spacing w:before="0" w:after="0" w:line="240" w:lineRule="auto"/>
        <w:rPr>
          <w:lang w:val="nl-NL"/>
        </w:rPr>
      </w:pPr>
    </w:p>
    <w:p w14:paraId="4A185167" w14:textId="77777777" w:rsidR="00E763D0" w:rsidRPr="00E763D0" w:rsidRDefault="00E763D0" w:rsidP="00936394">
      <w:pPr>
        <w:spacing w:before="0" w:after="0" w:line="240" w:lineRule="auto"/>
        <w:rPr>
          <w:b/>
          <w:bCs/>
          <w:lang w:val="nl-NL"/>
        </w:rPr>
      </w:pPr>
      <w:r w:rsidRPr="00E763D0">
        <w:rPr>
          <w:b/>
          <w:bCs/>
          <w:lang w:val="nl-NL"/>
        </w:rPr>
        <w:t xml:space="preserve">Hoe zorg je ervoor dat je echt effectief leert met </w:t>
      </w:r>
      <w:proofErr w:type="spellStart"/>
      <w:r w:rsidRPr="00E763D0">
        <w:rPr>
          <w:b/>
          <w:bCs/>
          <w:lang w:val="nl-NL"/>
        </w:rPr>
        <w:t>NotebookLM</w:t>
      </w:r>
      <w:proofErr w:type="spellEnd"/>
    </w:p>
    <w:p w14:paraId="21F7ABC5" w14:textId="77777777" w:rsidR="00E763D0" w:rsidRPr="00E763D0" w:rsidRDefault="00E763D0" w:rsidP="00936394">
      <w:pPr>
        <w:spacing w:before="0" w:after="0" w:line="240" w:lineRule="auto"/>
        <w:rPr>
          <w:lang w:val="nl-NL"/>
        </w:rPr>
      </w:pPr>
      <w:proofErr w:type="spellStart"/>
      <w:r w:rsidRPr="00E763D0">
        <w:rPr>
          <w:lang w:val="nl-NL"/>
        </w:rPr>
        <w:t>NotebookLM</w:t>
      </w:r>
      <w:proofErr w:type="spellEnd"/>
      <w:r w:rsidRPr="00E763D0">
        <w:rPr>
          <w:lang w:val="nl-NL"/>
        </w:rPr>
        <w:t xml:space="preserve"> is een hele krachtige tool en kan veel producten genereren. Maar een quiz of flashcards genereren en er vervolgens niets mee doen, levert niets op als het gaat over effectief leren. Want dan leer je immers niet.</w:t>
      </w:r>
    </w:p>
    <w:p w14:paraId="358565C1" w14:textId="77777777" w:rsidR="00E763D0" w:rsidRPr="00E763D0" w:rsidRDefault="00E763D0" w:rsidP="00936394">
      <w:pPr>
        <w:spacing w:before="0" w:after="0" w:line="240" w:lineRule="auto"/>
        <w:rPr>
          <w:lang w:val="nl-NL"/>
        </w:rPr>
      </w:pPr>
      <w:r w:rsidRPr="00E763D0">
        <w:rPr>
          <w:lang w:val="nl-NL"/>
        </w:rPr>
        <w:br/>
        <w:t xml:space="preserve">En het kan goed zijn om een podcast te laten maken van je lesstof want deze kun je bijvoorbeeld luisteren tijdens het sporten of onderweg naar school in de auto of bus. Maar alleen maar luisteren naar een podcast of kijken naar een kennisclip is onvoldoende om echt effectief te leren. </w:t>
      </w:r>
    </w:p>
    <w:p w14:paraId="599D7800" w14:textId="77777777" w:rsidR="00E763D0" w:rsidRPr="00E763D0" w:rsidRDefault="00E763D0" w:rsidP="00936394">
      <w:pPr>
        <w:spacing w:before="0" w:after="0" w:line="240" w:lineRule="auto"/>
        <w:rPr>
          <w:lang w:val="nl-NL"/>
        </w:rPr>
      </w:pPr>
    </w:p>
    <w:p w14:paraId="09117E81" w14:textId="77777777" w:rsidR="00E763D0" w:rsidRPr="00E763D0" w:rsidRDefault="00E763D0" w:rsidP="00936394">
      <w:pPr>
        <w:spacing w:before="0" w:after="0" w:line="240" w:lineRule="auto"/>
        <w:rPr>
          <w:lang w:val="nl-NL"/>
        </w:rPr>
      </w:pPr>
      <w:r w:rsidRPr="00E763D0">
        <w:rPr>
          <w:lang w:val="nl-NL"/>
        </w:rPr>
        <w:t>Bij deze vormen van leren (namelijk luisteren en kijken) gebruik je namelijk maar 1 systeem in je brein, namelijk het systeem waarmee informatie binnenkomt, laten we deze het inputbrein noemen. Maar er is nog een ander, voor leren veel belangrijker systeem in je brein, namelijk het systeem dat ervoor zorgt dat je je dingen herinnert en uit je brein kan ophalen, laten we dit het outputbrein noemen.</w:t>
      </w:r>
    </w:p>
    <w:p w14:paraId="7F2EE0EB" w14:textId="77777777" w:rsidR="00E763D0" w:rsidRPr="00E763D0" w:rsidRDefault="00E763D0" w:rsidP="00936394">
      <w:pPr>
        <w:spacing w:before="0" w:after="0" w:line="240" w:lineRule="auto"/>
        <w:rPr>
          <w:lang w:val="nl-NL"/>
        </w:rPr>
      </w:pPr>
    </w:p>
    <w:p w14:paraId="44779134" w14:textId="77777777" w:rsidR="00E763D0" w:rsidRPr="00E763D0" w:rsidRDefault="00E763D0" w:rsidP="00936394">
      <w:pPr>
        <w:spacing w:before="0" w:after="0" w:line="240" w:lineRule="auto"/>
        <w:rPr>
          <w:lang w:val="nl-NL"/>
        </w:rPr>
      </w:pPr>
      <w:r w:rsidRPr="00E763D0">
        <w:rPr>
          <w:lang w:val="nl-NL"/>
        </w:rPr>
        <w:t>Het outputbrein is het systeem dat je nodig hebt bij de toets, bij de kennisdialoog met je docent, bij de vragen van de opdrachtgever die je moet beantwoorden na afloop van een presentatie. En dat outputbrein moet je daar actief op trainen. En dat doe je door quizvragen te beantwoorden. Of door flashcard te maken en deze actief te blijven trainen. En dan niet 1 keer, maar meerdere keren, gespreid in de tijd. Leren blijft dus iets wat je actief moet doen en wat moeite kost!</w:t>
      </w:r>
    </w:p>
    <w:p w14:paraId="3A0A5F38" w14:textId="77777777" w:rsidR="00E763D0" w:rsidRPr="00E763D0" w:rsidRDefault="00E763D0" w:rsidP="00936394">
      <w:pPr>
        <w:spacing w:before="0" w:after="0" w:line="240" w:lineRule="auto"/>
        <w:rPr>
          <w:lang w:val="nl-NL"/>
        </w:rPr>
      </w:pPr>
    </w:p>
    <w:p w14:paraId="3AF3AD54" w14:textId="77777777" w:rsidR="00E763D0" w:rsidRPr="00E763D0" w:rsidRDefault="00E763D0" w:rsidP="00936394">
      <w:pPr>
        <w:spacing w:before="0" w:after="0" w:line="240" w:lineRule="auto"/>
        <w:rPr>
          <w:lang w:val="nl-NL"/>
        </w:rPr>
      </w:pPr>
      <w:r w:rsidRPr="00E763D0">
        <w:rPr>
          <w:lang w:val="nl-NL"/>
        </w:rPr>
        <w:t xml:space="preserve">Echt effectief leren kost nu eenmaal moeite. Want door moeite doen blijft er informatie aan je brein plakken. Bij alleen maar kijken naar kennisclips, luisteren naar podcasts of de docent in een les, blijft er nauwelijks iets plakken aan je brein. Ook al lijken deze activiteiten bij te dragen aan je leerproces, feitelijk is dat dus niet zo. </w:t>
      </w:r>
    </w:p>
    <w:p w14:paraId="314D3C05" w14:textId="77777777" w:rsidR="00E763D0" w:rsidRPr="00E763D0" w:rsidRDefault="00E763D0" w:rsidP="00936394">
      <w:pPr>
        <w:spacing w:before="0" w:after="0" w:line="240" w:lineRule="auto"/>
        <w:rPr>
          <w:lang w:val="nl-NL"/>
        </w:rPr>
      </w:pPr>
    </w:p>
    <w:p w14:paraId="7B0450BF" w14:textId="77777777" w:rsidR="00E763D0" w:rsidRPr="00E763D0" w:rsidRDefault="00E763D0" w:rsidP="00936394">
      <w:pPr>
        <w:spacing w:before="0" w:after="0" w:line="240" w:lineRule="auto"/>
        <w:rPr>
          <w:lang w:val="nl-NL"/>
        </w:rPr>
      </w:pPr>
      <w:proofErr w:type="spellStart"/>
      <w:r w:rsidRPr="00E763D0">
        <w:rPr>
          <w:lang w:val="nl-NL"/>
        </w:rPr>
        <w:t>NotebookLM</w:t>
      </w:r>
      <w:proofErr w:type="spellEnd"/>
      <w:r w:rsidRPr="00E763D0">
        <w:rPr>
          <w:lang w:val="nl-NL"/>
        </w:rPr>
        <w:t xml:space="preserve"> is dus een heel handige tool, maar zorg wel dat je deze op de juiste wijze gebruikt en dat je actief aan de slag gaat met de uitkomsten, want het is geen wondermiddel. </w:t>
      </w:r>
    </w:p>
    <w:p w14:paraId="6F9AB3C8" w14:textId="77777777" w:rsidR="00E763D0" w:rsidRPr="00E763D0" w:rsidRDefault="00E763D0" w:rsidP="00936394">
      <w:pPr>
        <w:spacing w:before="0" w:after="0" w:line="240" w:lineRule="auto"/>
        <w:rPr>
          <w:lang w:val="nl-NL"/>
        </w:rPr>
      </w:pPr>
    </w:p>
    <w:p w14:paraId="1CEFFE5D" w14:textId="77777777" w:rsidR="00E763D0" w:rsidRPr="00E763D0" w:rsidRDefault="00E763D0" w:rsidP="00936394">
      <w:pPr>
        <w:spacing w:before="0" w:after="0" w:line="240" w:lineRule="auto"/>
        <w:rPr>
          <w:lang w:val="nl-NL"/>
        </w:rPr>
      </w:pPr>
      <w:r w:rsidRPr="00E763D0">
        <w:rPr>
          <w:b/>
          <w:bCs/>
          <w:lang w:val="nl-NL"/>
        </w:rPr>
        <w:t xml:space="preserve">De zoekfunctie en </w:t>
      </w:r>
      <w:proofErr w:type="spellStart"/>
      <w:r w:rsidRPr="00E763D0">
        <w:rPr>
          <w:b/>
          <w:bCs/>
          <w:lang w:val="nl-NL"/>
        </w:rPr>
        <w:t>Deep</w:t>
      </w:r>
      <w:proofErr w:type="spellEnd"/>
      <w:r w:rsidRPr="00E763D0">
        <w:rPr>
          <w:b/>
          <w:bCs/>
          <w:lang w:val="nl-NL"/>
        </w:rPr>
        <w:t xml:space="preserve"> Research functie van </w:t>
      </w:r>
      <w:proofErr w:type="spellStart"/>
      <w:r w:rsidRPr="00E763D0">
        <w:rPr>
          <w:b/>
          <w:bCs/>
          <w:lang w:val="nl-NL"/>
        </w:rPr>
        <w:t>NotebookLM</w:t>
      </w:r>
      <w:proofErr w:type="spellEnd"/>
      <w:r w:rsidRPr="00E763D0">
        <w:rPr>
          <w:lang w:val="nl-NL"/>
        </w:rPr>
        <w:br/>
      </w:r>
      <w:proofErr w:type="spellStart"/>
      <w:r w:rsidRPr="00E763D0">
        <w:rPr>
          <w:lang w:val="nl-NL"/>
        </w:rPr>
        <w:t>NotebookLM</w:t>
      </w:r>
      <w:proofErr w:type="spellEnd"/>
      <w:r w:rsidRPr="00E763D0">
        <w:rPr>
          <w:lang w:val="nl-NL"/>
        </w:rPr>
        <w:t xml:space="preserve"> heeft ook een zoekfunctie en </w:t>
      </w:r>
      <w:proofErr w:type="spellStart"/>
      <w:r w:rsidRPr="00E763D0">
        <w:rPr>
          <w:lang w:val="nl-NL"/>
        </w:rPr>
        <w:t>Deep</w:t>
      </w:r>
      <w:proofErr w:type="spellEnd"/>
      <w:r w:rsidRPr="00E763D0">
        <w:rPr>
          <w:lang w:val="nl-NL"/>
        </w:rPr>
        <w:t xml:space="preserve"> Research functie. Daarmee kan </w:t>
      </w:r>
      <w:proofErr w:type="spellStart"/>
      <w:r w:rsidRPr="00E763D0">
        <w:rPr>
          <w:lang w:val="nl-NL"/>
        </w:rPr>
        <w:t>NotebookLM</w:t>
      </w:r>
      <w:proofErr w:type="spellEnd"/>
      <w:r w:rsidRPr="00E763D0">
        <w:rPr>
          <w:lang w:val="nl-NL"/>
        </w:rPr>
        <w:t xml:space="preserve"> zelf online naar bronnen zoeken op basis van de vraag of prompt die jij aan </w:t>
      </w:r>
      <w:proofErr w:type="spellStart"/>
      <w:r w:rsidRPr="00E763D0">
        <w:rPr>
          <w:lang w:val="nl-NL"/>
        </w:rPr>
        <w:t>NotebookLM</w:t>
      </w:r>
      <w:proofErr w:type="spellEnd"/>
      <w:r w:rsidRPr="00E763D0">
        <w:rPr>
          <w:lang w:val="nl-NL"/>
        </w:rPr>
        <w:t xml:space="preserve"> meegeeft in het zoekscherm. </w:t>
      </w:r>
      <w:r w:rsidRPr="00E763D0">
        <w:rPr>
          <w:lang w:val="nl-NL"/>
        </w:rPr>
        <w:br/>
      </w:r>
      <w:r w:rsidRPr="00E763D0">
        <w:rPr>
          <w:lang w:val="nl-NL"/>
        </w:rPr>
        <w:br/>
        <w:t xml:space="preserve">Let op met deze functie. Want hiermee gaat </w:t>
      </w:r>
      <w:proofErr w:type="spellStart"/>
      <w:r w:rsidRPr="00E763D0">
        <w:rPr>
          <w:lang w:val="nl-NL"/>
        </w:rPr>
        <w:t>NotebookLM</w:t>
      </w:r>
      <w:proofErr w:type="spellEnd"/>
      <w:r w:rsidRPr="00E763D0">
        <w:rPr>
          <w:lang w:val="nl-NL"/>
        </w:rPr>
        <w:t xml:space="preserve"> op het internet op zoek naar bronnen. Deze bronnen kunnen auteursrechtelijk beschermd zijn en dan mag je deze niet zomaar toevoegen als bron aan je Notebook (hoe makkelijk dit ook is om te doen) en daarnaast heb je op voorhand niet altijd inzicht in de kwaliteit van deze bron. Je kunt de bron na een zoekactie overigens openen en vervolgens beoordelen of deze bron op basis van het auteursrecht mag worden toegevoegd en wat de kwaliteit van de bron is. Een wetenschappelijk researchpaper die valt onder de </w:t>
      </w:r>
      <w:proofErr w:type="spellStart"/>
      <w:r w:rsidRPr="00E763D0">
        <w:rPr>
          <w:lang w:val="nl-NL"/>
        </w:rPr>
        <w:t>creative</w:t>
      </w:r>
      <w:proofErr w:type="spellEnd"/>
      <w:r w:rsidRPr="00E763D0">
        <w:rPr>
          <w:lang w:val="nl-NL"/>
        </w:rPr>
        <w:t xml:space="preserve"> </w:t>
      </w:r>
      <w:proofErr w:type="spellStart"/>
      <w:r w:rsidRPr="00E763D0">
        <w:rPr>
          <w:lang w:val="nl-NL"/>
        </w:rPr>
        <w:t>commons</w:t>
      </w:r>
      <w:proofErr w:type="spellEnd"/>
      <w:r w:rsidRPr="00E763D0">
        <w:rPr>
          <w:lang w:val="nl-NL"/>
        </w:rPr>
        <w:t xml:space="preserve"> kun je met vertrouwen toevoegen, een tekst van een advocatenkantoor over je onderwerp kun je beter niet toevoegen. </w:t>
      </w:r>
    </w:p>
    <w:p w14:paraId="3DFDEF41" w14:textId="77777777" w:rsidR="00E763D0" w:rsidRPr="00E763D0" w:rsidRDefault="00E763D0" w:rsidP="00936394">
      <w:pPr>
        <w:spacing w:before="0" w:after="0" w:line="240" w:lineRule="auto"/>
        <w:rPr>
          <w:b/>
          <w:bCs/>
          <w:lang w:val="nl-NL"/>
        </w:rPr>
      </w:pPr>
    </w:p>
    <w:p w14:paraId="51D076AA" w14:textId="77777777" w:rsidR="00E763D0" w:rsidRPr="00E763D0" w:rsidRDefault="00E763D0" w:rsidP="00936394">
      <w:pPr>
        <w:spacing w:before="0" w:after="0" w:line="240" w:lineRule="auto"/>
        <w:rPr>
          <w:lang w:val="nl-NL"/>
        </w:rPr>
      </w:pPr>
      <w:r w:rsidRPr="00E763D0">
        <w:rPr>
          <w:b/>
          <w:bCs/>
          <w:lang w:val="nl-NL"/>
        </w:rPr>
        <w:t xml:space="preserve">Auteursrecht en de output van </w:t>
      </w:r>
      <w:proofErr w:type="spellStart"/>
      <w:r w:rsidRPr="00E763D0">
        <w:rPr>
          <w:b/>
          <w:bCs/>
          <w:lang w:val="nl-NL"/>
        </w:rPr>
        <w:t>NotebookLM</w:t>
      </w:r>
      <w:proofErr w:type="spellEnd"/>
      <w:r w:rsidRPr="00E763D0">
        <w:rPr>
          <w:lang w:val="nl-NL"/>
        </w:rPr>
        <w:br/>
        <w:t xml:space="preserve">Google claimt overigens geen auteursrechten op de producten die je maakt met </w:t>
      </w:r>
      <w:proofErr w:type="spellStart"/>
      <w:r w:rsidRPr="00E763D0">
        <w:rPr>
          <w:lang w:val="nl-NL"/>
        </w:rPr>
        <w:t>NotebookLM</w:t>
      </w:r>
      <w:proofErr w:type="spellEnd"/>
      <w:r w:rsidRPr="00E763D0">
        <w:rPr>
          <w:lang w:val="nl-NL"/>
        </w:rPr>
        <w:t xml:space="preserve">. Dus </w:t>
      </w:r>
      <w:r w:rsidRPr="00E763D0">
        <w:rPr>
          <w:lang w:val="nl-NL"/>
        </w:rPr>
        <w:lastRenderedPageBreak/>
        <w:t xml:space="preserve">kennisclips en podcast mag je publiek delen. De AI Act vereist wel dat je bij of in de publicatie vermeld dat deze gemaakt is met </w:t>
      </w:r>
      <w:proofErr w:type="spellStart"/>
      <w:r w:rsidRPr="00E763D0">
        <w:rPr>
          <w:lang w:val="nl-NL"/>
        </w:rPr>
        <w:t>NotebookLM</w:t>
      </w:r>
      <w:proofErr w:type="spellEnd"/>
      <w:r w:rsidRPr="00E763D0">
        <w:rPr>
          <w:lang w:val="nl-NL"/>
        </w:rPr>
        <w:t xml:space="preserve">. </w:t>
      </w:r>
      <w:proofErr w:type="spellStart"/>
      <w:r w:rsidRPr="00E763D0">
        <w:rPr>
          <w:lang w:val="nl-NL"/>
        </w:rPr>
        <w:t>NotebookLM</w:t>
      </w:r>
      <w:proofErr w:type="spellEnd"/>
      <w:r w:rsidRPr="00E763D0">
        <w:rPr>
          <w:lang w:val="nl-NL"/>
        </w:rPr>
        <w:t xml:space="preserve"> zet overigens bij kennisclips het eigen logo prominent in beeld.</w:t>
      </w:r>
    </w:p>
    <w:p w14:paraId="7AC6E7C6" w14:textId="77777777" w:rsidR="00E763D0" w:rsidRDefault="00E763D0" w:rsidP="00936394">
      <w:pPr>
        <w:spacing w:before="0" w:after="0" w:line="240" w:lineRule="auto"/>
        <w:rPr>
          <w:b/>
          <w:bCs/>
          <w:lang w:val="nl-NL"/>
        </w:rPr>
      </w:pPr>
    </w:p>
    <w:p w14:paraId="456540BB" w14:textId="65E0C3DD" w:rsidR="00E763D0" w:rsidRPr="00E763D0" w:rsidRDefault="00E763D0" w:rsidP="00936394">
      <w:pPr>
        <w:spacing w:before="0" w:after="0" w:line="240" w:lineRule="auto"/>
        <w:rPr>
          <w:lang w:val="nl-NL"/>
        </w:rPr>
      </w:pPr>
      <w:r w:rsidRPr="00E763D0">
        <w:rPr>
          <w:b/>
          <w:bCs/>
          <w:lang w:val="nl-NL"/>
        </w:rPr>
        <w:t>Notebooks kun je ook delen</w:t>
      </w:r>
      <w:r w:rsidRPr="00E763D0">
        <w:rPr>
          <w:lang w:val="nl-NL"/>
        </w:rPr>
        <w:br/>
        <w:t xml:space="preserve">Gemaakt Notebooks kun je ook delen. Rechtsboven zit een knop delen. Als je daarop klikt kun je mensen toevoegen aan je Notebook. Daarbij zijn er nog verschillende opties, zo kun je je hele Notebook delen of alleen de chatfunctie.  </w:t>
      </w:r>
      <w:r w:rsidRPr="00E763D0">
        <w:rPr>
          <w:lang w:val="nl-NL"/>
        </w:rPr>
        <w:br/>
      </w:r>
      <w:r w:rsidRPr="00E763D0">
        <w:rPr>
          <w:lang w:val="nl-NL"/>
        </w:rPr>
        <w:br/>
        <w:t>Met deze functie kun je ook met andere mensen samenwerken in één Notebook. Of als docent kun je een door jou gecreëerde en gecureerde Notebook delen met al je studenten.</w:t>
      </w:r>
    </w:p>
    <w:p w14:paraId="58713221" w14:textId="77777777" w:rsidR="00E763D0" w:rsidRPr="00E763D0" w:rsidRDefault="00E763D0" w:rsidP="00936394">
      <w:pPr>
        <w:spacing w:before="0" w:after="0" w:line="240" w:lineRule="auto"/>
        <w:rPr>
          <w:b/>
          <w:bCs/>
          <w:lang w:val="nl-NL"/>
        </w:rPr>
      </w:pPr>
    </w:p>
    <w:p w14:paraId="099D00EC" w14:textId="77777777" w:rsidR="00E763D0" w:rsidRPr="00E763D0" w:rsidRDefault="00E763D0" w:rsidP="00936394">
      <w:pPr>
        <w:spacing w:before="0" w:after="0" w:line="240" w:lineRule="auto"/>
        <w:rPr>
          <w:b/>
          <w:bCs/>
          <w:lang w:val="nl-NL"/>
        </w:rPr>
      </w:pPr>
      <w:proofErr w:type="spellStart"/>
      <w:r w:rsidRPr="00E763D0">
        <w:rPr>
          <w:b/>
          <w:bCs/>
          <w:lang w:val="nl-NL"/>
        </w:rPr>
        <w:t>NotebookLM</w:t>
      </w:r>
      <w:proofErr w:type="spellEnd"/>
      <w:r w:rsidRPr="00E763D0">
        <w:rPr>
          <w:b/>
          <w:bCs/>
          <w:lang w:val="nl-NL"/>
        </w:rPr>
        <w:t xml:space="preserve"> voor docenten</w:t>
      </w:r>
    </w:p>
    <w:p w14:paraId="6739048C" w14:textId="77777777" w:rsidR="00E763D0" w:rsidRPr="00E763D0" w:rsidRDefault="00E763D0" w:rsidP="00936394">
      <w:pPr>
        <w:spacing w:before="0" w:after="0" w:line="240" w:lineRule="auto"/>
        <w:rPr>
          <w:lang w:val="nl-NL"/>
        </w:rPr>
      </w:pPr>
      <w:r w:rsidRPr="00E763D0">
        <w:rPr>
          <w:lang w:val="nl-NL"/>
        </w:rPr>
        <w:t xml:space="preserve">Ook voor docenten biedt </w:t>
      </w:r>
      <w:proofErr w:type="spellStart"/>
      <w:r w:rsidRPr="00E763D0">
        <w:rPr>
          <w:lang w:val="nl-NL"/>
        </w:rPr>
        <w:t>NotebookLM</w:t>
      </w:r>
      <w:proofErr w:type="spellEnd"/>
      <w:r w:rsidRPr="00E763D0">
        <w:rPr>
          <w:lang w:val="nl-NL"/>
        </w:rPr>
        <w:t xml:space="preserve"> interessante kansen.</w:t>
      </w:r>
    </w:p>
    <w:p w14:paraId="11704C26" w14:textId="77777777" w:rsidR="00E763D0" w:rsidRPr="00E763D0" w:rsidRDefault="00E763D0" w:rsidP="00936394">
      <w:pPr>
        <w:spacing w:before="0" w:after="0" w:line="240" w:lineRule="auto"/>
        <w:rPr>
          <w:lang w:val="nl-NL"/>
        </w:rPr>
      </w:pPr>
    </w:p>
    <w:p w14:paraId="1C2606C1" w14:textId="77777777" w:rsidR="00E763D0" w:rsidRPr="00E763D0" w:rsidRDefault="00E763D0" w:rsidP="00936394">
      <w:pPr>
        <w:spacing w:before="0" w:after="0" w:line="240" w:lineRule="auto"/>
        <w:rPr>
          <w:lang w:val="nl-NL"/>
        </w:rPr>
      </w:pPr>
      <w:r w:rsidRPr="00E763D0">
        <w:rPr>
          <w:lang w:val="nl-NL"/>
        </w:rPr>
        <w:t xml:space="preserve">Je kunt </w:t>
      </w:r>
      <w:proofErr w:type="spellStart"/>
      <w:r w:rsidRPr="00E763D0">
        <w:rPr>
          <w:lang w:val="nl-NL"/>
        </w:rPr>
        <w:t>NotebookLM</w:t>
      </w:r>
      <w:proofErr w:type="spellEnd"/>
      <w:r w:rsidRPr="00E763D0">
        <w:rPr>
          <w:lang w:val="nl-NL"/>
        </w:rPr>
        <w:t xml:space="preserve"> gebruiken om kennisclips te maken voor je lessen. Maar je kunt er nog veel meer leermiddelen mee maken voor de studenten.</w:t>
      </w:r>
    </w:p>
    <w:p w14:paraId="79DDCF62" w14:textId="77777777" w:rsidR="00E763D0" w:rsidRPr="00E763D0" w:rsidRDefault="00E763D0" w:rsidP="00936394">
      <w:pPr>
        <w:spacing w:before="0" w:after="0" w:line="240" w:lineRule="auto"/>
        <w:rPr>
          <w:lang w:val="nl-NL"/>
        </w:rPr>
      </w:pPr>
    </w:p>
    <w:p w14:paraId="4D69E86C" w14:textId="77777777" w:rsidR="00E763D0" w:rsidRPr="00E763D0" w:rsidRDefault="00E763D0" w:rsidP="00936394">
      <w:pPr>
        <w:spacing w:before="0" w:after="0" w:line="240" w:lineRule="auto"/>
        <w:rPr>
          <w:lang w:val="nl-NL"/>
        </w:rPr>
      </w:pPr>
      <w:r w:rsidRPr="00E763D0">
        <w:rPr>
          <w:lang w:val="nl-NL"/>
        </w:rPr>
        <w:t xml:space="preserve">Dat studenten een bepaalde leerstijl hebben waar we als docenten bij moeten aansluiten (de ene student leert visueel, de andere student auditief) is gelukkig allang achterhaald. Maar een student kan wel een voorkeur hebben voor de wijze waarop de student lesstof tot zich neemt. Met </w:t>
      </w:r>
      <w:proofErr w:type="spellStart"/>
      <w:r w:rsidRPr="00E763D0">
        <w:rPr>
          <w:lang w:val="nl-NL"/>
        </w:rPr>
        <w:t>NotebookLM</w:t>
      </w:r>
      <w:proofErr w:type="spellEnd"/>
      <w:r w:rsidRPr="00E763D0">
        <w:rPr>
          <w:lang w:val="nl-NL"/>
        </w:rPr>
        <w:t xml:space="preserve"> kun je als docent betrekkelijk makkelijk een rijke didactische omgeving creëren. Waarbij je naast je kennisclip nog een andere kennisclip laat genereren waarin een aantal aanvullende voorbeelden worden behandeld waarin de lesstof nogmaals aan bod komt. Of waarbij er een aantal podcasts zijn over de lesstof die de student op weg naar school of naar huis nogmaals kan luisteren. Of een aantal </w:t>
      </w:r>
      <w:proofErr w:type="spellStart"/>
      <w:r w:rsidRPr="00E763D0">
        <w:rPr>
          <w:lang w:val="nl-NL"/>
        </w:rPr>
        <w:t>visuals</w:t>
      </w:r>
      <w:proofErr w:type="spellEnd"/>
      <w:r w:rsidRPr="00E763D0">
        <w:rPr>
          <w:lang w:val="nl-NL"/>
        </w:rPr>
        <w:t xml:space="preserve"> die een bepaald proces of een procedure visueel helder in kaart brengen. </w:t>
      </w:r>
    </w:p>
    <w:p w14:paraId="730660F5" w14:textId="77777777" w:rsidR="00E763D0" w:rsidRPr="00E763D0" w:rsidRDefault="00E763D0" w:rsidP="00936394">
      <w:pPr>
        <w:spacing w:before="0" w:after="0" w:line="240" w:lineRule="auto"/>
        <w:rPr>
          <w:lang w:val="nl-NL"/>
        </w:rPr>
      </w:pPr>
    </w:p>
    <w:p w14:paraId="56C27C28" w14:textId="77777777" w:rsidR="00E763D0" w:rsidRPr="00E763D0" w:rsidRDefault="00E763D0" w:rsidP="00936394">
      <w:pPr>
        <w:spacing w:before="0" w:after="0" w:line="240" w:lineRule="auto"/>
        <w:rPr>
          <w:lang w:val="nl-NL"/>
        </w:rPr>
      </w:pPr>
      <w:r w:rsidRPr="00E763D0">
        <w:rPr>
          <w:b/>
          <w:bCs/>
          <w:lang w:val="nl-NL"/>
        </w:rPr>
        <w:t>Bouw samen met je studenten een Notebook</w:t>
      </w:r>
      <w:r w:rsidRPr="00E763D0">
        <w:rPr>
          <w:lang w:val="nl-NL"/>
        </w:rPr>
        <w:br/>
        <w:t xml:space="preserve">Het is ook mogelijk om samen met de studenten een Notebook te bouwen. Waarbij je bijvoorbeeld na iedere les samen met de studenten bepaald welke lesstof worden toegevoegd en welke producten het leerproces op dat moment het beste ondersteunen. </w:t>
      </w:r>
    </w:p>
    <w:p w14:paraId="7E21ECC2" w14:textId="77777777" w:rsidR="00E763D0" w:rsidRPr="00E763D0" w:rsidRDefault="00E763D0" w:rsidP="00936394">
      <w:pPr>
        <w:spacing w:before="0" w:after="0" w:line="240" w:lineRule="auto"/>
        <w:rPr>
          <w:lang w:val="nl-NL"/>
        </w:rPr>
      </w:pPr>
    </w:p>
    <w:p w14:paraId="7684D3B2" w14:textId="77777777" w:rsidR="00E763D0" w:rsidRPr="00E763D0" w:rsidRDefault="00E763D0" w:rsidP="00936394">
      <w:pPr>
        <w:spacing w:before="0" w:after="0" w:line="240" w:lineRule="auto"/>
        <w:rPr>
          <w:lang w:val="nl-NL"/>
        </w:rPr>
      </w:pPr>
      <w:r w:rsidRPr="00E763D0">
        <w:rPr>
          <w:lang w:val="nl-NL"/>
        </w:rPr>
        <w:t xml:space="preserve">Het voordeel van zo’n Notebook is dat je die per klas (en het niveau van de verschillende klassen) zou kunnen afstemmen. En dat de studenten ook buiten les- en schooltijden de mogelijkheid hebben om actief te oefenen met de lesstof waarbij jij als docent zicht hebt op het bronmateriaal waar de studenten zich op baseren.  </w:t>
      </w:r>
    </w:p>
    <w:p w14:paraId="60BA525E" w14:textId="77777777" w:rsidR="00E763D0" w:rsidRPr="00E763D0" w:rsidRDefault="00E763D0" w:rsidP="00936394">
      <w:pPr>
        <w:spacing w:before="0" w:after="0" w:line="240" w:lineRule="auto"/>
        <w:rPr>
          <w:lang w:val="nl-NL"/>
        </w:rPr>
      </w:pPr>
    </w:p>
    <w:p w14:paraId="66F6BFFB" w14:textId="77777777" w:rsidR="00E763D0" w:rsidRPr="00E763D0" w:rsidRDefault="00E763D0" w:rsidP="00936394">
      <w:pPr>
        <w:spacing w:before="0" w:after="0" w:line="240" w:lineRule="auto"/>
        <w:rPr>
          <w:lang w:val="nl-NL"/>
        </w:rPr>
      </w:pPr>
      <w:r w:rsidRPr="00E763D0">
        <w:rPr>
          <w:lang w:val="nl-NL"/>
        </w:rPr>
        <w:t xml:space="preserve">Of laat studenten zelf Notebooks bouwen rond een les, een thema of een opdracht en laat de studenten de verschillen en overeenkomsten tussen hun notebooks en producten vergelijken. </w:t>
      </w:r>
    </w:p>
    <w:p w14:paraId="40F47A1D" w14:textId="7B09EEEF" w:rsidR="00E763D0" w:rsidRPr="00825774" w:rsidRDefault="005E6FCA" w:rsidP="00936394">
      <w:pPr>
        <w:spacing w:before="0" w:after="0" w:line="240" w:lineRule="auto"/>
        <w:rPr>
          <w:b/>
          <w:bCs/>
          <w:lang w:val="nl-NL"/>
        </w:rPr>
      </w:pPr>
      <w:r>
        <w:rPr>
          <w:b/>
          <w:bCs/>
          <w:lang w:val="nl-NL"/>
        </w:rPr>
        <w:br/>
      </w:r>
      <w:proofErr w:type="spellStart"/>
      <w:r w:rsidR="00E763D0" w:rsidRPr="00825774">
        <w:rPr>
          <w:b/>
          <w:bCs/>
          <w:lang w:val="nl-NL"/>
        </w:rPr>
        <w:t>NotebookLM</w:t>
      </w:r>
      <w:proofErr w:type="spellEnd"/>
      <w:r w:rsidR="00E763D0" w:rsidRPr="00825774">
        <w:rPr>
          <w:b/>
          <w:bCs/>
          <w:lang w:val="nl-NL"/>
        </w:rPr>
        <w:t xml:space="preserve"> voor andere taken</w:t>
      </w:r>
      <w:r w:rsidR="00825774" w:rsidRPr="00825774">
        <w:rPr>
          <w:b/>
          <w:bCs/>
          <w:lang w:val="nl-NL"/>
        </w:rPr>
        <w:t xml:space="preserve"> dan</w:t>
      </w:r>
      <w:r w:rsidR="00825774">
        <w:rPr>
          <w:b/>
          <w:bCs/>
          <w:lang w:val="nl-NL"/>
        </w:rPr>
        <w:t xml:space="preserve"> het onderwijs</w:t>
      </w:r>
    </w:p>
    <w:p w14:paraId="796DA887" w14:textId="4637C384" w:rsidR="00E763D0" w:rsidRPr="00E763D0" w:rsidRDefault="00E763D0" w:rsidP="00936394">
      <w:pPr>
        <w:spacing w:before="0" w:after="0" w:line="240" w:lineRule="auto"/>
        <w:rPr>
          <w:lang w:val="nl-NL"/>
        </w:rPr>
      </w:pPr>
      <w:proofErr w:type="spellStart"/>
      <w:r w:rsidRPr="00E763D0">
        <w:rPr>
          <w:lang w:val="nl-NL"/>
        </w:rPr>
        <w:t>NotebookLM</w:t>
      </w:r>
      <w:proofErr w:type="spellEnd"/>
      <w:r w:rsidRPr="00E763D0">
        <w:rPr>
          <w:lang w:val="nl-NL"/>
        </w:rPr>
        <w:t xml:space="preserve"> kan ook een h</w:t>
      </w:r>
      <w:r>
        <w:rPr>
          <w:lang w:val="nl-NL"/>
        </w:rPr>
        <w:t xml:space="preserve">ele krachtige tool zijn voor andere taken. Denk bijvoorbeeld aan het laten samenvatten van omvangrijke verslagen, rapporten of presentaties. </w:t>
      </w:r>
      <w:r w:rsidR="00825774">
        <w:rPr>
          <w:lang w:val="nl-NL"/>
        </w:rPr>
        <w:t xml:space="preserve">Soms krijg je een omvangrijk rapport of verslag van </w:t>
      </w:r>
      <w:proofErr w:type="spellStart"/>
      <w:r w:rsidR="00825774">
        <w:rPr>
          <w:lang w:val="nl-NL"/>
        </w:rPr>
        <w:t>Fontys</w:t>
      </w:r>
      <w:proofErr w:type="spellEnd"/>
      <w:r w:rsidR="00825774">
        <w:rPr>
          <w:lang w:val="nl-NL"/>
        </w:rPr>
        <w:t xml:space="preserve"> of </w:t>
      </w:r>
      <w:proofErr w:type="spellStart"/>
      <w:r w:rsidR="00825774">
        <w:rPr>
          <w:lang w:val="nl-NL"/>
        </w:rPr>
        <w:t>Avans</w:t>
      </w:r>
      <w:proofErr w:type="spellEnd"/>
      <w:r w:rsidR="005E6FCA">
        <w:rPr>
          <w:lang w:val="nl-NL"/>
        </w:rPr>
        <w:t xml:space="preserve"> waarvan niet alle inhoud even relevant is voor jou als medewerker. Met </w:t>
      </w:r>
      <w:proofErr w:type="spellStart"/>
      <w:r w:rsidR="005E6FCA">
        <w:rPr>
          <w:lang w:val="nl-NL"/>
        </w:rPr>
        <w:t>NotebookLM</w:t>
      </w:r>
      <w:proofErr w:type="spellEnd"/>
      <w:r w:rsidR="005E6FCA">
        <w:rPr>
          <w:lang w:val="nl-NL"/>
        </w:rPr>
        <w:t xml:space="preserve"> kun je dan heel snel op zoek naar de informatie die wel relevant is voor jou. Die informatie kun je vervolgens ook weer op andere wijze laten vormgeven. Dat kan handig zijn voor de communicatie aan collega’s of studenten. </w:t>
      </w:r>
    </w:p>
    <w:p w14:paraId="379DA890" w14:textId="77777777" w:rsidR="002C29B1" w:rsidRDefault="00AA114A" w:rsidP="00936394">
      <w:pPr>
        <w:spacing w:before="0" w:after="0" w:line="240" w:lineRule="auto"/>
        <w:rPr>
          <w:lang w:val="nl-NL"/>
        </w:rPr>
      </w:pPr>
      <w:r>
        <w:rPr>
          <w:lang w:val="nl-NL"/>
        </w:rPr>
        <w:br/>
      </w:r>
      <w:proofErr w:type="spellStart"/>
      <w:r>
        <w:rPr>
          <w:lang w:val="nl-NL"/>
        </w:rPr>
        <w:t>NotebookLM</w:t>
      </w:r>
      <w:proofErr w:type="spellEnd"/>
      <w:r>
        <w:rPr>
          <w:lang w:val="nl-NL"/>
        </w:rPr>
        <w:t xml:space="preserve"> kan ook gebruikt worden om kennisclips te maken van competentieboeken of informatiefolders voor opdrachtgevers van de JHS. Ook kan het gebruikt worden om materiaal te maken voor promotie van de JHS aan aankomende studenten </w:t>
      </w:r>
      <w:r w:rsidR="007D16FA">
        <w:rPr>
          <w:lang w:val="nl-NL"/>
        </w:rPr>
        <w:t xml:space="preserve">en/of voor de minors. </w:t>
      </w:r>
    </w:p>
    <w:p w14:paraId="79243A12" w14:textId="77777777" w:rsidR="002C29B1" w:rsidRDefault="002C29B1">
      <w:pPr>
        <w:rPr>
          <w:lang w:val="nl-NL"/>
        </w:rPr>
      </w:pPr>
      <w:r>
        <w:rPr>
          <w:lang w:val="nl-NL"/>
        </w:rPr>
        <w:br w:type="page"/>
      </w:r>
    </w:p>
    <w:p w14:paraId="7DD4C9E8" w14:textId="77777777" w:rsidR="002C29B1" w:rsidRPr="00F26EA7" w:rsidRDefault="002C29B1" w:rsidP="002C29B1">
      <w:pPr>
        <w:pStyle w:val="Kop2"/>
        <w:spacing w:before="0" w:line="240" w:lineRule="auto"/>
        <w:rPr>
          <w:lang w:val="nl-NL"/>
        </w:rPr>
      </w:pPr>
      <w:r>
        <w:rPr>
          <w:lang w:val="nl-NL"/>
        </w:rPr>
        <w:lastRenderedPageBreak/>
        <w:t>Let op</w:t>
      </w:r>
    </w:p>
    <w:p w14:paraId="6752D5C5" w14:textId="77777777" w:rsidR="002C29B1" w:rsidRDefault="002C29B1" w:rsidP="002C29B1">
      <w:pPr>
        <w:spacing w:before="0" w:after="0" w:line="240" w:lineRule="auto"/>
        <w:rPr>
          <w:lang w:val="nl-NL"/>
        </w:rPr>
      </w:pPr>
      <w:r>
        <w:rPr>
          <w:lang w:val="nl-NL"/>
        </w:rPr>
        <w:t>De AI-act vereist dat je benoemd dat je deze content met AI hebt gemaakt. Zorg dus dat je dat duidelijk vermeld als je deze content ergens publiekelijk gebruikt en/of publiceert.</w:t>
      </w:r>
    </w:p>
    <w:p w14:paraId="6FDFD695" w14:textId="77777777" w:rsidR="002C29B1" w:rsidRPr="00862DF4" w:rsidRDefault="002C29B1" w:rsidP="002C29B1">
      <w:pPr>
        <w:spacing w:before="0" w:after="0" w:line="240" w:lineRule="auto"/>
        <w:rPr>
          <w:lang w:val="nl-NL"/>
        </w:rPr>
      </w:pPr>
    </w:p>
    <w:p w14:paraId="7938012B" w14:textId="77777777" w:rsidR="002C29B1" w:rsidRPr="00C63EF8" w:rsidRDefault="002C29B1" w:rsidP="002C29B1">
      <w:pPr>
        <w:pStyle w:val="Kop2"/>
        <w:spacing w:before="0" w:line="240" w:lineRule="auto"/>
        <w:rPr>
          <w:lang w:val="nl-NL"/>
        </w:rPr>
      </w:pPr>
      <w:r w:rsidRPr="00C63EF8">
        <w:rPr>
          <w:lang w:val="nl-NL"/>
        </w:rPr>
        <w:t>Reflectie</w:t>
      </w:r>
    </w:p>
    <w:p w14:paraId="7491D650" w14:textId="77777777" w:rsidR="002C29B1" w:rsidRPr="00862DF4" w:rsidRDefault="002C29B1" w:rsidP="002C29B1">
      <w:pPr>
        <w:pStyle w:val="Lijstopsomteken"/>
        <w:spacing w:before="0" w:after="0" w:line="240" w:lineRule="auto"/>
        <w:rPr>
          <w:lang w:val="nl-NL"/>
        </w:rPr>
      </w:pPr>
      <w:r>
        <w:rPr>
          <w:lang w:val="nl-NL"/>
        </w:rPr>
        <w:t xml:space="preserve">Hoe kan </w:t>
      </w:r>
      <w:proofErr w:type="spellStart"/>
      <w:r>
        <w:rPr>
          <w:lang w:val="nl-NL"/>
        </w:rPr>
        <w:t>NotebookLM</w:t>
      </w:r>
      <w:proofErr w:type="spellEnd"/>
      <w:r>
        <w:rPr>
          <w:lang w:val="nl-NL"/>
        </w:rPr>
        <w:t xml:space="preserve"> jouw helpen bij onderwijsontwikkeling?</w:t>
      </w:r>
    </w:p>
    <w:p w14:paraId="19D7B978" w14:textId="77777777" w:rsidR="002C29B1" w:rsidRPr="00862DF4" w:rsidRDefault="002C29B1" w:rsidP="002C29B1">
      <w:pPr>
        <w:pStyle w:val="Lijstopsomteken"/>
        <w:spacing w:before="0" w:after="0" w:line="240" w:lineRule="auto"/>
        <w:rPr>
          <w:lang w:val="nl-NL"/>
        </w:rPr>
      </w:pPr>
      <w:r>
        <w:rPr>
          <w:lang w:val="nl-NL"/>
        </w:rPr>
        <w:t xml:space="preserve">Hoe kan </w:t>
      </w:r>
      <w:proofErr w:type="spellStart"/>
      <w:r>
        <w:rPr>
          <w:lang w:val="nl-NL"/>
        </w:rPr>
        <w:t>NotebookLM</w:t>
      </w:r>
      <w:proofErr w:type="spellEnd"/>
      <w:r>
        <w:rPr>
          <w:lang w:val="nl-NL"/>
        </w:rPr>
        <w:t xml:space="preserve"> studenten helpen bij het leren en studeren?</w:t>
      </w:r>
    </w:p>
    <w:p w14:paraId="03F2F48F" w14:textId="77777777" w:rsidR="002C29B1" w:rsidRDefault="002C29B1" w:rsidP="002C29B1">
      <w:pPr>
        <w:pStyle w:val="Lijstopsomteken"/>
        <w:spacing w:before="0" w:after="0" w:line="240" w:lineRule="auto"/>
        <w:rPr>
          <w:lang w:val="nl-NL"/>
        </w:rPr>
      </w:pPr>
      <w:r>
        <w:rPr>
          <w:lang w:val="nl-NL"/>
        </w:rPr>
        <w:t xml:space="preserve">Hoe kun je samenwerken met studenten in </w:t>
      </w:r>
      <w:proofErr w:type="spellStart"/>
      <w:r>
        <w:rPr>
          <w:lang w:val="nl-NL"/>
        </w:rPr>
        <w:t>NotebookLM</w:t>
      </w:r>
      <w:proofErr w:type="spellEnd"/>
      <w:r>
        <w:rPr>
          <w:lang w:val="nl-NL"/>
        </w:rPr>
        <w:t>?</w:t>
      </w:r>
    </w:p>
    <w:p w14:paraId="1A9CBBC3" w14:textId="77777777" w:rsidR="002C29B1" w:rsidRPr="003007CC" w:rsidRDefault="002C29B1" w:rsidP="002C29B1">
      <w:pPr>
        <w:pStyle w:val="Lijstopsomteken"/>
        <w:numPr>
          <w:ilvl w:val="0"/>
          <w:numId w:val="0"/>
        </w:numPr>
        <w:spacing w:before="0" w:after="0" w:line="240" w:lineRule="auto"/>
        <w:ind w:left="360"/>
        <w:rPr>
          <w:lang w:val="nl-NL"/>
        </w:rPr>
      </w:pPr>
    </w:p>
    <w:p w14:paraId="09DBE8F5" w14:textId="77777777" w:rsidR="002C29B1" w:rsidRPr="00F87E54" w:rsidRDefault="002C29B1" w:rsidP="002C29B1">
      <w:pPr>
        <w:pStyle w:val="Kop2"/>
        <w:spacing w:before="0" w:line="240" w:lineRule="auto"/>
        <w:rPr>
          <w:lang w:val="nl-NL"/>
        </w:rPr>
      </w:pPr>
      <w:r>
        <w:rPr>
          <w:lang w:val="nl-NL"/>
        </w:rPr>
        <w:t>Showcase</w:t>
      </w:r>
    </w:p>
    <w:p w14:paraId="5484AC8F" w14:textId="77777777" w:rsidR="002C29B1" w:rsidRDefault="002C29B1" w:rsidP="002C29B1">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00DCD494" w14:textId="77777777" w:rsidR="002C29B1" w:rsidRPr="00C178DD" w:rsidRDefault="002C29B1" w:rsidP="002C29B1">
      <w:pPr>
        <w:pStyle w:val="Lijstopsomteken"/>
        <w:numPr>
          <w:ilvl w:val="0"/>
          <w:numId w:val="0"/>
        </w:numPr>
        <w:spacing w:before="0" w:after="0" w:line="240" w:lineRule="auto"/>
        <w:ind w:left="360" w:hanging="360"/>
        <w:rPr>
          <w:lang w:val="nl-NL"/>
        </w:rPr>
      </w:pPr>
      <w:r>
        <w:rPr>
          <w:lang w:val="nl-NL"/>
        </w:rPr>
        <w:t xml:space="preserve">Hulpvragen hierbij: </w:t>
      </w:r>
      <w:r w:rsidRPr="00862DF4">
        <w:rPr>
          <w:lang w:val="nl-NL"/>
        </w:rPr>
        <w:t>wat probeerde je, wat kwam eruit, wat neem je mee?</w:t>
      </w:r>
    </w:p>
    <w:p w14:paraId="5285D890" w14:textId="36586B96" w:rsidR="00E26237" w:rsidRPr="00E763D0" w:rsidRDefault="00E26237" w:rsidP="00936394">
      <w:pPr>
        <w:spacing w:before="0" w:after="0" w:line="240" w:lineRule="auto"/>
        <w:rPr>
          <w:rFonts w:asciiTheme="majorHAnsi" w:eastAsiaTheme="majorEastAsia" w:hAnsiTheme="majorHAnsi" w:cstheme="majorBidi"/>
          <w:b/>
          <w:bCs/>
          <w:color w:val="365F91" w:themeColor="accent1" w:themeShade="BF"/>
          <w:sz w:val="28"/>
          <w:szCs w:val="28"/>
          <w:lang w:val="nl-NL"/>
        </w:rPr>
      </w:pPr>
      <w:r w:rsidRPr="00E763D0">
        <w:rPr>
          <w:lang w:val="nl-NL"/>
        </w:rPr>
        <w:br w:type="page"/>
      </w:r>
    </w:p>
    <w:p w14:paraId="4C1E3EAA" w14:textId="44C99D32" w:rsidR="00325D2C" w:rsidRPr="00862DF4" w:rsidRDefault="0079121F" w:rsidP="00936394">
      <w:pPr>
        <w:pStyle w:val="Kop1"/>
        <w:spacing w:before="0" w:line="240" w:lineRule="auto"/>
        <w:rPr>
          <w:lang w:val="nl-NL"/>
        </w:rPr>
      </w:pPr>
      <w:bookmarkStart w:id="11" w:name="_Werkblad_10_–"/>
      <w:bookmarkEnd w:id="11"/>
      <w:r w:rsidRPr="00862DF4">
        <w:rPr>
          <w:lang w:val="nl-NL"/>
        </w:rPr>
        <w:lastRenderedPageBreak/>
        <w:t xml:space="preserve">Werkblad </w:t>
      </w:r>
      <w:r w:rsidR="00E26237">
        <w:rPr>
          <w:lang w:val="nl-NL"/>
        </w:rPr>
        <w:t>10</w:t>
      </w:r>
      <w:r w:rsidRPr="00862DF4">
        <w:rPr>
          <w:lang w:val="nl-NL"/>
        </w:rPr>
        <w:t xml:space="preserve"> – Ik wil leren vibecoden (coderen zonder te kunnen coderen)</w:t>
      </w:r>
    </w:p>
    <w:p w14:paraId="3F56DDCB" w14:textId="77777777"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11"/>
        <w:gridCol w:w="4313"/>
      </w:tblGrid>
      <w:tr w:rsidR="00E7400F" w:rsidRPr="00862DF4" w14:paraId="0CDE4ED8" w14:textId="77777777" w:rsidTr="00E7400F">
        <w:tc>
          <w:tcPr>
            <w:tcW w:w="4311" w:type="dxa"/>
            <w:tcBorders>
              <w:top w:val="single" w:sz="6" w:space="0" w:color="C9C9C9"/>
              <w:left w:val="single" w:sz="6" w:space="0" w:color="C9C9C9"/>
              <w:bottom w:val="single" w:sz="6" w:space="0" w:color="C9C9C9"/>
              <w:right w:val="single" w:sz="6" w:space="0" w:color="C9C9C9"/>
            </w:tcBorders>
          </w:tcPr>
          <w:p w14:paraId="0C1EB8EA" w14:textId="77777777" w:rsidR="00E7400F" w:rsidRDefault="00E7400F" w:rsidP="00936394">
            <w:pPr>
              <w:spacing w:before="0" w:after="0" w:line="240" w:lineRule="auto"/>
              <w:rPr>
                <w:b/>
              </w:rPr>
            </w:pPr>
            <w:proofErr w:type="spellStart"/>
            <w:r>
              <w:rPr>
                <w:b/>
              </w:rPr>
              <w:t>Doelgroep</w:t>
            </w:r>
            <w:proofErr w:type="spellEnd"/>
          </w:p>
        </w:tc>
        <w:tc>
          <w:tcPr>
            <w:tcW w:w="4313" w:type="dxa"/>
            <w:tcBorders>
              <w:top w:val="single" w:sz="6" w:space="0" w:color="C9C9C9"/>
              <w:left w:val="single" w:sz="6" w:space="0" w:color="C9C9C9"/>
              <w:bottom w:val="single" w:sz="6" w:space="0" w:color="C9C9C9"/>
              <w:right w:val="single" w:sz="6" w:space="0" w:color="C9C9C9"/>
            </w:tcBorders>
          </w:tcPr>
          <w:p w14:paraId="11A89EBC" w14:textId="77777777" w:rsidR="00E7400F" w:rsidRPr="00862DF4" w:rsidRDefault="00E7400F" w:rsidP="00936394">
            <w:pPr>
              <w:spacing w:before="0" w:after="0" w:line="240" w:lineRule="auto"/>
              <w:rPr>
                <w:lang w:val="nl-NL"/>
              </w:rPr>
            </w:pPr>
            <w:r>
              <w:rPr>
                <w:lang w:val="nl-NL"/>
              </w:rPr>
              <w:t>OP + OOP</w:t>
            </w:r>
          </w:p>
        </w:tc>
      </w:tr>
      <w:tr w:rsidR="00325D2C" w:rsidRPr="00B07954" w14:paraId="2AAB8EF3" w14:textId="77777777" w:rsidTr="00E7400F">
        <w:tc>
          <w:tcPr>
            <w:tcW w:w="4311" w:type="dxa"/>
          </w:tcPr>
          <w:p w14:paraId="02878D04" w14:textId="77777777" w:rsidR="00325D2C" w:rsidRDefault="0079121F" w:rsidP="00936394">
            <w:pPr>
              <w:spacing w:before="0" w:after="0" w:line="240" w:lineRule="auto"/>
            </w:pPr>
            <w:r>
              <w:rPr>
                <w:b/>
              </w:rPr>
              <w:t>Doel</w:t>
            </w:r>
          </w:p>
        </w:tc>
        <w:tc>
          <w:tcPr>
            <w:tcW w:w="4313" w:type="dxa"/>
          </w:tcPr>
          <w:p w14:paraId="253984E2" w14:textId="77777777" w:rsidR="00325D2C" w:rsidRPr="00862DF4" w:rsidRDefault="0079121F" w:rsidP="00936394">
            <w:pPr>
              <w:spacing w:before="0" w:after="0" w:line="240" w:lineRule="auto"/>
              <w:rPr>
                <w:lang w:val="nl-NL"/>
              </w:rPr>
            </w:pPr>
            <w:r w:rsidRPr="00862DF4">
              <w:rPr>
                <w:lang w:val="nl-NL"/>
              </w:rPr>
              <w:t>Ervaren hoe je met AI een simpele tool, pagina of script kunt laten maken, en hoe je de kwaliteit en veiligheid bewaakt.</w:t>
            </w:r>
          </w:p>
        </w:tc>
      </w:tr>
      <w:tr w:rsidR="00325D2C" w14:paraId="0F929D46" w14:textId="77777777" w:rsidTr="00E7400F">
        <w:tc>
          <w:tcPr>
            <w:tcW w:w="4311" w:type="dxa"/>
          </w:tcPr>
          <w:p w14:paraId="1297B747" w14:textId="77777777" w:rsidR="00325D2C" w:rsidRDefault="0079121F" w:rsidP="00936394">
            <w:pPr>
              <w:spacing w:before="0" w:after="0" w:line="240" w:lineRule="auto"/>
            </w:pPr>
            <w:proofErr w:type="spellStart"/>
            <w:r>
              <w:rPr>
                <w:b/>
              </w:rPr>
              <w:t>Niveau</w:t>
            </w:r>
            <w:proofErr w:type="spellEnd"/>
          </w:p>
        </w:tc>
        <w:tc>
          <w:tcPr>
            <w:tcW w:w="4313" w:type="dxa"/>
          </w:tcPr>
          <w:p w14:paraId="615EDEB5" w14:textId="77777777" w:rsidR="00325D2C" w:rsidRDefault="0079121F" w:rsidP="00936394">
            <w:pPr>
              <w:spacing w:before="0" w:after="0" w:line="240" w:lineRule="auto"/>
            </w:pPr>
            <w:proofErr w:type="spellStart"/>
            <w:r>
              <w:t>Gevorderd</w:t>
            </w:r>
            <w:proofErr w:type="spellEnd"/>
            <w:r>
              <w:t xml:space="preserve"> / Expert</w:t>
            </w:r>
          </w:p>
        </w:tc>
      </w:tr>
      <w:tr w:rsidR="00325D2C" w14:paraId="74C36348" w14:textId="77777777" w:rsidTr="00E7400F">
        <w:tc>
          <w:tcPr>
            <w:tcW w:w="4311" w:type="dxa"/>
          </w:tcPr>
          <w:p w14:paraId="06A83FE7" w14:textId="77777777" w:rsidR="00325D2C" w:rsidRDefault="0079121F" w:rsidP="00936394">
            <w:pPr>
              <w:spacing w:before="0" w:after="0" w:line="240" w:lineRule="auto"/>
            </w:pPr>
            <w:proofErr w:type="spellStart"/>
            <w:r>
              <w:rPr>
                <w:b/>
              </w:rPr>
              <w:t>Tijd</w:t>
            </w:r>
            <w:proofErr w:type="spellEnd"/>
          </w:p>
        </w:tc>
        <w:tc>
          <w:tcPr>
            <w:tcW w:w="4313" w:type="dxa"/>
          </w:tcPr>
          <w:p w14:paraId="7FA8409A" w14:textId="77777777" w:rsidR="00325D2C" w:rsidRDefault="0079121F" w:rsidP="00936394">
            <w:pPr>
              <w:spacing w:before="0" w:after="0" w:line="240" w:lineRule="auto"/>
            </w:pPr>
            <w:r>
              <w:t>Medium / lang</w:t>
            </w:r>
          </w:p>
        </w:tc>
      </w:tr>
      <w:tr w:rsidR="00325D2C" w:rsidRPr="00B07954" w14:paraId="638E2310" w14:textId="77777777" w:rsidTr="00E7400F">
        <w:tc>
          <w:tcPr>
            <w:tcW w:w="4311" w:type="dxa"/>
          </w:tcPr>
          <w:p w14:paraId="06C4AD6E" w14:textId="77777777" w:rsidR="00325D2C" w:rsidRDefault="0079121F" w:rsidP="00936394">
            <w:pPr>
              <w:spacing w:before="0" w:after="0" w:line="240" w:lineRule="auto"/>
            </w:pPr>
            <w:proofErr w:type="spellStart"/>
            <w:r>
              <w:rPr>
                <w:b/>
              </w:rPr>
              <w:t>Resultaat</w:t>
            </w:r>
            <w:proofErr w:type="spellEnd"/>
          </w:p>
        </w:tc>
        <w:tc>
          <w:tcPr>
            <w:tcW w:w="4313" w:type="dxa"/>
          </w:tcPr>
          <w:p w14:paraId="423E1A92" w14:textId="77777777" w:rsidR="00325D2C" w:rsidRPr="00862DF4" w:rsidRDefault="0079121F" w:rsidP="00936394">
            <w:pPr>
              <w:spacing w:before="0" w:after="0" w:line="240" w:lineRule="auto"/>
              <w:rPr>
                <w:lang w:val="nl-NL"/>
              </w:rPr>
            </w:pPr>
            <w:r w:rsidRPr="00862DF4">
              <w:rPr>
                <w:lang w:val="nl-NL"/>
              </w:rPr>
              <w:t xml:space="preserve">Een kleine prototype-uitwerking (bijv. checklist-tool, </w:t>
            </w:r>
            <w:proofErr w:type="spellStart"/>
            <w:r w:rsidRPr="00862DF4">
              <w:rPr>
                <w:lang w:val="nl-NL"/>
              </w:rPr>
              <w:t>rubric</w:t>
            </w:r>
            <w:proofErr w:type="spellEnd"/>
            <w:r w:rsidRPr="00862DF4">
              <w:rPr>
                <w:lang w:val="nl-NL"/>
              </w:rPr>
              <w:t>-generator, FAQ-pagina) + een lijst met testcases.</w:t>
            </w:r>
          </w:p>
        </w:tc>
      </w:tr>
      <w:tr w:rsidR="00325D2C" w14:paraId="3469D96F" w14:textId="77777777" w:rsidTr="00E7400F">
        <w:tc>
          <w:tcPr>
            <w:tcW w:w="4311" w:type="dxa"/>
          </w:tcPr>
          <w:p w14:paraId="5EE3F65A" w14:textId="77777777" w:rsidR="00325D2C" w:rsidRDefault="0079121F" w:rsidP="00936394">
            <w:pPr>
              <w:spacing w:before="0" w:after="0" w:line="240" w:lineRule="auto"/>
            </w:pPr>
            <w:r>
              <w:rPr>
                <w:b/>
              </w:rPr>
              <w:t xml:space="preserve">Tools / </w:t>
            </w:r>
            <w:proofErr w:type="spellStart"/>
            <w:r>
              <w:rPr>
                <w:b/>
              </w:rPr>
              <w:t>kaders</w:t>
            </w:r>
            <w:proofErr w:type="spellEnd"/>
          </w:p>
        </w:tc>
        <w:tc>
          <w:tcPr>
            <w:tcW w:w="4313" w:type="dxa"/>
          </w:tcPr>
          <w:p w14:paraId="6A6EB6DB" w14:textId="77777777" w:rsidR="00325D2C" w:rsidRDefault="0079121F" w:rsidP="00936394">
            <w:pPr>
              <w:spacing w:before="0" w:after="0" w:line="240" w:lineRule="auto"/>
            </w:pPr>
            <w:r w:rsidRPr="00862DF4">
              <w:rPr>
                <w:lang w:val="nl-NL"/>
              </w:rPr>
              <w:t xml:space="preserve">Tools: </w:t>
            </w:r>
            <w:proofErr w:type="spellStart"/>
            <w:r w:rsidRPr="00862DF4">
              <w:rPr>
                <w:lang w:val="nl-NL"/>
              </w:rPr>
              <w:t>ChatGPT</w:t>
            </w:r>
            <w:proofErr w:type="spellEnd"/>
            <w:r w:rsidRPr="00862DF4">
              <w:rPr>
                <w:lang w:val="nl-NL"/>
              </w:rPr>
              <w:t>/</w:t>
            </w:r>
            <w:proofErr w:type="spellStart"/>
            <w:r w:rsidRPr="00862DF4">
              <w:rPr>
                <w:lang w:val="nl-NL"/>
              </w:rPr>
              <w:t>Copilot</w:t>
            </w:r>
            <w:proofErr w:type="spellEnd"/>
            <w:r w:rsidRPr="00862DF4">
              <w:rPr>
                <w:lang w:val="nl-NL"/>
              </w:rPr>
              <w:t xml:space="preserve"> en een omgeving om te testen (bijv. een eenvoudige online editor of interne omgeving). | Kaders: Gebruik geen echte persoonsgegevens in testdata. Laat geen code direct draaien op productiesystemen. </w:t>
            </w:r>
            <w:proofErr w:type="spellStart"/>
            <w:r>
              <w:t>Vraag</w:t>
            </w:r>
            <w:proofErr w:type="spellEnd"/>
            <w:r>
              <w:t xml:space="preserve"> om </w:t>
            </w:r>
            <w:proofErr w:type="spellStart"/>
            <w:r>
              <w:t>uitleg</w:t>
            </w:r>
            <w:proofErr w:type="spellEnd"/>
            <w:r>
              <w:t xml:space="preserve"> </w:t>
            </w:r>
            <w:proofErr w:type="spellStart"/>
            <w:r>
              <w:t>bij</w:t>
            </w:r>
            <w:proofErr w:type="spellEnd"/>
            <w:r>
              <w:t xml:space="preserve"> </w:t>
            </w:r>
            <w:proofErr w:type="spellStart"/>
            <w:r>
              <w:t>elke</w:t>
            </w:r>
            <w:proofErr w:type="spellEnd"/>
            <w:r>
              <w:t xml:space="preserve"> </w:t>
            </w:r>
            <w:proofErr w:type="spellStart"/>
            <w:r>
              <w:t>codeblok</w:t>
            </w:r>
            <w:proofErr w:type="spellEnd"/>
            <w:r>
              <w:t>.</w:t>
            </w:r>
          </w:p>
        </w:tc>
      </w:tr>
    </w:tbl>
    <w:p w14:paraId="5BC7440D" w14:textId="77777777" w:rsidR="00325D2C" w:rsidRDefault="00325D2C" w:rsidP="00936394">
      <w:pPr>
        <w:spacing w:before="0" w:after="0" w:line="240" w:lineRule="auto"/>
      </w:pPr>
    </w:p>
    <w:p w14:paraId="7BCD5CC9" w14:textId="5476FBF3" w:rsidR="00C545FB" w:rsidRPr="00674338" w:rsidRDefault="00C545FB" w:rsidP="00936394">
      <w:pPr>
        <w:spacing w:before="0" w:after="0" w:line="240" w:lineRule="auto"/>
        <w:rPr>
          <w:b/>
          <w:bCs/>
        </w:rPr>
      </w:pPr>
      <w:proofErr w:type="spellStart"/>
      <w:r w:rsidRPr="00674338">
        <w:rPr>
          <w:b/>
          <w:bCs/>
        </w:rPr>
        <w:t>Inhoudsopgave</w:t>
      </w:r>
      <w:proofErr w:type="spellEnd"/>
      <w:r w:rsidRPr="00674338">
        <w:rPr>
          <w:b/>
          <w:bCs/>
        </w:rPr>
        <w:t xml:space="preserve"> </w:t>
      </w:r>
      <w:proofErr w:type="spellStart"/>
      <w:r w:rsidRPr="00674338">
        <w:rPr>
          <w:b/>
          <w:bCs/>
        </w:rPr>
        <w:t>werkblad</w:t>
      </w:r>
      <w:proofErr w:type="spellEnd"/>
      <w:r w:rsidRPr="00674338">
        <w:rPr>
          <w:b/>
          <w:bCs/>
        </w:rPr>
        <w:t xml:space="preserve"> 10</w:t>
      </w:r>
    </w:p>
    <w:p w14:paraId="058E4CB5" w14:textId="6AB0F761" w:rsidR="006E098D" w:rsidRPr="00674338" w:rsidRDefault="006E098D" w:rsidP="00936394">
      <w:pPr>
        <w:spacing w:before="0" w:after="0" w:line="240" w:lineRule="auto"/>
        <w:rPr>
          <w:b/>
          <w:bCs/>
          <w:lang w:val="nl-NL"/>
        </w:rPr>
      </w:pPr>
      <w:r w:rsidRPr="00674338">
        <w:rPr>
          <w:b/>
          <w:bCs/>
          <w:lang w:val="nl-NL"/>
        </w:rPr>
        <w:t xml:space="preserve">Wat is </w:t>
      </w:r>
      <w:proofErr w:type="spellStart"/>
      <w:r w:rsidRPr="00674338">
        <w:rPr>
          <w:b/>
          <w:bCs/>
          <w:lang w:val="nl-NL"/>
        </w:rPr>
        <w:t>vibecoden</w:t>
      </w:r>
      <w:proofErr w:type="spellEnd"/>
    </w:p>
    <w:p w14:paraId="530735A7" w14:textId="64AA711A" w:rsidR="006E098D" w:rsidRPr="00674338" w:rsidRDefault="006E098D" w:rsidP="00936394">
      <w:pPr>
        <w:spacing w:before="0" w:after="0" w:line="240" w:lineRule="auto"/>
        <w:rPr>
          <w:b/>
          <w:bCs/>
          <w:lang w:val="nl-NL"/>
        </w:rPr>
      </w:pPr>
      <w:r w:rsidRPr="00674338">
        <w:rPr>
          <w:b/>
          <w:bCs/>
          <w:lang w:val="nl-NL"/>
        </w:rPr>
        <w:t>Een voorbeeld: bestuursrechtbuddy</w:t>
      </w:r>
    </w:p>
    <w:p w14:paraId="20447EF4" w14:textId="6D0ECB95" w:rsidR="006E098D" w:rsidRPr="00674338" w:rsidRDefault="006E098D" w:rsidP="00936394">
      <w:pPr>
        <w:spacing w:before="0" w:after="0" w:line="240" w:lineRule="auto"/>
        <w:rPr>
          <w:b/>
          <w:bCs/>
          <w:lang w:val="nl-NL"/>
        </w:rPr>
      </w:pPr>
      <w:r w:rsidRPr="00674338">
        <w:rPr>
          <w:b/>
          <w:bCs/>
          <w:lang w:val="nl-NL"/>
        </w:rPr>
        <w:t xml:space="preserve">AI-tools om te </w:t>
      </w:r>
      <w:proofErr w:type="spellStart"/>
      <w:r w:rsidRPr="00674338">
        <w:rPr>
          <w:b/>
          <w:bCs/>
          <w:lang w:val="nl-NL"/>
        </w:rPr>
        <w:t>vibecoden</w:t>
      </w:r>
      <w:proofErr w:type="spellEnd"/>
    </w:p>
    <w:p w14:paraId="7E1477CF" w14:textId="5B2B0D16" w:rsidR="00674338" w:rsidRDefault="00674338" w:rsidP="00936394">
      <w:pPr>
        <w:spacing w:before="0" w:after="0" w:line="240" w:lineRule="auto"/>
        <w:rPr>
          <w:b/>
          <w:bCs/>
          <w:lang w:val="nl-NL"/>
        </w:rPr>
      </w:pPr>
      <w:r w:rsidRPr="00674338">
        <w:rPr>
          <w:b/>
          <w:bCs/>
          <w:lang w:val="nl-NL"/>
        </w:rPr>
        <w:t xml:space="preserve">Tips om te </w:t>
      </w:r>
      <w:proofErr w:type="spellStart"/>
      <w:r w:rsidRPr="00674338">
        <w:rPr>
          <w:b/>
          <w:bCs/>
          <w:lang w:val="nl-NL"/>
        </w:rPr>
        <w:t>vibecoden</w:t>
      </w:r>
      <w:proofErr w:type="spellEnd"/>
    </w:p>
    <w:p w14:paraId="3C20A999" w14:textId="16F32380" w:rsidR="00D26268" w:rsidRPr="00674338" w:rsidRDefault="00D26268" w:rsidP="00936394">
      <w:pPr>
        <w:spacing w:before="0" w:after="0" w:line="240" w:lineRule="auto"/>
        <w:rPr>
          <w:b/>
          <w:bCs/>
          <w:lang w:val="nl-NL"/>
        </w:rPr>
      </w:pPr>
      <w:r>
        <w:rPr>
          <w:b/>
          <w:bCs/>
          <w:lang w:val="nl-NL"/>
        </w:rPr>
        <w:t>Zo begin je</w:t>
      </w:r>
    </w:p>
    <w:p w14:paraId="66AEFA62" w14:textId="261B0852" w:rsidR="00674338" w:rsidRPr="00674338" w:rsidRDefault="00674338" w:rsidP="00936394">
      <w:pPr>
        <w:spacing w:before="0" w:after="0" w:line="240" w:lineRule="auto"/>
        <w:rPr>
          <w:b/>
          <w:bCs/>
          <w:lang w:val="nl-NL"/>
        </w:rPr>
      </w:pPr>
      <w:proofErr w:type="spellStart"/>
      <w:r w:rsidRPr="00674338">
        <w:rPr>
          <w:b/>
          <w:bCs/>
          <w:lang w:val="nl-NL"/>
        </w:rPr>
        <w:t>Depolyen</w:t>
      </w:r>
      <w:proofErr w:type="spellEnd"/>
      <w:r w:rsidRPr="00674338">
        <w:rPr>
          <w:b/>
          <w:bCs/>
          <w:lang w:val="nl-NL"/>
        </w:rPr>
        <w:t>, hoe dan?</w:t>
      </w:r>
    </w:p>
    <w:p w14:paraId="02895FFB" w14:textId="6CE7A015" w:rsidR="00674338" w:rsidRPr="00674338" w:rsidRDefault="00674338" w:rsidP="00936394">
      <w:pPr>
        <w:spacing w:before="0" w:after="0" w:line="240" w:lineRule="auto"/>
        <w:rPr>
          <w:b/>
          <w:bCs/>
          <w:lang w:val="nl-NL"/>
        </w:rPr>
      </w:pPr>
      <w:r w:rsidRPr="00674338">
        <w:rPr>
          <w:b/>
          <w:bCs/>
          <w:lang w:val="nl-NL"/>
        </w:rPr>
        <w:t xml:space="preserve">Stappenplan </w:t>
      </w:r>
      <w:proofErr w:type="spellStart"/>
      <w:r w:rsidRPr="00674338">
        <w:rPr>
          <w:b/>
          <w:bCs/>
          <w:lang w:val="nl-NL"/>
        </w:rPr>
        <w:t>vibecoden</w:t>
      </w:r>
      <w:proofErr w:type="spellEnd"/>
      <w:r w:rsidRPr="00674338">
        <w:rPr>
          <w:b/>
          <w:bCs/>
          <w:lang w:val="nl-NL"/>
        </w:rPr>
        <w:t xml:space="preserve"> met Claude</w:t>
      </w:r>
    </w:p>
    <w:p w14:paraId="4E3346D2" w14:textId="77777777" w:rsidR="00827995" w:rsidRDefault="00827995" w:rsidP="00827995">
      <w:pPr>
        <w:spacing w:before="0" w:after="0" w:line="240" w:lineRule="auto"/>
        <w:rPr>
          <w:lang w:val="nl-NL"/>
        </w:rPr>
      </w:pPr>
    </w:p>
    <w:p w14:paraId="46557C4B" w14:textId="77777777" w:rsidR="003B5C26" w:rsidRPr="00886F8D" w:rsidRDefault="003B5C26" w:rsidP="003B5C26">
      <w:pPr>
        <w:pStyle w:val="Kop2"/>
        <w:spacing w:before="0" w:line="240" w:lineRule="auto"/>
        <w:rPr>
          <w:lang w:val="nl-NL"/>
        </w:rPr>
      </w:pPr>
      <w:r w:rsidRPr="00FB5E5D">
        <w:rPr>
          <w:lang w:val="nl-NL"/>
        </w:rPr>
        <w:t>Pro-tip</w:t>
      </w:r>
      <w:r>
        <w:rPr>
          <w:lang w:val="nl-NL"/>
        </w:rPr>
        <w:t xml:space="preserve"> vooraf: leer eerst goed prompten</w:t>
      </w:r>
    </w:p>
    <w:p w14:paraId="07D4B459" w14:textId="5AF7CD84" w:rsidR="00827995" w:rsidRPr="003F5B2A" w:rsidRDefault="00827995" w:rsidP="00827995">
      <w:pPr>
        <w:pStyle w:val="Lijstnummering"/>
        <w:numPr>
          <w:ilvl w:val="0"/>
          <w:numId w:val="0"/>
        </w:numPr>
        <w:spacing w:before="0" w:after="0" w:line="240" w:lineRule="auto"/>
        <w:rPr>
          <w:lang w:val="nl-NL"/>
        </w:rPr>
      </w:pPr>
      <w:r>
        <w:rPr>
          <w:lang w:val="nl-NL"/>
        </w:rPr>
        <w:t xml:space="preserve">Als je wilt </w:t>
      </w:r>
      <w:proofErr w:type="spellStart"/>
      <w:r>
        <w:rPr>
          <w:lang w:val="nl-NL"/>
        </w:rPr>
        <w:t>vibecoden</w:t>
      </w:r>
      <w:proofErr w:type="spellEnd"/>
      <w:r>
        <w:rPr>
          <w:lang w:val="nl-NL"/>
        </w:rPr>
        <w:t xml:space="preserve">, is het maken van een goede prompt noodzakelijk. Als je nog maar beperkte ervaring hebt met AI-tools en/of </w:t>
      </w:r>
      <w:proofErr w:type="spellStart"/>
      <w:r>
        <w:rPr>
          <w:lang w:val="nl-NL"/>
        </w:rPr>
        <w:t>prompten</w:t>
      </w:r>
      <w:proofErr w:type="spellEnd"/>
      <w:r>
        <w:rPr>
          <w:lang w:val="nl-NL"/>
        </w:rPr>
        <w:t xml:space="preserve">, maak dan eerst </w:t>
      </w:r>
      <w:r w:rsidRPr="00911F82">
        <w:rPr>
          <w:b/>
          <w:bCs/>
          <w:lang w:val="nl-NL"/>
        </w:rPr>
        <w:t xml:space="preserve">werkblad 3 – Ik wil leren </w:t>
      </w:r>
      <w:proofErr w:type="spellStart"/>
      <w:r w:rsidRPr="00911F82">
        <w:rPr>
          <w:b/>
          <w:bCs/>
          <w:lang w:val="nl-NL"/>
        </w:rPr>
        <w:t>prompten</w:t>
      </w:r>
      <w:proofErr w:type="spellEnd"/>
      <w:r>
        <w:rPr>
          <w:lang w:val="nl-NL"/>
        </w:rPr>
        <w:t xml:space="preserve">. Als je deze gedaan hebt, ben je beter voorbereid op het </w:t>
      </w:r>
      <w:proofErr w:type="spellStart"/>
      <w:r>
        <w:rPr>
          <w:lang w:val="nl-NL"/>
        </w:rPr>
        <w:t>vibecoden</w:t>
      </w:r>
      <w:proofErr w:type="spellEnd"/>
      <w:r>
        <w:rPr>
          <w:lang w:val="nl-NL"/>
        </w:rPr>
        <w:t>.</w:t>
      </w:r>
    </w:p>
    <w:p w14:paraId="061767E4" w14:textId="77777777" w:rsidR="00827995" w:rsidRDefault="00827995" w:rsidP="00827995">
      <w:pPr>
        <w:spacing w:before="0" w:after="0" w:line="240" w:lineRule="auto"/>
        <w:rPr>
          <w:lang w:val="nl-NL"/>
        </w:rPr>
      </w:pPr>
    </w:p>
    <w:p w14:paraId="4AF95A16" w14:textId="005B11C8" w:rsidR="00827995" w:rsidRDefault="00827995" w:rsidP="00827995">
      <w:pPr>
        <w:spacing w:before="0" w:after="0" w:line="240" w:lineRule="auto"/>
        <w:rPr>
          <w:lang w:val="nl-NL"/>
        </w:rPr>
      </w:pPr>
      <w:r w:rsidRPr="003F5B2A">
        <w:rPr>
          <w:lang w:val="nl-NL"/>
        </w:rPr>
        <w:t xml:space="preserve">Als je meer ervaring hebt opgedaan met </w:t>
      </w:r>
      <w:proofErr w:type="spellStart"/>
      <w:r>
        <w:rPr>
          <w:lang w:val="nl-NL"/>
        </w:rPr>
        <w:t>vibecoden</w:t>
      </w:r>
      <w:proofErr w:type="spellEnd"/>
      <w:r w:rsidRPr="003F5B2A">
        <w:rPr>
          <w:lang w:val="nl-NL"/>
        </w:rPr>
        <w:t xml:space="preserve">, dan is het raadzaam om </w:t>
      </w:r>
      <w:r w:rsidRPr="00911F82">
        <w:rPr>
          <w:b/>
          <w:bCs/>
          <w:lang w:val="nl-NL"/>
        </w:rPr>
        <w:t xml:space="preserve">Werkblad 4 – Ik kan </w:t>
      </w:r>
      <w:proofErr w:type="spellStart"/>
      <w:r w:rsidRPr="00911F82">
        <w:rPr>
          <w:b/>
          <w:bCs/>
          <w:lang w:val="nl-NL"/>
        </w:rPr>
        <w:t>prompten</w:t>
      </w:r>
      <w:proofErr w:type="spellEnd"/>
      <w:r w:rsidRPr="00911F82">
        <w:rPr>
          <w:b/>
          <w:bCs/>
          <w:lang w:val="nl-NL"/>
        </w:rPr>
        <w:t>, maar ik wil leren hoe ik dat nog beter kan doen</w:t>
      </w:r>
      <w:r w:rsidRPr="003F5B2A">
        <w:rPr>
          <w:lang w:val="nl-NL"/>
        </w:rPr>
        <w:t xml:space="preserve"> te maken. Daarin staat een stappenplan om een masterprompt te maken</w:t>
      </w:r>
      <w:r>
        <w:rPr>
          <w:lang w:val="nl-NL"/>
        </w:rPr>
        <w:t xml:space="preserve"> die je als basis voor veel van het </w:t>
      </w:r>
      <w:proofErr w:type="spellStart"/>
      <w:r>
        <w:rPr>
          <w:lang w:val="nl-NL"/>
        </w:rPr>
        <w:t>vibecoden</w:t>
      </w:r>
      <w:proofErr w:type="spellEnd"/>
      <w:r>
        <w:rPr>
          <w:lang w:val="nl-NL"/>
        </w:rPr>
        <w:t xml:space="preserve"> kan gebruiken</w:t>
      </w:r>
      <w:r w:rsidRPr="003F5B2A">
        <w:rPr>
          <w:lang w:val="nl-NL"/>
        </w:rPr>
        <w:t xml:space="preserve">. </w:t>
      </w:r>
    </w:p>
    <w:p w14:paraId="0A2F288C" w14:textId="77777777" w:rsidR="00827995" w:rsidRPr="00827995" w:rsidRDefault="00827995" w:rsidP="00936394">
      <w:pPr>
        <w:spacing w:before="0" w:after="0" w:line="240" w:lineRule="auto"/>
        <w:rPr>
          <w:lang w:val="nl-NL"/>
        </w:rPr>
      </w:pPr>
    </w:p>
    <w:p w14:paraId="2BDE38D7" w14:textId="268E4EA6" w:rsidR="00C56528" w:rsidRPr="003407F9" w:rsidRDefault="006E098D" w:rsidP="00C56528">
      <w:pPr>
        <w:pStyle w:val="Kop2"/>
        <w:spacing w:before="0" w:line="240" w:lineRule="auto"/>
        <w:rPr>
          <w:lang w:val="nl-NL"/>
        </w:rPr>
      </w:pPr>
      <w:r>
        <w:rPr>
          <w:lang w:val="nl-NL"/>
        </w:rPr>
        <w:t>wat is vibecoden</w:t>
      </w:r>
    </w:p>
    <w:p w14:paraId="788C57FA" w14:textId="20ABA764" w:rsidR="003407F9" w:rsidRPr="003407F9" w:rsidRDefault="003407F9" w:rsidP="003407F9">
      <w:pPr>
        <w:spacing w:before="0" w:after="0" w:line="240" w:lineRule="auto"/>
        <w:rPr>
          <w:lang w:val="nl-NL"/>
        </w:rPr>
      </w:pPr>
      <w:proofErr w:type="spellStart"/>
      <w:r w:rsidRPr="003407F9">
        <w:rPr>
          <w:lang w:val="nl-NL"/>
        </w:rPr>
        <w:t>Vibecoding</w:t>
      </w:r>
      <w:proofErr w:type="spellEnd"/>
      <w:r w:rsidRPr="003407F9">
        <w:rPr>
          <w:lang w:val="nl-NL"/>
        </w:rPr>
        <w:t xml:space="preserve"> is een informele term voor een manier van programmeren waarbij je vooral gebruik</w:t>
      </w:r>
      <w:r w:rsidR="00DE3CD0">
        <w:rPr>
          <w:lang w:val="nl-NL"/>
        </w:rPr>
        <w:t xml:space="preserve">  </w:t>
      </w:r>
      <w:r w:rsidRPr="003407F9">
        <w:rPr>
          <w:lang w:val="nl-NL"/>
        </w:rPr>
        <w:t>maakt van AI-assistenten om code te genereren, aan te passen en te debuggen - zonder dat je zelf diepgaande programmeerkennis nodig hebt.</w:t>
      </w:r>
      <w:r w:rsidR="00B654AF">
        <w:rPr>
          <w:lang w:val="nl-NL"/>
        </w:rPr>
        <w:t xml:space="preserve"> Met </w:t>
      </w:r>
      <w:proofErr w:type="spellStart"/>
      <w:r w:rsidR="00B654AF">
        <w:rPr>
          <w:lang w:val="nl-NL"/>
        </w:rPr>
        <w:t>vibecoden</w:t>
      </w:r>
      <w:proofErr w:type="spellEnd"/>
      <w:r w:rsidR="00B654AF">
        <w:rPr>
          <w:lang w:val="nl-NL"/>
        </w:rPr>
        <w:t xml:space="preserve"> kun je allerlei soorten output genereren, waaronder apps en websites die je ook online kunt publiceren. </w:t>
      </w:r>
    </w:p>
    <w:p w14:paraId="62768B17" w14:textId="77777777" w:rsidR="003407F9" w:rsidRDefault="003407F9" w:rsidP="003407F9">
      <w:pPr>
        <w:spacing w:before="0" w:after="0" w:line="240" w:lineRule="auto"/>
        <w:rPr>
          <w:lang w:val="nl-NL"/>
        </w:rPr>
      </w:pPr>
    </w:p>
    <w:p w14:paraId="4E3CC3B0" w14:textId="393C0BCD" w:rsidR="003407F9" w:rsidRPr="003407F9" w:rsidRDefault="003407F9" w:rsidP="003407F9">
      <w:pPr>
        <w:spacing w:before="0" w:after="0" w:line="240" w:lineRule="auto"/>
        <w:rPr>
          <w:b/>
          <w:bCs/>
          <w:lang w:val="nl-NL"/>
        </w:rPr>
      </w:pPr>
      <w:r w:rsidRPr="003407F9">
        <w:rPr>
          <w:b/>
          <w:bCs/>
          <w:lang w:val="nl-NL"/>
        </w:rPr>
        <w:t>Waarom heet het “</w:t>
      </w:r>
      <w:proofErr w:type="spellStart"/>
      <w:r w:rsidRPr="003407F9">
        <w:rPr>
          <w:b/>
          <w:bCs/>
          <w:lang w:val="nl-NL"/>
        </w:rPr>
        <w:t>vibe</w:t>
      </w:r>
      <w:proofErr w:type="spellEnd"/>
      <w:r w:rsidRPr="003407F9">
        <w:rPr>
          <w:b/>
          <w:bCs/>
          <w:lang w:val="nl-NL"/>
        </w:rPr>
        <w:t>”?</w:t>
      </w:r>
    </w:p>
    <w:p w14:paraId="3B17FAB8" w14:textId="33EE927D" w:rsidR="003407F9" w:rsidRPr="003407F9" w:rsidRDefault="003407F9" w:rsidP="003407F9">
      <w:pPr>
        <w:spacing w:before="0" w:after="0" w:line="240" w:lineRule="auto"/>
        <w:rPr>
          <w:lang w:val="nl-NL"/>
        </w:rPr>
      </w:pPr>
      <w:r w:rsidRPr="003407F9">
        <w:rPr>
          <w:lang w:val="nl-NL"/>
        </w:rPr>
        <w:t>De term "</w:t>
      </w:r>
      <w:proofErr w:type="spellStart"/>
      <w:r w:rsidRPr="003407F9">
        <w:rPr>
          <w:lang w:val="nl-NL"/>
        </w:rPr>
        <w:t>vibe</w:t>
      </w:r>
      <w:proofErr w:type="spellEnd"/>
      <w:r w:rsidRPr="003407F9">
        <w:rPr>
          <w:lang w:val="nl-NL"/>
        </w:rPr>
        <w:t>" verwijst naar de wat intuïtieve, experimentele aanpak: je beschrijft wat je wilt bereiken in natuurlijke taal, krijgt code terug, test of het werkt, en itereert door verder te vragen of aan te passen op basis van het resultaat. Het gaat meer om het "gevoel" van wat je probeert te bouwen dan om technische perfectie.</w:t>
      </w:r>
    </w:p>
    <w:p w14:paraId="21FA4A13" w14:textId="77777777" w:rsidR="003407F9" w:rsidRPr="003407F9" w:rsidRDefault="003407F9" w:rsidP="003407F9">
      <w:pPr>
        <w:spacing w:before="0" w:after="0" w:line="240" w:lineRule="auto"/>
        <w:rPr>
          <w:lang w:val="nl-NL"/>
        </w:rPr>
      </w:pPr>
      <w:r w:rsidRPr="003407F9">
        <w:rPr>
          <w:lang w:val="nl-NL"/>
        </w:rPr>
        <w:t xml:space="preserve">Kernkenmerken van </w:t>
      </w:r>
      <w:proofErr w:type="spellStart"/>
      <w:r w:rsidRPr="003407F9">
        <w:rPr>
          <w:lang w:val="nl-NL"/>
        </w:rPr>
        <w:t>vibe</w:t>
      </w:r>
      <w:proofErr w:type="spellEnd"/>
      <w:r w:rsidRPr="003407F9">
        <w:rPr>
          <w:lang w:val="nl-NL"/>
        </w:rPr>
        <w:t xml:space="preserve"> </w:t>
      </w:r>
      <w:proofErr w:type="spellStart"/>
      <w:r w:rsidRPr="003407F9">
        <w:rPr>
          <w:lang w:val="nl-NL"/>
        </w:rPr>
        <w:t>coding</w:t>
      </w:r>
      <w:proofErr w:type="spellEnd"/>
      <w:r w:rsidRPr="003407F9">
        <w:rPr>
          <w:lang w:val="nl-NL"/>
        </w:rPr>
        <w:t>:</w:t>
      </w:r>
    </w:p>
    <w:p w14:paraId="6CF6D6A8" w14:textId="51D6E126" w:rsidR="003407F9" w:rsidRPr="003407F9" w:rsidRDefault="003407F9" w:rsidP="00974A8A">
      <w:pPr>
        <w:pStyle w:val="Lijstalinea"/>
        <w:numPr>
          <w:ilvl w:val="0"/>
          <w:numId w:val="137"/>
        </w:numPr>
        <w:spacing w:before="0" w:after="0" w:line="240" w:lineRule="auto"/>
        <w:rPr>
          <w:lang w:val="nl-NL"/>
        </w:rPr>
      </w:pPr>
      <w:r w:rsidRPr="003407F9">
        <w:rPr>
          <w:lang w:val="nl-NL"/>
        </w:rPr>
        <w:t>Natuurlijke taal eerst: Je beschrijft je doel in gewone taal ("ik wil een simpel formulier waar studenten hun gegevens kunnen invullen") in plaats van zelf syntax te moeten kennen</w:t>
      </w:r>
    </w:p>
    <w:p w14:paraId="5495CBD6" w14:textId="77777777" w:rsidR="003407F9" w:rsidRPr="003407F9" w:rsidRDefault="003407F9" w:rsidP="00974A8A">
      <w:pPr>
        <w:pStyle w:val="Lijstalinea"/>
        <w:numPr>
          <w:ilvl w:val="0"/>
          <w:numId w:val="137"/>
        </w:numPr>
        <w:spacing w:before="0" w:after="0" w:line="240" w:lineRule="auto"/>
        <w:rPr>
          <w:lang w:val="nl-NL"/>
        </w:rPr>
      </w:pPr>
      <w:r w:rsidRPr="003407F9">
        <w:rPr>
          <w:lang w:val="nl-NL"/>
        </w:rPr>
        <w:lastRenderedPageBreak/>
        <w:t>Iteratief proces: Je bouwt stap voor stap, test wat werkt, en vraagt om aanpassingen</w:t>
      </w:r>
    </w:p>
    <w:p w14:paraId="11B9C4A9" w14:textId="77777777" w:rsidR="003407F9" w:rsidRPr="003407F9" w:rsidRDefault="003407F9" w:rsidP="00974A8A">
      <w:pPr>
        <w:pStyle w:val="Lijstalinea"/>
        <w:numPr>
          <w:ilvl w:val="0"/>
          <w:numId w:val="137"/>
        </w:numPr>
        <w:spacing w:before="0" w:after="0" w:line="240" w:lineRule="auto"/>
        <w:rPr>
          <w:lang w:val="nl-NL"/>
        </w:rPr>
      </w:pPr>
      <w:r w:rsidRPr="003407F9">
        <w:rPr>
          <w:lang w:val="nl-NL"/>
        </w:rPr>
        <w:t>AI als partner: De AI fungeert als programmeur die jouw ideeën vertaalt naar werkende code</w:t>
      </w:r>
    </w:p>
    <w:p w14:paraId="1EBA3ACC" w14:textId="77777777" w:rsidR="003407F9" w:rsidRPr="003407F9" w:rsidRDefault="003407F9" w:rsidP="00974A8A">
      <w:pPr>
        <w:pStyle w:val="Lijstalinea"/>
        <w:numPr>
          <w:ilvl w:val="0"/>
          <w:numId w:val="137"/>
        </w:numPr>
        <w:spacing w:before="0" w:after="0" w:line="240" w:lineRule="auto"/>
        <w:rPr>
          <w:lang w:val="nl-NL"/>
        </w:rPr>
      </w:pPr>
      <w:r w:rsidRPr="003407F9">
        <w:rPr>
          <w:lang w:val="nl-NL"/>
        </w:rPr>
        <w:t>Lage drempel: Ook zonder programmeerervaring kun je functionele tools, websites of scripts maken</w:t>
      </w:r>
    </w:p>
    <w:p w14:paraId="696E6ED0" w14:textId="77777777" w:rsidR="003407F9" w:rsidRPr="003407F9" w:rsidRDefault="003407F9" w:rsidP="00974A8A">
      <w:pPr>
        <w:pStyle w:val="Lijstalinea"/>
        <w:numPr>
          <w:ilvl w:val="0"/>
          <w:numId w:val="137"/>
        </w:numPr>
        <w:spacing w:before="0" w:after="0" w:line="240" w:lineRule="auto"/>
        <w:rPr>
          <w:lang w:val="nl-NL"/>
        </w:rPr>
      </w:pPr>
      <w:r w:rsidRPr="003407F9">
        <w:rPr>
          <w:lang w:val="nl-NL"/>
        </w:rPr>
        <w:t xml:space="preserve">Learning </w:t>
      </w:r>
      <w:proofErr w:type="spellStart"/>
      <w:r w:rsidRPr="003407F9">
        <w:rPr>
          <w:lang w:val="nl-NL"/>
        </w:rPr>
        <w:t>by</w:t>
      </w:r>
      <w:proofErr w:type="spellEnd"/>
      <w:r w:rsidRPr="003407F9">
        <w:rPr>
          <w:lang w:val="nl-NL"/>
        </w:rPr>
        <w:t xml:space="preserve"> </w:t>
      </w:r>
      <w:proofErr w:type="spellStart"/>
      <w:r w:rsidRPr="003407F9">
        <w:rPr>
          <w:lang w:val="nl-NL"/>
        </w:rPr>
        <w:t>doing</w:t>
      </w:r>
      <w:proofErr w:type="spellEnd"/>
      <w:r w:rsidRPr="003407F9">
        <w:rPr>
          <w:lang w:val="nl-NL"/>
        </w:rPr>
        <w:t>: Je leert onderweg wel wat over programmeren, maar dat hoeft niet je startpunt te zijn</w:t>
      </w:r>
    </w:p>
    <w:p w14:paraId="35DB8CDA" w14:textId="77777777" w:rsidR="00674338" w:rsidRDefault="00674338" w:rsidP="003407F9">
      <w:pPr>
        <w:spacing w:before="0" w:after="0" w:line="240" w:lineRule="auto"/>
        <w:rPr>
          <w:b/>
          <w:bCs/>
          <w:lang w:val="nl-NL"/>
        </w:rPr>
      </w:pPr>
    </w:p>
    <w:p w14:paraId="644F49C0" w14:textId="0CF53414" w:rsidR="003407F9" w:rsidRPr="003407F9" w:rsidRDefault="003407F9" w:rsidP="003407F9">
      <w:pPr>
        <w:spacing w:before="0" w:after="0" w:line="240" w:lineRule="auto"/>
        <w:rPr>
          <w:b/>
          <w:bCs/>
          <w:lang w:val="nl-NL"/>
        </w:rPr>
      </w:pPr>
      <w:r w:rsidRPr="003407F9">
        <w:rPr>
          <w:b/>
          <w:bCs/>
          <w:lang w:val="nl-NL"/>
        </w:rPr>
        <w:t>Waarom</w:t>
      </w:r>
      <w:r>
        <w:rPr>
          <w:b/>
          <w:bCs/>
          <w:lang w:val="nl-NL"/>
        </w:rPr>
        <w:t xml:space="preserve"> </w:t>
      </w:r>
      <w:r w:rsidR="00B654AF">
        <w:rPr>
          <w:b/>
          <w:bCs/>
          <w:lang w:val="nl-NL"/>
        </w:rPr>
        <w:t>is</w:t>
      </w:r>
      <w:r>
        <w:rPr>
          <w:b/>
          <w:bCs/>
          <w:lang w:val="nl-NL"/>
        </w:rPr>
        <w:t xml:space="preserve"> </w:t>
      </w:r>
      <w:proofErr w:type="spellStart"/>
      <w:r>
        <w:rPr>
          <w:b/>
          <w:bCs/>
          <w:lang w:val="nl-NL"/>
        </w:rPr>
        <w:t>vibecoden</w:t>
      </w:r>
      <w:proofErr w:type="spellEnd"/>
      <w:r w:rsidRPr="003407F9">
        <w:rPr>
          <w:b/>
          <w:bCs/>
          <w:lang w:val="nl-NL"/>
        </w:rPr>
        <w:t xml:space="preserve"> </w:t>
      </w:r>
      <w:r w:rsidR="00B654AF">
        <w:rPr>
          <w:b/>
          <w:bCs/>
          <w:lang w:val="nl-NL"/>
        </w:rPr>
        <w:t xml:space="preserve">interessant </w:t>
      </w:r>
      <w:r w:rsidRPr="003407F9">
        <w:rPr>
          <w:b/>
          <w:bCs/>
          <w:lang w:val="nl-NL"/>
        </w:rPr>
        <w:t>voor docenten?</w:t>
      </w:r>
    </w:p>
    <w:p w14:paraId="1E0CE117" w14:textId="1511C44D" w:rsidR="0088106D" w:rsidRDefault="003407F9" w:rsidP="003407F9">
      <w:pPr>
        <w:spacing w:before="0" w:after="0" w:line="240" w:lineRule="auto"/>
        <w:rPr>
          <w:lang w:val="nl-NL"/>
        </w:rPr>
      </w:pPr>
      <w:r w:rsidRPr="003407F9">
        <w:rPr>
          <w:lang w:val="nl-NL"/>
        </w:rPr>
        <w:t xml:space="preserve">Voor docenten kan </w:t>
      </w:r>
      <w:proofErr w:type="spellStart"/>
      <w:r w:rsidRPr="003407F9">
        <w:rPr>
          <w:lang w:val="nl-NL"/>
        </w:rPr>
        <w:t>vibe</w:t>
      </w:r>
      <w:proofErr w:type="spellEnd"/>
      <w:r w:rsidRPr="003407F9">
        <w:rPr>
          <w:lang w:val="nl-NL"/>
        </w:rPr>
        <w:t xml:space="preserve"> </w:t>
      </w:r>
      <w:proofErr w:type="spellStart"/>
      <w:r w:rsidRPr="003407F9">
        <w:rPr>
          <w:lang w:val="nl-NL"/>
        </w:rPr>
        <w:t>coding</w:t>
      </w:r>
      <w:proofErr w:type="spellEnd"/>
      <w:r w:rsidRPr="003407F9">
        <w:rPr>
          <w:lang w:val="nl-NL"/>
        </w:rPr>
        <w:t xml:space="preserve"> interessant zijn om bijvoorbeeld educatieve tools te maken: een quiz over Europees recht, een interactieve tijdlijn van belangrijke jurisprudentie, een calculator voor termijnen, of visualisaties van juridische concepten. </w:t>
      </w:r>
      <w:r w:rsidR="00A151A3">
        <w:rPr>
          <w:lang w:val="nl-NL"/>
        </w:rPr>
        <w:t xml:space="preserve">Dat kan ook met </w:t>
      </w:r>
      <w:r w:rsidR="00394B99">
        <w:rPr>
          <w:lang w:val="nl-NL"/>
        </w:rPr>
        <w:t>reguliere AI-tools, maar met coderen kun je veel meer. Je kunt bijvoorbeeld een website ontwikkelen</w:t>
      </w:r>
      <w:r w:rsidR="0088106D">
        <w:rPr>
          <w:lang w:val="nl-NL"/>
        </w:rPr>
        <w:t xml:space="preserve"> voor je publiek.</w:t>
      </w:r>
      <w:r w:rsidR="00BB604F">
        <w:rPr>
          <w:lang w:val="nl-NL"/>
        </w:rPr>
        <w:t xml:space="preserve"> </w:t>
      </w:r>
    </w:p>
    <w:p w14:paraId="509C21B6" w14:textId="77777777" w:rsidR="0088106D" w:rsidRDefault="0088106D" w:rsidP="003407F9">
      <w:pPr>
        <w:spacing w:before="0" w:after="0" w:line="240" w:lineRule="auto"/>
        <w:rPr>
          <w:lang w:val="nl-NL"/>
        </w:rPr>
      </w:pPr>
    </w:p>
    <w:p w14:paraId="1F7BEEC6" w14:textId="6F23EF31" w:rsidR="00A47756" w:rsidRPr="00C56528" w:rsidRDefault="003407F9" w:rsidP="003407F9">
      <w:pPr>
        <w:spacing w:before="0" w:after="0" w:line="240" w:lineRule="auto"/>
        <w:rPr>
          <w:lang w:val="nl-NL"/>
        </w:rPr>
      </w:pPr>
      <w:r w:rsidRPr="003407F9">
        <w:rPr>
          <w:lang w:val="nl-NL"/>
        </w:rPr>
        <w:t xml:space="preserve">Het stelt je in staat om </w:t>
      </w:r>
      <w:proofErr w:type="spellStart"/>
      <w:r w:rsidRPr="003407F9">
        <w:rPr>
          <w:lang w:val="nl-NL"/>
        </w:rPr>
        <w:t>custom</w:t>
      </w:r>
      <w:proofErr w:type="spellEnd"/>
      <w:r w:rsidRPr="003407F9">
        <w:rPr>
          <w:lang w:val="nl-NL"/>
        </w:rPr>
        <w:t xml:space="preserve"> lesmateriaal te maken zonder een programmeercursus te volgen.</w:t>
      </w:r>
    </w:p>
    <w:p w14:paraId="0D6DBF25" w14:textId="77777777" w:rsidR="00A47756" w:rsidRDefault="00A47756" w:rsidP="00936394">
      <w:pPr>
        <w:spacing w:before="0" w:after="0" w:line="240" w:lineRule="auto"/>
        <w:rPr>
          <w:lang w:val="nl-NL"/>
        </w:rPr>
      </w:pPr>
    </w:p>
    <w:p w14:paraId="4E282E60" w14:textId="4E4F5C9C" w:rsidR="00C43E82" w:rsidRDefault="00C43E82" w:rsidP="00936394">
      <w:pPr>
        <w:spacing w:before="0" w:after="0" w:line="240" w:lineRule="auto"/>
        <w:rPr>
          <w:lang w:val="nl-NL"/>
        </w:rPr>
      </w:pPr>
      <w:r>
        <w:rPr>
          <w:lang w:val="nl-NL"/>
        </w:rPr>
        <w:t xml:space="preserve">En het is natuurlijk helemaal leuk om dit samen met studenten te doen en ze vervolgens elkaars apps laten testen en controleren op juridische juistheid. En hoe tof is het dat een klas straks drie hele eigen </w:t>
      </w:r>
      <w:r w:rsidR="00E97DDF">
        <w:rPr>
          <w:lang w:val="nl-NL"/>
        </w:rPr>
        <w:t>leerzame apps heeft die alle studenten kunnen gebruiken om te leren.</w:t>
      </w:r>
    </w:p>
    <w:p w14:paraId="58492A38" w14:textId="77777777" w:rsidR="00C43E82" w:rsidRDefault="00C43E82" w:rsidP="00936394">
      <w:pPr>
        <w:spacing w:before="0" w:after="0" w:line="240" w:lineRule="auto"/>
        <w:rPr>
          <w:lang w:val="nl-NL"/>
        </w:rPr>
      </w:pPr>
    </w:p>
    <w:p w14:paraId="264FD9CC" w14:textId="26B72854" w:rsidR="002F4E44" w:rsidRPr="002F4E44" w:rsidRDefault="002F4E44" w:rsidP="00936394">
      <w:pPr>
        <w:spacing w:before="0" w:after="0" w:line="240" w:lineRule="auto"/>
        <w:rPr>
          <w:b/>
          <w:bCs/>
          <w:lang w:val="nl-NL"/>
        </w:rPr>
      </w:pPr>
      <w:proofErr w:type="spellStart"/>
      <w:r w:rsidRPr="002F4E44">
        <w:rPr>
          <w:b/>
          <w:bCs/>
          <w:lang w:val="nl-NL"/>
        </w:rPr>
        <w:t>Deployen</w:t>
      </w:r>
      <w:proofErr w:type="spellEnd"/>
    </w:p>
    <w:p w14:paraId="58B1739D" w14:textId="3EE7D850" w:rsidR="002F4E44" w:rsidRDefault="002F4E44" w:rsidP="00936394">
      <w:pPr>
        <w:spacing w:before="0" w:after="0" w:line="240" w:lineRule="auto"/>
        <w:rPr>
          <w:lang w:val="nl-NL"/>
        </w:rPr>
      </w:pPr>
      <w:r>
        <w:rPr>
          <w:lang w:val="nl-NL"/>
        </w:rPr>
        <w:t xml:space="preserve">Wat </w:t>
      </w:r>
      <w:proofErr w:type="spellStart"/>
      <w:r>
        <w:rPr>
          <w:lang w:val="nl-NL"/>
        </w:rPr>
        <w:t>vibecoden</w:t>
      </w:r>
      <w:proofErr w:type="spellEnd"/>
      <w:r>
        <w:rPr>
          <w:lang w:val="nl-NL"/>
        </w:rPr>
        <w:t xml:space="preserve"> iets lastiger maakt is dat de output niet </w:t>
      </w:r>
      <w:r w:rsidR="00D35528">
        <w:rPr>
          <w:lang w:val="nl-NL"/>
        </w:rPr>
        <w:t>altijd meteen te gebruiken is. Bij het genereren van bijvoorbeeld een opdracht voor studenten of een dossier met bewijsmiddelen, kun je deze simpel knippen en plakken of zelfs laten genereren als een word-document of PDF</w:t>
      </w:r>
      <w:r w:rsidR="007765FF">
        <w:rPr>
          <w:lang w:val="nl-NL"/>
        </w:rPr>
        <w:t xml:space="preserve"> en meteen (laten) gebruiken.</w:t>
      </w:r>
    </w:p>
    <w:p w14:paraId="5931E8D2" w14:textId="5BA988EC" w:rsidR="007765FF" w:rsidRPr="007D720A" w:rsidRDefault="007765FF" w:rsidP="00936394">
      <w:pPr>
        <w:spacing w:before="0" w:after="0" w:line="240" w:lineRule="auto"/>
        <w:rPr>
          <w:lang w:val="nl-NL"/>
        </w:rPr>
      </w:pPr>
      <w:r>
        <w:rPr>
          <w:lang w:val="nl-NL"/>
        </w:rPr>
        <w:br/>
        <w:t xml:space="preserve">Bij </w:t>
      </w:r>
      <w:proofErr w:type="spellStart"/>
      <w:r>
        <w:rPr>
          <w:lang w:val="nl-NL"/>
        </w:rPr>
        <w:t>vibecoden</w:t>
      </w:r>
      <w:proofErr w:type="spellEnd"/>
      <w:r>
        <w:rPr>
          <w:lang w:val="nl-NL"/>
        </w:rPr>
        <w:t xml:space="preserve"> moet de output eerst </w:t>
      </w:r>
      <w:proofErr w:type="spellStart"/>
      <w:r>
        <w:rPr>
          <w:lang w:val="nl-NL"/>
        </w:rPr>
        <w:t>deployen</w:t>
      </w:r>
      <w:proofErr w:type="spellEnd"/>
      <w:r>
        <w:rPr>
          <w:lang w:val="nl-NL"/>
        </w:rPr>
        <w:t xml:space="preserve">. </w:t>
      </w:r>
      <w:proofErr w:type="spellStart"/>
      <w:r w:rsidR="007D720A" w:rsidRPr="007D720A">
        <w:rPr>
          <w:lang w:val="nl-NL"/>
        </w:rPr>
        <w:t>Deployen</w:t>
      </w:r>
      <w:proofErr w:type="spellEnd"/>
      <w:r w:rsidR="007D720A" w:rsidRPr="007D720A">
        <w:rPr>
          <w:lang w:val="nl-NL"/>
        </w:rPr>
        <w:t xml:space="preserve"> betekent dat je jouw code (de applicatie of tool die je gemaakt hebt) op internet zet zodat anderen er toegang toe hebben.</w:t>
      </w:r>
      <w:r w:rsidR="007D720A">
        <w:rPr>
          <w:lang w:val="nl-NL"/>
        </w:rPr>
        <w:t xml:space="preserve"> In de paragraaf, </w:t>
      </w:r>
      <w:proofErr w:type="spellStart"/>
      <w:r w:rsidR="007D720A">
        <w:rPr>
          <w:lang w:val="nl-NL"/>
        </w:rPr>
        <w:t>deployes</w:t>
      </w:r>
      <w:proofErr w:type="spellEnd"/>
      <w:r w:rsidR="007D720A">
        <w:rPr>
          <w:lang w:val="nl-NL"/>
        </w:rPr>
        <w:t>, hoe dan? staat meer uitleg hierover.</w:t>
      </w:r>
    </w:p>
    <w:p w14:paraId="30292E6A" w14:textId="77777777" w:rsidR="002F4E44" w:rsidRDefault="002F4E44" w:rsidP="00936394">
      <w:pPr>
        <w:spacing w:before="0" w:after="0" w:line="240" w:lineRule="auto"/>
        <w:rPr>
          <w:lang w:val="nl-NL"/>
        </w:rPr>
      </w:pPr>
    </w:p>
    <w:p w14:paraId="395FC132" w14:textId="7D3F0FA4" w:rsidR="00264B01" w:rsidRPr="00FF05FF" w:rsidRDefault="00264B01" w:rsidP="00264B01">
      <w:pPr>
        <w:pStyle w:val="Kop2"/>
        <w:spacing w:before="0" w:line="240" w:lineRule="auto"/>
        <w:rPr>
          <w:lang w:val="nl-NL"/>
        </w:rPr>
      </w:pPr>
      <w:r>
        <w:rPr>
          <w:lang w:val="nl-NL"/>
        </w:rPr>
        <w:t>EEn voorbeeld: bestuursrechtbuddy</w:t>
      </w:r>
      <w:r w:rsidR="00C43E82">
        <w:rPr>
          <w:lang w:val="nl-NL"/>
        </w:rPr>
        <w:t xml:space="preserve"> en staatsrechtStappen</w:t>
      </w:r>
    </w:p>
    <w:p w14:paraId="4A47025C" w14:textId="6F53E04D" w:rsidR="00FF05FF" w:rsidRDefault="00C43E82" w:rsidP="00936394">
      <w:pPr>
        <w:spacing w:before="0" w:after="0" w:line="240" w:lineRule="auto"/>
        <w:rPr>
          <w:lang w:val="nl-NL"/>
        </w:rPr>
      </w:pPr>
      <w:r>
        <w:rPr>
          <w:lang w:val="nl-NL"/>
        </w:rPr>
        <w:br/>
      </w:r>
      <w:r w:rsidRPr="00C43E82">
        <w:rPr>
          <w:b/>
          <w:bCs/>
          <w:lang w:val="nl-NL"/>
        </w:rPr>
        <w:t>Bestuursrechtbuddy</w:t>
      </w:r>
      <w:r>
        <w:rPr>
          <w:b/>
          <w:bCs/>
          <w:lang w:val="nl-NL"/>
        </w:rPr>
        <w:t xml:space="preserve"> gemaakt</w:t>
      </w:r>
      <w:r w:rsidRPr="00C43E82">
        <w:rPr>
          <w:b/>
          <w:bCs/>
          <w:lang w:val="nl-NL"/>
        </w:rPr>
        <w:t xml:space="preserve"> met Google AI studio</w:t>
      </w:r>
      <w:r>
        <w:rPr>
          <w:lang w:val="nl-NL"/>
        </w:rPr>
        <w:br/>
      </w:r>
      <w:r w:rsidR="00FF05FF">
        <w:rPr>
          <w:lang w:val="nl-NL"/>
        </w:rPr>
        <w:t xml:space="preserve">Hier een voorbeeld van een </w:t>
      </w:r>
      <w:r w:rsidR="00EC6DF3">
        <w:rPr>
          <w:lang w:val="nl-NL"/>
        </w:rPr>
        <w:t>website gemaakt voor het vak bestuursrecht</w:t>
      </w:r>
      <w:r w:rsidR="00FB12C4">
        <w:rPr>
          <w:lang w:val="nl-NL"/>
        </w:rPr>
        <w:t xml:space="preserve">. Het uitgangspunt van deze app was dat </w:t>
      </w:r>
      <w:r w:rsidR="00EC6DF3">
        <w:rPr>
          <w:lang w:val="nl-NL"/>
        </w:rPr>
        <w:t>de gebruiker kan kiezen uit verschillende scenario’s om zich de stof eigen te maken</w:t>
      </w:r>
      <w:r w:rsidR="00FB12C4">
        <w:rPr>
          <w:lang w:val="nl-NL"/>
        </w:rPr>
        <w:t>. Waarbij deze scenario’s</w:t>
      </w:r>
      <w:r w:rsidR="00EC6DF3">
        <w:rPr>
          <w:lang w:val="nl-NL"/>
        </w:rPr>
        <w:t xml:space="preserve"> aansluit</w:t>
      </w:r>
      <w:r w:rsidR="00FB12C4">
        <w:rPr>
          <w:lang w:val="nl-NL"/>
        </w:rPr>
        <w:t>en</w:t>
      </w:r>
      <w:r w:rsidR="00EC6DF3">
        <w:rPr>
          <w:lang w:val="nl-NL"/>
        </w:rPr>
        <w:t xml:space="preserve"> bij de belevingswereld van de student</w:t>
      </w:r>
      <w:r w:rsidR="003A5D5B">
        <w:rPr>
          <w:lang w:val="nl-NL"/>
        </w:rPr>
        <w:t>.</w:t>
      </w:r>
      <w:r w:rsidR="00EC6DF3">
        <w:rPr>
          <w:lang w:val="nl-NL"/>
        </w:rPr>
        <w:t xml:space="preserve"> </w:t>
      </w:r>
      <w:r w:rsidR="003A5D5B">
        <w:rPr>
          <w:lang w:val="nl-NL"/>
        </w:rPr>
        <w:t>D</w:t>
      </w:r>
      <w:r w:rsidR="00EC6DF3">
        <w:rPr>
          <w:lang w:val="nl-NL"/>
        </w:rPr>
        <w:t xml:space="preserve">aarbij </w:t>
      </w:r>
      <w:r w:rsidR="003A5D5B">
        <w:rPr>
          <w:lang w:val="nl-NL"/>
        </w:rPr>
        <w:t xml:space="preserve">zijn </w:t>
      </w:r>
      <w:r w:rsidR="00EC6DF3">
        <w:rPr>
          <w:lang w:val="nl-NL"/>
        </w:rPr>
        <w:t xml:space="preserve">er per scenario </w:t>
      </w:r>
      <w:r w:rsidR="00E52602">
        <w:rPr>
          <w:lang w:val="nl-NL"/>
        </w:rPr>
        <w:t>stappen te doorlopen.</w:t>
      </w:r>
      <w:r w:rsidR="00EC6DF3">
        <w:rPr>
          <w:lang w:val="nl-NL"/>
        </w:rPr>
        <w:t xml:space="preserve"> </w:t>
      </w:r>
      <w:r w:rsidR="00E52602">
        <w:rPr>
          <w:lang w:val="nl-NL"/>
        </w:rPr>
        <w:t xml:space="preserve">En zijn er </w:t>
      </w:r>
      <w:r w:rsidR="00EC6DF3">
        <w:rPr>
          <w:lang w:val="nl-NL"/>
        </w:rPr>
        <w:t xml:space="preserve">per </w:t>
      </w:r>
      <w:r w:rsidR="00E52602">
        <w:rPr>
          <w:lang w:val="nl-NL"/>
        </w:rPr>
        <w:t xml:space="preserve">stap </w:t>
      </w:r>
      <w:r w:rsidR="00F14C25">
        <w:rPr>
          <w:lang w:val="nl-NL"/>
        </w:rPr>
        <w:t>verschillende leer</w:t>
      </w:r>
      <w:r w:rsidR="00E52602">
        <w:rPr>
          <w:lang w:val="nl-NL"/>
        </w:rPr>
        <w:t>activiteiten</w:t>
      </w:r>
      <w:r w:rsidR="00F14C25">
        <w:rPr>
          <w:lang w:val="nl-NL"/>
        </w:rPr>
        <w:t xml:space="preserve">, zoals een </w:t>
      </w:r>
      <w:r w:rsidR="003632A2">
        <w:rPr>
          <w:lang w:val="nl-NL"/>
        </w:rPr>
        <w:t xml:space="preserve">te beantwoorden </w:t>
      </w:r>
      <w:r w:rsidR="00F14C25">
        <w:rPr>
          <w:lang w:val="nl-NL"/>
        </w:rPr>
        <w:t xml:space="preserve">vraag, een klein stukje theorie, een tip van de AI-meester, een kennischeck door een kennisvraag te stellen waarbij er bij het beantwoorden ook wordt aangegeven waarom de vraag goed of fout is beantwoord en als bonus per </w:t>
      </w:r>
      <w:r w:rsidR="00E52602">
        <w:rPr>
          <w:lang w:val="nl-NL"/>
        </w:rPr>
        <w:t xml:space="preserve">stap ook een </w:t>
      </w:r>
      <w:proofErr w:type="spellStart"/>
      <w:r w:rsidR="002C123E">
        <w:rPr>
          <w:lang w:val="nl-NL"/>
        </w:rPr>
        <w:t>Chatbot</w:t>
      </w:r>
      <w:proofErr w:type="spellEnd"/>
      <w:r w:rsidR="002C123E">
        <w:rPr>
          <w:lang w:val="nl-NL"/>
        </w:rPr>
        <w:t xml:space="preserve"> op de pagina aanwezig waar je direct een vraag aan kan stellen als je die nog hebt. En de volgende stap bevat weer een andere leeractiviteit</w:t>
      </w:r>
      <w:r w:rsidR="00433875">
        <w:rPr>
          <w:lang w:val="nl-NL"/>
        </w:rPr>
        <w:t>, bijvoorbeeld zoek de verplichte besluitonderdelen in een besluit en bij een volgende leeractiviteit moet de student zelf een kort besluit schrijven.</w:t>
      </w:r>
    </w:p>
    <w:p w14:paraId="743E2ECA" w14:textId="77777777" w:rsidR="002C123E" w:rsidRDefault="002C123E" w:rsidP="00936394">
      <w:pPr>
        <w:spacing w:before="0" w:after="0" w:line="240" w:lineRule="auto"/>
        <w:rPr>
          <w:lang w:val="nl-NL"/>
        </w:rPr>
      </w:pPr>
    </w:p>
    <w:p w14:paraId="646E8069" w14:textId="129FDAAD" w:rsidR="002C123E" w:rsidRDefault="002C123E" w:rsidP="00936394">
      <w:pPr>
        <w:spacing w:before="0" w:after="0" w:line="240" w:lineRule="auto"/>
        <w:rPr>
          <w:lang w:val="nl-NL"/>
        </w:rPr>
      </w:pPr>
      <w:r>
        <w:rPr>
          <w:lang w:val="nl-NL"/>
        </w:rPr>
        <w:t xml:space="preserve">Link: </w:t>
      </w:r>
      <w:hyperlink r:id="rId42" w:history="1">
        <w:r>
          <w:rPr>
            <w:rStyle w:val="Hyperlink"/>
            <w:lang w:val="nl-NL"/>
          </w:rPr>
          <w:t>Voorbeeld bestuursrechtbuddy</w:t>
        </w:r>
      </w:hyperlink>
      <w:r>
        <w:rPr>
          <w:lang w:val="nl-NL"/>
        </w:rPr>
        <w:t xml:space="preserve"> </w:t>
      </w:r>
      <w:r w:rsidR="000E6882">
        <w:rPr>
          <w:lang w:val="nl-NL"/>
        </w:rPr>
        <w:t xml:space="preserve"> (inloggen bij Google noodzakelijk)</w:t>
      </w:r>
      <w:r w:rsidR="00B15AB0">
        <w:rPr>
          <w:lang w:val="nl-NL"/>
        </w:rPr>
        <w:t xml:space="preserve">. Deze app is </w:t>
      </w:r>
      <w:r w:rsidR="00433875">
        <w:rPr>
          <w:lang w:val="nl-NL"/>
        </w:rPr>
        <w:t>gemaakt in 10 minuten.</w:t>
      </w:r>
    </w:p>
    <w:p w14:paraId="230E5213" w14:textId="77777777" w:rsidR="00FF05FF" w:rsidRDefault="00FF05FF" w:rsidP="00936394">
      <w:pPr>
        <w:spacing w:before="0" w:after="0" w:line="240" w:lineRule="auto"/>
        <w:rPr>
          <w:lang w:val="nl-NL"/>
        </w:rPr>
      </w:pPr>
    </w:p>
    <w:p w14:paraId="5718B45C" w14:textId="11171DAD" w:rsidR="002C123E" w:rsidRDefault="00433875" w:rsidP="00936394">
      <w:pPr>
        <w:spacing w:before="0" w:after="0" w:line="240" w:lineRule="auto"/>
        <w:rPr>
          <w:lang w:val="nl-NL"/>
        </w:rPr>
      </w:pPr>
      <w:r>
        <w:rPr>
          <w:lang w:val="nl-NL"/>
        </w:rPr>
        <w:t>Dit voorbeeld</w:t>
      </w:r>
      <w:r w:rsidR="002C123E">
        <w:rPr>
          <w:lang w:val="nl-NL"/>
        </w:rPr>
        <w:t xml:space="preserve"> is gemaakt met AI studio van google</w:t>
      </w:r>
      <w:r w:rsidR="00FC7D20">
        <w:rPr>
          <w:lang w:val="nl-NL"/>
        </w:rPr>
        <w:t xml:space="preserve">, te vinden via de volgende link: </w:t>
      </w:r>
      <w:hyperlink r:id="rId43" w:history="1">
        <w:r w:rsidR="00FC7D20" w:rsidRPr="00264973">
          <w:rPr>
            <w:rStyle w:val="Hyperlink"/>
            <w:lang w:val="nl-NL"/>
          </w:rPr>
          <w:t>www.aistudio.google.com</w:t>
        </w:r>
      </w:hyperlink>
      <w:r w:rsidR="00FC7D20">
        <w:rPr>
          <w:lang w:val="nl-NL"/>
        </w:rPr>
        <w:t xml:space="preserve"> </w:t>
      </w:r>
      <w:r w:rsidR="00FC32C0">
        <w:rPr>
          <w:lang w:val="nl-NL"/>
        </w:rPr>
        <w:t>Als je bent ingelogd (verplicht) kun je op de homepage o</w:t>
      </w:r>
      <w:r w:rsidR="00FD60D7">
        <w:rPr>
          <w:lang w:val="nl-NL"/>
        </w:rPr>
        <w:t xml:space="preserve">nder de knop </w:t>
      </w:r>
      <w:r w:rsidR="00377221">
        <w:rPr>
          <w:lang w:val="nl-NL"/>
        </w:rPr>
        <w:t>‘</w:t>
      </w:r>
      <w:proofErr w:type="spellStart"/>
      <w:r w:rsidR="00377221">
        <w:rPr>
          <w:lang w:val="nl-NL"/>
        </w:rPr>
        <w:t>build</w:t>
      </w:r>
      <w:proofErr w:type="spellEnd"/>
      <w:r w:rsidR="00377221">
        <w:rPr>
          <w:lang w:val="nl-NL"/>
        </w:rPr>
        <w:t>’</w:t>
      </w:r>
      <w:r w:rsidR="00FD60D7">
        <w:rPr>
          <w:lang w:val="nl-NL"/>
        </w:rPr>
        <w:t xml:space="preserve"> </w:t>
      </w:r>
      <w:r w:rsidR="00774736">
        <w:rPr>
          <w:lang w:val="nl-NL"/>
        </w:rPr>
        <w:t>je eigen apps bouwen</w:t>
      </w:r>
      <w:r w:rsidR="00377221">
        <w:rPr>
          <w:lang w:val="nl-NL"/>
        </w:rPr>
        <w:t>.</w:t>
      </w:r>
      <w:r w:rsidR="00827995">
        <w:rPr>
          <w:lang w:val="nl-NL"/>
        </w:rPr>
        <w:t xml:space="preserve"> </w:t>
      </w:r>
    </w:p>
    <w:p w14:paraId="210A33B6" w14:textId="77777777" w:rsidR="00B214BB" w:rsidRDefault="00B214BB" w:rsidP="00936394">
      <w:pPr>
        <w:spacing w:before="0" w:after="0" w:line="240" w:lineRule="auto"/>
        <w:rPr>
          <w:lang w:val="nl-NL"/>
        </w:rPr>
      </w:pPr>
    </w:p>
    <w:p w14:paraId="54D367B8" w14:textId="77777777" w:rsidR="00FC32C0" w:rsidRDefault="00B214BB" w:rsidP="00936394">
      <w:pPr>
        <w:spacing w:before="0" w:after="0" w:line="240" w:lineRule="auto"/>
        <w:rPr>
          <w:lang w:val="nl-NL"/>
        </w:rPr>
      </w:pPr>
      <w:r>
        <w:rPr>
          <w:lang w:val="nl-NL"/>
        </w:rPr>
        <w:t xml:space="preserve">Als je de app werkend hebt en je bent tevreden met de uitkomst, dan kun je deze heel makkelijk delen via de share-knop waarmee een link krijgt zoals je hierboven ziet. </w:t>
      </w:r>
      <w:r w:rsidR="000E6882">
        <w:rPr>
          <w:lang w:val="nl-NL"/>
        </w:rPr>
        <w:t xml:space="preserve">Die kun je delen met je collega’s en/of studenten. </w:t>
      </w:r>
      <w:r w:rsidR="00E53D6A">
        <w:rPr>
          <w:lang w:val="nl-NL"/>
        </w:rPr>
        <w:t xml:space="preserve">Let op: dat gebeurd niet op een afzonderlijke website. De app die je hebt </w:t>
      </w:r>
      <w:r w:rsidR="00E53D6A">
        <w:rPr>
          <w:lang w:val="nl-NL"/>
        </w:rPr>
        <w:lastRenderedPageBreak/>
        <w:t xml:space="preserve">gebouwd staat automatisch op </w:t>
      </w:r>
      <w:proofErr w:type="spellStart"/>
      <w:r w:rsidR="00E53D6A">
        <w:rPr>
          <w:lang w:val="nl-NL"/>
        </w:rPr>
        <w:t>fullscreen</w:t>
      </w:r>
      <w:proofErr w:type="spellEnd"/>
      <w:r w:rsidR="00FC32C0">
        <w:rPr>
          <w:lang w:val="nl-NL"/>
        </w:rPr>
        <w:t xml:space="preserve"> op het scherm dat geopend wordt zodra iemand op je link klikt.</w:t>
      </w:r>
    </w:p>
    <w:p w14:paraId="01046DCF" w14:textId="77777777" w:rsidR="00FC32C0" w:rsidRDefault="00FC32C0" w:rsidP="00936394">
      <w:pPr>
        <w:spacing w:before="0" w:after="0" w:line="240" w:lineRule="auto"/>
        <w:rPr>
          <w:lang w:val="nl-NL"/>
        </w:rPr>
      </w:pPr>
    </w:p>
    <w:p w14:paraId="6E0B9018" w14:textId="4C770AF4" w:rsidR="00B214BB" w:rsidRDefault="00E53D6A" w:rsidP="00936394">
      <w:pPr>
        <w:spacing w:before="0" w:after="0" w:line="240" w:lineRule="auto"/>
        <w:rPr>
          <w:lang w:val="nl-NL"/>
        </w:rPr>
      </w:pPr>
      <w:r>
        <w:rPr>
          <w:lang w:val="nl-NL"/>
        </w:rPr>
        <w:t>Als je op de knop ‘</w:t>
      </w:r>
      <w:proofErr w:type="spellStart"/>
      <w:r>
        <w:rPr>
          <w:lang w:val="nl-NL"/>
        </w:rPr>
        <w:t>leave</w:t>
      </w:r>
      <w:proofErr w:type="spellEnd"/>
      <w:r>
        <w:rPr>
          <w:lang w:val="nl-NL"/>
        </w:rPr>
        <w:t xml:space="preserve"> </w:t>
      </w:r>
      <w:proofErr w:type="spellStart"/>
      <w:r>
        <w:rPr>
          <w:lang w:val="nl-NL"/>
        </w:rPr>
        <w:t>fullscreen</w:t>
      </w:r>
      <w:proofErr w:type="spellEnd"/>
      <w:r>
        <w:rPr>
          <w:lang w:val="nl-NL"/>
        </w:rPr>
        <w:t xml:space="preserve">’ klikt, kom je in de “achterkant” de editor van Google AI studio uit. En dan kan de gebruiker </w:t>
      </w:r>
      <w:r w:rsidR="00250261">
        <w:rPr>
          <w:lang w:val="nl-NL"/>
        </w:rPr>
        <w:t>zien hoe je de app hebt gebouwd, want je prompt en je iteraties zijn daar direct zichtbaar.</w:t>
      </w:r>
      <w:r w:rsidR="00FC32C0">
        <w:rPr>
          <w:lang w:val="nl-NL"/>
        </w:rPr>
        <w:t xml:space="preserve"> </w:t>
      </w:r>
    </w:p>
    <w:p w14:paraId="1DD31677" w14:textId="77777777" w:rsidR="00C43E82" w:rsidRDefault="00C43E82" w:rsidP="00C43E82">
      <w:pPr>
        <w:spacing w:before="0" w:after="0" w:line="240" w:lineRule="auto"/>
        <w:rPr>
          <w:lang w:val="nl-NL"/>
        </w:rPr>
      </w:pPr>
    </w:p>
    <w:p w14:paraId="4CE06642" w14:textId="1D7724B3" w:rsidR="00C43E82" w:rsidRPr="00C43E82" w:rsidRDefault="00C43E82" w:rsidP="00C43E82">
      <w:pPr>
        <w:spacing w:before="0" w:after="0" w:line="240" w:lineRule="auto"/>
        <w:rPr>
          <w:b/>
          <w:bCs/>
          <w:lang w:val="nl-NL"/>
        </w:rPr>
      </w:pPr>
      <w:r w:rsidRPr="00C43E82">
        <w:rPr>
          <w:b/>
          <w:bCs/>
          <w:lang w:val="nl-NL"/>
        </w:rPr>
        <w:t>Staatsrechtstappen</w:t>
      </w:r>
      <w:r>
        <w:rPr>
          <w:b/>
          <w:bCs/>
          <w:lang w:val="nl-NL"/>
        </w:rPr>
        <w:t xml:space="preserve"> gemaakt</w:t>
      </w:r>
      <w:r w:rsidRPr="00C43E82">
        <w:rPr>
          <w:b/>
          <w:bCs/>
          <w:lang w:val="nl-NL"/>
        </w:rPr>
        <w:t xml:space="preserve"> met Base44</w:t>
      </w:r>
    </w:p>
    <w:p w14:paraId="105CF30A" w14:textId="1220852E" w:rsidR="00E97DDF" w:rsidRDefault="00E97DDF" w:rsidP="00C43E82">
      <w:pPr>
        <w:spacing w:before="0" w:after="0" w:line="240" w:lineRule="auto"/>
        <w:rPr>
          <w:lang w:val="nl-NL"/>
        </w:rPr>
      </w:pPr>
      <w:r w:rsidRPr="00E97DDF">
        <w:rPr>
          <w:lang w:val="nl-NL"/>
        </w:rPr>
        <w:t>Hier een voorbeeld v</w:t>
      </w:r>
      <w:r>
        <w:rPr>
          <w:lang w:val="nl-NL"/>
        </w:rPr>
        <w:t>an een website gemaakt voor het vak staatsrecht.</w:t>
      </w:r>
    </w:p>
    <w:p w14:paraId="551969FA" w14:textId="77777777" w:rsidR="00E97DDF" w:rsidRDefault="00E97DDF" w:rsidP="00C43E82">
      <w:pPr>
        <w:spacing w:before="0" w:after="0" w:line="240" w:lineRule="auto"/>
        <w:rPr>
          <w:lang w:val="nl-NL"/>
        </w:rPr>
      </w:pPr>
    </w:p>
    <w:p w14:paraId="5E8948C8" w14:textId="7F005623" w:rsidR="00E97DDF" w:rsidRPr="00E97DDF" w:rsidRDefault="007059E8" w:rsidP="00C43E82">
      <w:pPr>
        <w:spacing w:before="0" w:after="0" w:line="240" w:lineRule="auto"/>
        <w:rPr>
          <w:lang w:val="nl-NL"/>
        </w:rPr>
      </w:pPr>
      <w:r>
        <w:rPr>
          <w:lang w:val="nl-NL"/>
        </w:rPr>
        <w:t>De ingegeven prompt:</w:t>
      </w:r>
      <w:r>
        <w:rPr>
          <w:lang w:val="nl-NL"/>
        </w:rPr>
        <w:br/>
      </w:r>
      <w:r w:rsidR="0083087E">
        <w:rPr>
          <w:lang w:val="nl-NL"/>
        </w:rPr>
        <w:t>I</w:t>
      </w:r>
      <w:r w:rsidRPr="007059E8">
        <w:rPr>
          <w:lang w:val="nl-NL"/>
        </w:rPr>
        <w:t xml:space="preserve">k wil een app maken voor </w:t>
      </w:r>
      <w:r w:rsidR="0083087E">
        <w:rPr>
          <w:lang w:val="nl-NL"/>
        </w:rPr>
        <w:t>N</w:t>
      </w:r>
      <w:r w:rsidRPr="007059E8">
        <w:rPr>
          <w:lang w:val="nl-NL"/>
        </w:rPr>
        <w:t xml:space="preserve">ederlandse studenten die HBO-rechten studeren en nog geen verstand hebben van het </w:t>
      </w:r>
      <w:r w:rsidR="0083087E">
        <w:rPr>
          <w:lang w:val="nl-NL"/>
        </w:rPr>
        <w:t>N</w:t>
      </w:r>
      <w:r w:rsidRPr="007059E8">
        <w:rPr>
          <w:lang w:val="nl-NL"/>
        </w:rPr>
        <w:t>ederlandse staatsrecht waarbij zowel de grondwet, de staatsinrichting, de wetgevingsprocedure en partijen een rol spelen en de verkiezingen ook terugkomen. Het staatsrecht is heel saai en taai en ik zou graag een app ontwerpen die de studenten stapsgewijs door het staatsrecht heen loodst waarbij zoveel mogelijk wordt aangesloten bij de belevingswereld van de studenten en waarbij de student op interactieve wijze wordt uitgedaagd om te blijven leren met verschillende leeractiviteiten die wetenschappelijk bewezen zijn en een hoog leerrendement behalen. De app moet een logische opbouw hebben waarbij het ene onderwerp logisch uit het andere onderwerp voortvloeit.</w:t>
      </w:r>
    </w:p>
    <w:p w14:paraId="512A4A76" w14:textId="77777777" w:rsidR="00E97DDF" w:rsidRDefault="00E97DDF" w:rsidP="00C43E82">
      <w:pPr>
        <w:spacing w:before="0" w:after="0" w:line="240" w:lineRule="auto"/>
        <w:rPr>
          <w:lang w:val="nl-NL"/>
        </w:rPr>
      </w:pPr>
    </w:p>
    <w:p w14:paraId="581CBF31" w14:textId="678BF0AA" w:rsidR="007059E8" w:rsidRDefault="007059E8" w:rsidP="00C43E82">
      <w:pPr>
        <w:spacing w:before="0" w:after="0" w:line="240" w:lineRule="auto"/>
        <w:rPr>
          <w:lang w:val="nl-NL"/>
        </w:rPr>
      </w:pPr>
      <w:r>
        <w:rPr>
          <w:lang w:val="nl-NL"/>
        </w:rPr>
        <w:t>Ik heb dus geen eigen informatie toegevoegd, maar vooralsnog vertrouwd op de informatie die de AI-tool heeft gegenereerd.</w:t>
      </w:r>
    </w:p>
    <w:p w14:paraId="5C10A9D3" w14:textId="77777777" w:rsidR="007059E8" w:rsidRPr="00E97DDF" w:rsidRDefault="007059E8" w:rsidP="00C43E82">
      <w:pPr>
        <w:spacing w:before="0" w:after="0" w:line="240" w:lineRule="auto"/>
        <w:rPr>
          <w:lang w:val="nl-NL"/>
        </w:rPr>
      </w:pPr>
    </w:p>
    <w:p w14:paraId="575160A8" w14:textId="26154F22" w:rsidR="007059E8" w:rsidRDefault="007059E8" w:rsidP="00C43E82">
      <w:pPr>
        <w:spacing w:before="0" w:after="0" w:line="240" w:lineRule="auto"/>
        <w:rPr>
          <w:lang w:val="nl-NL"/>
        </w:rPr>
      </w:pPr>
      <w:r>
        <w:rPr>
          <w:lang w:val="nl-NL"/>
        </w:rPr>
        <w:t xml:space="preserve">Het resultaat: </w:t>
      </w:r>
      <w:hyperlink r:id="rId44" w:history="1">
        <w:r w:rsidR="005F50BE">
          <w:rPr>
            <w:rStyle w:val="Hyperlink"/>
            <w:lang w:val="nl-NL"/>
          </w:rPr>
          <w:t>Staatsrechtstappen</w:t>
        </w:r>
      </w:hyperlink>
      <w:r w:rsidR="005F50BE">
        <w:rPr>
          <w:lang w:val="nl-NL"/>
        </w:rPr>
        <w:t xml:space="preserve">. Deze app is gemaakt in 10 minuten. </w:t>
      </w:r>
      <w:r w:rsidR="0083087E">
        <w:rPr>
          <w:lang w:val="nl-NL"/>
        </w:rPr>
        <w:t>Deze app is toegankelijk voor iedereen en je hoeft hier dus niet voor in te loggen.</w:t>
      </w:r>
    </w:p>
    <w:p w14:paraId="52F258C3" w14:textId="7E9C901B" w:rsidR="00C43E82" w:rsidRDefault="00C43E82" w:rsidP="00C43E82">
      <w:pPr>
        <w:spacing w:before="0" w:after="0" w:line="240" w:lineRule="auto"/>
        <w:rPr>
          <w:lang w:val="nl-NL"/>
        </w:rPr>
      </w:pPr>
      <w:r>
        <w:rPr>
          <w:lang w:val="nl-NL"/>
        </w:rPr>
        <w:br w:type="page"/>
      </w:r>
    </w:p>
    <w:p w14:paraId="231902E2" w14:textId="77777777" w:rsidR="00774736" w:rsidRDefault="00774736" w:rsidP="00936394">
      <w:pPr>
        <w:spacing w:before="0" w:after="0" w:line="240" w:lineRule="auto"/>
        <w:rPr>
          <w:lang w:val="nl-NL"/>
        </w:rPr>
      </w:pPr>
    </w:p>
    <w:p w14:paraId="6A11A305" w14:textId="77777777" w:rsidR="00C43E82" w:rsidRDefault="00C43E82" w:rsidP="00936394">
      <w:pPr>
        <w:spacing w:before="0" w:after="0" w:line="240" w:lineRule="auto"/>
        <w:rPr>
          <w:lang w:val="nl-NL"/>
        </w:rPr>
      </w:pPr>
    </w:p>
    <w:p w14:paraId="1373A590" w14:textId="65A486F3" w:rsidR="009A2C3C" w:rsidRPr="00FF05FF" w:rsidRDefault="009A2C3C" w:rsidP="009A2C3C">
      <w:pPr>
        <w:pStyle w:val="Kop2"/>
        <w:spacing w:before="0" w:line="240" w:lineRule="auto"/>
        <w:rPr>
          <w:lang w:val="nl-NL"/>
        </w:rPr>
      </w:pPr>
      <w:r>
        <w:rPr>
          <w:lang w:val="nl-NL"/>
        </w:rPr>
        <w:t>AI-tools om te vibe-coden</w:t>
      </w:r>
    </w:p>
    <w:p w14:paraId="50EEED5F" w14:textId="54B0F5B8" w:rsidR="00F9388D" w:rsidRPr="00F9388D" w:rsidRDefault="00F9388D" w:rsidP="00F9388D">
      <w:pPr>
        <w:spacing w:before="0" w:after="0" w:line="240" w:lineRule="auto"/>
        <w:rPr>
          <w:rStyle w:val="Zwaar"/>
          <w:b w:val="0"/>
          <w:bCs w:val="0"/>
          <w:lang w:val="nl-NL"/>
        </w:rPr>
      </w:pPr>
      <w:r w:rsidRPr="00F9388D">
        <w:rPr>
          <w:rStyle w:val="Zwaar"/>
          <w:b w:val="0"/>
          <w:bCs w:val="0"/>
          <w:lang w:val="nl-NL"/>
        </w:rPr>
        <w:t xml:space="preserve">Er zijn ook </w:t>
      </w:r>
      <w:r>
        <w:rPr>
          <w:rStyle w:val="Zwaar"/>
          <w:b w:val="0"/>
          <w:bCs w:val="0"/>
          <w:lang w:val="nl-NL"/>
        </w:rPr>
        <w:t xml:space="preserve">heel veel applicaties om te </w:t>
      </w:r>
      <w:proofErr w:type="spellStart"/>
      <w:r>
        <w:rPr>
          <w:rStyle w:val="Zwaar"/>
          <w:b w:val="0"/>
          <w:bCs w:val="0"/>
          <w:lang w:val="nl-NL"/>
        </w:rPr>
        <w:t>vibecoden</w:t>
      </w:r>
      <w:proofErr w:type="spellEnd"/>
      <w:r>
        <w:rPr>
          <w:rStyle w:val="Zwaar"/>
          <w:b w:val="0"/>
          <w:bCs w:val="0"/>
          <w:lang w:val="nl-NL"/>
        </w:rPr>
        <w:t xml:space="preserve">, hieronder noemen we de belangrijkste. Binnen de werkgroep hebben we vooral ervaring met Google Gemini, Google AI studio en Base44. Ook hiervoor geldt dat er gratis en betaalde AI-tools zijn waarbij de betaalde </w:t>
      </w:r>
      <w:r w:rsidR="00F5537E">
        <w:rPr>
          <w:rStyle w:val="Zwaar"/>
          <w:b w:val="0"/>
          <w:bCs w:val="0"/>
          <w:lang w:val="nl-NL"/>
        </w:rPr>
        <w:t xml:space="preserve">tools vaak een aantal gratis opties aanbieden en je meer kan als je een betaalde account neemt. </w:t>
      </w:r>
    </w:p>
    <w:p w14:paraId="63180673" w14:textId="2E35619F" w:rsidR="000B5264" w:rsidRPr="00F9388D" w:rsidRDefault="00B44AA2" w:rsidP="00F9388D">
      <w:pPr>
        <w:rPr>
          <w:b/>
          <w:bCs/>
          <w:lang w:val="nl-NL"/>
        </w:rPr>
      </w:pPr>
      <w:r w:rsidRPr="00F9388D">
        <w:rPr>
          <w:rStyle w:val="Zwaar"/>
          <w:lang w:val="nl-NL"/>
        </w:rPr>
        <w:t>Google Gemini</w:t>
      </w:r>
      <w:r w:rsidR="000B5264" w:rsidRPr="00F9388D">
        <w:rPr>
          <w:rStyle w:val="Zwaar"/>
          <w:lang w:val="nl-NL"/>
        </w:rPr>
        <w:t xml:space="preserve"> </w:t>
      </w:r>
      <w:r w:rsidR="000B5264" w:rsidRPr="00F9388D">
        <w:rPr>
          <w:lang w:val="nl-NL"/>
        </w:rPr>
        <w:t>Sterk in het genereren van volledige, werkende applicaties, direct te delen met studenten en/of collega’s</w:t>
      </w:r>
    </w:p>
    <w:p w14:paraId="7482C7A4" w14:textId="50A6008A" w:rsidR="000B5264" w:rsidRPr="0044739E" w:rsidRDefault="000B5264" w:rsidP="00B44AA2">
      <w:pPr>
        <w:pStyle w:val="font-claude-response-body"/>
        <w:spacing w:before="0" w:beforeAutospacing="0" w:after="0" w:afterAutospacing="0"/>
        <w:rPr>
          <w:rStyle w:val="Zwaar"/>
          <w:rFonts w:asciiTheme="minorHAnsi" w:hAnsiTheme="minorHAnsi"/>
          <w:b w:val="0"/>
          <w:bCs w:val="0"/>
          <w:sz w:val="20"/>
          <w:szCs w:val="20"/>
        </w:rPr>
      </w:pPr>
      <w:r w:rsidRPr="0044739E">
        <w:rPr>
          <w:rFonts w:asciiTheme="minorHAnsi" w:hAnsiTheme="minorHAnsi"/>
          <w:b/>
          <w:bCs/>
          <w:sz w:val="20"/>
          <w:szCs w:val="20"/>
        </w:rPr>
        <w:t xml:space="preserve">Googel AI-studio </w:t>
      </w:r>
      <w:r w:rsidRPr="0044739E">
        <w:rPr>
          <w:rFonts w:asciiTheme="minorHAnsi" w:hAnsiTheme="minorHAnsi"/>
          <w:sz w:val="20"/>
          <w:szCs w:val="20"/>
        </w:rPr>
        <w:t>Sterk in het genereren van volledige, werkende applicaties, direct te delen met studenten en/of collega’s, heeft meer mogelijkheden dan Google Gemini</w:t>
      </w:r>
    </w:p>
    <w:p w14:paraId="0437454E" w14:textId="77777777" w:rsidR="00F9388D" w:rsidRDefault="00F9388D" w:rsidP="00F9388D">
      <w:pPr>
        <w:pStyle w:val="font-claude-response-body"/>
        <w:spacing w:before="0" w:beforeAutospacing="0" w:after="0" w:afterAutospacing="0"/>
        <w:rPr>
          <w:rStyle w:val="Zwaar"/>
          <w:rFonts w:asciiTheme="minorHAnsi" w:hAnsiTheme="minorHAnsi"/>
          <w:sz w:val="20"/>
          <w:szCs w:val="20"/>
        </w:rPr>
      </w:pPr>
    </w:p>
    <w:p w14:paraId="576A6706" w14:textId="77777777" w:rsidR="00F9388D" w:rsidRPr="00F9388D" w:rsidRDefault="00F9388D" w:rsidP="00F9388D">
      <w:pPr>
        <w:pStyle w:val="font-claude-response-body"/>
        <w:spacing w:before="0" w:beforeAutospacing="0" w:after="0" w:afterAutospacing="0"/>
        <w:rPr>
          <w:rStyle w:val="Zwaar"/>
          <w:rFonts w:asciiTheme="minorHAnsi" w:hAnsiTheme="minorHAnsi"/>
          <w:sz w:val="20"/>
          <w:szCs w:val="20"/>
        </w:rPr>
      </w:pPr>
      <w:r>
        <w:rPr>
          <w:rStyle w:val="Zwaar"/>
          <w:rFonts w:asciiTheme="minorHAnsi" w:hAnsiTheme="minorHAnsi"/>
          <w:sz w:val="20"/>
          <w:szCs w:val="20"/>
        </w:rPr>
        <w:t>Base44 (</w:t>
      </w:r>
      <w:r w:rsidRPr="00F9388D">
        <w:rPr>
          <w:rStyle w:val="Zwaar"/>
          <w:rFonts w:asciiTheme="minorHAnsi" w:hAnsiTheme="minorHAnsi"/>
          <w:sz w:val="20"/>
          <w:szCs w:val="20"/>
        </w:rPr>
        <w:t>base44.com</w:t>
      </w:r>
      <w:r>
        <w:rPr>
          <w:rStyle w:val="Zwaar"/>
          <w:rFonts w:asciiTheme="minorHAnsi" w:hAnsiTheme="minorHAnsi"/>
          <w:sz w:val="20"/>
          <w:szCs w:val="20"/>
        </w:rPr>
        <w:t xml:space="preserve">) </w:t>
      </w:r>
      <w:r w:rsidRPr="0044739E">
        <w:rPr>
          <w:rFonts w:asciiTheme="minorHAnsi" w:hAnsiTheme="minorHAnsi"/>
          <w:sz w:val="20"/>
          <w:szCs w:val="20"/>
        </w:rPr>
        <w:t>Sterk in het genereren van volledige, werkende applicaties</w:t>
      </w:r>
    </w:p>
    <w:p w14:paraId="2BCA1FEB" w14:textId="77777777" w:rsidR="00F9388D" w:rsidRPr="0044739E" w:rsidRDefault="00F9388D" w:rsidP="00B44AA2">
      <w:pPr>
        <w:pStyle w:val="font-claude-response-body"/>
        <w:spacing w:before="0" w:beforeAutospacing="0" w:after="0" w:afterAutospacing="0"/>
        <w:rPr>
          <w:rStyle w:val="Zwaar"/>
          <w:rFonts w:asciiTheme="minorHAnsi" w:hAnsiTheme="minorHAnsi"/>
          <w:sz w:val="20"/>
          <w:szCs w:val="20"/>
        </w:rPr>
      </w:pPr>
    </w:p>
    <w:p w14:paraId="745E5D72" w14:textId="688EB5C1" w:rsidR="00B44AA2" w:rsidRPr="0044739E" w:rsidRDefault="00B44AA2" w:rsidP="00B44AA2">
      <w:pPr>
        <w:pStyle w:val="font-claude-response-body"/>
        <w:spacing w:before="0" w:beforeAutospacing="0" w:after="0" w:afterAutospacing="0"/>
        <w:rPr>
          <w:rFonts w:asciiTheme="minorHAnsi" w:hAnsiTheme="minorHAnsi"/>
          <w:b/>
          <w:bCs/>
          <w:sz w:val="20"/>
          <w:szCs w:val="20"/>
        </w:rPr>
      </w:pPr>
      <w:r w:rsidRPr="0044739E">
        <w:rPr>
          <w:rStyle w:val="Zwaar"/>
          <w:rFonts w:asciiTheme="minorHAnsi" w:hAnsiTheme="minorHAnsi"/>
          <w:sz w:val="20"/>
          <w:szCs w:val="20"/>
        </w:rPr>
        <w:t>Claude (claude.ai)</w:t>
      </w:r>
      <w:r w:rsidRPr="0044739E">
        <w:rPr>
          <w:rFonts w:asciiTheme="minorHAnsi" w:hAnsiTheme="minorHAnsi"/>
          <w:sz w:val="20"/>
          <w:szCs w:val="20"/>
        </w:rPr>
        <w:t xml:space="preserve"> Sterk in het genereren van volledige, werkende applicaties via </w:t>
      </w:r>
      <w:proofErr w:type="spellStart"/>
      <w:r w:rsidRPr="0044739E">
        <w:rPr>
          <w:rFonts w:asciiTheme="minorHAnsi" w:hAnsiTheme="minorHAnsi"/>
          <w:sz w:val="20"/>
          <w:szCs w:val="20"/>
        </w:rPr>
        <w:t>Artifacts</w:t>
      </w:r>
      <w:proofErr w:type="spellEnd"/>
      <w:r w:rsidRPr="0044739E">
        <w:rPr>
          <w:rFonts w:asciiTheme="minorHAnsi" w:hAnsiTheme="minorHAnsi"/>
          <w:sz w:val="20"/>
          <w:szCs w:val="20"/>
        </w:rPr>
        <w:t xml:space="preserve">. Ideaal voor het snel prototypen van interactieve tools, visualisaties en webapplicaties. Ondersteunt </w:t>
      </w:r>
      <w:proofErr w:type="spellStart"/>
      <w:r w:rsidRPr="0044739E">
        <w:rPr>
          <w:rFonts w:asciiTheme="minorHAnsi" w:hAnsiTheme="minorHAnsi"/>
          <w:sz w:val="20"/>
          <w:szCs w:val="20"/>
        </w:rPr>
        <w:t>React</w:t>
      </w:r>
      <w:proofErr w:type="spellEnd"/>
      <w:r w:rsidRPr="0044739E">
        <w:rPr>
          <w:rFonts w:asciiTheme="minorHAnsi" w:hAnsiTheme="minorHAnsi"/>
          <w:sz w:val="20"/>
          <w:szCs w:val="20"/>
        </w:rPr>
        <w:t>, HTML/CSS/JS, en data-visualisaties.</w:t>
      </w:r>
    </w:p>
    <w:p w14:paraId="734FDB0C" w14:textId="77777777" w:rsidR="00B44AA2" w:rsidRPr="0044739E" w:rsidRDefault="00B44AA2" w:rsidP="00B44AA2">
      <w:pPr>
        <w:pStyle w:val="font-claude-response-body"/>
        <w:spacing w:before="0" w:beforeAutospacing="0" w:after="0" w:afterAutospacing="0"/>
        <w:rPr>
          <w:rStyle w:val="Zwaar"/>
          <w:rFonts w:asciiTheme="minorHAnsi" w:hAnsiTheme="minorHAnsi"/>
          <w:sz w:val="20"/>
          <w:szCs w:val="20"/>
        </w:rPr>
      </w:pPr>
    </w:p>
    <w:p w14:paraId="6333E270" w14:textId="32B8B6F6" w:rsidR="00B44AA2" w:rsidRPr="0044739E" w:rsidRDefault="00B44AA2" w:rsidP="00B44AA2">
      <w:pPr>
        <w:pStyle w:val="font-claude-response-body"/>
        <w:spacing w:before="0" w:beforeAutospacing="0" w:after="0" w:afterAutospacing="0"/>
        <w:rPr>
          <w:rFonts w:asciiTheme="minorHAnsi" w:hAnsiTheme="minorHAnsi"/>
          <w:sz w:val="20"/>
          <w:szCs w:val="20"/>
        </w:rPr>
      </w:pPr>
      <w:proofErr w:type="spellStart"/>
      <w:r w:rsidRPr="0044739E">
        <w:rPr>
          <w:rStyle w:val="Zwaar"/>
          <w:rFonts w:asciiTheme="minorHAnsi" w:hAnsiTheme="minorHAnsi"/>
          <w:sz w:val="20"/>
          <w:szCs w:val="20"/>
        </w:rPr>
        <w:t>ChatGPT</w:t>
      </w:r>
      <w:proofErr w:type="spellEnd"/>
      <w:r w:rsidRPr="0044739E">
        <w:rPr>
          <w:rStyle w:val="Zwaar"/>
          <w:rFonts w:asciiTheme="minorHAnsi" w:hAnsiTheme="minorHAnsi"/>
          <w:sz w:val="20"/>
          <w:szCs w:val="20"/>
        </w:rPr>
        <w:t xml:space="preserve"> (chat.openai.com)</w:t>
      </w:r>
      <w:r w:rsidRPr="0044739E">
        <w:rPr>
          <w:rFonts w:asciiTheme="minorHAnsi" w:hAnsiTheme="minorHAnsi"/>
          <w:sz w:val="20"/>
          <w:szCs w:val="20"/>
        </w:rPr>
        <w:t xml:space="preserve"> - Breed inzetbaar, met code-generatie in veel programmeertalen. De betaalde versie (Plus/Pro) heeft Canvas voor het gezamenlijk bewerken van code.</w:t>
      </w:r>
    </w:p>
    <w:p w14:paraId="04EA57F6" w14:textId="77777777" w:rsidR="00B44AA2" w:rsidRPr="0044739E" w:rsidRDefault="00B44AA2" w:rsidP="00B44AA2">
      <w:pPr>
        <w:pStyle w:val="font-claude-response-body"/>
        <w:spacing w:before="0" w:beforeAutospacing="0" w:after="0" w:afterAutospacing="0"/>
        <w:rPr>
          <w:rStyle w:val="Zwaar"/>
          <w:rFonts w:asciiTheme="minorHAnsi" w:hAnsiTheme="minorHAnsi"/>
          <w:sz w:val="20"/>
          <w:szCs w:val="20"/>
        </w:rPr>
      </w:pPr>
    </w:p>
    <w:p w14:paraId="5882BEA0" w14:textId="5ADAFD2A" w:rsidR="00B44AA2" w:rsidRPr="0044739E" w:rsidRDefault="00B44AA2" w:rsidP="00B44AA2">
      <w:pPr>
        <w:pStyle w:val="font-claude-response-body"/>
        <w:spacing w:before="0" w:beforeAutospacing="0" w:after="0" w:afterAutospacing="0"/>
        <w:rPr>
          <w:rFonts w:asciiTheme="minorHAnsi" w:hAnsiTheme="minorHAnsi"/>
          <w:sz w:val="20"/>
          <w:szCs w:val="20"/>
        </w:rPr>
      </w:pPr>
      <w:r w:rsidRPr="0044739E">
        <w:rPr>
          <w:rStyle w:val="Zwaar"/>
          <w:rFonts w:asciiTheme="minorHAnsi" w:hAnsiTheme="minorHAnsi"/>
          <w:sz w:val="20"/>
          <w:szCs w:val="20"/>
        </w:rPr>
        <w:t xml:space="preserve">GitHub </w:t>
      </w:r>
      <w:proofErr w:type="spellStart"/>
      <w:r w:rsidRPr="0044739E">
        <w:rPr>
          <w:rStyle w:val="Zwaar"/>
          <w:rFonts w:asciiTheme="minorHAnsi" w:hAnsiTheme="minorHAnsi"/>
          <w:sz w:val="20"/>
          <w:szCs w:val="20"/>
        </w:rPr>
        <w:t>Copilot</w:t>
      </w:r>
      <w:proofErr w:type="spellEnd"/>
      <w:r w:rsidRPr="0044739E">
        <w:rPr>
          <w:rFonts w:asciiTheme="minorHAnsi" w:hAnsiTheme="minorHAnsi"/>
          <w:sz w:val="20"/>
          <w:szCs w:val="20"/>
        </w:rPr>
        <w:t xml:space="preserve"> Werkt binnen je code-editor (VS Code, </w:t>
      </w:r>
      <w:proofErr w:type="spellStart"/>
      <w:r w:rsidRPr="0044739E">
        <w:rPr>
          <w:rFonts w:asciiTheme="minorHAnsi" w:hAnsiTheme="minorHAnsi"/>
          <w:sz w:val="20"/>
          <w:szCs w:val="20"/>
        </w:rPr>
        <w:t>IntelliJ</w:t>
      </w:r>
      <w:proofErr w:type="spellEnd"/>
      <w:r w:rsidRPr="0044739E">
        <w:rPr>
          <w:rFonts w:asciiTheme="minorHAnsi" w:hAnsiTheme="minorHAnsi"/>
          <w:sz w:val="20"/>
          <w:szCs w:val="20"/>
        </w:rPr>
        <w:t>, etc.) en suggereert code terwijl je typt. Meer voor mensen die al wat programmeren, maar verlaagt de drempel aanzienlijk.</w:t>
      </w:r>
    </w:p>
    <w:p w14:paraId="50621E00" w14:textId="77777777" w:rsidR="00F9388D" w:rsidRDefault="00F9388D" w:rsidP="00B44AA2">
      <w:pPr>
        <w:pStyle w:val="font-claude-response-body"/>
        <w:spacing w:before="0" w:beforeAutospacing="0" w:after="0" w:afterAutospacing="0"/>
        <w:rPr>
          <w:rStyle w:val="Zwaar"/>
          <w:rFonts w:asciiTheme="minorHAnsi" w:hAnsiTheme="minorHAnsi"/>
          <w:sz w:val="20"/>
          <w:szCs w:val="20"/>
        </w:rPr>
      </w:pPr>
    </w:p>
    <w:p w14:paraId="77769548" w14:textId="30B5FAC5" w:rsidR="0090657F" w:rsidRDefault="0090657F" w:rsidP="00B44AA2">
      <w:pPr>
        <w:pStyle w:val="font-claude-response-body"/>
        <w:spacing w:before="0" w:beforeAutospacing="0" w:after="0" w:afterAutospacing="0"/>
        <w:rPr>
          <w:rStyle w:val="Zwaar"/>
          <w:rFonts w:asciiTheme="minorHAnsi" w:hAnsiTheme="minorHAnsi"/>
          <w:sz w:val="20"/>
          <w:szCs w:val="20"/>
        </w:rPr>
      </w:pPr>
      <w:proofErr w:type="spellStart"/>
      <w:r w:rsidRPr="0090657F">
        <w:rPr>
          <w:rStyle w:val="Zwaar"/>
          <w:rFonts w:asciiTheme="minorHAnsi" w:hAnsiTheme="minorHAnsi"/>
          <w:sz w:val="20"/>
          <w:szCs w:val="20"/>
        </w:rPr>
        <w:t>Replit</w:t>
      </w:r>
      <w:proofErr w:type="spellEnd"/>
      <w:r w:rsidRPr="0090657F">
        <w:rPr>
          <w:rStyle w:val="Zwaar"/>
          <w:rFonts w:asciiTheme="minorHAnsi" w:hAnsiTheme="minorHAnsi"/>
          <w:sz w:val="20"/>
          <w:szCs w:val="20"/>
        </w:rPr>
        <w:t xml:space="preserve"> AI </w:t>
      </w:r>
      <w:r w:rsidRPr="0090657F">
        <w:rPr>
          <w:rStyle w:val="Zwaar"/>
          <w:rFonts w:asciiTheme="minorHAnsi" w:hAnsiTheme="minorHAnsi"/>
          <w:b w:val="0"/>
          <w:bCs w:val="0"/>
          <w:sz w:val="20"/>
          <w:szCs w:val="20"/>
        </w:rPr>
        <w:t>Online programmeeromgeving met ingebouwde AI-assistent. Je kunt direct in de browser werken zonder software te installeren. Goed voor beginners.</w:t>
      </w:r>
    </w:p>
    <w:p w14:paraId="7ED3EEC9" w14:textId="77777777" w:rsidR="0090657F" w:rsidRPr="0044739E" w:rsidRDefault="0090657F" w:rsidP="00B44AA2">
      <w:pPr>
        <w:pStyle w:val="font-claude-response-body"/>
        <w:spacing w:before="0" w:beforeAutospacing="0" w:after="0" w:afterAutospacing="0"/>
        <w:rPr>
          <w:rStyle w:val="Zwaar"/>
          <w:rFonts w:asciiTheme="minorHAnsi" w:hAnsiTheme="minorHAnsi"/>
          <w:sz w:val="20"/>
          <w:szCs w:val="20"/>
        </w:rPr>
      </w:pPr>
    </w:p>
    <w:p w14:paraId="2AD7D518" w14:textId="2D3D3D74" w:rsidR="00B44AA2" w:rsidRPr="0044739E" w:rsidRDefault="00B44AA2" w:rsidP="00B44AA2">
      <w:pPr>
        <w:pStyle w:val="font-claude-response-body"/>
        <w:spacing w:before="0" w:beforeAutospacing="0" w:after="0" w:afterAutospacing="0"/>
        <w:rPr>
          <w:rFonts w:asciiTheme="minorHAnsi" w:hAnsiTheme="minorHAnsi"/>
          <w:sz w:val="20"/>
          <w:szCs w:val="20"/>
        </w:rPr>
      </w:pPr>
      <w:r w:rsidRPr="0044739E">
        <w:rPr>
          <w:rStyle w:val="Zwaar"/>
          <w:rFonts w:asciiTheme="minorHAnsi" w:hAnsiTheme="minorHAnsi"/>
          <w:sz w:val="20"/>
          <w:szCs w:val="20"/>
        </w:rPr>
        <w:t>Cursor</w:t>
      </w:r>
      <w:r w:rsidRPr="0044739E">
        <w:rPr>
          <w:rFonts w:asciiTheme="minorHAnsi" w:hAnsiTheme="minorHAnsi"/>
          <w:sz w:val="20"/>
          <w:szCs w:val="20"/>
        </w:rPr>
        <w:t xml:space="preserve"> - Een op AI gebaseerde code-editor, gebouwd op VS Code. Combineert coderen met een chat-interface. Populair bij ontwikkelaars die </w:t>
      </w:r>
      <w:proofErr w:type="spellStart"/>
      <w:r w:rsidRPr="0044739E">
        <w:rPr>
          <w:rFonts w:asciiTheme="minorHAnsi" w:hAnsiTheme="minorHAnsi"/>
          <w:sz w:val="20"/>
          <w:szCs w:val="20"/>
        </w:rPr>
        <w:t>vibe</w:t>
      </w:r>
      <w:proofErr w:type="spellEnd"/>
      <w:r w:rsidRPr="0044739E">
        <w:rPr>
          <w:rFonts w:asciiTheme="minorHAnsi" w:hAnsiTheme="minorHAnsi"/>
          <w:sz w:val="20"/>
          <w:szCs w:val="20"/>
        </w:rPr>
        <w:t xml:space="preserve"> </w:t>
      </w:r>
      <w:proofErr w:type="spellStart"/>
      <w:r w:rsidRPr="0044739E">
        <w:rPr>
          <w:rFonts w:asciiTheme="minorHAnsi" w:hAnsiTheme="minorHAnsi"/>
          <w:sz w:val="20"/>
          <w:szCs w:val="20"/>
        </w:rPr>
        <w:t>coding</w:t>
      </w:r>
      <w:proofErr w:type="spellEnd"/>
      <w:r w:rsidRPr="0044739E">
        <w:rPr>
          <w:rFonts w:asciiTheme="minorHAnsi" w:hAnsiTheme="minorHAnsi"/>
          <w:sz w:val="20"/>
          <w:szCs w:val="20"/>
        </w:rPr>
        <w:t xml:space="preserve"> serieus nemen.</w:t>
      </w:r>
    </w:p>
    <w:p w14:paraId="4A391815" w14:textId="77777777" w:rsidR="00FD60D7" w:rsidRPr="00C56528" w:rsidRDefault="00FD60D7" w:rsidP="00936394">
      <w:pPr>
        <w:spacing w:before="0" w:after="0" w:line="240" w:lineRule="auto"/>
        <w:rPr>
          <w:lang w:val="nl-NL"/>
        </w:rPr>
      </w:pPr>
    </w:p>
    <w:p w14:paraId="635C350A" w14:textId="77777777" w:rsidR="00E069D0" w:rsidRDefault="00E069D0">
      <w:pPr>
        <w:rPr>
          <w:caps/>
          <w:spacing w:val="15"/>
          <w:lang w:val="nl-NL"/>
        </w:rPr>
      </w:pPr>
      <w:r>
        <w:rPr>
          <w:lang w:val="nl-NL"/>
        </w:rPr>
        <w:br w:type="page"/>
      </w:r>
    </w:p>
    <w:p w14:paraId="068A8091" w14:textId="10713DCA" w:rsidR="00325D2C" w:rsidRPr="00FF05FF" w:rsidRDefault="005E02AB" w:rsidP="00936394">
      <w:pPr>
        <w:pStyle w:val="Kop2"/>
        <w:spacing w:before="0" w:line="240" w:lineRule="auto"/>
        <w:rPr>
          <w:lang w:val="nl-NL"/>
        </w:rPr>
      </w:pPr>
      <w:r>
        <w:rPr>
          <w:lang w:val="nl-NL"/>
        </w:rPr>
        <w:lastRenderedPageBreak/>
        <w:t>Tips om te Vibecoden</w:t>
      </w:r>
    </w:p>
    <w:p w14:paraId="629E964E" w14:textId="3A1905CC" w:rsidR="00325D2C" w:rsidRDefault="005E02AB" w:rsidP="00936394">
      <w:pPr>
        <w:spacing w:before="0" w:after="0" w:line="240" w:lineRule="auto"/>
        <w:rPr>
          <w:lang w:val="nl-NL"/>
        </w:rPr>
      </w:pPr>
      <w:r>
        <w:rPr>
          <w:lang w:val="nl-NL"/>
        </w:rPr>
        <w:t xml:space="preserve">Ieder programma kent zijn eigen </w:t>
      </w:r>
      <w:r w:rsidR="00693EB3">
        <w:rPr>
          <w:lang w:val="nl-NL"/>
        </w:rPr>
        <w:t xml:space="preserve">interface. Al lijken deze vaak wel op elkaar. Wat </w:t>
      </w:r>
      <w:r w:rsidR="0011294E">
        <w:rPr>
          <w:lang w:val="nl-NL"/>
        </w:rPr>
        <w:t>werkt in de ene applicatie werkt vaak ook in de andere applicatie. Hieronder staan een aantal</w:t>
      </w:r>
      <w:r w:rsidR="005D14E2">
        <w:rPr>
          <w:lang w:val="nl-NL"/>
        </w:rPr>
        <w:t xml:space="preserve"> algemene</w:t>
      </w:r>
      <w:r w:rsidR="0011294E">
        <w:rPr>
          <w:lang w:val="nl-NL"/>
        </w:rPr>
        <w:t xml:space="preserve"> tips om te beginnen met </w:t>
      </w:r>
      <w:proofErr w:type="spellStart"/>
      <w:r w:rsidR="0011294E">
        <w:rPr>
          <w:lang w:val="nl-NL"/>
        </w:rPr>
        <w:t>vi</w:t>
      </w:r>
      <w:r w:rsidR="005D14E2">
        <w:rPr>
          <w:lang w:val="nl-NL"/>
        </w:rPr>
        <w:t>becoden</w:t>
      </w:r>
      <w:proofErr w:type="spellEnd"/>
      <w:r w:rsidR="005D14E2">
        <w:rPr>
          <w:lang w:val="nl-NL"/>
        </w:rPr>
        <w:t>.</w:t>
      </w:r>
    </w:p>
    <w:p w14:paraId="46220EA2" w14:textId="77777777" w:rsidR="005D14E2" w:rsidRDefault="005D14E2" w:rsidP="00936394">
      <w:pPr>
        <w:spacing w:before="0" w:after="0" w:line="240" w:lineRule="auto"/>
        <w:rPr>
          <w:lang w:val="nl-NL"/>
        </w:rPr>
      </w:pPr>
    </w:p>
    <w:p w14:paraId="38E0041F" w14:textId="5AE5A2E1" w:rsidR="005D14E2" w:rsidRPr="005D14E2" w:rsidRDefault="005D14E2" w:rsidP="005D14E2">
      <w:pPr>
        <w:spacing w:before="0" w:after="0" w:line="240" w:lineRule="auto"/>
        <w:rPr>
          <w:b/>
          <w:bCs/>
          <w:lang w:val="nl-NL"/>
        </w:rPr>
      </w:pPr>
      <w:r w:rsidRPr="005D14E2">
        <w:rPr>
          <w:b/>
          <w:bCs/>
          <w:lang w:val="nl-NL"/>
        </w:rPr>
        <w:t>Start met een duidelijk doel</w:t>
      </w:r>
    </w:p>
    <w:p w14:paraId="050AEA6A" w14:textId="77777777" w:rsidR="005D14E2" w:rsidRPr="005D14E2" w:rsidRDefault="005D14E2" w:rsidP="005D14E2">
      <w:pPr>
        <w:spacing w:before="0" w:after="0" w:line="240" w:lineRule="auto"/>
        <w:rPr>
          <w:lang w:val="nl-NL"/>
        </w:rPr>
      </w:pPr>
      <w:r w:rsidRPr="005D14E2">
        <w:rPr>
          <w:lang w:val="nl-NL"/>
        </w:rPr>
        <w:t>Begin niet met "ik wil iets met AI maken" maar met een concreet probleem: "Ik wil dat studenten oefenen met het berekenen van verjaringstermijnen" of "Ik wil een interactieve quiz over AVG-principes". Hoe specifieker je doel, hoe beter de AI je kan helpen.</w:t>
      </w:r>
    </w:p>
    <w:p w14:paraId="3DD8A052" w14:textId="77777777" w:rsidR="005D14E2" w:rsidRDefault="005D14E2" w:rsidP="005D14E2">
      <w:pPr>
        <w:spacing w:before="0" w:after="0" w:line="240" w:lineRule="auto"/>
        <w:rPr>
          <w:b/>
          <w:bCs/>
          <w:lang w:val="nl-NL"/>
        </w:rPr>
      </w:pPr>
    </w:p>
    <w:p w14:paraId="0ECF8D1F" w14:textId="6D00415E" w:rsidR="005D14E2" w:rsidRPr="005D14E2" w:rsidRDefault="005D14E2" w:rsidP="005D14E2">
      <w:pPr>
        <w:spacing w:before="0" w:after="0" w:line="240" w:lineRule="auto"/>
        <w:rPr>
          <w:b/>
          <w:bCs/>
          <w:lang w:val="nl-NL"/>
        </w:rPr>
      </w:pPr>
      <w:r w:rsidRPr="005D14E2">
        <w:rPr>
          <w:b/>
          <w:bCs/>
          <w:lang w:val="nl-NL"/>
        </w:rPr>
        <w:t>Beschrijf context en details</w:t>
      </w:r>
    </w:p>
    <w:p w14:paraId="4B65A2F8" w14:textId="77777777" w:rsidR="005D14E2" w:rsidRPr="005D14E2" w:rsidRDefault="005D14E2" w:rsidP="005D14E2">
      <w:pPr>
        <w:spacing w:before="0" w:after="0" w:line="240" w:lineRule="auto"/>
        <w:rPr>
          <w:lang w:val="nl-NL"/>
        </w:rPr>
      </w:pPr>
      <w:r w:rsidRPr="005D14E2">
        <w:rPr>
          <w:lang w:val="nl-NL"/>
        </w:rPr>
        <w:t xml:space="preserve">Vertel niet alleen wát je wilt, maar ook vóór wie en waarom. "Een quiz voor derdejaars rechtenstudenten over de </w:t>
      </w:r>
      <w:proofErr w:type="spellStart"/>
      <w:r w:rsidRPr="005D14E2">
        <w:rPr>
          <w:lang w:val="nl-NL"/>
        </w:rPr>
        <w:t>Wkkgz</w:t>
      </w:r>
      <w:proofErr w:type="spellEnd"/>
      <w:r w:rsidRPr="005D14E2">
        <w:rPr>
          <w:lang w:val="nl-NL"/>
        </w:rPr>
        <w:t>, met casuïstiek en directe feedback" geeft de AI veel meer richting dan alleen "een quiz over gezondheidswetgeving".</w:t>
      </w:r>
    </w:p>
    <w:p w14:paraId="09AEA02F" w14:textId="77777777" w:rsidR="005D14E2" w:rsidRDefault="005D14E2" w:rsidP="005D14E2">
      <w:pPr>
        <w:spacing w:before="0" w:after="0" w:line="240" w:lineRule="auto"/>
        <w:rPr>
          <w:b/>
          <w:bCs/>
          <w:lang w:val="nl-NL"/>
        </w:rPr>
      </w:pPr>
    </w:p>
    <w:p w14:paraId="1529F397" w14:textId="3A8B364B" w:rsidR="005D14E2" w:rsidRPr="005D14E2" w:rsidRDefault="005D14E2" w:rsidP="005D14E2">
      <w:pPr>
        <w:spacing w:before="0" w:after="0" w:line="240" w:lineRule="auto"/>
        <w:rPr>
          <w:b/>
          <w:bCs/>
          <w:lang w:val="nl-NL"/>
        </w:rPr>
      </w:pPr>
      <w:r w:rsidRPr="005D14E2">
        <w:rPr>
          <w:b/>
          <w:bCs/>
          <w:lang w:val="nl-NL"/>
        </w:rPr>
        <w:t>Werk iteratief, niet perfect</w:t>
      </w:r>
    </w:p>
    <w:p w14:paraId="0572A620" w14:textId="77777777" w:rsidR="005D14E2" w:rsidRPr="005D14E2" w:rsidRDefault="005D14E2" w:rsidP="005D14E2">
      <w:pPr>
        <w:spacing w:before="0" w:after="0" w:line="240" w:lineRule="auto"/>
        <w:rPr>
          <w:lang w:val="nl-NL"/>
        </w:rPr>
      </w:pPr>
      <w:r w:rsidRPr="005D14E2">
        <w:rPr>
          <w:lang w:val="nl-NL"/>
        </w:rPr>
        <w:t>Begin simpel en bouw laag voor laag op. Eerst een basisversie die werkt, dan styling, dan extra functionaliteit. Probeer niet meteen alles perfect te krijgen - dat is frustrerend en inefficiënt.</w:t>
      </w:r>
    </w:p>
    <w:p w14:paraId="736E6FFD" w14:textId="5A3C430F" w:rsidR="00913501" w:rsidRDefault="00913501" w:rsidP="005D14E2">
      <w:pPr>
        <w:spacing w:before="0" w:after="0" w:line="240" w:lineRule="auto"/>
        <w:rPr>
          <w:b/>
          <w:bCs/>
          <w:lang w:val="nl-NL"/>
        </w:rPr>
      </w:pPr>
      <w:r>
        <w:rPr>
          <w:b/>
          <w:bCs/>
          <w:lang w:val="nl-NL"/>
        </w:rPr>
        <w:br/>
        <w:t>Vraag de AI-tool constant hoe de app verbeterd kan worden, vraag om 3 of 5 tips</w:t>
      </w:r>
    </w:p>
    <w:p w14:paraId="465E91A7" w14:textId="3B6542A0" w:rsidR="005D14E2" w:rsidRPr="00913501" w:rsidRDefault="00913501" w:rsidP="005D14E2">
      <w:pPr>
        <w:spacing w:before="0" w:after="0" w:line="240" w:lineRule="auto"/>
        <w:rPr>
          <w:lang w:val="nl-NL"/>
        </w:rPr>
      </w:pPr>
      <w:r>
        <w:rPr>
          <w:lang w:val="nl-NL"/>
        </w:rPr>
        <w:t xml:space="preserve">Kies de tip die je het beste vindt en vraag de AI-tool om deze verbetering door te voeren. Je kunt natuurlijk ook </w:t>
      </w:r>
      <w:r w:rsidR="00F7585E">
        <w:rPr>
          <w:lang w:val="nl-NL"/>
        </w:rPr>
        <w:t>zeggen dat alle verbeteringen moeten worden doorgevoerd.</w:t>
      </w:r>
      <w:r w:rsidRPr="00913501">
        <w:rPr>
          <w:lang w:val="nl-NL"/>
        </w:rPr>
        <w:br/>
      </w:r>
    </w:p>
    <w:p w14:paraId="1A5BCAEE" w14:textId="0B43E2C0" w:rsidR="005D14E2" w:rsidRPr="005D14E2" w:rsidRDefault="005D14E2" w:rsidP="005D14E2">
      <w:pPr>
        <w:spacing w:before="0" w:after="0" w:line="240" w:lineRule="auto"/>
        <w:rPr>
          <w:b/>
          <w:bCs/>
          <w:lang w:val="nl-NL"/>
        </w:rPr>
      </w:pPr>
      <w:r w:rsidRPr="005D14E2">
        <w:rPr>
          <w:b/>
          <w:bCs/>
          <w:lang w:val="nl-NL"/>
        </w:rPr>
        <w:t>Test voortdurend</w:t>
      </w:r>
    </w:p>
    <w:p w14:paraId="4E84D3DE" w14:textId="77777777" w:rsidR="005D14E2" w:rsidRPr="005D14E2" w:rsidRDefault="005D14E2" w:rsidP="005D14E2">
      <w:pPr>
        <w:spacing w:before="0" w:after="0" w:line="240" w:lineRule="auto"/>
        <w:rPr>
          <w:lang w:val="nl-NL"/>
        </w:rPr>
      </w:pPr>
      <w:r w:rsidRPr="005D14E2">
        <w:rPr>
          <w:lang w:val="nl-NL"/>
        </w:rPr>
        <w:t>Probeer elke gegenereerde versie uit. Klik op knoppen, vul formulieren in, probeer het kapot te maken. Vertel de AI wat niet werkt of wat je anders wilt: "De knop doet niets als ik erop klik" of "Kan de tekst iets groter?"</w:t>
      </w:r>
    </w:p>
    <w:p w14:paraId="574747B5" w14:textId="77777777" w:rsidR="005D14E2" w:rsidRDefault="005D14E2" w:rsidP="005D14E2">
      <w:pPr>
        <w:spacing w:before="0" w:after="0" w:line="240" w:lineRule="auto"/>
        <w:rPr>
          <w:b/>
          <w:bCs/>
          <w:lang w:val="nl-NL"/>
        </w:rPr>
      </w:pPr>
    </w:p>
    <w:p w14:paraId="58C0C975" w14:textId="35068C76" w:rsidR="005D14E2" w:rsidRPr="005D14E2" w:rsidRDefault="005D14E2" w:rsidP="005D14E2">
      <w:pPr>
        <w:spacing w:before="0" w:after="0" w:line="240" w:lineRule="auto"/>
        <w:rPr>
          <w:b/>
          <w:bCs/>
          <w:lang w:val="nl-NL"/>
        </w:rPr>
      </w:pPr>
      <w:r w:rsidRPr="005D14E2">
        <w:rPr>
          <w:b/>
          <w:bCs/>
          <w:lang w:val="nl-NL"/>
        </w:rPr>
        <w:t>Wees specifiek bij aanpassingen</w:t>
      </w:r>
    </w:p>
    <w:p w14:paraId="76FD773A" w14:textId="77777777" w:rsidR="005D14E2" w:rsidRPr="005D14E2" w:rsidRDefault="005D14E2" w:rsidP="005D14E2">
      <w:pPr>
        <w:spacing w:before="0" w:after="0" w:line="240" w:lineRule="auto"/>
        <w:rPr>
          <w:lang w:val="nl-NL"/>
        </w:rPr>
      </w:pPr>
      <w:r w:rsidRPr="005D14E2">
        <w:rPr>
          <w:lang w:val="nl-NL"/>
        </w:rPr>
        <w:t>In plaats van "dit ziet er niet goed uit", zeg: "De koppen moeten donkerder blauw zijn en de antwoordknoppen moeten groter met meer ruimte ertussen".</w:t>
      </w:r>
    </w:p>
    <w:p w14:paraId="09D52C4E" w14:textId="77777777" w:rsidR="005D14E2" w:rsidRDefault="005D14E2" w:rsidP="005D14E2">
      <w:pPr>
        <w:spacing w:before="0" w:after="0" w:line="240" w:lineRule="auto"/>
        <w:rPr>
          <w:b/>
          <w:bCs/>
          <w:lang w:val="nl-NL"/>
        </w:rPr>
      </w:pPr>
    </w:p>
    <w:p w14:paraId="74D3D138" w14:textId="6496D779" w:rsidR="005D14E2" w:rsidRPr="005D14E2" w:rsidRDefault="005D14E2" w:rsidP="005D14E2">
      <w:pPr>
        <w:spacing w:before="0" w:after="0" w:line="240" w:lineRule="auto"/>
        <w:rPr>
          <w:b/>
          <w:bCs/>
          <w:lang w:val="nl-NL"/>
        </w:rPr>
      </w:pPr>
      <w:r w:rsidRPr="005D14E2">
        <w:rPr>
          <w:b/>
          <w:bCs/>
          <w:lang w:val="nl-NL"/>
        </w:rPr>
        <w:t>Stel vragen als je iets niet begrijpt</w:t>
      </w:r>
    </w:p>
    <w:p w14:paraId="7D0E59EF" w14:textId="77777777" w:rsidR="005D14E2" w:rsidRPr="005D14E2" w:rsidRDefault="005D14E2" w:rsidP="005D14E2">
      <w:pPr>
        <w:spacing w:before="0" w:after="0" w:line="240" w:lineRule="auto"/>
        <w:rPr>
          <w:lang w:val="nl-NL"/>
        </w:rPr>
      </w:pPr>
      <w:r w:rsidRPr="005D14E2">
        <w:rPr>
          <w:lang w:val="nl-NL"/>
        </w:rPr>
        <w:t>Als de code niet werkt of je snapt niet wat er gebeurt, vraag gewoon: "Waarom werkt dit niet?" of "Kun je uitleggen wat deze code doet?". De AI kan niet alleen code maken maar ook uitleg geven.</w:t>
      </w:r>
    </w:p>
    <w:p w14:paraId="7F1CC5AA" w14:textId="77777777" w:rsidR="005D14E2" w:rsidRDefault="005D14E2" w:rsidP="005D14E2">
      <w:pPr>
        <w:spacing w:before="0" w:after="0" w:line="240" w:lineRule="auto"/>
        <w:rPr>
          <w:b/>
          <w:bCs/>
          <w:lang w:val="nl-NL"/>
        </w:rPr>
      </w:pPr>
    </w:p>
    <w:p w14:paraId="2A9D2B20" w14:textId="52115CAA" w:rsidR="005D14E2" w:rsidRPr="005D14E2" w:rsidRDefault="005D14E2" w:rsidP="005D14E2">
      <w:pPr>
        <w:spacing w:before="0" w:after="0" w:line="240" w:lineRule="auto"/>
        <w:rPr>
          <w:b/>
          <w:bCs/>
          <w:lang w:val="nl-NL"/>
        </w:rPr>
      </w:pPr>
      <w:r w:rsidRPr="005D14E2">
        <w:rPr>
          <w:b/>
          <w:bCs/>
          <w:lang w:val="nl-NL"/>
        </w:rPr>
        <w:t>Bewaar werkende versies</w:t>
      </w:r>
    </w:p>
    <w:p w14:paraId="6A8C237E" w14:textId="77777777" w:rsidR="005D14E2" w:rsidRPr="005D14E2" w:rsidRDefault="005D14E2" w:rsidP="005D14E2">
      <w:pPr>
        <w:spacing w:before="0" w:after="0" w:line="240" w:lineRule="auto"/>
        <w:rPr>
          <w:lang w:val="nl-NL"/>
        </w:rPr>
      </w:pPr>
      <w:r w:rsidRPr="005D14E2">
        <w:rPr>
          <w:lang w:val="nl-NL"/>
        </w:rPr>
        <w:t>Als iets goed werkt, kopieer dan de code voordat je grote wijzigingen doorvoert. Zo kun je altijd terug naar een werkende versie.</w:t>
      </w:r>
    </w:p>
    <w:p w14:paraId="31497239" w14:textId="77777777" w:rsidR="005D14E2" w:rsidRDefault="005D14E2" w:rsidP="005D14E2">
      <w:pPr>
        <w:spacing w:before="0" w:after="0" w:line="240" w:lineRule="auto"/>
        <w:rPr>
          <w:b/>
          <w:bCs/>
          <w:lang w:val="nl-NL"/>
        </w:rPr>
      </w:pPr>
    </w:p>
    <w:p w14:paraId="1D3A93CF" w14:textId="0DD7F7C8" w:rsidR="005D14E2" w:rsidRPr="005D14E2" w:rsidRDefault="005D14E2" w:rsidP="005D14E2">
      <w:pPr>
        <w:spacing w:before="0" w:after="0" w:line="240" w:lineRule="auto"/>
        <w:rPr>
          <w:b/>
          <w:bCs/>
          <w:lang w:val="nl-NL"/>
        </w:rPr>
      </w:pPr>
      <w:r w:rsidRPr="005D14E2">
        <w:rPr>
          <w:b/>
          <w:bCs/>
          <w:lang w:val="nl-NL"/>
        </w:rPr>
        <w:t>Accepteer beperkingen</w:t>
      </w:r>
    </w:p>
    <w:p w14:paraId="6B45296A" w14:textId="77777777" w:rsidR="005D14E2" w:rsidRPr="005D14E2" w:rsidRDefault="005D14E2" w:rsidP="005D14E2">
      <w:pPr>
        <w:spacing w:before="0" w:after="0" w:line="240" w:lineRule="auto"/>
        <w:rPr>
          <w:lang w:val="nl-NL"/>
        </w:rPr>
      </w:pPr>
      <w:r w:rsidRPr="005D14E2">
        <w:rPr>
          <w:lang w:val="nl-NL"/>
        </w:rPr>
        <w:t>Niet alles lukt in één keer. Sommige complexe functionaliteiten hebben meerdere pogingen nodig. Als iets echt niet lukt, probeer dan het probleem anders te formuleren of het op te splitsen in kleinere stappen.</w:t>
      </w:r>
    </w:p>
    <w:p w14:paraId="16ADD864" w14:textId="77777777" w:rsidR="005D14E2" w:rsidRDefault="005D14E2" w:rsidP="005D14E2">
      <w:pPr>
        <w:spacing w:before="0" w:after="0" w:line="240" w:lineRule="auto"/>
        <w:rPr>
          <w:b/>
          <w:bCs/>
          <w:lang w:val="nl-NL"/>
        </w:rPr>
      </w:pPr>
    </w:p>
    <w:p w14:paraId="5752B0B5" w14:textId="69AFC1E2" w:rsidR="005D14E2" w:rsidRPr="005D14E2" w:rsidRDefault="005D14E2" w:rsidP="005D14E2">
      <w:pPr>
        <w:spacing w:before="0" w:after="0" w:line="240" w:lineRule="auto"/>
        <w:rPr>
          <w:b/>
          <w:bCs/>
          <w:lang w:val="nl-NL"/>
        </w:rPr>
      </w:pPr>
      <w:r w:rsidRPr="005D14E2">
        <w:rPr>
          <w:b/>
          <w:bCs/>
          <w:lang w:val="nl-NL"/>
        </w:rPr>
        <w:t>Denk aan je eindgebruiker</w:t>
      </w:r>
    </w:p>
    <w:p w14:paraId="1A51EA7F" w14:textId="77777777" w:rsidR="005D14E2" w:rsidRPr="005D14E2" w:rsidRDefault="005D14E2" w:rsidP="005D14E2">
      <w:pPr>
        <w:spacing w:before="0" w:after="0" w:line="240" w:lineRule="auto"/>
        <w:rPr>
          <w:lang w:val="nl-NL"/>
        </w:rPr>
      </w:pPr>
      <w:r w:rsidRPr="005D14E2">
        <w:rPr>
          <w:lang w:val="nl-NL"/>
        </w:rPr>
        <w:t>Blijf vragen stellen vanuit het perspectief van je studenten: Is dit intuïtief? Werkt het op hun telefoon? Is de feedback duidelijk genoeg?</w:t>
      </w:r>
    </w:p>
    <w:p w14:paraId="5FFCB211" w14:textId="77777777" w:rsidR="005D14E2" w:rsidRDefault="005D14E2" w:rsidP="005D14E2">
      <w:pPr>
        <w:spacing w:before="0" w:after="0" w:line="240" w:lineRule="auto"/>
        <w:rPr>
          <w:b/>
          <w:bCs/>
          <w:lang w:val="nl-NL"/>
        </w:rPr>
      </w:pPr>
    </w:p>
    <w:p w14:paraId="41CDC077" w14:textId="77777777" w:rsidR="00D26268" w:rsidRDefault="00D26268">
      <w:pPr>
        <w:rPr>
          <w:lang w:val="nl-NL"/>
        </w:rPr>
      </w:pPr>
    </w:p>
    <w:p w14:paraId="4777AB9D" w14:textId="77777777" w:rsidR="00D26268" w:rsidRDefault="00D26268">
      <w:pPr>
        <w:rPr>
          <w:lang w:val="nl-NL"/>
        </w:rPr>
      </w:pPr>
    </w:p>
    <w:p w14:paraId="0A66337A" w14:textId="77777777" w:rsidR="00D26268" w:rsidRDefault="00D26268">
      <w:pPr>
        <w:rPr>
          <w:lang w:val="nl-NL"/>
        </w:rPr>
      </w:pPr>
    </w:p>
    <w:p w14:paraId="3A49700A" w14:textId="4D25E60D" w:rsidR="00D26268" w:rsidRPr="00FF05FF" w:rsidRDefault="00D26268" w:rsidP="00D26268">
      <w:pPr>
        <w:pStyle w:val="Kop2"/>
        <w:spacing w:before="0" w:line="240" w:lineRule="auto"/>
        <w:rPr>
          <w:lang w:val="nl-NL"/>
        </w:rPr>
      </w:pPr>
      <w:r>
        <w:rPr>
          <w:lang w:val="nl-NL"/>
        </w:rPr>
        <w:lastRenderedPageBreak/>
        <w:t>Zo begin je</w:t>
      </w:r>
    </w:p>
    <w:p w14:paraId="72CF38C0" w14:textId="31242AE6" w:rsidR="00C515FF" w:rsidRDefault="00901E19" w:rsidP="0051543B">
      <w:pPr>
        <w:spacing w:before="0" w:after="0" w:line="240" w:lineRule="auto"/>
        <w:rPr>
          <w:lang w:val="nl-NL"/>
        </w:rPr>
      </w:pPr>
      <w:r>
        <w:rPr>
          <w:lang w:val="nl-NL"/>
        </w:rPr>
        <w:t xml:space="preserve">De meeste </w:t>
      </w:r>
      <w:proofErr w:type="spellStart"/>
      <w:r>
        <w:rPr>
          <w:lang w:val="nl-NL"/>
        </w:rPr>
        <w:t>vibecodeprogramma’s</w:t>
      </w:r>
      <w:proofErr w:type="spellEnd"/>
      <w:r>
        <w:rPr>
          <w:lang w:val="nl-NL"/>
        </w:rPr>
        <w:t xml:space="preserve"> hebben eenzelfde </w:t>
      </w:r>
      <w:r w:rsidR="00D26268">
        <w:rPr>
          <w:lang w:val="nl-NL"/>
        </w:rPr>
        <w:t xml:space="preserve">visuele </w:t>
      </w:r>
      <w:r>
        <w:rPr>
          <w:lang w:val="nl-NL"/>
        </w:rPr>
        <w:t xml:space="preserve">inrichting als een </w:t>
      </w:r>
      <w:proofErr w:type="spellStart"/>
      <w:r>
        <w:rPr>
          <w:lang w:val="nl-NL"/>
        </w:rPr>
        <w:t>standaardchatbot</w:t>
      </w:r>
      <w:proofErr w:type="spellEnd"/>
      <w:r>
        <w:rPr>
          <w:lang w:val="nl-NL"/>
        </w:rPr>
        <w:t xml:space="preserve">. Er is een </w:t>
      </w:r>
      <w:r w:rsidR="008B3189">
        <w:rPr>
          <w:lang w:val="nl-NL"/>
        </w:rPr>
        <w:t xml:space="preserve">veld waarin je je prompt kunt geven en </w:t>
      </w:r>
      <w:r w:rsidR="00C515FF">
        <w:rPr>
          <w:lang w:val="nl-NL"/>
        </w:rPr>
        <w:t xml:space="preserve">daarbij </w:t>
      </w:r>
      <w:r w:rsidR="008B3189">
        <w:rPr>
          <w:lang w:val="nl-NL"/>
        </w:rPr>
        <w:t xml:space="preserve">vaak vragen ze </w:t>
      </w:r>
      <w:r w:rsidR="00C515FF">
        <w:rPr>
          <w:lang w:val="nl-NL"/>
        </w:rPr>
        <w:t xml:space="preserve">eigenlijk altijd </w:t>
      </w:r>
      <w:r w:rsidR="008B3189">
        <w:rPr>
          <w:lang w:val="nl-NL"/>
        </w:rPr>
        <w:t>om een algemeen idee</w:t>
      </w:r>
      <w:r w:rsidR="00C515FF">
        <w:rPr>
          <w:lang w:val="nl-NL"/>
        </w:rPr>
        <w:t>: wat wil je gaan bouwen?</w:t>
      </w:r>
    </w:p>
    <w:p w14:paraId="415557EB" w14:textId="77777777" w:rsidR="0051543B" w:rsidRDefault="0051543B" w:rsidP="0051543B">
      <w:pPr>
        <w:spacing w:before="0" w:after="0" w:line="240" w:lineRule="auto"/>
        <w:rPr>
          <w:lang w:val="nl-NL"/>
        </w:rPr>
      </w:pPr>
    </w:p>
    <w:p w14:paraId="1DDF10B4" w14:textId="0AAA463D" w:rsidR="00C515FF" w:rsidRDefault="008B3189" w:rsidP="0051543B">
      <w:pPr>
        <w:spacing w:before="0" w:after="0" w:line="240" w:lineRule="auto"/>
        <w:rPr>
          <w:lang w:val="nl-NL"/>
        </w:rPr>
      </w:pPr>
      <w:r>
        <w:rPr>
          <w:lang w:val="nl-NL"/>
        </w:rPr>
        <w:t xml:space="preserve">Ook hierbij geldt, hoe beter je prompt, hoe beter de output gaat zijn. </w:t>
      </w:r>
    </w:p>
    <w:p w14:paraId="54EB7E2D" w14:textId="77777777" w:rsidR="0051543B" w:rsidRDefault="0051543B" w:rsidP="0051543B">
      <w:pPr>
        <w:spacing w:before="0" w:after="0" w:line="240" w:lineRule="auto"/>
        <w:rPr>
          <w:lang w:val="nl-NL"/>
        </w:rPr>
      </w:pPr>
    </w:p>
    <w:p w14:paraId="732C531D" w14:textId="021AB056" w:rsidR="00C515FF" w:rsidRDefault="008B3189" w:rsidP="0051543B">
      <w:pPr>
        <w:spacing w:before="0" w:after="0" w:line="240" w:lineRule="auto"/>
        <w:rPr>
          <w:lang w:val="nl-NL"/>
        </w:rPr>
      </w:pPr>
      <w:r>
        <w:rPr>
          <w:lang w:val="nl-NL"/>
        </w:rPr>
        <w:t xml:space="preserve">Na het invullen van je prompt gaat het programma nadenken en vaak ook meteen programmeren. </w:t>
      </w:r>
      <w:r w:rsidR="00C70303">
        <w:rPr>
          <w:lang w:val="nl-NL"/>
        </w:rPr>
        <w:t>Dat zie je bijna altijd ook voor je neus gebeuren. Je ziet het programma allemaal informatie verzamelen</w:t>
      </w:r>
      <w:r w:rsidR="00C515FF">
        <w:rPr>
          <w:lang w:val="nl-NL"/>
        </w:rPr>
        <w:t xml:space="preserve">, ordenen, nadenken over de inrichting van de app en dus allemaal </w:t>
      </w:r>
      <w:r w:rsidR="00C70303">
        <w:rPr>
          <w:lang w:val="nl-NL"/>
        </w:rPr>
        <w:t xml:space="preserve">stappen zetten. </w:t>
      </w:r>
    </w:p>
    <w:p w14:paraId="65241ACF" w14:textId="77777777" w:rsidR="0051543B" w:rsidRDefault="0051543B" w:rsidP="0051543B">
      <w:pPr>
        <w:spacing w:before="0" w:after="0" w:line="240" w:lineRule="auto"/>
        <w:rPr>
          <w:lang w:val="nl-NL"/>
        </w:rPr>
      </w:pPr>
    </w:p>
    <w:p w14:paraId="31A2F2AB" w14:textId="69546142" w:rsidR="0051543B" w:rsidRDefault="00C70303" w:rsidP="0051543B">
      <w:pPr>
        <w:spacing w:before="0" w:after="0" w:line="240" w:lineRule="auto"/>
        <w:rPr>
          <w:lang w:val="nl-NL"/>
        </w:rPr>
      </w:pPr>
      <w:r>
        <w:rPr>
          <w:lang w:val="nl-NL"/>
        </w:rPr>
        <w:t xml:space="preserve">En als het klaar is, gaat het meteen programmeren. Vaak zie je dan ook allemaal regels code verschijnen. Ontspan, hier hoef je helemaal niets mee. </w:t>
      </w:r>
    </w:p>
    <w:p w14:paraId="75A26748" w14:textId="77777777" w:rsidR="0051543B" w:rsidRDefault="0051543B" w:rsidP="0051543B">
      <w:pPr>
        <w:spacing w:before="0" w:after="0" w:line="240" w:lineRule="auto"/>
        <w:rPr>
          <w:lang w:val="nl-NL"/>
        </w:rPr>
      </w:pPr>
    </w:p>
    <w:p w14:paraId="41CC1ED7" w14:textId="35255E60" w:rsidR="0051543B" w:rsidRDefault="0051543B" w:rsidP="0051543B">
      <w:pPr>
        <w:spacing w:before="0" w:after="0" w:line="240" w:lineRule="auto"/>
        <w:rPr>
          <w:lang w:val="nl-NL"/>
        </w:rPr>
      </w:pPr>
      <w:r>
        <w:rPr>
          <w:lang w:val="nl-NL"/>
        </w:rPr>
        <w:t>En dan ineens is het programma klaar. En vaak zie je dan in het rechterscherm je app verschijnen die je meteen kan testen.</w:t>
      </w:r>
    </w:p>
    <w:p w14:paraId="158564F7" w14:textId="77777777" w:rsidR="0051543B" w:rsidRDefault="0051543B" w:rsidP="0051543B">
      <w:pPr>
        <w:spacing w:before="0" w:after="0" w:line="240" w:lineRule="auto"/>
        <w:rPr>
          <w:lang w:val="nl-NL"/>
        </w:rPr>
      </w:pPr>
    </w:p>
    <w:p w14:paraId="39664B5E" w14:textId="3F59E024" w:rsidR="0051543B" w:rsidRDefault="0051543B" w:rsidP="0051543B">
      <w:pPr>
        <w:spacing w:before="0" w:after="0" w:line="240" w:lineRule="auto"/>
        <w:rPr>
          <w:lang w:val="nl-NL"/>
        </w:rPr>
      </w:pPr>
      <w:r>
        <w:rPr>
          <w:lang w:val="nl-NL"/>
        </w:rPr>
        <w:t>Mijn tip: begin bij Google AI Studio</w:t>
      </w:r>
      <w:r w:rsidR="00661894">
        <w:rPr>
          <w:lang w:val="nl-NL"/>
        </w:rPr>
        <w:t xml:space="preserve"> of </w:t>
      </w:r>
      <w:r w:rsidR="00C43E82">
        <w:rPr>
          <w:lang w:val="nl-NL"/>
        </w:rPr>
        <w:t>Base44</w:t>
      </w:r>
      <w:r>
        <w:rPr>
          <w:lang w:val="nl-NL"/>
        </w:rPr>
        <w:t xml:space="preserve"> en maak je </w:t>
      </w:r>
      <w:r w:rsidR="00C43E82">
        <w:rPr>
          <w:lang w:val="nl-NL"/>
        </w:rPr>
        <w:t xml:space="preserve">eigen </w:t>
      </w:r>
      <w:r>
        <w:rPr>
          <w:lang w:val="nl-NL"/>
        </w:rPr>
        <w:t>eerste app.</w:t>
      </w:r>
    </w:p>
    <w:p w14:paraId="33B8729E" w14:textId="5E9FF426" w:rsidR="00E069D0" w:rsidRPr="00901E19" w:rsidRDefault="00E069D0">
      <w:pPr>
        <w:rPr>
          <w:lang w:val="nl-NL"/>
        </w:rPr>
      </w:pPr>
      <w:r>
        <w:rPr>
          <w:lang w:val="nl-NL"/>
        </w:rPr>
        <w:br w:type="page"/>
      </w:r>
    </w:p>
    <w:p w14:paraId="079AD9A4" w14:textId="636BA57C" w:rsidR="007D720A" w:rsidRPr="00886F8D" w:rsidRDefault="007D720A" w:rsidP="007D720A">
      <w:pPr>
        <w:pStyle w:val="Kop2"/>
        <w:spacing w:before="0" w:line="240" w:lineRule="auto"/>
        <w:rPr>
          <w:lang w:val="nl-NL"/>
        </w:rPr>
      </w:pPr>
      <w:r>
        <w:rPr>
          <w:lang w:val="nl-NL"/>
        </w:rPr>
        <w:lastRenderedPageBreak/>
        <w:t>Deployen, hoe dan?</w:t>
      </w:r>
    </w:p>
    <w:p w14:paraId="3979551D" w14:textId="77777777" w:rsidR="00B83575" w:rsidRPr="00B83575" w:rsidRDefault="00B83575" w:rsidP="00B83575">
      <w:pPr>
        <w:spacing w:before="0" w:after="0" w:line="240" w:lineRule="auto"/>
        <w:rPr>
          <w:lang w:val="nl-NL"/>
        </w:rPr>
      </w:pPr>
      <w:proofErr w:type="spellStart"/>
      <w:r w:rsidRPr="00B83575">
        <w:rPr>
          <w:lang w:val="nl-NL"/>
        </w:rPr>
        <w:t>Deployen</w:t>
      </w:r>
      <w:proofErr w:type="spellEnd"/>
      <w:r w:rsidRPr="00B83575">
        <w:rPr>
          <w:lang w:val="nl-NL"/>
        </w:rPr>
        <w:t xml:space="preserve"> betekent dat je jouw code (de applicatie of tool die je gemaakt hebt) op internet zet zodat anderen er toegang toe hebben. Zolang de code alleen in Claude bestaat of op jouw computer staat, kunnen studenten er niet bij. Door te </w:t>
      </w:r>
      <w:proofErr w:type="spellStart"/>
      <w:r w:rsidRPr="00B83575">
        <w:rPr>
          <w:lang w:val="nl-NL"/>
        </w:rPr>
        <w:t>deployen</w:t>
      </w:r>
      <w:proofErr w:type="spellEnd"/>
      <w:r w:rsidRPr="00B83575">
        <w:rPr>
          <w:lang w:val="nl-NL"/>
        </w:rPr>
        <w:t xml:space="preserve"> maak je het beschikbaar via een link die iedereen kan openen.</w:t>
      </w:r>
    </w:p>
    <w:p w14:paraId="4D810489" w14:textId="77777777" w:rsidR="00B83575" w:rsidRDefault="00B83575" w:rsidP="00B83575">
      <w:pPr>
        <w:spacing w:before="0" w:after="0" w:line="240" w:lineRule="auto"/>
        <w:rPr>
          <w:b/>
          <w:bCs/>
          <w:lang w:val="nl-NL"/>
        </w:rPr>
      </w:pPr>
    </w:p>
    <w:p w14:paraId="7EC30D3A" w14:textId="4175566A" w:rsidR="00B83575" w:rsidRPr="00B83575" w:rsidRDefault="00B83575" w:rsidP="00B83575">
      <w:pPr>
        <w:spacing w:before="0" w:after="0" w:line="240" w:lineRule="auto"/>
        <w:rPr>
          <w:b/>
          <w:bCs/>
          <w:lang w:val="nl-NL"/>
        </w:rPr>
      </w:pPr>
      <w:r w:rsidRPr="00B83575">
        <w:rPr>
          <w:b/>
          <w:bCs/>
          <w:lang w:val="nl-NL"/>
        </w:rPr>
        <w:t>Hoe werkt het in de praktijk?</w:t>
      </w:r>
    </w:p>
    <w:p w14:paraId="1BDF6627" w14:textId="77777777" w:rsidR="00B83575" w:rsidRPr="00B83575" w:rsidRDefault="00B83575" w:rsidP="00B83575">
      <w:pPr>
        <w:spacing w:before="0" w:after="0" w:line="240" w:lineRule="auto"/>
        <w:rPr>
          <w:lang w:val="nl-NL"/>
        </w:rPr>
      </w:pPr>
      <w:r w:rsidRPr="00B83575">
        <w:rPr>
          <w:lang w:val="nl-NL"/>
        </w:rPr>
        <w:t xml:space="preserve">Bij </w:t>
      </w:r>
      <w:proofErr w:type="spellStart"/>
      <w:r w:rsidRPr="00B83575">
        <w:rPr>
          <w:lang w:val="nl-NL"/>
        </w:rPr>
        <w:t>vibe</w:t>
      </w:r>
      <w:proofErr w:type="spellEnd"/>
      <w:r w:rsidRPr="00B83575">
        <w:rPr>
          <w:lang w:val="nl-NL"/>
        </w:rPr>
        <w:t xml:space="preserve"> </w:t>
      </w:r>
      <w:proofErr w:type="spellStart"/>
      <w:r w:rsidRPr="00B83575">
        <w:rPr>
          <w:lang w:val="nl-NL"/>
        </w:rPr>
        <w:t>coding</w:t>
      </w:r>
      <w:proofErr w:type="spellEnd"/>
      <w:r w:rsidRPr="00B83575">
        <w:rPr>
          <w:lang w:val="nl-NL"/>
        </w:rPr>
        <w:t xml:space="preserve"> heb je meestal te maken met webapplicaties - dingen die in een browser werken. Om die beschikbaar te maken, heb je een "host" nodig: een plek op internet waar je bestanden worden bewaard en waar een server ze beschikbaar maakt aan bezoekers.</w:t>
      </w:r>
    </w:p>
    <w:p w14:paraId="45A5E167" w14:textId="77777777" w:rsidR="00B83575" w:rsidRDefault="00B83575" w:rsidP="00B83575">
      <w:pPr>
        <w:spacing w:before="0" w:after="0" w:line="240" w:lineRule="auto"/>
        <w:rPr>
          <w:b/>
          <w:bCs/>
          <w:lang w:val="nl-NL"/>
        </w:rPr>
      </w:pPr>
    </w:p>
    <w:p w14:paraId="645EB836" w14:textId="13A54071" w:rsidR="00B83575" w:rsidRPr="00B83575" w:rsidRDefault="00B83575" w:rsidP="00B83575">
      <w:pPr>
        <w:spacing w:before="0" w:after="0" w:line="240" w:lineRule="auto"/>
        <w:rPr>
          <w:lang w:val="nl-NL"/>
        </w:rPr>
      </w:pPr>
      <w:r w:rsidRPr="00B83575">
        <w:rPr>
          <w:b/>
          <w:bCs/>
          <w:lang w:val="nl-NL"/>
        </w:rPr>
        <w:t>Het basisproces:</w:t>
      </w:r>
    </w:p>
    <w:p w14:paraId="20CDEBDA" w14:textId="77777777" w:rsidR="00B83575" w:rsidRPr="00B83575" w:rsidRDefault="00B83575" w:rsidP="00974A8A">
      <w:pPr>
        <w:numPr>
          <w:ilvl w:val="0"/>
          <w:numId w:val="139"/>
        </w:numPr>
        <w:spacing w:before="0" w:after="0" w:line="240" w:lineRule="auto"/>
        <w:rPr>
          <w:lang w:val="nl-NL"/>
        </w:rPr>
      </w:pPr>
      <w:r w:rsidRPr="00B83575">
        <w:rPr>
          <w:lang w:val="nl-NL"/>
        </w:rPr>
        <w:t xml:space="preserve">Je hebt werkende code (HTML, </w:t>
      </w:r>
      <w:proofErr w:type="spellStart"/>
      <w:r w:rsidRPr="00B83575">
        <w:rPr>
          <w:lang w:val="nl-NL"/>
        </w:rPr>
        <w:t>JavaScript</w:t>
      </w:r>
      <w:proofErr w:type="spellEnd"/>
      <w:r w:rsidRPr="00B83575">
        <w:rPr>
          <w:lang w:val="nl-NL"/>
        </w:rPr>
        <w:t xml:space="preserve">, CSS of een </w:t>
      </w:r>
      <w:proofErr w:type="spellStart"/>
      <w:r w:rsidRPr="00B83575">
        <w:rPr>
          <w:lang w:val="nl-NL"/>
        </w:rPr>
        <w:t>React</w:t>
      </w:r>
      <w:proofErr w:type="spellEnd"/>
      <w:r w:rsidRPr="00B83575">
        <w:rPr>
          <w:lang w:val="nl-NL"/>
        </w:rPr>
        <w:t>-app)</w:t>
      </w:r>
    </w:p>
    <w:p w14:paraId="16DDC3D1" w14:textId="77777777" w:rsidR="00B83575" w:rsidRPr="00B83575" w:rsidRDefault="00B83575" w:rsidP="00974A8A">
      <w:pPr>
        <w:numPr>
          <w:ilvl w:val="0"/>
          <w:numId w:val="139"/>
        </w:numPr>
        <w:spacing w:before="0" w:after="0" w:line="240" w:lineRule="auto"/>
        <w:rPr>
          <w:lang w:val="nl-NL"/>
        </w:rPr>
      </w:pPr>
      <w:r w:rsidRPr="00B83575">
        <w:rPr>
          <w:lang w:val="nl-NL"/>
        </w:rPr>
        <w:t>Je uploadt die code naar een hosting platform</w:t>
      </w:r>
    </w:p>
    <w:p w14:paraId="54ADF68D" w14:textId="77777777" w:rsidR="00B83575" w:rsidRPr="00B83575" w:rsidRDefault="00B83575" w:rsidP="00974A8A">
      <w:pPr>
        <w:numPr>
          <w:ilvl w:val="0"/>
          <w:numId w:val="139"/>
        </w:numPr>
        <w:spacing w:before="0" w:after="0" w:line="240" w:lineRule="auto"/>
        <w:rPr>
          <w:lang w:val="nl-NL"/>
        </w:rPr>
      </w:pPr>
      <w:r w:rsidRPr="00B83575">
        <w:rPr>
          <w:lang w:val="nl-NL"/>
        </w:rPr>
        <w:t>Het platform geeft je een URL (bijvoorbeeld: jouw-</w:t>
      </w:r>
      <w:proofErr w:type="spellStart"/>
      <w:r w:rsidRPr="00B83575">
        <w:rPr>
          <w:lang w:val="nl-NL"/>
        </w:rPr>
        <w:t>quiz.vercel.app</w:t>
      </w:r>
      <w:proofErr w:type="spellEnd"/>
      <w:r w:rsidRPr="00B83575">
        <w:rPr>
          <w:lang w:val="nl-NL"/>
        </w:rPr>
        <w:t>)</w:t>
      </w:r>
    </w:p>
    <w:p w14:paraId="30D85FF5" w14:textId="77777777" w:rsidR="00B83575" w:rsidRPr="00B83575" w:rsidRDefault="00B83575" w:rsidP="00974A8A">
      <w:pPr>
        <w:numPr>
          <w:ilvl w:val="0"/>
          <w:numId w:val="139"/>
        </w:numPr>
        <w:spacing w:before="0" w:after="0" w:line="240" w:lineRule="auto"/>
        <w:rPr>
          <w:lang w:val="nl-NL"/>
        </w:rPr>
      </w:pPr>
      <w:r w:rsidRPr="00B83575">
        <w:rPr>
          <w:lang w:val="nl-NL"/>
        </w:rPr>
        <w:t>Je deelt die link met je studenten</w:t>
      </w:r>
    </w:p>
    <w:p w14:paraId="03BC12E3" w14:textId="77777777" w:rsidR="00B83575" w:rsidRDefault="00B83575" w:rsidP="00B83575">
      <w:pPr>
        <w:spacing w:before="0" w:after="0" w:line="240" w:lineRule="auto"/>
        <w:rPr>
          <w:b/>
          <w:bCs/>
          <w:lang w:val="nl-NL"/>
        </w:rPr>
      </w:pPr>
    </w:p>
    <w:p w14:paraId="77E60095" w14:textId="6997E86A" w:rsidR="00B83575" w:rsidRPr="00B83575" w:rsidRDefault="00B83575" w:rsidP="00B83575">
      <w:pPr>
        <w:spacing w:before="0" w:after="0" w:line="240" w:lineRule="auto"/>
        <w:rPr>
          <w:b/>
          <w:bCs/>
          <w:lang w:val="nl-NL"/>
        </w:rPr>
      </w:pPr>
      <w:r w:rsidRPr="00B83575">
        <w:rPr>
          <w:b/>
          <w:bCs/>
          <w:lang w:val="nl-NL"/>
        </w:rPr>
        <w:t>Gemakkelijke platforms voor beginners</w:t>
      </w:r>
    </w:p>
    <w:p w14:paraId="2CE9DF83" w14:textId="6560654D" w:rsidR="00B83575" w:rsidRPr="00B83575" w:rsidRDefault="00B83575" w:rsidP="00B83575">
      <w:pPr>
        <w:spacing w:before="0" w:after="0" w:line="240" w:lineRule="auto"/>
        <w:rPr>
          <w:lang w:val="nl-NL"/>
        </w:rPr>
      </w:pPr>
      <w:r>
        <w:rPr>
          <w:b/>
          <w:bCs/>
          <w:lang w:val="nl-NL"/>
        </w:rPr>
        <w:t>Google Gemini en Google Ai studio</w:t>
      </w:r>
      <w:r>
        <w:rPr>
          <w:lang w:val="nl-NL"/>
        </w:rPr>
        <w:t xml:space="preserve"> – Die hebben de optie om een gemaakte app meteen te delen met een deelbare link. Die kun je op </w:t>
      </w:r>
      <w:proofErr w:type="spellStart"/>
      <w:r>
        <w:rPr>
          <w:lang w:val="nl-NL"/>
        </w:rPr>
        <w:t>Brightspace</w:t>
      </w:r>
      <w:proofErr w:type="spellEnd"/>
      <w:r>
        <w:rPr>
          <w:lang w:val="nl-NL"/>
        </w:rPr>
        <w:t xml:space="preserve"> zetten of in een e-mail aan je studenten. De studenten moet wel inloggen bij </w:t>
      </w:r>
      <w:r w:rsidR="00EC46D6">
        <w:rPr>
          <w:lang w:val="nl-NL"/>
        </w:rPr>
        <w:t>Google om de app te zien. Daarom kun je het gebruik hiervan niet verplichten, maar je kunt het natuurlijk wel aanbieden als aanvullend oefenmateriaal.</w:t>
      </w:r>
    </w:p>
    <w:p w14:paraId="13D9F161" w14:textId="77777777" w:rsidR="00B83575" w:rsidRDefault="00B83575" w:rsidP="00B83575">
      <w:pPr>
        <w:spacing w:before="0" w:after="0" w:line="240" w:lineRule="auto"/>
        <w:rPr>
          <w:b/>
          <w:bCs/>
          <w:lang w:val="nl-NL"/>
        </w:rPr>
      </w:pPr>
    </w:p>
    <w:p w14:paraId="4DB15860" w14:textId="23306D33" w:rsidR="00B83575" w:rsidRPr="00B83575" w:rsidRDefault="00B83575" w:rsidP="00B83575">
      <w:pPr>
        <w:spacing w:before="0" w:after="0" w:line="240" w:lineRule="auto"/>
        <w:rPr>
          <w:lang w:val="nl-NL"/>
        </w:rPr>
      </w:pPr>
      <w:proofErr w:type="spellStart"/>
      <w:r w:rsidRPr="00B83575">
        <w:rPr>
          <w:b/>
          <w:bCs/>
          <w:lang w:val="nl-NL"/>
        </w:rPr>
        <w:t>Netlify</w:t>
      </w:r>
      <w:proofErr w:type="spellEnd"/>
      <w:r w:rsidRPr="00B83575">
        <w:rPr>
          <w:b/>
          <w:bCs/>
          <w:lang w:val="nl-NL"/>
        </w:rPr>
        <w:t xml:space="preserve"> Drop</w:t>
      </w:r>
      <w:r w:rsidRPr="00B83575">
        <w:rPr>
          <w:lang w:val="nl-NL"/>
        </w:rPr>
        <w:t xml:space="preserve"> - Letterlijk slepen en neerzetten. Je maakt een map met je HTML/CSS/JS bestanden en sleept die naar netlify.com/drop. Binnen seconden heb je een werkende link. Gratis en zonder account voor simpele projecten.</w:t>
      </w:r>
    </w:p>
    <w:p w14:paraId="6816DFF1" w14:textId="77777777" w:rsidR="00B83575" w:rsidRDefault="00B83575" w:rsidP="00B83575">
      <w:pPr>
        <w:spacing w:before="0" w:after="0" w:line="240" w:lineRule="auto"/>
        <w:rPr>
          <w:b/>
          <w:bCs/>
          <w:lang w:val="nl-NL"/>
        </w:rPr>
      </w:pPr>
    </w:p>
    <w:p w14:paraId="27984BA5" w14:textId="0D6EA0AE" w:rsidR="00B83575" w:rsidRPr="00B83575" w:rsidRDefault="00B83575" w:rsidP="00B83575">
      <w:pPr>
        <w:spacing w:before="0" w:after="0" w:line="240" w:lineRule="auto"/>
        <w:rPr>
          <w:lang w:val="nl-NL"/>
        </w:rPr>
      </w:pPr>
      <w:proofErr w:type="spellStart"/>
      <w:r w:rsidRPr="00B83575">
        <w:rPr>
          <w:b/>
          <w:bCs/>
          <w:lang w:val="nl-NL"/>
        </w:rPr>
        <w:t>Vercel</w:t>
      </w:r>
      <w:proofErr w:type="spellEnd"/>
      <w:r w:rsidRPr="00B83575">
        <w:rPr>
          <w:lang w:val="nl-NL"/>
        </w:rPr>
        <w:t xml:space="preserve"> - Vergelijkbaar met </w:t>
      </w:r>
      <w:proofErr w:type="spellStart"/>
      <w:r w:rsidRPr="00B83575">
        <w:rPr>
          <w:lang w:val="nl-NL"/>
        </w:rPr>
        <w:t>Netlify</w:t>
      </w:r>
      <w:proofErr w:type="spellEnd"/>
      <w:r w:rsidRPr="00B83575">
        <w:rPr>
          <w:lang w:val="nl-NL"/>
        </w:rPr>
        <w:t xml:space="preserve">, iets meer mogelijkheden. Goed voor </w:t>
      </w:r>
      <w:proofErr w:type="spellStart"/>
      <w:r w:rsidRPr="00B83575">
        <w:rPr>
          <w:lang w:val="nl-NL"/>
        </w:rPr>
        <w:t>React</w:t>
      </w:r>
      <w:proofErr w:type="spellEnd"/>
      <w:r w:rsidRPr="00B83575">
        <w:rPr>
          <w:lang w:val="nl-NL"/>
        </w:rPr>
        <w:t>-applicaties. Gratis tier is ruim voldoende voor educatieve projecten.</w:t>
      </w:r>
    </w:p>
    <w:p w14:paraId="40AE62E7" w14:textId="77777777" w:rsidR="00B83575" w:rsidRDefault="00B83575" w:rsidP="00B83575">
      <w:pPr>
        <w:spacing w:before="0" w:after="0" w:line="240" w:lineRule="auto"/>
        <w:rPr>
          <w:b/>
          <w:bCs/>
          <w:lang w:val="nl-NL"/>
        </w:rPr>
      </w:pPr>
    </w:p>
    <w:p w14:paraId="189ABA95" w14:textId="509A0B3F" w:rsidR="00B83575" w:rsidRPr="00B83575" w:rsidRDefault="00B83575" w:rsidP="00B83575">
      <w:pPr>
        <w:spacing w:before="0" w:after="0" w:line="240" w:lineRule="auto"/>
        <w:rPr>
          <w:lang w:val="nl-NL"/>
        </w:rPr>
      </w:pPr>
      <w:r w:rsidRPr="00B83575">
        <w:rPr>
          <w:b/>
          <w:bCs/>
          <w:lang w:val="nl-NL"/>
        </w:rPr>
        <w:t>GitHub Pages</w:t>
      </w:r>
      <w:r w:rsidRPr="00B83575">
        <w:rPr>
          <w:lang w:val="nl-NL"/>
        </w:rPr>
        <w:t xml:space="preserve"> - Als je GitHub gebruikt (waar veel code wordt bewaard), kun je gratis websites hosten. Vereist wel wat meer technische kennis.</w:t>
      </w:r>
    </w:p>
    <w:p w14:paraId="2B4BBD2D" w14:textId="77777777" w:rsidR="00B83575" w:rsidRDefault="00B83575" w:rsidP="00B83575">
      <w:pPr>
        <w:spacing w:before="0" w:after="0" w:line="240" w:lineRule="auto"/>
        <w:rPr>
          <w:b/>
          <w:bCs/>
          <w:lang w:val="nl-NL"/>
        </w:rPr>
      </w:pPr>
    </w:p>
    <w:p w14:paraId="02F49E1B" w14:textId="7D150AC9" w:rsidR="00B83575" w:rsidRPr="00B83575" w:rsidRDefault="00B83575" w:rsidP="00B83575">
      <w:pPr>
        <w:spacing w:before="0" w:after="0" w:line="240" w:lineRule="auto"/>
        <w:rPr>
          <w:lang w:val="nl-NL"/>
        </w:rPr>
      </w:pPr>
      <w:proofErr w:type="spellStart"/>
      <w:r w:rsidRPr="00B83575">
        <w:rPr>
          <w:b/>
          <w:bCs/>
          <w:lang w:val="nl-NL"/>
        </w:rPr>
        <w:t>Replit</w:t>
      </w:r>
      <w:proofErr w:type="spellEnd"/>
      <w:r w:rsidRPr="00B83575">
        <w:rPr>
          <w:lang w:val="nl-NL"/>
        </w:rPr>
        <w:t xml:space="preserve"> - Als je in </w:t>
      </w:r>
      <w:proofErr w:type="spellStart"/>
      <w:r w:rsidRPr="00B83575">
        <w:rPr>
          <w:lang w:val="nl-NL"/>
        </w:rPr>
        <w:t>Replit</w:t>
      </w:r>
      <w:proofErr w:type="spellEnd"/>
      <w:r w:rsidRPr="00B83575">
        <w:rPr>
          <w:lang w:val="nl-NL"/>
        </w:rPr>
        <w:t xml:space="preserve"> hebt gebouwd, kun je daar ook direct </w:t>
      </w:r>
      <w:proofErr w:type="spellStart"/>
      <w:r w:rsidRPr="00B83575">
        <w:rPr>
          <w:lang w:val="nl-NL"/>
        </w:rPr>
        <w:t>deployen</w:t>
      </w:r>
      <w:proofErr w:type="spellEnd"/>
      <w:r w:rsidRPr="00B83575">
        <w:rPr>
          <w:lang w:val="nl-NL"/>
        </w:rPr>
        <w:t xml:space="preserve"> met één klik. Je app krijgt meteen een URL.</w:t>
      </w:r>
    </w:p>
    <w:p w14:paraId="206CEA8B" w14:textId="77777777" w:rsidR="00B83575" w:rsidRDefault="00B83575" w:rsidP="00B83575">
      <w:pPr>
        <w:spacing w:before="0" w:after="0" w:line="240" w:lineRule="auto"/>
        <w:rPr>
          <w:b/>
          <w:bCs/>
          <w:lang w:val="nl-NL"/>
        </w:rPr>
      </w:pPr>
    </w:p>
    <w:p w14:paraId="7D621938" w14:textId="612D42EA" w:rsidR="00B83575" w:rsidRPr="00B83575" w:rsidRDefault="00B83575" w:rsidP="00B83575">
      <w:pPr>
        <w:spacing w:before="0" w:after="0" w:line="240" w:lineRule="auto"/>
        <w:rPr>
          <w:b/>
          <w:bCs/>
          <w:lang w:val="nl-NL"/>
        </w:rPr>
      </w:pPr>
      <w:r w:rsidRPr="00B83575">
        <w:rPr>
          <w:b/>
          <w:bCs/>
          <w:lang w:val="nl-NL"/>
        </w:rPr>
        <w:t>Praktisch voorbeeld</w:t>
      </w:r>
    </w:p>
    <w:p w14:paraId="376E6804" w14:textId="77777777" w:rsidR="00B83575" w:rsidRPr="00B83575" w:rsidRDefault="00B83575" w:rsidP="00B83575">
      <w:pPr>
        <w:spacing w:before="0" w:after="0" w:line="240" w:lineRule="auto"/>
        <w:rPr>
          <w:lang w:val="nl-NL"/>
        </w:rPr>
      </w:pPr>
      <w:r w:rsidRPr="00B83575">
        <w:rPr>
          <w:lang w:val="nl-NL"/>
        </w:rPr>
        <w:t xml:space="preserve">Stel je hebt in Claude een quiz gemaakt via </w:t>
      </w:r>
      <w:proofErr w:type="spellStart"/>
      <w:r w:rsidRPr="00B83575">
        <w:rPr>
          <w:lang w:val="nl-NL"/>
        </w:rPr>
        <w:t>Artifacts</w:t>
      </w:r>
      <w:proofErr w:type="spellEnd"/>
      <w:r w:rsidRPr="00B83575">
        <w:rPr>
          <w:lang w:val="nl-NL"/>
        </w:rPr>
        <w:t>:</w:t>
      </w:r>
    </w:p>
    <w:p w14:paraId="219936CC" w14:textId="77777777" w:rsidR="00B83575" w:rsidRPr="00B83575" w:rsidRDefault="00B83575" w:rsidP="00974A8A">
      <w:pPr>
        <w:numPr>
          <w:ilvl w:val="0"/>
          <w:numId w:val="140"/>
        </w:numPr>
        <w:spacing w:before="0" w:after="0" w:line="240" w:lineRule="auto"/>
        <w:rPr>
          <w:lang w:val="nl-NL"/>
        </w:rPr>
      </w:pPr>
      <w:r w:rsidRPr="00B83575">
        <w:rPr>
          <w:lang w:val="nl-NL"/>
        </w:rPr>
        <w:t xml:space="preserve">Klik op "Get code" in het </w:t>
      </w:r>
      <w:proofErr w:type="spellStart"/>
      <w:r w:rsidRPr="00B83575">
        <w:rPr>
          <w:lang w:val="nl-NL"/>
        </w:rPr>
        <w:t>Artifact</w:t>
      </w:r>
      <w:proofErr w:type="spellEnd"/>
    </w:p>
    <w:p w14:paraId="0DD805AE" w14:textId="77777777" w:rsidR="00B83575" w:rsidRPr="00B83575" w:rsidRDefault="00B83575" w:rsidP="00974A8A">
      <w:pPr>
        <w:numPr>
          <w:ilvl w:val="0"/>
          <w:numId w:val="140"/>
        </w:numPr>
        <w:spacing w:before="0" w:after="0" w:line="240" w:lineRule="auto"/>
        <w:rPr>
          <w:lang w:val="nl-NL"/>
        </w:rPr>
      </w:pPr>
      <w:r w:rsidRPr="00B83575">
        <w:rPr>
          <w:lang w:val="nl-NL"/>
        </w:rPr>
        <w:t>Kopieer de HTML-code</w:t>
      </w:r>
    </w:p>
    <w:p w14:paraId="335EA852" w14:textId="77777777" w:rsidR="00B83575" w:rsidRPr="00B83575" w:rsidRDefault="00B83575" w:rsidP="00974A8A">
      <w:pPr>
        <w:numPr>
          <w:ilvl w:val="0"/>
          <w:numId w:val="140"/>
        </w:numPr>
        <w:spacing w:before="0" w:after="0" w:line="240" w:lineRule="auto"/>
        <w:rPr>
          <w:lang w:val="nl-NL"/>
        </w:rPr>
      </w:pPr>
      <w:r w:rsidRPr="00B83575">
        <w:rPr>
          <w:lang w:val="nl-NL"/>
        </w:rPr>
        <w:t>Maak een bestand index.html op je computer en plak de code erin</w:t>
      </w:r>
    </w:p>
    <w:p w14:paraId="516C2FE6" w14:textId="77777777" w:rsidR="00B83575" w:rsidRPr="00B83575" w:rsidRDefault="00B83575" w:rsidP="00974A8A">
      <w:pPr>
        <w:numPr>
          <w:ilvl w:val="0"/>
          <w:numId w:val="140"/>
        </w:numPr>
        <w:spacing w:before="0" w:after="0" w:line="240" w:lineRule="auto"/>
        <w:rPr>
          <w:lang w:val="nl-NL"/>
        </w:rPr>
      </w:pPr>
      <w:r w:rsidRPr="00B83575">
        <w:rPr>
          <w:lang w:val="nl-NL"/>
        </w:rPr>
        <w:t>Sleep dat bestand naar netlify.com/drop</w:t>
      </w:r>
    </w:p>
    <w:p w14:paraId="3E7669CA" w14:textId="77777777" w:rsidR="00B83575" w:rsidRPr="00B83575" w:rsidRDefault="00B83575" w:rsidP="00974A8A">
      <w:pPr>
        <w:numPr>
          <w:ilvl w:val="0"/>
          <w:numId w:val="140"/>
        </w:numPr>
        <w:spacing w:before="0" w:after="0" w:line="240" w:lineRule="auto"/>
        <w:rPr>
          <w:lang w:val="nl-NL"/>
        </w:rPr>
      </w:pPr>
      <w:r w:rsidRPr="00B83575">
        <w:rPr>
          <w:lang w:val="nl-NL"/>
        </w:rPr>
        <w:t>Je krijgt een link zoals hopeful-curie-a3f8d2.netlify.app</w:t>
      </w:r>
    </w:p>
    <w:p w14:paraId="5FC53F0D" w14:textId="77777777" w:rsidR="00B83575" w:rsidRPr="00B83575" w:rsidRDefault="00B83575" w:rsidP="00974A8A">
      <w:pPr>
        <w:numPr>
          <w:ilvl w:val="0"/>
          <w:numId w:val="140"/>
        </w:numPr>
        <w:spacing w:before="0" w:after="0" w:line="240" w:lineRule="auto"/>
        <w:rPr>
          <w:lang w:val="nl-NL"/>
        </w:rPr>
      </w:pPr>
      <w:r w:rsidRPr="00B83575">
        <w:rPr>
          <w:lang w:val="nl-NL"/>
        </w:rPr>
        <w:t>Deel die link met studenten</w:t>
      </w:r>
    </w:p>
    <w:p w14:paraId="119A1556" w14:textId="77777777" w:rsidR="00B83575" w:rsidRDefault="00B83575" w:rsidP="00B83575">
      <w:pPr>
        <w:spacing w:before="0" w:after="0" w:line="240" w:lineRule="auto"/>
        <w:rPr>
          <w:b/>
          <w:bCs/>
          <w:lang w:val="nl-NL"/>
        </w:rPr>
      </w:pPr>
    </w:p>
    <w:p w14:paraId="2D10B94E" w14:textId="5F312CB4" w:rsidR="00B83575" w:rsidRPr="00B83575" w:rsidRDefault="00B83575" w:rsidP="00B83575">
      <w:pPr>
        <w:spacing w:before="0" w:after="0" w:line="240" w:lineRule="auto"/>
        <w:rPr>
          <w:b/>
          <w:bCs/>
          <w:lang w:val="nl-NL"/>
        </w:rPr>
      </w:pPr>
      <w:r w:rsidRPr="00B83575">
        <w:rPr>
          <w:b/>
          <w:bCs/>
          <w:lang w:val="nl-NL"/>
        </w:rPr>
        <w:t>Belangrijke aandachtspunten</w:t>
      </w:r>
    </w:p>
    <w:p w14:paraId="33D7CD39" w14:textId="77777777" w:rsidR="00997C2C" w:rsidRDefault="00997C2C" w:rsidP="00B83575">
      <w:pPr>
        <w:spacing w:before="0" w:after="0" w:line="240" w:lineRule="auto"/>
        <w:rPr>
          <w:b/>
          <w:bCs/>
          <w:lang w:val="nl-NL"/>
        </w:rPr>
      </w:pPr>
    </w:p>
    <w:p w14:paraId="75A1A82B" w14:textId="05CA1016" w:rsidR="00B83575" w:rsidRPr="00B83575" w:rsidRDefault="00B83575" w:rsidP="00B83575">
      <w:pPr>
        <w:spacing w:before="0" w:after="0" w:line="240" w:lineRule="auto"/>
        <w:rPr>
          <w:lang w:val="nl-NL"/>
        </w:rPr>
      </w:pPr>
      <w:r w:rsidRPr="00B83575">
        <w:rPr>
          <w:b/>
          <w:bCs/>
          <w:lang w:val="nl-NL"/>
        </w:rPr>
        <w:t>Privacy en AVG</w:t>
      </w:r>
      <w:r w:rsidRPr="00B83575">
        <w:rPr>
          <w:lang w:val="nl-NL"/>
        </w:rPr>
        <w:t xml:space="preserve"> - Als je tool persoonsgegevens verzamelt (namen, emailadressen van studenten), moet je nadenken over gegevensbescherming. Voor simpele educatieve tools zonder gegevensverzameling is dit meestal geen issue.</w:t>
      </w:r>
    </w:p>
    <w:p w14:paraId="14B9A160" w14:textId="77777777" w:rsidR="00997C2C" w:rsidRDefault="00997C2C" w:rsidP="00B83575">
      <w:pPr>
        <w:spacing w:before="0" w:after="0" w:line="240" w:lineRule="auto"/>
        <w:rPr>
          <w:b/>
          <w:bCs/>
          <w:lang w:val="nl-NL"/>
        </w:rPr>
      </w:pPr>
    </w:p>
    <w:p w14:paraId="55BD7AB9" w14:textId="78E8C424" w:rsidR="00B83575" w:rsidRPr="00B83575" w:rsidRDefault="00B83575" w:rsidP="00B83575">
      <w:pPr>
        <w:spacing w:before="0" w:after="0" w:line="240" w:lineRule="auto"/>
        <w:rPr>
          <w:lang w:val="nl-NL"/>
        </w:rPr>
      </w:pPr>
      <w:r w:rsidRPr="00B83575">
        <w:rPr>
          <w:b/>
          <w:bCs/>
          <w:lang w:val="nl-NL"/>
        </w:rPr>
        <w:t>Kosten</w:t>
      </w:r>
      <w:r w:rsidRPr="00B83575">
        <w:rPr>
          <w:lang w:val="nl-NL"/>
        </w:rPr>
        <w:t xml:space="preserve"> - De meeste platforms hebben ruime gratis </w:t>
      </w:r>
      <w:proofErr w:type="spellStart"/>
      <w:r w:rsidRPr="00B83575">
        <w:rPr>
          <w:lang w:val="nl-NL"/>
        </w:rPr>
        <w:t>tiers</w:t>
      </w:r>
      <w:proofErr w:type="spellEnd"/>
      <w:r w:rsidRPr="00B83575">
        <w:rPr>
          <w:lang w:val="nl-NL"/>
        </w:rPr>
        <w:t>. Voor educatieve tools met beperkt gebruik betaal je meestal niets.</w:t>
      </w:r>
    </w:p>
    <w:p w14:paraId="6C279A77" w14:textId="77777777" w:rsidR="00997C2C" w:rsidRDefault="00997C2C" w:rsidP="00B83575">
      <w:pPr>
        <w:spacing w:before="0" w:after="0" w:line="240" w:lineRule="auto"/>
        <w:rPr>
          <w:b/>
          <w:bCs/>
          <w:lang w:val="nl-NL"/>
        </w:rPr>
      </w:pPr>
    </w:p>
    <w:p w14:paraId="6119E3D8" w14:textId="3070A2F0" w:rsidR="00B83575" w:rsidRPr="00B83575" w:rsidRDefault="00B83575" w:rsidP="00B83575">
      <w:pPr>
        <w:spacing w:before="0" w:after="0" w:line="240" w:lineRule="auto"/>
        <w:rPr>
          <w:lang w:val="nl-NL"/>
        </w:rPr>
      </w:pPr>
      <w:r w:rsidRPr="00B83575">
        <w:rPr>
          <w:b/>
          <w:bCs/>
          <w:lang w:val="nl-NL"/>
        </w:rPr>
        <w:lastRenderedPageBreak/>
        <w:t>Updates</w:t>
      </w:r>
      <w:r w:rsidRPr="00B83575">
        <w:rPr>
          <w:lang w:val="nl-NL"/>
        </w:rPr>
        <w:t xml:space="preserve"> - Als je iets wilt aanpassen, </w:t>
      </w:r>
      <w:proofErr w:type="spellStart"/>
      <w:r w:rsidRPr="00B83575">
        <w:rPr>
          <w:lang w:val="nl-NL"/>
        </w:rPr>
        <w:t>deploy</w:t>
      </w:r>
      <w:proofErr w:type="spellEnd"/>
      <w:r w:rsidRPr="00B83575">
        <w:rPr>
          <w:lang w:val="nl-NL"/>
        </w:rPr>
        <w:t xml:space="preserve"> je gewoon opnieuw. Bij veel platforms kun je het oude vervangen, de URL blijft hetzelfde.</w:t>
      </w:r>
    </w:p>
    <w:p w14:paraId="14AD969C" w14:textId="77777777" w:rsidR="00997C2C" w:rsidRDefault="00997C2C" w:rsidP="00B83575">
      <w:pPr>
        <w:spacing w:before="0" w:after="0" w:line="240" w:lineRule="auto"/>
        <w:rPr>
          <w:b/>
          <w:bCs/>
          <w:lang w:val="nl-NL"/>
        </w:rPr>
      </w:pPr>
    </w:p>
    <w:p w14:paraId="3946D11A" w14:textId="465DB9CC" w:rsidR="00B83575" w:rsidRPr="00B83575" w:rsidRDefault="00B83575" w:rsidP="00B83575">
      <w:pPr>
        <w:spacing w:before="0" w:after="0" w:line="240" w:lineRule="auto"/>
        <w:rPr>
          <w:lang w:val="nl-NL"/>
        </w:rPr>
      </w:pPr>
      <w:r w:rsidRPr="00B83575">
        <w:rPr>
          <w:b/>
          <w:bCs/>
          <w:lang w:val="nl-NL"/>
        </w:rPr>
        <w:t>Domeinnaam</w:t>
      </w:r>
      <w:r w:rsidRPr="00B83575">
        <w:rPr>
          <w:lang w:val="nl-NL"/>
        </w:rPr>
        <w:t xml:space="preserve"> - De gratis versies geven je vaak een automatische naam (zoals hierboven). Voor een professionelere uitstraling kun je je eigen domeinnaam koppelen (bijv. rechtquiz.nl), maar dat kost wel een klein bedrag per jaar.</w:t>
      </w:r>
    </w:p>
    <w:p w14:paraId="6CD0A10B" w14:textId="77777777" w:rsidR="00B83575" w:rsidRPr="00B83575" w:rsidRDefault="00B83575" w:rsidP="00B83575">
      <w:pPr>
        <w:spacing w:before="0" w:after="0" w:line="240" w:lineRule="auto"/>
        <w:rPr>
          <w:b/>
          <w:bCs/>
          <w:lang w:val="nl-NL"/>
        </w:rPr>
      </w:pPr>
      <w:r w:rsidRPr="00B83575">
        <w:rPr>
          <w:b/>
          <w:bCs/>
          <w:lang w:val="nl-NL"/>
        </w:rPr>
        <w:t xml:space="preserve">Alternatieven voor </w:t>
      </w:r>
      <w:proofErr w:type="spellStart"/>
      <w:r w:rsidRPr="00B83575">
        <w:rPr>
          <w:b/>
          <w:bCs/>
          <w:lang w:val="nl-NL"/>
        </w:rPr>
        <w:t>deployen</w:t>
      </w:r>
      <w:proofErr w:type="spellEnd"/>
    </w:p>
    <w:p w14:paraId="24533DC2" w14:textId="77777777" w:rsidR="00997C2C" w:rsidRDefault="00997C2C" w:rsidP="00B83575">
      <w:pPr>
        <w:spacing w:before="0" w:after="0" w:line="240" w:lineRule="auto"/>
        <w:rPr>
          <w:lang w:val="nl-NL"/>
        </w:rPr>
      </w:pPr>
    </w:p>
    <w:p w14:paraId="1ABF1198" w14:textId="6277ADCB" w:rsidR="00B83575" w:rsidRPr="00B83575" w:rsidRDefault="00B83575" w:rsidP="00B83575">
      <w:pPr>
        <w:spacing w:before="0" w:after="0" w:line="240" w:lineRule="auto"/>
        <w:rPr>
          <w:lang w:val="nl-NL"/>
        </w:rPr>
      </w:pPr>
      <w:r w:rsidRPr="00B83575">
        <w:rPr>
          <w:lang w:val="nl-NL"/>
        </w:rPr>
        <w:t xml:space="preserve">Als </w:t>
      </w:r>
      <w:proofErr w:type="spellStart"/>
      <w:r w:rsidRPr="00B83575">
        <w:rPr>
          <w:lang w:val="nl-NL"/>
        </w:rPr>
        <w:t>deployen</w:t>
      </w:r>
      <w:proofErr w:type="spellEnd"/>
      <w:r w:rsidRPr="00B83575">
        <w:rPr>
          <w:lang w:val="nl-NL"/>
        </w:rPr>
        <w:t xml:space="preserve"> te complex lijkt, zijn er alternatieven:</w:t>
      </w:r>
    </w:p>
    <w:p w14:paraId="2F12AB98" w14:textId="77777777" w:rsidR="00B83575" w:rsidRPr="00B83575" w:rsidRDefault="00B83575" w:rsidP="00974A8A">
      <w:pPr>
        <w:numPr>
          <w:ilvl w:val="0"/>
          <w:numId w:val="141"/>
        </w:numPr>
        <w:spacing w:before="0" w:after="0" w:line="240" w:lineRule="auto"/>
        <w:rPr>
          <w:lang w:val="nl-NL"/>
        </w:rPr>
      </w:pPr>
      <w:r w:rsidRPr="00B83575">
        <w:rPr>
          <w:b/>
          <w:bCs/>
          <w:lang w:val="nl-NL"/>
        </w:rPr>
        <w:t>Lokaal delen</w:t>
      </w:r>
      <w:r w:rsidRPr="00B83575">
        <w:rPr>
          <w:lang w:val="nl-NL"/>
        </w:rPr>
        <w:t xml:space="preserve">: Geef studenten het </w:t>
      </w:r>
      <w:proofErr w:type="spellStart"/>
      <w:r w:rsidRPr="00B83575">
        <w:rPr>
          <w:lang w:val="nl-NL"/>
        </w:rPr>
        <w:t>HTML-bestand</w:t>
      </w:r>
      <w:proofErr w:type="spellEnd"/>
      <w:r w:rsidRPr="00B83575">
        <w:rPr>
          <w:lang w:val="nl-NL"/>
        </w:rPr>
        <w:t>, zij openen het in hun browser</w:t>
      </w:r>
    </w:p>
    <w:p w14:paraId="7A4DA29C" w14:textId="77777777" w:rsidR="00B83575" w:rsidRPr="00B83575" w:rsidRDefault="00B83575" w:rsidP="00974A8A">
      <w:pPr>
        <w:numPr>
          <w:ilvl w:val="0"/>
          <w:numId w:val="141"/>
        </w:numPr>
        <w:spacing w:before="0" w:after="0" w:line="240" w:lineRule="auto"/>
        <w:rPr>
          <w:lang w:val="nl-NL"/>
        </w:rPr>
      </w:pPr>
      <w:r w:rsidRPr="00B83575">
        <w:rPr>
          <w:b/>
          <w:bCs/>
          <w:lang w:val="nl-NL"/>
        </w:rPr>
        <w:t>Platforms met hosting ingebouwd</w:t>
      </w:r>
      <w:r w:rsidRPr="00B83575">
        <w:rPr>
          <w:lang w:val="nl-NL"/>
        </w:rPr>
        <w:t xml:space="preserve">: Tools als Google Sites, </w:t>
      </w:r>
      <w:proofErr w:type="spellStart"/>
      <w:r w:rsidRPr="00B83575">
        <w:rPr>
          <w:lang w:val="nl-NL"/>
        </w:rPr>
        <w:t>Notion</w:t>
      </w:r>
      <w:proofErr w:type="spellEnd"/>
      <w:r w:rsidRPr="00B83575">
        <w:rPr>
          <w:lang w:val="nl-NL"/>
        </w:rPr>
        <w:t>, of zelfs Canvas/Blackboard hebben soms mogelijkheden om interactieve content in te bedden</w:t>
      </w:r>
    </w:p>
    <w:p w14:paraId="0F6423F3" w14:textId="77777777" w:rsidR="00B83575" w:rsidRPr="00B83575" w:rsidRDefault="00B83575" w:rsidP="00974A8A">
      <w:pPr>
        <w:numPr>
          <w:ilvl w:val="0"/>
          <w:numId w:val="141"/>
        </w:numPr>
        <w:spacing w:before="0" w:after="0" w:line="240" w:lineRule="auto"/>
        <w:rPr>
          <w:lang w:val="nl-NL"/>
        </w:rPr>
      </w:pPr>
      <w:r w:rsidRPr="00B83575">
        <w:rPr>
          <w:b/>
          <w:bCs/>
          <w:lang w:val="nl-NL"/>
        </w:rPr>
        <w:t>PDF met interactieve elementen</w:t>
      </w:r>
      <w:r w:rsidRPr="00B83575">
        <w:rPr>
          <w:lang w:val="nl-NL"/>
        </w:rPr>
        <w:t>: Voor zeer simpele dingen</w:t>
      </w:r>
    </w:p>
    <w:p w14:paraId="20A23F8C" w14:textId="77777777" w:rsidR="005D14E2" w:rsidRDefault="005D14E2" w:rsidP="00936394">
      <w:pPr>
        <w:spacing w:before="0" w:after="0" w:line="240" w:lineRule="auto"/>
        <w:rPr>
          <w:lang w:val="nl-NL"/>
        </w:rPr>
      </w:pPr>
    </w:p>
    <w:p w14:paraId="778A96B1" w14:textId="4600A6F4" w:rsidR="00997C2C" w:rsidRPr="00886F8D" w:rsidRDefault="00997C2C" w:rsidP="00997C2C">
      <w:pPr>
        <w:pStyle w:val="Kop2"/>
        <w:spacing w:before="0" w:line="240" w:lineRule="auto"/>
        <w:rPr>
          <w:lang w:val="nl-NL"/>
        </w:rPr>
      </w:pPr>
      <w:r>
        <w:rPr>
          <w:lang w:val="nl-NL"/>
        </w:rPr>
        <w:t>Stappenplan vibecoden met Claude</w:t>
      </w:r>
    </w:p>
    <w:p w14:paraId="2BF0FF9E" w14:textId="6EB4ACD1" w:rsidR="005E02AB" w:rsidRDefault="00997C2C" w:rsidP="00936394">
      <w:pPr>
        <w:spacing w:before="0" w:after="0" w:line="240" w:lineRule="auto"/>
        <w:rPr>
          <w:lang w:val="nl-NL"/>
        </w:rPr>
      </w:pPr>
      <w:r w:rsidRPr="00997C2C">
        <w:rPr>
          <w:lang w:val="nl-NL"/>
        </w:rPr>
        <w:t>V</w:t>
      </w:r>
      <w:r>
        <w:rPr>
          <w:lang w:val="nl-NL"/>
        </w:rPr>
        <w:t xml:space="preserve">olg deze link voor een stappenplan om te </w:t>
      </w:r>
      <w:proofErr w:type="spellStart"/>
      <w:r>
        <w:rPr>
          <w:lang w:val="nl-NL"/>
        </w:rPr>
        <w:t>videcoden</w:t>
      </w:r>
      <w:proofErr w:type="spellEnd"/>
      <w:r>
        <w:rPr>
          <w:lang w:val="nl-NL"/>
        </w:rPr>
        <w:t xml:space="preserve"> met Claude waarbij je app ook wordt gepubliceerd online</w:t>
      </w:r>
      <w:r w:rsidR="001451C9">
        <w:rPr>
          <w:lang w:val="nl-NL"/>
        </w:rPr>
        <w:t xml:space="preserve">: </w:t>
      </w:r>
      <w:hyperlink r:id="rId45" w:history="1">
        <w:r w:rsidRPr="00997C2C">
          <w:rPr>
            <w:rStyle w:val="Hyperlink"/>
            <w:lang w:val="nl-NL"/>
          </w:rPr>
          <w:t xml:space="preserve">Werkblad: </w:t>
        </w:r>
        <w:proofErr w:type="spellStart"/>
        <w:r w:rsidRPr="00997C2C">
          <w:rPr>
            <w:rStyle w:val="Hyperlink"/>
            <w:lang w:val="nl-NL"/>
          </w:rPr>
          <w:t>Vibe</w:t>
        </w:r>
        <w:proofErr w:type="spellEnd"/>
        <w:r w:rsidRPr="00997C2C">
          <w:rPr>
            <w:rStyle w:val="Hyperlink"/>
            <w:lang w:val="nl-NL"/>
          </w:rPr>
          <w:t xml:space="preserve"> </w:t>
        </w:r>
        <w:proofErr w:type="spellStart"/>
        <w:r w:rsidRPr="00997C2C">
          <w:rPr>
            <w:rStyle w:val="Hyperlink"/>
            <w:lang w:val="nl-NL"/>
          </w:rPr>
          <w:t>Coding</w:t>
        </w:r>
        <w:proofErr w:type="spellEnd"/>
        <w:r w:rsidRPr="00997C2C">
          <w:rPr>
            <w:rStyle w:val="Hyperlink"/>
            <w:lang w:val="nl-NL"/>
          </w:rPr>
          <w:t xml:space="preserve"> voor Docenten Recht | Claude</w:t>
        </w:r>
      </w:hyperlink>
    </w:p>
    <w:p w14:paraId="2B02612A" w14:textId="77777777" w:rsidR="00997C2C" w:rsidRDefault="00997C2C" w:rsidP="00936394">
      <w:pPr>
        <w:spacing w:before="0" w:after="0" w:line="240" w:lineRule="auto"/>
        <w:rPr>
          <w:lang w:val="nl-NL"/>
        </w:rPr>
      </w:pPr>
    </w:p>
    <w:p w14:paraId="47153596" w14:textId="77777777" w:rsidR="00875312" w:rsidRPr="00886F8D" w:rsidRDefault="00875312" w:rsidP="00875312">
      <w:pPr>
        <w:pStyle w:val="Kop2"/>
        <w:spacing w:before="0" w:line="240" w:lineRule="auto"/>
        <w:rPr>
          <w:lang w:val="nl-NL"/>
        </w:rPr>
      </w:pPr>
      <w:r w:rsidRPr="00FB5E5D">
        <w:rPr>
          <w:lang w:val="nl-NL"/>
        </w:rPr>
        <w:t>Pro-tip</w:t>
      </w:r>
    </w:p>
    <w:p w14:paraId="315C55CC" w14:textId="42B05547" w:rsidR="00875312" w:rsidRDefault="00875312" w:rsidP="00875312">
      <w:pPr>
        <w:pStyle w:val="Lijstnummering"/>
        <w:numPr>
          <w:ilvl w:val="0"/>
          <w:numId w:val="0"/>
        </w:numPr>
        <w:spacing w:before="0" w:after="0" w:line="240" w:lineRule="auto"/>
        <w:rPr>
          <w:lang w:val="nl-NL"/>
        </w:rPr>
      </w:pPr>
      <w:r>
        <w:rPr>
          <w:lang w:val="nl-NL"/>
        </w:rPr>
        <w:t xml:space="preserve">Als je al langere tijd een bepaalde output aan </w:t>
      </w:r>
      <w:proofErr w:type="spellStart"/>
      <w:r>
        <w:rPr>
          <w:lang w:val="nl-NL"/>
        </w:rPr>
        <w:t>tweaken</w:t>
      </w:r>
      <w:proofErr w:type="spellEnd"/>
      <w:r>
        <w:rPr>
          <w:lang w:val="nl-NL"/>
        </w:rPr>
        <w:t xml:space="preserve"> bent, aan het aanpassen bent, omdat het resultaat telkens net niet is wat je wilt of de code blijft fouten bevatten, dan is het soms beter om helemaal opnieuw te beginnen en een nieuwe chat te openen. Dat voelt soms als een verlies (van je tijd en energie) maar waarschijnlijk heb je wel iets geleerd in het </w:t>
      </w:r>
      <w:proofErr w:type="spellStart"/>
      <w:r>
        <w:rPr>
          <w:lang w:val="nl-NL"/>
        </w:rPr>
        <w:t>prompten</w:t>
      </w:r>
      <w:proofErr w:type="spellEnd"/>
      <w:r>
        <w:rPr>
          <w:lang w:val="nl-NL"/>
        </w:rPr>
        <w:t xml:space="preserve"> zodat je je beginprompt nu sterker kunt maken. </w:t>
      </w:r>
    </w:p>
    <w:p w14:paraId="39077311" w14:textId="77777777" w:rsidR="002527AA" w:rsidRPr="00862DF4" w:rsidRDefault="002527AA" w:rsidP="00936394">
      <w:pPr>
        <w:spacing w:before="0" w:after="0" w:line="240" w:lineRule="auto"/>
        <w:rPr>
          <w:lang w:val="nl-NL"/>
        </w:rPr>
      </w:pPr>
    </w:p>
    <w:p w14:paraId="78F92937" w14:textId="77777777" w:rsidR="00325D2C" w:rsidRDefault="0079121F" w:rsidP="00936394">
      <w:pPr>
        <w:pStyle w:val="Kop2"/>
        <w:spacing w:before="0" w:line="240" w:lineRule="auto"/>
      </w:pPr>
      <w:r>
        <w:t>Reflectie</w:t>
      </w:r>
    </w:p>
    <w:p w14:paraId="09AF1EFE" w14:textId="77777777" w:rsidR="00325D2C" w:rsidRPr="00862DF4" w:rsidRDefault="0079121F" w:rsidP="00936394">
      <w:pPr>
        <w:pStyle w:val="Lijstopsomteken"/>
        <w:spacing w:before="0" w:after="0" w:line="240" w:lineRule="auto"/>
        <w:rPr>
          <w:lang w:val="nl-NL"/>
        </w:rPr>
      </w:pPr>
      <w:r w:rsidRPr="00862DF4">
        <w:rPr>
          <w:lang w:val="nl-NL"/>
        </w:rPr>
        <w:t>Wat kun je hiermee versnellen in je werk?</w:t>
      </w:r>
    </w:p>
    <w:p w14:paraId="1E449B11" w14:textId="77777777" w:rsidR="00325D2C" w:rsidRPr="00862DF4" w:rsidRDefault="0079121F" w:rsidP="00936394">
      <w:pPr>
        <w:pStyle w:val="Lijstopsomteken"/>
        <w:spacing w:before="0" w:after="0" w:line="240" w:lineRule="auto"/>
        <w:rPr>
          <w:lang w:val="nl-NL"/>
        </w:rPr>
      </w:pPr>
      <w:r w:rsidRPr="00862DF4">
        <w:rPr>
          <w:lang w:val="nl-NL"/>
        </w:rPr>
        <w:t>Welke risico’s zie je bij ‘blind’ vertrouwen op gegenereerde code?</w:t>
      </w:r>
    </w:p>
    <w:p w14:paraId="48FD95C5" w14:textId="77777777" w:rsidR="00325D2C" w:rsidRPr="00862DF4" w:rsidRDefault="0079121F" w:rsidP="00936394">
      <w:pPr>
        <w:pStyle w:val="Lijstopsomteken"/>
        <w:spacing w:before="0" w:after="0" w:line="240" w:lineRule="auto"/>
        <w:rPr>
          <w:lang w:val="nl-NL"/>
        </w:rPr>
      </w:pPr>
      <w:r w:rsidRPr="00862DF4">
        <w:rPr>
          <w:lang w:val="nl-NL"/>
        </w:rPr>
        <w:t>Welke minimale checks ga jij standaard doen?</w:t>
      </w:r>
    </w:p>
    <w:p w14:paraId="4367820E" w14:textId="5AB405ED" w:rsidR="00325D2C" w:rsidRDefault="00325D2C" w:rsidP="00936394">
      <w:pPr>
        <w:spacing w:before="0" w:after="0" w:line="240" w:lineRule="auto"/>
        <w:rPr>
          <w:lang w:val="nl-NL"/>
        </w:rPr>
      </w:pPr>
    </w:p>
    <w:p w14:paraId="1CFE1BF8" w14:textId="77777777" w:rsidR="00C178DD" w:rsidRPr="00F87E54" w:rsidRDefault="00C178DD" w:rsidP="00936394">
      <w:pPr>
        <w:pStyle w:val="Kop2"/>
        <w:spacing w:before="0" w:line="240" w:lineRule="auto"/>
        <w:rPr>
          <w:lang w:val="nl-NL"/>
        </w:rPr>
      </w:pPr>
      <w:r>
        <w:rPr>
          <w:lang w:val="nl-NL"/>
        </w:rPr>
        <w:t>Showcase</w:t>
      </w:r>
    </w:p>
    <w:p w14:paraId="5B83C512" w14:textId="77777777" w:rsidR="00C178DD" w:rsidRDefault="00C178DD" w:rsidP="00936394">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692C246B" w14:textId="77777777" w:rsidR="00C178DD" w:rsidRPr="00C178DD" w:rsidRDefault="00C178DD" w:rsidP="00936394">
      <w:pPr>
        <w:pStyle w:val="Lijstopsomteken"/>
        <w:numPr>
          <w:ilvl w:val="0"/>
          <w:numId w:val="0"/>
        </w:numPr>
        <w:spacing w:before="0" w:after="0" w:line="240" w:lineRule="auto"/>
        <w:ind w:left="360" w:hanging="360"/>
        <w:rPr>
          <w:lang w:val="nl-NL"/>
        </w:rPr>
      </w:pPr>
      <w:r>
        <w:rPr>
          <w:lang w:val="nl-NL"/>
        </w:rPr>
        <w:t xml:space="preserve">Hulpvragen hierbij: </w:t>
      </w:r>
      <w:r w:rsidRPr="00862DF4">
        <w:rPr>
          <w:lang w:val="nl-NL"/>
        </w:rPr>
        <w:t>wat probeerde je, wat kwam eruit, wat neem je mee?</w:t>
      </w:r>
    </w:p>
    <w:p w14:paraId="03883FA4" w14:textId="77777777" w:rsidR="00C178DD" w:rsidRPr="00862DF4" w:rsidRDefault="00C178DD" w:rsidP="00936394">
      <w:pPr>
        <w:spacing w:before="0" w:after="0" w:line="240" w:lineRule="auto"/>
        <w:rPr>
          <w:lang w:val="nl-NL"/>
        </w:rPr>
      </w:pPr>
    </w:p>
    <w:p w14:paraId="74F5249B" w14:textId="77777777" w:rsidR="00325D2C" w:rsidRPr="00862DF4" w:rsidRDefault="0079121F" w:rsidP="00936394">
      <w:pPr>
        <w:spacing w:before="0" w:after="0" w:line="240" w:lineRule="auto"/>
        <w:rPr>
          <w:lang w:val="nl-NL"/>
        </w:rPr>
      </w:pPr>
      <w:r w:rsidRPr="00862DF4">
        <w:rPr>
          <w:lang w:val="nl-NL"/>
        </w:rPr>
        <w:br w:type="page"/>
      </w:r>
    </w:p>
    <w:p w14:paraId="7B8A401F" w14:textId="1975C4FA" w:rsidR="00325D2C" w:rsidRPr="00862DF4" w:rsidRDefault="0079121F" w:rsidP="00936394">
      <w:pPr>
        <w:pStyle w:val="Kop1"/>
        <w:spacing w:before="0" w:line="240" w:lineRule="auto"/>
        <w:rPr>
          <w:lang w:val="nl-NL"/>
        </w:rPr>
      </w:pPr>
      <w:bookmarkStart w:id="12" w:name="_Werkblad_11_–"/>
      <w:bookmarkEnd w:id="12"/>
      <w:r w:rsidRPr="00862DF4">
        <w:rPr>
          <w:lang w:val="nl-NL"/>
        </w:rPr>
        <w:lastRenderedPageBreak/>
        <w:t>Werkblad 1</w:t>
      </w:r>
      <w:r w:rsidR="00E26237">
        <w:rPr>
          <w:lang w:val="nl-NL"/>
        </w:rPr>
        <w:t>1</w:t>
      </w:r>
      <w:r w:rsidRPr="00862DF4">
        <w:rPr>
          <w:lang w:val="nl-NL"/>
        </w:rPr>
        <w:t xml:space="preserve"> – </w:t>
      </w:r>
      <w:r w:rsidR="00354D0F" w:rsidRPr="00354D0F">
        <w:rPr>
          <w:lang w:val="nl-NL"/>
        </w:rPr>
        <w:t xml:space="preserve">Ik wil </w:t>
      </w:r>
      <w:r w:rsidR="00463ADD">
        <w:rPr>
          <w:lang w:val="nl-NL"/>
        </w:rPr>
        <w:t>l</w:t>
      </w:r>
      <w:r w:rsidR="00354D0F" w:rsidRPr="00354D0F">
        <w:rPr>
          <w:lang w:val="nl-NL"/>
        </w:rPr>
        <w:t>eren om AI in te zetten om mijn dagelijkse werk makkelijker te maken</w:t>
      </w:r>
    </w:p>
    <w:p w14:paraId="01CAE22C" w14:textId="77777777" w:rsidR="00325D2C" w:rsidRDefault="0079121F"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08"/>
        <w:gridCol w:w="4316"/>
      </w:tblGrid>
      <w:tr w:rsidR="00E7400F" w:rsidRPr="00862DF4" w14:paraId="131CBC7F" w14:textId="77777777" w:rsidTr="00E7400F">
        <w:tc>
          <w:tcPr>
            <w:tcW w:w="4308" w:type="dxa"/>
            <w:tcBorders>
              <w:top w:val="single" w:sz="6" w:space="0" w:color="C9C9C9"/>
              <w:left w:val="single" w:sz="6" w:space="0" w:color="C9C9C9"/>
              <w:bottom w:val="single" w:sz="6" w:space="0" w:color="C9C9C9"/>
              <w:right w:val="single" w:sz="6" w:space="0" w:color="C9C9C9"/>
            </w:tcBorders>
          </w:tcPr>
          <w:p w14:paraId="6D4994FC" w14:textId="77777777" w:rsidR="00E7400F" w:rsidRDefault="00E7400F" w:rsidP="00936394">
            <w:pPr>
              <w:spacing w:before="0" w:after="0" w:line="240" w:lineRule="auto"/>
              <w:rPr>
                <w:b/>
              </w:rPr>
            </w:pPr>
            <w:proofErr w:type="spellStart"/>
            <w:r>
              <w:rPr>
                <w:b/>
              </w:rPr>
              <w:t>Doelgroep</w:t>
            </w:r>
            <w:proofErr w:type="spellEnd"/>
          </w:p>
        </w:tc>
        <w:tc>
          <w:tcPr>
            <w:tcW w:w="4316" w:type="dxa"/>
            <w:tcBorders>
              <w:top w:val="single" w:sz="6" w:space="0" w:color="C9C9C9"/>
              <w:left w:val="single" w:sz="6" w:space="0" w:color="C9C9C9"/>
              <w:bottom w:val="single" w:sz="6" w:space="0" w:color="C9C9C9"/>
              <w:right w:val="single" w:sz="6" w:space="0" w:color="C9C9C9"/>
            </w:tcBorders>
          </w:tcPr>
          <w:p w14:paraId="3AE58B45" w14:textId="77777777" w:rsidR="00E7400F" w:rsidRPr="00862DF4" w:rsidRDefault="00E7400F" w:rsidP="00936394">
            <w:pPr>
              <w:spacing w:before="0" w:after="0" w:line="240" w:lineRule="auto"/>
              <w:rPr>
                <w:lang w:val="nl-NL"/>
              </w:rPr>
            </w:pPr>
            <w:r>
              <w:rPr>
                <w:lang w:val="nl-NL"/>
              </w:rPr>
              <w:t>OP + OOP</w:t>
            </w:r>
          </w:p>
        </w:tc>
      </w:tr>
      <w:tr w:rsidR="00325D2C" w:rsidRPr="00B07954" w14:paraId="74A666E5" w14:textId="77777777" w:rsidTr="00E7400F">
        <w:tc>
          <w:tcPr>
            <w:tcW w:w="4308" w:type="dxa"/>
          </w:tcPr>
          <w:p w14:paraId="5F535DAA" w14:textId="77777777" w:rsidR="00325D2C" w:rsidRDefault="0079121F" w:rsidP="00936394">
            <w:pPr>
              <w:spacing w:before="0" w:after="0" w:line="240" w:lineRule="auto"/>
            </w:pPr>
            <w:r>
              <w:rPr>
                <w:b/>
              </w:rPr>
              <w:t>Doel</w:t>
            </w:r>
          </w:p>
        </w:tc>
        <w:tc>
          <w:tcPr>
            <w:tcW w:w="4316" w:type="dxa"/>
          </w:tcPr>
          <w:p w14:paraId="5C386741" w14:textId="77777777" w:rsidR="000F69E6" w:rsidRPr="000F69E6" w:rsidRDefault="000F69E6" w:rsidP="000F69E6">
            <w:pPr>
              <w:spacing w:before="0" w:after="0" w:line="240" w:lineRule="auto"/>
              <w:rPr>
                <w:lang w:val="nl-NL"/>
              </w:rPr>
            </w:pPr>
            <w:r w:rsidRPr="000F69E6">
              <w:rPr>
                <w:lang w:val="nl-NL"/>
              </w:rPr>
              <w:t>Na dit werkblad heb je:</w:t>
            </w:r>
          </w:p>
          <w:p w14:paraId="7ADDFD0E" w14:textId="77777777" w:rsidR="000F69E6" w:rsidRPr="000F69E6" w:rsidRDefault="000F69E6" w:rsidP="00974A8A">
            <w:pPr>
              <w:numPr>
                <w:ilvl w:val="0"/>
                <w:numId w:val="116"/>
              </w:numPr>
              <w:spacing w:before="0" w:after="0" w:line="240" w:lineRule="auto"/>
              <w:rPr>
                <w:lang w:val="nl-NL"/>
              </w:rPr>
            </w:pPr>
            <w:r w:rsidRPr="000F69E6">
              <w:rPr>
                <w:lang w:val="nl-NL"/>
              </w:rPr>
              <w:t>een overzicht van taken waar AI jou direct tijd kan besparen;</w:t>
            </w:r>
          </w:p>
          <w:p w14:paraId="3141F720" w14:textId="77777777" w:rsidR="000F69E6" w:rsidRPr="000F69E6" w:rsidRDefault="000F69E6" w:rsidP="00974A8A">
            <w:pPr>
              <w:numPr>
                <w:ilvl w:val="0"/>
                <w:numId w:val="116"/>
              </w:numPr>
              <w:spacing w:before="0" w:after="0" w:line="240" w:lineRule="auto"/>
              <w:rPr>
                <w:lang w:val="nl-NL"/>
              </w:rPr>
            </w:pPr>
            <w:r w:rsidRPr="000F69E6">
              <w:rPr>
                <w:lang w:val="nl-NL"/>
              </w:rPr>
              <w:t>2–3 herbruikbare prompt-templates (“mini-masterprompts”);</w:t>
            </w:r>
          </w:p>
          <w:p w14:paraId="1C3D3EFE" w14:textId="25E941F7" w:rsidR="00325D2C" w:rsidRPr="000F69E6" w:rsidRDefault="000F69E6" w:rsidP="00974A8A">
            <w:pPr>
              <w:numPr>
                <w:ilvl w:val="0"/>
                <w:numId w:val="116"/>
              </w:numPr>
              <w:spacing w:before="0" w:after="0" w:line="240" w:lineRule="auto"/>
              <w:rPr>
                <w:lang w:val="nl-NL"/>
              </w:rPr>
            </w:pPr>
            <w:r w:rsidRPr="000F69E6">
              <w:rPr>
                <w:lang w:val="nl-NL"/>
              </w:rPr>
              <w:t xml:space="preserve">een persoonlijke set do’s &amp; </w:t>
            </w:r>
            <w:proofErr w:type="spellStart"/>
            <w:r w:rsidRPr="000F69E6">
              <w:rPr>
                <w:lang w:val="nl-NL"/>
              </w:rPr>
              <w:t>don’ts</w:t>
            </w:r>
            <w:proofErr w:type="spellEnd"/>
            <w:r w:rsidRPr="000F69E6">
              <w:rPr>
                <w:lang w:val="nl-NL"/>
              </w:rPr>
              <w:t xml:space="preserve"> en kwaliteitschecks.</w:t>
            </w:r>
          </w:p>
        </w:tc>
      </w:tr>
      <w:tr w:rsidR="00325D2C" w14:paraId="53436B19" w14:textId="77777777" w:rsidTr="00E7400F">
        <w:tc>
          <w:tcPr>
            <w:tcW w:w="4308" w:type="dxa"/>
          </w:tcPr>
          <w:p w14:paraId="2EC64A1E" w14:textId="77777777" w:rsidR="00325D2C" w:rsidRDefault="0079121F" w:rsidP="00936394">
            <w:pPr>
              <w:spacing w:before="0" w:after="0" w:line="240" w:lineRule="auto"/>
            </w:pPr>
            <w:proofErr w:type="spellStart"/>
            <w:r>
              <w:rPr>
                <w:b/>
              </w:rPr>
              <w:t>Niveau</w:t>
            </w:r>
            <w:proofErr w:type="spellEnd"/>
          </w:p>
        </w:tc>
        <w:tc>
          <w:tcPr>
            <w:tcW w:w="4316" w:type="dxa"/>
          </w:tcPr>
          <w:p w14:paraId="08161C2C" w14:textId="77777777" w:rsidR="00325D2C" w:rsidRDefault="0079121F" w:rsidP="00936394">
            <w:pPr>
              <w:spacing w:before="0" w:after="0" w:line="240" w:lineRule="auto"/>
            </w:pPr>
            <w:proofErr w:type="spellStart"/>
            <w:r>
              <w:t>Gevorderd</w:t>
            </w:r>
            <w:proofErr w:type="spellEnd"/>
            <w:r>
              <w:t xml:space="preserve"> / Expert</w:t>
            </w:r>
          </w:p>
        </w:tc>
      </w:tr>
      <w:tr w:rsidR="00325D2C" w14:paraId="09E50F74" w14:textId="77777777" w:rsidTr="00E7400F">
        <w:tc>
          <w:tcPr>
            <w:tcW w:w="4308" w:type="dxa"/>
          </w:tcPr>
          <w:p w14:paraId="5C7070E0" w14:textId="77777777" w:rsidR="00325D2C" w:rsidRDefault="0079121F" w:rsidP="00936394">
            <w:pPr>
              <w:spacing w:before="0" w:after="0" w:line="240" w:lineRule="auto"/>
            </w:pPr>
            <w:proofErr w:type="spellStart"/>
            <w:r>
              <w:rPr>
                <w:b/>
              </w:rPr>
              <w:t>Tijd</w:t>
            </w:r>
            <w:proofErr w:type="spellEnd"/>
          </w:p>
        </w:tc>
        <w:tc>
          <w:tcPr>
            <w:tcW w:w="4316" w:type="dxa"/>
          </w:tcPr>
          <w:p w14:paraId="60A73690" w14:textId="77777777" w:rsidR="00325D2C" w:rsidRDefault="0079121F" w:rsidP="00936394">
            <w:pPr>
              <w:spacing w:before="0" w:after="0" w:line="240" w:lineRule="auto"/>
            </w:pPr>
            <w:r>
              <w:t>Medium / lang</w:t>
            </w:r>
          </w:p>
        </w:tc>
      </w:tr>
      <w:tr w:rsidR="00325D2C" w:rsidRPr="00B07954" w14:paraId="6267B948" w14:textId="77777777" w:rsidTr="00E7400F">
        <w:tc>
          <w:tcPr>
            <w:tcW w:w="4308" w:type="dxa"/>
          </w:tcPr>
          <w:p w14:paraId="338E8027" w14:textId="77777777" w:rsidR="00325D2C" w:rsidRDefault="0079121F" w:rsidP="00936394">
            <w:pPr>
              <w:spacing w:before="0" w:after="0" w:line="240" w:lineRule="auto"/>
            </w:pPr>
            <w:proofErr w:type="spellStart"/>
            <w:r>
              <w:rPr>
                <w:b/>
              </w:rPr>
              <w:t>Resultaat</w:t>
            </w:r>
            <w:proofErr w:type="spellEnd"/>
          </w:p>
        </w:tc>
        <w:tc>
          <w:tcPr>
            <w:tcW w:w="4316" w:type="dxa"/>
          </w:tcPr>
          <w:p w14:paraId="7CD715AE" w14:textId="77777777" w:rsidR="00325D2C" w:rsidRPr="00862DF4" w:rsidRDefault="0079121F" w:rsidP="00936394">
            <w:pPr>
              <w:spacing w:before="0" w:after="0" w:line="240" w:lineRule="auto"/>
              <w:rPr>
                <w:lang w:val="nl-NL"/>
              </w:rPr>
            </w:pPr>
            <w:r w:rsidRPr="00862DF4">
              <w:rPr>
                <w:lang w:val="nl-NL"/>
              </w:rPr>
              <w:t>Een persoonlijke ‘AI-workflow’: 3 taken + bijbehorende prompt-templates + een checklijst.</w:t>
            </w:r>
          </w:p>
        </w:tc>
      </w:tr>
      <w:tr w:rsidR="00325D2C" w:rsidRPr="00B07954" w14:paraId="48E4EEDA" w14:textId="77777777" w:rsidTr="00E7400F">
        <w:tc>
          <w:tcPr>
            <w:tcW w:w="4308" w:type="dxa"/>
          </w:tcPr>
          <w:p w14:paraId="403BEFC6" w14:textId="77777777" w:rsidR="00325D2C" w:rsidRDefault="0079121F" w:rsidP="00936394">
            <w:pPr>
              <w:spacing w:before="0" w:after="0" w:line="240" w:lineRule="auto"/>
            </w:pPr>
            <w:r>
              <w:rPr>
                <w:b/>
              </w:rPr>
              <w:t xml:space="preserve">Tools / </w:t>
            </w:r>
            <w:proofErr w:type="spellStart"/>
            <w:r>
              <w:rPr>
                <w:b/>
              </w:rPr>
              <w:t>kaders</w:t>
            </w:r>
            <w:proofErr w:type="spellEnd"/>
          </w:p>
        </w:tc>
        <w:tc>
          <w:tcPr>
            <w:tcW w:w="4316" w:type="dxa"/>
          </w:tcPr>
          <w:p w14:paraId="566A58FE" w14:textId="77777777" w:rsidR="00325D2C" w:rsidRPr="00862DF4" w:rsidRDefault="0079121F" w:rsidP="00936394">
            <w:pPr>
              <w:spacing w:before="0" w:after="0" w:line="240" w:lineRule="auto"/>
              <w:rPr>
                <w:lang w:val="nl-NL"/>
              </w:rPr>
            </w:pPr>
            <w:r w:rsidRPr="00862DF4">
              <w:rPr>
                <w:lang w:val="nl-NL"/>
              </w:rPr>
              <w:t xml:space="preserve">Tools: </w:t>
            </w:r>
            <w:proofErr w:type="spellStart"/>
            <w:r w:rsidRPr="00862DF4">
              <w:rPr>
                <w:lang w:val="nl-NL"/>
              </w:rPr>
              <w:t>ChatGPT</w:t>
            </w:r>
            <w:proofErr w:type="spellEnd"/>
            <w:r w:rsidRPr="00862DF4">
              <w:rPr>
                <w:lang w:val="nl-NL"/>
              </w:rPr>
              <w:t>/</w:t>
            </w:r>
            <w:proofErr w:type="spellStart"/>
            <w:r w:rsidRPr="00862DF4">
              <w:rPr>
                <w:lang w:val="nl-NL"/>
              </w:rPr>
              <w:t>Copilot</w:t>
            </w:r>
            <w:proofErr w:type="spellEnd"/>
            <w:r w:rsidRPr="00862DF4">
              <w:rPr>
                <w:lang w:val="nl-NL"/>
              </w:rPr>
              <w:t xml:space="preserve">, eventueel </w:t>
            </w:r>
            <w:proofErr w:type="spellStart"/>
            <w:r w:rsidRPr="00862DF4">
              <w:rPr>
                <w:lang w:val="nl-NL"/>
              </w:rPr>
              <w:t>NotebookLM</w:t>
            </w:r>
            <w:proofErr w:type="spellEnd"/>
            <w:r w:rsidRPr="00862DF4">
              <w:rPr>
                <w:lang w:val="nl-NL"/>
              </w:rPr>
              <w:t xml:space="preserve"> voor werken met eigen (toegestane) documenten. | Kaders: Geen persoonsgegevens/vertrouwelijke info. Check instellingen (geheugen/modeltraining). Vermeld AI-gebruik waar dat hoort.</w:t>
            </w:r>
          </w:p>
        </w:tc>
      </w:tr>
    </w:tbl>
    <w:p w14:paraId="11ABEE3A" w14:textId="77777777" w:rsidR="00325D2C" w:rsidRDefault="00325D2C" w:rsidP="00936394">
      <w:pPr>
        <w:spacing w:before="0" w:after="0" w:line="240" w:lineRule="auto"/>
        <w:rPr>
          <w:lang w:val="nl-NL"/>
        </w:rPr>
      </w:pPr>
    </w:p>
    <w:p w14:paraId="686057D7" w14:textId="77777777" w:rsidR="003B5C26" w:rsidRPr="00886F8D" w:rsidRDefault="003B5C26" w:rsidP="003B5C26">
      <w:pPr>
        <w:pStyle w:val="Kop2"/>
        <w:spacing w:before="0" w:line="240" w:lineRule="auto"/>
        <w:rPr>
          <w:lang w:val="nl-NL"/>
        </w:rPr>
      </w:pPr>
      <w:r w:rsidRPr="00FB5E5D">
        <w:rPr>
          <w:lang w:val="nl-NL"/>
        </w:rPr>
        <w:t>Pro-tip</w:t>
      </w:r>
      <w:r>
        <w:rPr>
          <w:lang w:val="nl-NL"/>
        </w:rPr>
        <w:t xml:space="preserve"> vooraf: leer eerst goed prompten</w:t>
      </w:r>
    </w:p>
    <w:p w14:paraId="5E7011D6" w14:textId="2F61369C" w:rsidR="00214938" w:rsidRPr="003F5B2A" w:rsidRDefault="00214938" w:rsidP="00936394">
      <w:pPr>
        <w:pStyle w:val="Lijstnummering"/>
        <w:numPr>
          <w:ilvl w:val="0"/>
          <w:numId w:val="0"/>
        </w:numPr>
        <w:spacing w:before="0" w:after="0" w:line="240" w:lineRule="auto"/>
        <w:rPr>
          <w:lang w:val="nl-NL"/>
        </w:rPr>
      </w:pPr>
      <w:r>
        <w:rPr>
          <w:lang w:val="nl-NL"/>
        </w:rPr>
        <w:t>Als je AI wilt inzetten om je dagelijkse werk makkelijker te maken als OP of OOP-er dan is het maken van een goede prompt noodzakelijk. Als je nog maar beperkte ervaring hebt met A</w:t>
      </w:r>
      <w:r w:rsidR="00406A35">
        <w:rPr>
          <w:lang w:val="nl-NL"/>
        </w:rPr>
        <w:t>I</w:t>
      </w:r>
      <w:r>
        <w:rPr>
          <w:lang w:val="nl-NL"/>
        </w:rPr>
        <w:t xml:space="preserve">-tools en/of </w:t>
      </w:r>
      <w:proofErr w:type="spellStart"/>
      <w:r>
        <w:rPr>
          <w:lang w:val="nl-NL"/>
        </w:rPr>
        <w:t>prompten</w:t>
      </w:r>
      <w:proofErr w:type="spellEnd"/>
      <w:r>
        <w:rPr>
          <w:lang w:val="nl-NL"/>
        </w:rPr>
        <w:t xml:space="preserve">, maak dan eerst </w:t>
      </w:r>
      <w:r w:rsidRPr="00911F82">
        <w:rPr>
          <w:b/>
          <w:bCs/>
          <w:lang w:val="nl-NL"/>
        </w:rPr>
        <w:t xml:space="preserve">werkblad 3 – Ik wil leren </w:t>
      </w:r>
      <w:proofErr w:type="spellStart"/>
      <w:r w:rsidRPr="00911F82">
        <w:rPr>
          <w:b/>
          <w:bCs/>
          <w:lang w:val="nl-NL"/>
        </w:rPr>
        <w:t>prompten</w:t>
      </w:r>
      <w:proofErr w:type="spellEnd"/>
      <w:r>
        <w:rPr>
          <w:lang w:val="nl-NL"/>
        </w:rPr>
        <w:t xml:space="preserve">. Als je deze gedaan hebt, ben je beter in staat om tot snel resultaat te komen. </w:t>
      </w:r>
    </w:p>
    <w:p w14:paraId="6D137F42" w14:textId="77777777" w:rsidR="000478FA" w:rsidRDefault="000478FA" w:rsidP="00936394">
      <w:pPr>
        <w:spacing w:before="0" w:after="0" w:line="240" w:lineRule="auto"/>
        <w:rPr>
          <w:lang w:val="nl-NL"/>
        </w:rPr>
      </w:pPr>
    </w:p>
    <w:p w14:paraId="0C693907" w14:textId="72A63386" w:rsidR="00214938" w:rsidRDefault="00214938" w:rsidP="00936394">
      <w:pPr>
        <w:spacing w:before="0" w:after="0" w:line="240" w:lineRule="auto"/>
        <w:rPr>
          <w:lang w:val="nl-NL"/>
        </w:rPr>
      </w:pPr>
      <w:r w:rsidRPr="003F5B2A">
        <w:rPr>
          <w:lang w:val="nl-NL"/>
        </w:rPr>
        <w:t xml:space="preserve">Als je meer ervaring hebt opgedaan met </w:t>
      </w:r>
      <w:r>
        <w:rPr>
          <w:lang w:val="nl-NL"/>
        </w:rPr>
        <w:t xml:space="preserve">het maken van bijvoorbeeld een AI-workflow </w:t>
      </w:r>
      <w:r w:rsidRPr="003F5B2A">
        <w:rPr>
          <w:lang w:val="nl-NL"/>
        </w:rPr>
        <w:t xml:space="preserve">dan is het raadzaam om </w:t>
      </w:r>
      <w:r w:rsidRPr="00911F82">
        <w:rPr>
          <w:b/>
          <w:bCs/>
          <w:lang w:val="nl-NL"/>
        </w:rPr>
        <w:t xml:space="preserve">Werkblad 4 – </w:t>
      </w:r>
      <w:r w:rsidR="00B41E45" w:rsidRPr="00911F82">
        <w:rPr>
          <w:b/>
          <w:bCs/>
          <w:lang w:val="nl-NL"/>
        </w:rPr>
        <w:t xml:space="preserve">Ik kan </w:t>
      </w:r>
      <w:proofErr w:type="spellStart"/>
      <w:r w:rsidR="00B41E45" w:rsidRPr="00911F82">
        <w:rPr>
          <w:b/>
          <w:bCs/>
          <w:lang w:val="nl-NL"/>
        </w:rPr>
        <w:t>prompten</w:t>
      </w:r>
      <w:proofErr w:type="spellEnd"/>
      <w:r w:rsidR="00B41E45" w:rsidRPr="00911F82">
        <w:rPr>
          <w:b/>
          <w:bCs/>
          <w:lang w:val="nl-NL"/>
        </w:rPr>
        <w:t>, maar ik wil leren hoe ik dat nog beter kan doen</w:t>
      </w:r>
      <w:r w:rsidR="00B41E45" w:rsidRPr="00B41E45">
        <w:rPr>
          <w:lang w:val="nl-NL"/>
        </w:rPr>
        <w:t xml:space="preserve"> </w:t>
      </w:r>
      <w:r w:rsidRPr="003F5B2A">
        <w:rPr>
          <w:lang w:val="nl-NL"/>
        </w:rPr>
        <w:t>te maken. Daarin staat een stappenplan om een masterprompt te maken</w:t>
      </w:r>
      <w:r>
        <w:rPr>
          <w:lang w:val="nl-NL"/>
        </w:rPr>
        <w:t xml:space="preserve"> die je als basis voor al je AI-</w:t>
      </w:r>
      <w:proofErr w:type="spellStart"/>
      <w:r>
        <w:rPr>
          <w:lang w:val="nl-NL"/>
        </w:rPr>
        <w:t>avatars</w:t>
      </w:r>
      <w:proofErr w:type="spellEnd"/>
      <w:r>
        <w:rPr>
          <w:lang w:val="nl-NL"/>
        </w:rPr>
        <w:t xml:space="preserve"> kunt gebruiken</w:t>
      </w:r>
      <w:r w:rsidRPr="003F5B2A">
        <w:rPr>
          <w:lang w:val="nl-NL"/>
        </w:rPr>
        <w:t xml:space="preserve">. </w:t>
      </w:r>
    </w:p>
    <w:p w14:paraId="59DD981D" w14:textId="77777777" w:rsidR="001E2964" w:rsidRDefault="001E2964" w:rsidP="00936394">
      <w:pPr>
        <w:spacing w:before="0" w:after="0" w:line="240" w:lineRule="auto"/>
        <w:rPr>
          <w:lang w:val="nl-NL"/>
        </w:rPr>
      </w:pPr>
    </w:p>
    <w:p w14:paraId="20FC43AA" w14:textId="34E340F8" w:rsidR="001E2964" w:rsidRPr="00571C5D" w:rsidRDefault="001E2964" w:rsidP="001E2964">
      <w:pPr>
        <w:pStyle w:val="Kop2"/>
        <w:spacing w:before="0" w:line="240" w:lineRule="auto"/>
        <w:rPr>
          <w:lang w:val="nl-NL"/>
        </w:rPr>
      </w:pPr>
      <w:r w:rsidRPr="00571C5D">
        <w:rPr>
          <w:lang w:val="nl-NL"/>
        </w:rPr>
        <w:t>InLEiDING</w:t>
      </w:r>
    </w:p>
    <w:p w14:paraId="5D66B1B4" w14:textId="77777777" w:rsidR="00571C5D" w:rsidRDefault="00571C5D" w:rsidP="00571C5D">
      <w:pPr>
        <w:spacing w:before="0" w:after="0" w:line="240" w:lineRule="auto"/>
        <w:rPr>
          <w:lang w:val="nl-NL"/>
        </w:rPr>
      </w:pPr>
      <w:r w:rsidRPr="00571C5D">
        <w:rPr>
          <w:lang w:val="nl-NL"/>
        </w:rPr>
        <w:t>AI kan je helpen bij bijna alle dagelijkse werkprocessen waarin je tekst, structuur, planning of samenvatten nodig hebt. Denk aan: e-mails, notulen, verslagen, planningen, presentaties, instructies, feedbackteksten, formats, checklists, FAQ’s, en het omzetten van rommelige input naar heldere output.</w:t>
      </w:r>
    </w:p>
    <w:p w14:paraId="517B355C" w14:textId="77777777" w:rsidR="00571C5D" w:rsidRPr="00571C5D" w:rsidRDefault="00571C5D" w:rsidP="00571C5D">
      <w:pPr>
        <w:spacing w:before="0" w:after="0" w:line="240" w:lineRule="auto"/>
        <w:rPr>
          <w:lang w:val="nl-NL"/>
        </w:rPr>
      </w:pPr>
    </w:p>
    <w:p w14:paraId="47BC288C" w14:textId="77777777" w:rsidR="00571C5D" w:rsidRPr="00571C5D" w:rsidRDefault="00571C5D" w:rsidP="00571C5D">
      <w:pPr>
        <w:spacing w:before="0" w:after="0" w:line="240" w:lineRule="auto"/>
        <w:rPr>
          <w:lang w:val="nl-NL"/>
        </w:rPr>
      </w:pPr>
      <w:r w:rsidRPr="00571C5D">
        <w:rPr>
          <w:lang w:val="nl-NL"/>
        </w:rPr>
        <w:t>De grootste winst zit vaak niet in “iets compleet nieuws maken”, maar in:</w:t>
      </w:r>
    </w:p>
    <w:p w14:paraId="186C5AC1" w14:textId="77777777" w:rsidR="00571C5D" w:rsidRPr="00571C5D" w:rsidRDefault="00571C5D" w:rsidP="00974A8A">
      <w:pPr>
        <w:numPr>
          <w:ilvl w:val="0"/>
          <w:numId w:val="115"/>
        </w:numPr>
        <w:spacing w:before="0" w:after="0" w:line="240" w:lineRule="auto"/>
        <w:rPr>
          <w:lang w:val="nl-NL"/>
        </w:rPr>
      </w:pPr>
      <w:r w:rsidRPr="00571C5D">
        <w:rPr>
          <w:lang w:val="nl-NL"/>
        </w:rPr>
        <w:t>sneller starten (van blanco pagina naar concept),</w:t>
      </w:r>
    </w:p>
    <w:p w14:paraId="0FE25411" w14:textId="77777777" w:rsidR="00571C5D" w:rsidRPr="00571C5D" w:rsidRDefault="00571C5D" w:rsidP="00974A8A">
      <w:pPr>
        <w:numPr>
          <w:ilvl w:val="0"/>
          <w:numId w:val="115"/>
        </w:numPr>
        <w:spacing w:before="0" w:after="0" w:line="240" w:lineRule="auto"/>
        <w:rPr>
          <w:lang w:val="nl-NL"/>
        </w:rPr>
      </w:pPr>
      <w:r w:rsidRPr="00571C5D">
        <w:rPr>
          <w:lang w:val="nl-NL"/>
        </w:rPr>
        <w:t>sneller structureren (van losse gedachten naar overzicht),</w:t>
      </w:r>
    </w:p>
    <w:p w14:paraId="78BFBB42" w14:textId="77777777" w:rsidR="00571C5D" w:rsidRPr="00571C5D" w:rsidRDefault="00571C5D" w:rsidP="00974A8A">
      <w:pPr>
        <w:numPr>
          <w:ilvl w:val="0"/>
          <w:numId w:val="115"/>
        </w:numPr>
        <w:spacing w:before="0" w:after="0" w:line="240" w:lineRule="auto"/>
        <w:rPr>
          <w:lang w:val="nl-NL"/>
        </w:rPr>
      </w:pPr>
      <w:r w:rsidRPr="00571C5D">
        <w:rPr>
          <w:lang w:val="nl-NL"/>
        </w:rPr>
        <w:t>sneller variëren (korte vs. uitgebreide versie, andere toon),</w:t>
      </w:r>
    </w:p>
    <w:p w14:paraId="6E7FBDD2" w14:textId="77777777" w:rsidR="00571C5D" w:rsidRPr="00571C5D" w:rsidRDefault="00571C5D" w:rsidP="00974A8A">
      <w:pPr>
        <w:numPr>
          <w:ilvl w:val="0"/>
          <w:numId w:val="115"/>
        </w:numPr>
        <w:spacing w:before="0" w:after="0" w:line="240" w:lineRule="auto"/>
        <w:rPr>
          <w:lang w:val="nl-NL"/>
        </w:rPr>
      </w:pPr>
      <w:r w:rsidRPr="00571C5D">
        <w:rPr>
          <w:lang w:val="nl-NL"/>
        </w:rPr>
        <w:t>sneller afronden (checklist, samenvatting, verbeterde formulering).</w:t>
      </w:r>
    </w:p>
    <w:p w14:paraId="63C24547" w14:textId="77777777" w:rsidR="00571C5D" w:rsidRDefault="00571C5D" w:rsidP="00571C5D">
      <w:pPr>
        <w:spacing w:before="0" w:after="0" w:line="240" w:lineRule="auto"/>
        <w:rPr>
          <w:b/>
          <w:bCs/>
          <w:lang w:val="nl-NL"/>
        </w:rPr>
      </w:pPr>
    </w:p>
    <w:p w14:paraId="35A22264" w14:textId="7EBAEA7A" w:rsidR="00571C5D" w:rsidRPr="00571C5D" w:rsidRDefault="00571C5D" w:rsidP="00571C5D">
      <w:pPr>
        <w:spacing w:before="0" w:after="0" w:line="240" w:lineRule="auto"/>
        <w:rPr>
          <w:lang w:val="nl-NL"/>
        </w:rPr>
      </w:pPr>
      <w:r w:rsidRPr="00264897">
        <w:rPr>
          <w:lang w:val="nl-NL"/>
        </w:rPr>
        <w:t>Belangrijk: AI is een hulpmiddel. Jij blijft verantwoordelijk voor inhoud, toon, feiten en privacy. Gebruik AI vooral om je werk voor te bereiden, te structureren en te verbeteren</w:t>
      </w:r>
      <w:r w:rsidRPr="00571C5D">
        <w:rPr>
          <w:lang w:val="nl-NL"/>
        </w:rPr>
        <w:t>—en doe een snelle kwaliteitscheck voordat je iets verstuurt of publiceert.</w:t>
      </w:r>
    </w:p>
    <w:p w14:paraId="0FE36091" w14:textId="77777777" w:rsidR="001E2964" w:rsidRDefault="001E2964" w:rsidP="00936394">
      <w:pPr>
        <w:spacing w:before="0" w:after="0" w:line="240" w:lineRule="auto"/>
        <w:rPr>
          <w:lang w:val="nl-NL"/>
        </w:rPr>
      </w:pPr>
    </w:p>
    <w:p w14:paraId="6D9B3CA3" w14:textId="77777777" w:rsidR="00214938" w:rsidRPr="00862DF4" w:rsidRDefault="00214938" w:rsidP="00936394">
      <w:pPr>
        <w:spacing w:before="0" w:after="0" w:line="240" w:lineRule="auto"/>
        <w:rPr>
          <w:lang w:val="nl-NL"/>
        </w:rPr>
      </w:pPr>
    </w:p>
    <w:p w14:paraId="0BDED00F" w14:textId="77777777" w:rsidR="00325D2C" w:rsidRPr="005D18BD" w:rsidRDefault="0079121F" w:rsidP="00936394">
      <w:pPr>
        <w:pStyle w:val="Kop2"/>
        <w:spacing w:before="0" w:line="240" w:lineRule="auto"/>
        <w:rPr>
          <w:lang w:val="nl-NL"/>
        </w:rPr>
      </w:pPr>
      <w:r w:rsidRPr="005D18BD">
        <w:rPr>
          <w:lang w:val="nl-NL"/>
        </w:rPr>
        <w:lastRenderedPageBreak/>
        <w:t>Stappenplan</w:t>
      </w:r>
    </w:p>
    <w:p w14:paraId="11FA92A1" w14:textId="77777777" w:rsidR="00074C8F" w:rsidRPr="00074C8F" w:rsidRDefault="00074C8F" w:rsidP="00C30399">
      <w:pPr>
        <w:pStyle w:val="Lijstnummering"/>
        <w:numPr>
          <w:ilvl w:val="0"/>
          <w:numId w:val="0"/>
        </w:numPr>
        <w:spacing w:before="0" w:after="0"/>
        <w:ind w:left="360" w:hanging="360"/>
        <w:rPr>
          <w:b/>
          <w:bCs/>
          <w:lang w:val="nl-NL"/>
        </w:rPr>
      </w:pPr>
      <w:r w:rsidRPr="00074C8F">
        <w:rPr>
          <w:b/>
          <w:bCs/>
          <w:lang w:val="nl-NL"/>
        </w:rPr>
        <w:t>Stap 1 — Kies 3 terugkerende taken (en maak ze concreet)</w:t>
      </w:r>
    </w:p>
    <w:p w14:paraId="54D7E741" w14:textId="77777777" w:rsidR="00074C8F" w:rsidRPr="00074C8F" w:rsidRDefault="00074C8F" w:rsidP="00C30399">
      <w:pPr>
        <w:pStyle w:val="Lijstnummering"/>
        <w:numPr>
          <w:ilvl w:val="0"/>
          <w:numId w:val="0"/>
        </w:numPr>
        <w:spacing w:before="0" w:after="0"/>
        <w:ind w:left="360"/>
        <w:rPr>
          <w:lang w:val="nl-NL"/>
        </w:rPr>
      </w:pPr>
      <w:r w:rsidRPr="00074C8F">
        <w:rPr>
          <w:lang w:val="nl-NL"/>
        </w:rPr>
        <w:t>Kies 3 taken die je wekelijks/maandelijks doet. Maak ze zo concreet mogelijk.</w:t>
      </w:r>
    </w:p>
    <w:p w14:paraId="79CF8E5D" w14:textId="77777777" w:rsidR="00074C8F" w:rsidRPr="00074C8F" w:rsidRDefault="00074C8F" w:rsidP="00C30399">
      <w:pPr>
        <w:pStyle w:val="Lijstnummering"/>
        <w:numPr>
          <w:ilvl w:val="0"/>
          <w:numId w:val="0"/>
        </w:numPr>
        <w:spacing w:before="0" w:after="0"/>
        <w:ind w:left="360"/>
        <w:rPr>
          <w:lang w:val="nl-NL"/>
        </w:rPr>
      </w:pPr>
      <w:r w:rsidRPr="00074C8F">
        <w:rPr>
          <w:lang w:val="nl-NL"/>
        </w:rPr>
        <w:t>Voorbeelden:</w:t>
      </w:r>
    </w:p>
    <w:p w14:paraId="2A957940" w14:textId="77777777" w:rsidR="00074C8F" w:rsidRPr="00074C8F" w:rsidRDefault="00074C8F" w:rsidP="00974A8A">
      <w:pPr>
        <w:pStyle w:val="Lijstnummering"/>
        <w:numPr>
          <w:ilvl w:val="0"/>
          <w:numId w:val="117"/>
        </w:numPr>
        <w:spacing w:after="0"/>
        <w:rPr>
          <w:lang w:val="nl-NL"/>
        </w:rPr>
      </w:pPr>
      <w:r w:rsidRPr="00074C8F">
        <w:rPr>
          <w:lang w:val="nl-NL"/>
        </w:rPr>
        <w:t>e-mails aan studenten/collega’s</w:t>
      </w:r>
    </w:p>
    <w:p w14:paraId="435962A4" w14:textId="77777777" w:rsidR="00074C8F" w:rsidRPr="00074C8F" w:rsidRDefault="00074C8F" w:rsidP="00974A8A">
      <w:pPr>
        <w:pStyle w:val="Lijstnummering"/>
        <w:numPr>
          <w:ilvl w:val="0"/>
          <w:numId w:val="117"/>
        </w:numPr>
        <w:spacing w:after="0"/>
        <w:rPr>
          <w:lang w:val="nl-NL"/>
        </w:rPr>
      </w:pPr>
      <w:r w:rsidRPr="00074C8F">
        <w:rPr>
          <w:lang w:val="nl-NL"/>
        </w:rPr>
        <w:t>notulen of actiepunten uit overleg</w:t>
      </w:r>
    </w:p>
    <w:p w14:paraId="572A17FA" w14:textId="77777777" w:rsidR="00074C8F" w:rsidRPr="00074C8F" w:rsidRDefault="00074C8F" w:rsidP="00974A8A">
      <w:pPr>
        <w:pStyle w:val="Lijstnummering"/>
        <w:numPr>
          <w:ilvl w:val="0"/>
          <w:numId w:val="117"/>
        </w:numPr>
        <w:spacing w:after="0"/>
        <w:rPr>
          <w:lang w:val="nl-NL"/>
        </w:rPr>
      </w:pPr>
      <w:r w:rsidRPr="00074C8F">
        <w:rPr>
          <w:lang w:val="nl-NL"/>
        </w:rPr>
        <w:t>korte beleidsnotities / voorstellen</w:t>
      </w:r>
    </w:p>
    <w:p w14:paraId="04E6A8F7" w14:textId="77777777" w:rsidR="00074C8F" w:rsidRPr="00074C8F" w:rsidRDefault="00074C8F" w:rsidP="00974A8A">
      <w:pPr>
        <w:pStyle w:val="Lijstnummering"/>
        <w:numPr>
          <w:ilvl w:val="0"/>
          <w:numId w:val="117"/>
        </w:numPr>
        <w:spacing w:after="0"/>
        <w:rPr>
          <w:lang w:val="nl-NL"/>
        </w:rPr>
      </w:pPr>
      <w:r w:rsidRPr="00074C8F">
        <w:rPr>
          <w:lang w:val="nl-NL"/>
        </w:rPr>
        <w:t>instructies voor een proces</w:t>
      </w:r>
    </w:p>
    <w:p w14:paraId="1FECC8B9" w14:textId="77777777" w:rsidR="00074C8F" w:rsidRPr="00074C8F" w:rsidRDefault="00074C8F" w:rsidP="00974A8A">
      <w:pPr>
        <w:pStyle w:val="Lijstnummering"/>
        <w:numPr>
          <w:ilvl w:val="0"/>
          <w:numId w:val="117"/>
        </w:numPr>
        <w:spacing w:after="0"/>
        <w:rPr>
          <w:lang w:val="nl-NL"/>
        </w:rPr>
      </w:pPr>
      <w:r w:rsidRPr="00074C8F">
        <w:rPr>
          <w:lang w:val="nl-NL"/>
        </w:rPr>
        <w:t>samenvatting van lange tekst of document</w:t>
      </w:r>
    </w:p>
    <w:p w14:paraId="59DD3580" w14:textId="77777777" w:rsidR="00074C8F" w:rsidRPr="00074C8F" w:rsidRDefault="00074C8F" w:rsidP="00974A8A">
      <w:pPr>
        <w:pStyle w:val="Lijstnummering"/>
        <w:numPr>
          <w:ilvl w:val="0"/>
          <w:numId w:val="117"/>
        </w:numPr>
        <w:spacing w:after="0"/>
        <w:rPr>
          <w:lang w:val="nl-NL"/>
        </w:rPr>
      </w:pPr>
      <w:r w:rsidRPr="00074C8F">
        <w:rPr>
          <w:lang w:val="nl-NL"/>
        </w:rPr>
        <w:t xml:space="preserve">planning / </w:t>
      </w:r>
      <w:proofErr w:type="spellStart"/>
      <w:r w:rsidRPr="00074C8F">
        <w:rPr>
          <w:lang w:val="nl-NL"/>
        </w:rPr>
        <w:t>to</w:t>
      </w:r>
      <w:proofErr w:type="spellEnd"/>
      <w:r w:rsidRPr="00074C8F">
        <w:rPr>
          <w:lang w:val="nl-NL"/>
        </w:rPr>
        <w:t>-do lijst / projectoverzicht</w:t>
      </w:r>
    </w:p>
    <w:p w14:paraId="165A569B" w14:textId="77777777" w:rsidR="00074C8F" w:rsidRDefault="00074C8F" w:rsidP="00974A8A">
      <w:pPr>
        <w:pStyle w:val="Lijstnummering"/>
        <w:numPr>
          <w:ilvl w:val="0"/>
          <w:numId w:val="117"/>
        </w:numPr>
        <w:spacing w:after="0"/>
        <w:rPr>
          <w:lang w:val="nl-NL"/>
        </w:rPr>
      </w:pPr>
      <w:r w:rsidRPr="00074C8F">
        <w:rPr>
          <w:lang w:val="nl-NL"/>
        </w:rPr>
        <w:t>FAQ’s maken voor een procedure</w:t>
      </w:r>
    </w:p>
    <w:p w14:paraId="5456D356" w14:textId="716B4368" w:rsidR="00C30399" w:rsidRPr="00074C8F" w:rsidRDefault="00C30399" w:rsidP="00974A8A">
      <w:pPr>
        <w:pStyle w:val="Lijstnummering"/>
        <w:numPr>
          <w:ilvl w:val="0"/>
          <w:numId w:val="117"/>
        </w:numPr>
        <w:spacing w:after="0"/>
        <w:rPr>
          <w:lang w:val="nl-NL"/>
        </w:rPr>
      </w:pPr>
      <w:r>
        <w:rPr>
          <w:lang w:val="nl-NL"/>
        </w:rPr>
        <w:t>Omgaan met lastige collega’s of klachten van studenten</w:t>
      </w:r>
    </w:p>
    <w:p w14:paraId="55CA0A6F" w14:textId="77777777" w:rsidR="00C30399" w:rsidRDefault="00C30399" w:rsidP="00C30399">
      <w:pPr>
        <w:pStyle w:val="Lijstnummering"/>
        <w:numPr>
          <w:ilvl w:val="0"/>
          <w:numId w:val="0"/>
        </w:numPr>
        <w:spacing w:before="0" w:after="0"/>
        <w:ind w:left="360"/>
        <w:rPr>
          <w:b/>
          <w:bCs/>
          <w:lang w:val="nl-NL"/>
        </w:rPr>
      </w:pPr>
    </w:p>
    <w:p w14:paraId="22B92964" w14:textId="0CC0A6C2" w:rsidR="00074C8F" w:rsidRPr="00074C8F" w:rsidRDefault="00074C8F" w:rsidP="00C30399">
      <w:pPr>
        <w:pStyle w:val="Lijstnummering"/>
        <w:numPr>
          <w:ilvl w:val="0"/>
          <w:numId w:val="0"/>
        </w:numPr>
        <w:spacing w:before="0" w:after="0"/>
        <w:ind w:left="360"/>
        <w:rPr>
          <w:lang w:val="nl-NL"/>
        </w:rPr>
      </w:pPr>
      <w:r w:rsidRPr="00074C8F">
        <w:rPr>
          <w:b/>
          <w:bCs/>
          <w:lang w:val="nl-NL"/>
        </w:rPr>
        <w:t>Opdracht</w:t>
      </w:r>
      <w:r w:rsidRPr="00074C8F">
        <w:rPr>
          <w:lang w:val="nl-NL"/>
        </w:rPr>
        <w:br/>
        <w:t>Schrijf per taak:</w:t>
      </w:r>
    </w:p>
    <w:p w14:paraId="347593D5" w14:textId="77777777" w:rsidR="00074C8F" w:rsidRPr="00074C8F" w:rsidRDefault="00074C8F" w:rsidP="00974A8A">
      <w:pPr>
        <w:pStyle w:val="Lijstnummering"/>
        <w:numPr>
          <w:ilvl w:val="0"/>
          <w:numId w:val="118"/>
        </w:numPr>
        <w:spacing w:after="0"/>
        <w:rPr>
          <w:lang w:val="nl-NL"/>
        </w:rPr>
      </w:pPr>
      <w:r w:rsidRPr="00074C8F">
        <w:rPr>
          <w:b/>
          <w:bCs/>
          <w:lang w:val="nl-NL"/>
        </w:rPr>
        <w:t>Wanneer</w:t>
      </w:r>
      <w:r w:rsidRPr="00074C8F">
        <w:rPr>
          <w:lang w:val="nl-NL"/>
        </w:rPr>
        <w:t xml:space="preserve"> doe ik dit?</w:t>
      </w:r>
    </w:p>
    <w:p w14:paraId="1DB51631" w14:textId="77777777" w:rsidR="00074C8F" w:rsidRPr="00074C8F" w:rsidRDefault="00074C8F" w:rsidP="00974A8A">
      <w:pPr>
        <w:pStyle w:val="Lijstnummering"/>
        <w:numPr>
          <w:ilvl w:val="0"/>
          <w:numId w:val="118"/>
        </w:numPr>
        <w:spacing w:after="0"/>
        <w:rPr>
          <w:lang w:val="nl-NL"/>
        </w:rPr>
      </w:pPr>
      <w:r w:rsidRPr="00074C8F">
        <w:rPr>
          <w:b/>
          <w:bCs/>
          <w:lang w:val="nl-NL"/>
        </w:rPr>
        <w:t>Voor wie</w:t>
      </w:r>
      <w:r w:rsidRPr="00074C8F">
        <w:rPr>
          <w:lang w:val="nl-NL"/>
        </w:rPr>
        <w:t xml:space="preserve"> is het?</w:t>
      </w:r>
    </w:p>
    <w:p w14:paraId="4721180A" w14:textId="77777777" w:rsidR="00074C8F" w:rsidRPr="00074C8F" w:rsidRDefault="00074C8F" w:rsidP="00974A8A">
      <w:pPr>
        <w:pStyle w:val="Lijstnummering"/>
        <w:numPr>
          <w:ilvl w:val="0"/>
          <w:numId w:val="118"/>
        </w:numPr>
        <w:spacing w:after="0"/>
        <w:rPr>
          <w:lang w:val="nl-NL"/>
        </w:rPr>
      </w:pPr>
      <w:r w:rsidRPr="00074C8F">
        <w:rPr>
          <w:b/>
          <w:bCs/>
          <w:lang w:val="nl-NL"/>
        </w:rPr>
        <w:t>Wat kost het me nu aan tijd?</w:t>
      </w:r>
    </w:p>
    <w:p w14:paraId="5BA400FC" w14:textId="77777777" w:rsidR="00074C8F" w:rsidRPr="00074C8F" w:rsidRDefault="00074C8F" w:rsidP="00974A8A">
      <w:pPr>
        <w:pStyle w:val="Lijstnummering"/>
        <w:numPr>
          <w:ilvl w:val="0"/>
          <w:numId w:val="118"/>
        </w:numPr>
        <w:spacing w:after="0"/>
        <w:rPr>
          <w:lang w:val="nl-NL"/>
        </w:rPr>
      </w:pPr>
      <w:r w:rsidRPr="00074C8F">
        <w:rPr>
          <w:b/>
          <w:bCs/>
          <w:lang w:val="nl-NL"/>
        </w:rPr>
        <w:t>Waar loop ik op vast?</w:t>
      </w:r>
      <w:r w:rsidRPr="00074C8F">
        <w:rPr>
          <w:lang w:val="nl-NL"/>
        </w:rPr>
        <w:t xml:space="preserve"> (starten, structureren, toon, volledigheid)</w:t>
      </w:r>
    </w:p>
    <w:p w14:paraId="3DC6BD15" w14:textId="07B02D25" w:rsidR="00074C8F" w:rsidRPr="00074C8F" w:rsidRDefault="00074C8F" w:rsidP="00C30399">
      <w:pPr>
        <w:pStyle w:val="Lijstnummering"/>
        <w:numPr>
          <w:ilvl w:val="0"/>
          <w:numId w:val="0"/>
        </w:numPr>
        <w:ind w:left="360"/>
        <w:rPr>
          <w:lang w:val="nl-NL"/>
        </w:rPr>
      </w:pPr>
    </w:p>
    <w:p w14:paraId="0C5099EF" w14:textId="77777777" w:rsidR="00074C8F" w:rsidRPr="00074C8F" w:rsidRDefault="00074C8F" w:rsidP="00C30399">
      <w:pPr>
        <w:pStyle w:val="Lijstnummering"/>
        <w:numPr>
          <w:ilvl w:val="0"/>
          <w:numId w:val="0"/>
        </w:numPr>
        <w:spacing w:before="0" w:after="0"/>
        <w:rPr>
          <w:b/>
          <w:bCs/>
          <w:lang w:val="nl-NL"/>
        </w:rPr>
      </w:pPr>
      <w:r w:rsidRPr="00074C8F">
        <w:rPr>
          <w:b/>
          <w:bCs/>
          <w:lang w:val="nl-NL"/>
        </w:rPr>
        <w:t>Stap 2 — Bepaal per taak het gewenste resultaat (output-briefing)</w:t>
      </w:r>
    </w:p>
    <w:p w14:paraId="0B2E2E5C" w14:textId="6CBA98CB" w:rsidR="00074C8F" w:rsidRPr="00074C8F" w:rsidRDefault="00074C8F" w:rsidP="00C30399">
      <w:pPr>
        <w:pStyle w:val="Lijstnummering"/>
        <w:numPr>
          <w:ilvl w:val="0"/>
          <w:numId w:val="0"/>
        </w:numPr>
        <w:spacing w:before="0" w:after="0"/>
        <w:ind w:left="360"/>
        <w:rPr>
          <w:lang w:val="nl-NL"/>
        </w:rPr>
      </w:pPr>
      <w:r w:rsidRPr="00074C8F">
        <w:rPr>
          <w:lang w:val="nl-NL"/>
        </w:rPr>
        <w:t>Maak per taak een mini-briefing (dit is de basis van je prompt-template):</w:t>
      </w:r>
    </w:p>
    <w:p w14:paraId="05B52C4F" w14:textId="77777777" w:rsidR="00074C8F" w:rsidRPr="00074C8F" w:rsidRDefault="00074C8F" w:rsidP="00C30399">
      <w:pPr>
        <w:pStyle w:val="Lijstnummering"/>
        <w:numPr>
          <w:ilvl w:val="0"/>
          <w:numId w:val="0"/>
        </w:numPr>
        <w:spacing w:before="0" w:after="0"/>
        <w:ind w:firstLine="360"/>
        <w:rPr>
          <w:lang w:val="nl-NL"/>
        </w:rPr>
      </w:pPr>
      <w:r w:rsidRPr="00074C8F">
        <w:rPr>
          <w:b/>
          <w:bCs/>
          <w:lang w:val="nl-NL"/>
        </w:rPr>
        <w:t>Invulformat</w:t>
      </w:r>
    </w:p>
    <w:p w14:paraId="12717E9C" w14:textId="77777777" w:rsidR="00074C8F" w:rsidRPr="00074C8F" w:rsidRDefault="00074C8F" w:rsidP="00974A8A">
      <w:pPr>
        <w:pStyle w:val="Lijstnummering"/>
        <w:numPr>
          <w:ilvl w:val="0"/>
          <w:numId w:val="119"/>
        </w:numPr>
        <w:spacing w:after="0"/>
        <w:rPr>
          <w:lang w:val="nl-NL"/>
        </w:rPr>
      </w:pPr>
      <w:r w:rsidRPr="00074C8F">
        <w:rPr>
          <w:lang w:val="nl-NL"/>
        </w:rPr>
        <w:t>Doel: …</w:t>
      </w:r>
    </w:p>
    <w:p w14:paraId="2712EB15" w14:textId="77777777" w:rsidR="00074C8F" w:rsidRPr="00074C8F" w:rsidRDefault="00074C8F" w:rsidP="00974A8A">
      <w:pPr>
        <w:pStyle w:val="Lijstnummering"/>
        <w:numPr>
          <w:ilvl w:val="0"/>
          <w:numId w:val="119"/>
        </w:numPr>
        <w:spacing w:after="0"/>
        <w:rPr>
          <w:lang w:val="nl-NL"/>
        </w:rPr>
      </w:pPr>
      <w:r w:rsidRPr="00074C8F">
        <w:rPr>
          <w:lang w:val="nl-NL"/>
        </w:rPr>
        <w:t>Doelgroep: …</w:t>
      </w:r>
    </w:p>
    <w:p w14:paraId="1BD15840" w14:textId="77777777" w:rsidR="00074C8F" w:rsidRPr="00074C8F" w:rsidRDefault="00074C8F" w:rsidP="00974A8A">
      <w:pPr>
        <w:pStyle w:val="Lijstnummering"/>
        <w:numPr>
          <w:ilvl w:val="0"/>
          <w:numId w:val="119"/>
        </w:numPr>
        <w:spacing w:after="0"/>
        <w:rPr>
          <w:lang w:val="nl-NL"/>
        </w:rPr>
      </w:pPr>
      <w:r w:rsidRPr="00074C8F">
        <w:rPr>
          <w:lang w:val="nl-NL"/>
        </w:rPr>
        <w:t>Toon: (vriendelijk/zakelijk/formeel) …</w:t>
      </w:r>
    </w:p>
    <w:p w14:paraId="49335E00" w14:textId="77777777" w:rsidR="00074C8F" w:rsidRPr="00074C8F" w:rsidRDefault="00074C8F" w:rsidP="00974A8A">
      <w:pPr>
        <w:pStyle w:val="Lijstnummering"/>
        <w:numPr>
          <w:ilvl w:val="0"/>
          <w:numId w:val="119"/>
        </w:numPr>
        <w:spacing w:after="0"/>
        <w:rPr>
          <w:lang w:val="nl-NL"/>
        </w:rPr>
      </w:pPr>
      <w:r w:rsidRPr="00074C8F">
        <w:rPr>
          <w:lang w:val="nl-NL"/>
        </w:rPr>
        <w:t xml:space="preserve">Lengte: (max 120 woorden / 1 pagina / 10 </w:t>
      </w:r>
      <w:proofErr w:type="spellStart"/>
      <w:r w:rsidRPr="00074C8F">
        <w:rPr>
          <w:lang w:val="nl-NL"/>
        </w:rPr>
        <w:t>bullets</w:t>
      </w:r>
      <w:proofErr w:type="spellEnd"/>
      <w:r w:rsidRPr="00074C8F">
        <w:rPr>
          <w:lang w:val="nl-NL"/>
        </w:rPr>
        <w:t>) …</w:t>
      </w:r>
    </w:p>
    <w:p w14:paraId="52A9FC2B" w14:textId="77777777" w:rsidR="00074C8F" w:rsidRPr="00074C8F" w:rsidRDefault="00074C8F" w:rsidP="00974A8A">
      <w:pPr>
        <w:pStyle w:val="Lijstnummering"/>
        <w:numPr>
          <w:ilvl w:val="0"/>
          <w:numId w:val="119"/>
        </w:numPr>
        <w:spacing w:after="0"/>
        <w:rPr>
          <w:lang w:val="nl-NL"/>
        </w:rPr>
      </w:pPr>
      <w:r w:rsidRPr="00074C8F">
        <w:rPr>
          <w:lang w:val="nl-NL"/>
        </w:rPr>
        <w:t xml:space="preserve">Vorm: (mail / </w:t>
      </w:r>
      <w:proofErr w:type="spellStart"/>
      <w:r w:rsidRPr="00074C8F">
        <w:rPr>
          <w:lang w:val="nl-NL"/>
        </w:rPr>
        <w:t>bullets</w:t>
      </w:r>
      <w:proofErr w:type="spellEnd"/>
      <w:r w:rsidRPr="00074C8F">
        <w:rPr>
          <w:lang w:val="nl-NL"/>
        </w:rPr>
        <w:t xml:space="preserve"> / tabel / stappenplan) …</w:t>
      </w:r>
    </w:p>
    <w:p w14:paraId="5E3BD31D" w14:textId="77777777" w:rsidR="00074C8F" w:rsidRPr="00074C8F" w:rsidRDefault="00074C8F" w:rsidP="00974A8A">
      <w:pPr>
        <w:pStyle w:val="Lijstnummering"/>
        <w:numPr>
          <w:ilvl w:val="0"/>
          <w:numId w:val="119"/>
        </w:numPr>
        <w:spacing w:after="0"/>
        <w:rPr>
          <w:lang w:val="nl-NL"/>
        </w:rPr>
      </w:pPr>
      <w:r w:rsidRPr="00074C8F">
        <w:rPr>
          <w:lang w:val="nl-NL"/>
        </w:rPr>
        <w:t>Randvoorwaarden: (geen persoonsgegevens / geen stelligheid / etc.) …</w:t>
      </w:r>
    </w:p>
    <w:p w14:paraId="4CBB802D" w14:textId="77777777" w:rsidR="00C30399" w:rsidRDefault="00C30399" w:rsidP="00C30399">
      <w:pPr>
        <w:pStyle w:val="Lijstnummering"/>
        <w:numPr>
          <w:ilvl w:val="0"/>
          <w:numId w:val="0"/>
        </w:numPr>
        <w:spacing w:before="0" w:after="0"/>
        <w:rPr>
          <w:b/>
          <w:bCs/>
          <w:lang w:val="nl-NL"/>
        </w:rPr>
      </w:pPr>
    </w:p>
    <w:p w14:paraId="13F8D8DE" w14:textId="33E0A8E1" w:rsidR="00074C8F" w:rsidRPr="00074C8F" w:rsidRDefault="00074C8F" w:rsidP="00C30399">
      <w:pPr>
        <w:pStyle w:val="Lijstnummering"/>
        <w:numPr>
          <w:ilvl w:val="0"/>
          <w:numId w:val="0"/>
        </w:numPr>
        <w:spacing w:before="0" w:after="0"/>
        <w:rPr>
          <w:b/>
          <w:bCs/>
          <w:lang w:val="nl-NL"/>
        </w:rPr>
      </w:pPr>
      <w:r w:rsidRPr="00074C8F">
        <w:rPr>
          <w:b/>
          <w:bCs/>
          <w:lang w:val="nl-NL"/>
        </w:rPr>
        <w:t>Stap 3 — Maak per taak een prompt-template (</w:t>
      </w:r>
      <w:proofErr w:type="spellStart"/>
      <w:r w:rsidRPr="00074C8F">
        <w:rPr>
          <w:b/>
          <w:bCs/>
          <w:lang w:val="nl-NL"/>
        </w:rPr>
        <w:t>kopieerbaar</w:t>
      </w:r>
      <w:proofErr w:type="spellEnd"/>
      <w:r w:rsidRPr="00074C8F">
        <w:rPr>
          <w:b/>
          <w:bCs/>
          <w:lang w:val="nl-NL"/>
        </w:rPr>
        <w:t>)</w:t>
      </w:r>
    </w:p>
    <w:p w14:paraId="4CA47525" w14:textId="77777777" w:rsidR="00074C8F" w:rsidRPr="00074C8F" w:rsidRDefault="00074C8F" w:rsidP="00C30399">
      <w:pPr>
        <w:pStyle w:val="Lijstnummering"/>
        <w:numPr>
          <w:ilvl w:val="0"/>
          <w:numId w:val="0"/>
        </w:numPr>
        <w:spacing w:before="0" w:after="0"/>
        <w:ind w:left="360"/>
        <w:rPr>
          <w:lang w:val="nl-NL"/>
        </w:rPr>
      </w:pPr>
      <w:r w:rsidRPr="00074C8F">
        <w:rPr>
          <w:lang w:val="nl-NL"/>
        </w:rPr>
        <w:t>Gebruik dit standaardformat (je vult straks alleen de “velden” in):</w:t>
      </w:r>
    </w:p>
    <w:p w14:paraId="5C2EE4A1" w14:textId="77777777" w:rsidR="00074C8F" w:rsidRPr="00074C8F" w:rsidRDefault="00074C8F" w:rsidP="00C30399">
      <w:pPr>
        <w:pStyle w:val="Lijstnummering"/>
        <w:numPr>
          <w:ilvl w:val="0"/>
          <w:numId w:val="0"/>
        </w:numPr>
        <w:spacing w:before="0" w:after="0"/>
        <w:ind w:left="360"/>
        <w:rPr>
          <w:lang w:val="nl-NL"/>
        </w:rPr>
      </w:pPr>
      <w:r w:rsidRPr="00074C8F">
        <w:rPr>
          <w:b/>
          <w:bCs/>
          <w:lang w:val="nl-NL"/>
        </w:rPr>
        <w:t>Prompt-template (basis)</w:t>
      </w:r>
    </w:p>
    <w:p w14:paraId="0E05ECAD" w14:textId="77777777" w:rsidR="00074C8F" w:rsidRPr="00074C8F" w:rsidRDefault="00074C8F" w:rsidP="00C30399">
      <w:pPr>
        <w:pStyle w:val="Lijstnummering"/>
        <w:numPr>
          <w:ilvl w:val="0"/>
          <w:numId w:val="0"/>
        </w:numPr>
        <w:spacing w:before="0" w:after="0"/>
        <w:ind w:left="360"/>
        <w:rPr>
          <w:lang w:val="nl-NL"/>
        </w:rPr>
      </w:pPr>
      <w:r w:rsidRPr="00074C8F">
        <w:rPr>
          <w:lang w:val="nl-NL"/>
        </w:rPr>
        <w:t xml:space="preserve">Je bent </w:t>
      </w:r>
      <w:r w:rsidRPr="00074C8F">
        <w:rPr>
          <w:b/>
          <w:bCs/>
          <w:lang w:val="nl-NL"/>
        </w:rPr>
        <w:t>[rol]</w:t>
      </w:r>
      <w:r w:rsidRPr="00074C8F">
        <w:rPr>
          <w:lang w:val="nl-NL"/>
        </w:rPr>
        <w:t>.</w:t>
      </w:r>
      <w:r w:rsidRPr="00074C8F">
        <w:rPr>
          <w:lang w:val="nl-NL"/>
        </w:rPr>
        <w:br/>
        <w:t xml:space="preserve">Doel: </w:t>
      </w:r>
      <w:r w:rsidRPr="00074C8F">
        <w:rPr>
          <w:b/>
          <w:bCs/>
          <w:lang w:val="nl-NL"/>
        </w:rPr>
        <w:t>[wat wil ik bereiken]</w:t>
      </w:r>
      <w:r w:rsidRPr="00074C8F">
        <w:rPr>
          <w:lang w:val="nl-NL"/>
        </w:rPr>
        <w:t>.</w:t>
      </w:r>
      <w:r w:rsidRPr="00074C8F">
        <w:rPr>
          <w:lang w:val="nl-NL"/>
        </w:rPr>
        <w:br/>
        <w:t xml:space="preserve">Context: </w:t>
      </w:r>
      <w:r w:rsidRPr="00074C8F">
        <w:rPr>
          <w:b/>
          <w:bCs/>
          <w:lang w:val="nl-NL"/>
        </w:rPr>
        <w:t>[korte achtergrond]</w:t>
      </w:r>
      <w:r w:rsidRPr="00074C8F">
        <w:rPr>
          <w:lang w:val="nl-NL"/>
        </w:rPr>
        <w:t>.</w:t>
      </w:r>
      <w:r w:rsidRPr="00074C8F">
        <w:rPr>
          <w:lang w:val="nl-NL"/>
        </w:rPr>
        <w:br/>
        <w:t xml:space="preserve">Doelgroep: </w:t>
      </w:r>
      <w:r w:rsidRPr="00074C8F">
        <w:rPr>
          <w:b/>
          <w:bCs/>
          <w:lang w:val="nl-NL"/>
        </w:rPr>
        <w:t>[voor wie]</w:t>
      </w:r>
      <w:r w:rsidRPr="00074C8F">
        <w:rPr>
          <w:lang w:val="nl-NL"/>
        </w:rPr>
        <w:t>.</w:t>
      </w:r>
      <w:r w:rsidRPr="00074C8F">
        <w:rPr>
          <w:lang w:val="nl-NL"/>
        </w:rPr>
        <w:br/>
        <w:t xml:space="preserve">Output: </w:t>
      </w:r>
      <w:r w:rsidRPr="00074C8F">
        <w:rPr>
          <w:b/>
          <w:bCs/>
          <w:lang w:val="nl-NL"/>
        </w:rPr>
        <w:t>[vorm]</w:t>
      </w:r>
      <w:r w:rsidRPr="00074C8F">
        <w:rPr>
          <w:lang w:val="nl-NL"/>
        </w:rPr>
        <w:t xml:space="preserve">, </w:t>
      </w:r>
      <w:r w:rsidRPr="00074C8F">
        <w:rPr>
          <w:b/>
          <w:bCs/>
          <w:lang w:val="nl-NL"/>
        </w:rPr>
        <w:t>[lengte]</w:t>
      </w:r>
      <w:r w:rsidRPr="00074C8F">
        <w:rPr>
          <w:lang w:val="nl-NL"/>
        </w:rPr>
        <w:t xml:space="preserve">, toon: </w:t>
      </w:r>
      <w:r w:rsidRPr="00074C8F">
        <w:rPr>
          <w:b/>
          <w:bCs/>
          <w:lang w:val="nl-NL"/>
        </w:rPr>
        <w:t>[toon]</w:t>
      </w:r>
      <w:r w:rsidRPr="00074C8F">
        <w:rPr>
          <w:lang w:val="nl-NL"/>
        </w:rPr>
        <w:t>.</w:t>
      </w:r>
      <w:r w:rsidRPr="00074C8F">
        <w:rPr>
          <w:lang w:val="nl-NL"/>
        </w:rPr>
        <w:br/>
        <w:t xml:space="preserve">Randvoorwaarden: </w:t>
      </w:r>
      <w:r w:rsidRPr="00074C8F">
        <w:rPr>
          <w:b/>
          <w:bCs/>
          <w:lang w:val="nl-NL"/>
        </w:rPr>
        <w:t>[</w:t>
      </w:r>
      <w:proofErr w:type="spellStart"/>
      <w:r w:rsidRPr="00074C8F">
        <w:rPr>
          <w:b/>
          <w:bCs/>
          <w:lang w:val="nl-NL"/>
        </w:rPr>
        <w:t>constraints</w:t>
      </w:r>
      <w:proofErr w:type="spellEnd"/>
      <w:r w:rsidRPr="00074C8F">
        <w:rPr>
          <w:b/>
          <w:bCs/>
          <w:lang w:val="nl-NL"/>
        </w:rPr>
        <w:t>]</w:t>
      </w:r>
      <w:r w:rsidRPr="00074C8F">
        <w:rPr>
          <w:lang w:val="nl-NL"/>
        </w:rPr>
        <w:t>.</w:t>
      </w:r>
      <w:r w:rsidRPr="00074C8F">
        <w:rPr>
          <w:lang w:val="nl-NL"/>
        </w:rPr>
        <w:br/>
        <w:t>Als info ontbreekt: stel eerst 3 vragen.</w:t>
      </w:r>
    </w:p>
    <w:p w14:paraId="3A8C4FDD" w14:textId="77777777" w:rsidR="00C30399" w:rsidRDefault="00C30399" w:rsidP="00C30399">
      <w:pPr>
        <w:pStyle w:val="Lijstnummering"/>
        <w:numPr>
          <w:ilvl w:val="0"/>
          <w:numId w:val="0"/>
        </w:numPr>
        <w:spacing w:before="0" w:after="0"/>
        <w:ind w:left="360"/>
        <w:rPr>
          <w:b/>
          <w:bCs/>
          <w:lang w:val="nl-NL"/>
        </w:rPr>
      </w:pPr>
    </w:p>
    <w:p w14:paraId="145569D0" w14:textId="35167B7E" w:rsidR="00074C8F" w:rsidRPr="00074C8F" w:rsidRDefault="00074C8F" w:rsidP="00C30399">
      <w:pPr>
        <w:pStyle w:val="Lijstnummering"/>
        <w:numPr>
          <w:ilvl w:val="0"/>
          <w:numId w:val="0"/>
        </w:numPr>
        <w:spacing w:before="0" w:after="0"/>
        <w:ind w:left="360"/>
        <w:rPr>
          <w:lang w:val="nl-NL"/>
        </w:rPr>
      </w:pPr>
      <w:r w:rsidRPr="00074C8F">
        <w:rPr>
          <w:b/>
          <w:bCs/>
          <w:lang w:val="nl-NL"/>
        </w:rPr>
        <w:t>Opdracht</w:t>
      </w:r>
      <w:r w:rsidRPr="00074C8F">
        <w:rPr>
          <w:lang w:val="nl-NL"/>
        </w:rPr>
        <w:br/>
        <w:t>Maak 3 templates (1 per taak) en sla ze op in een notitie of document “mijn promptbibliotheek”.</w:t>
      </w:r>
    </w:p>
    <w:p w14:paraId="2BC9168C" w14:textId="63EA7850" w:rsidR="00074C8F" w:rsidRPr="00074C8F" w:rsidRDefault="00074C8F" w:rsidP="00C30399">
      <w:pPr>
        <w:pStyle w:val="Lijstnummering"/>
        <w:numPr>
          <w:ilvl w:val="0"/>
          <w:numId w:val="0"/>
        </w:numPr>
        <w:ind w:left="360"/>
        <w:rPr>
          <w:lang w:val="nl-NL"/>
        </w:rPr>
      </w:pPr>
    </w:p>
    <w:p w14:paraId="0A9F1940" w14:textId="77777777" w:rsidR="00C30399" w:rsidRDefault="00C30399" w:rsidP="00C30399">
      <w:pPr>
        <w:pStyle w:val="Lijstnummering"/>
        <w:numPr>
          <w:ilvl w:val="0"/>
          <w:numId w:val="0"/>
        </w:numPr>
        <w:spacing w:before="0" w:after="0"/>
        <w:ind w:left="360" w:hanging="360"/>
        <w:rPr>
          <w:b/>
          <w:bCs/>
          <w:lang w:val="nl-NL"/>
        </w:rPr>
      </w:pPr>
    </w:p>
    <w:p w14:paraId="35A5A858" w14:textId="77777777" w:rsidR="00C30399" w:rsidRDefault="00C30399" w:rsidP="00C30399">
      <w:pPr>
        <w:pStyle w:val="Lijstnummering"/>
        <w:numPr>
          <w:ilvl w:val="0"/>
          <w:numId w:val="0"/>
        </w:numPr>
        <w:spacing w:before="0" w:after="0"/>
        <w:ind w:left="360" w:hanging="360"/>
        <w:rPr>
          <w:b/>
          <w:bCs/>
          <w:lang w:val="nl-NL"/>
        </w:rPr>
      </w:pPr>
    </w:p>
    <w:p w14:paraId="15AB3CE4" w14:textId="77777777" w:rsidR="00C30399" w:rsidRDefault="00C30399" w:rsidP="00C30399">
      <w:pPr>
        <w:pStyle w:val="Lijstnummering"/>
        <w:numPr>
          <w:ilvl w:val="0"/>
          <w:numId w:val="0"/>
        </w:numPr>
        <w:spacing w:before="0" w:after="0"/>
        <w:ind w:left="360" w:hanging="360"/>
        <w:rPr>
          <w:b/>
          <w:bCs/>
          <w:lang w:val="nl-NL"/>
        </w:rPr>
      </w:pPr>
    </w:p>
    <w:p w14:paraId="5C72C55C" w14:textId="2F3815DB" w:rsidR="00074C8F" w:rsidRPr="00074C8F" w:rsidRDefault="00074C8F" w:rsidP="00C30399">
      <w:pPr>
        <w:pStyle w:val="Lijstnummering"/>
        <w:numPr>
          <w:ilvl w:val="0"/>
          <w:numId w:val="0"/>
        </w:numPr>
        <w:spacing w:before="0" w:after="0"/>
        <w:ind w:left="360" w:hanging="360"/>
        <w:rPr>
          <w:b/>
          <w:bCs/>
          <w:lang w:val="nl-NL"/>
        </w:rPr>
      </w:pPr>
      <w:r w:rsidRPr="00074C8F">
        <w:rPr>
          <w:b/>
          <w:bCs/>
          <w:lang w:val="nl-NL"/>
        </w:rPr>
        <w:lastRenderedPageBreak/>
        <w:t>Stap 4 — Voeg een kwaliteitscheck toe (maak dit standaard)</w:t>
      </w:r>
    </w:p>
    <w:p w14:paraId="3A0A45B8" w14:textId="77777777" w:rsidR="00074C8F" w:rsidRDefault="00074C8F" w:rsidP="00C30399">
      <w:pPr>
        <w:pStyle w:val="Lijstnummering"/>
        <w:numPr>
          <w:ilvl w:val="0"/>
          <w:numId w:val="0"/>
        </w:numPr>
        <w:spacing w:before="0" w:after="0"/>
        <w:ind w:left="360"/>
        <w:rPr>
          <w:lang w:val="nl-NL"/>
        </w:rPr>
      </w:pPr>
      <w:r w:rsidRPr="00074C8F">
        <w:rPr>
          <w:lang w:val="nl-NL"/>
        </w:rPr>
        <w:t>Per taak kies je minimaal 1 kwaliteitscheck. Dat maakt je output betrouwbaarder en sneller bruikbaar.</w:t>
      </w:r>
    </w:p>
    <w:p w14:paraId="641331C1" w14:textId="77777777" w:rsidR="00C30399" w:rsidRPr="00074C8F" w:rsidRDefault="00C30399" w:rsidP="00C30399">
      <w:pPr>
        <w:pStyle w:val="Lijstnummering"/>
        <w:numPr>
          <w:ilvl w:val="0"/>
          <w:numId w:val="0"/>
        </w:numPr>
        <w:spacing w:before="0" w:after="0"/>
        <w:rPr>
          <w:lang w:val="nl-NL"/>
        </w:rPr>
      </w:pPr>
    </w:p>
    <w:p w14:paraId="372181E1" w14:textId="77777777" w:rsidR="00074C8F" w:rsidRPr="00074C8F" w:rsidRDefault="00074C8F" w:rsidP="00C30399">
      <w:pPr>
        <w:pStyle w:val="Lijstnummering"/>
        <w:numPr>
          <w:ilvl w:val="0"/>
          <w:numId w:val="0"/>
        </w:numPr>
        <w:spacing w:before="0" w:after="0"/>
        <w:rPr>
          <w:lang w:val="nl-NL"/>
        </w:rPr>
      </w:pPr>
      <w:r w:rsidRPr="00074C8F">
        <w:rPr>
          <w:b/>
          <w:bCs/>
          <w:lang w:val="nl-NL"/>
        </w:rPr>
        <w:t>Kies 1–3 checks (per taak)</w:t>
      </w:r>
    </w:p>
    <w:p w14:paraId="1B806D02" w14:textId="77777777" w:rsidR="00074C8F" w:rsidRPr="00074C8F" w:rsidRDefault="00074C8F" w:rsidP="00974A8A">
      <w:pPr>
        <w:pStyle w:val="Lijstnummering"/>
        <w:numPr>
          <w:ilvl w:val="0"/>
          <w:numId w:val="120"/>
        </w:numPr>
        <w:spacing w:after="0"/>
        <w:rPr>
          <w:lang w:val="nl-NL"/>
        </w:rPr>
      </w:pPr>
      <w:r w:rsidRPr="00074C8F">
        <w:rPr>
          <w:b/>
          <w:bCs/>
          <w:lang w:val="nl-NL"/>
        </w:rPr>
        <w:t>Aannames-check:</w:t>
      </w:r>
      <w:r w:rsidRPr="00074C8F">
        <w:rPr>
          <w:lang w:val="nl-NL"/>
        </w:rPr>
        <w:t xml:space="preserve"> “Markeer aannames met [AANNAME].”</w:t>
      </w:r>
    </w:p>
    <w:p w14:paraId="28E29828" w14:textId="77777777" w:rsidR="00074C8F" w:rsidRPr="00074C8F" w:rsidRDefault="00074C8F" w:rsidP="00974A8A">
      <w:pPr>
        <w:pStyle w:val="Lijstnummering"/>
        <w:numPr>
          <w:ilvl w:val="0"/>
          <w:numId w:val="120"/>
        </w:numPr>
        <w:spacing w:after="0"/>
        <w:rPr>
          <w:lang w:val="nl-NL"/>
        </w:rPr>
      </w:pPr>
      <w:r w:rsidRPr="00074C8F">
        <w:rPr>
          <w:b/>
          <w:bCs/>
          <w:lang w:val="nl-NL"/>
        </w:rPr>
        <w:t>Risico-check:</w:t>
      </w:r>
      <w:r w:rsidRPr="00074C8F">
        <w:rPr>
          <w:lang w:val="nl-NL"/>
        </w:rPr>
        <w:t xml:space="preserve"> “Noem 3 dingen die mis kunnen gaan (inhoud/interpretatie/toon).”</w:t>
      </w:r>
    </w:p>
    <w:p w14:paraId="17F3F360" w14:textId="77777777" w:rsidR="00074C8F" w:rsidRPr="00074C8F" w:rsidRDefault="00074C8F" w:rsidP="00974A8A">
      <w:pPr>
        <w:pStyle w:val="Lijstnummering"/>
        <w:numPr>
          <w:ilvl w:val="0"/>
          <w:numId w:val="120"/>
        </w:numPr>
        <w:spacing w:after="0"/>
        <w:rPr>
          <w:lang w:val="nl-NL"/>
        </w:rPr>
      </w:pPr>
      <w:r w:rsidRPr="00074C8F">
        <w:rPr>
          <w:b/>
          <w:bCs/>
          <w:lang w:val="nl-NL"/>
        </w:rPr>
        <w:t>Tegenargument-check:</w:t>
      </w:r>
      <w:r w:rsidRPr="00074C8F">
        <w:rPr>
          <w:lang w:val="nl-NL"/>
        </w:rPr>
        <w:t xml:space="preserve"> “Geef 2 tegenargumenten/risico’s en verbeter daarna.”</w:t>
      </w:r>
    </w:p>
    <w:p w14:paraId="04CC703D" w14:textId="77777777" w:rsidR="00074C8F" w:rsidRPr="00074C8F" w:rsidRDefault="00074C8F" w:rsidP="00974A8A">
      <w:pPr>
        <w:pStyle w:val="Lijstnummering"/>
        <w:numPr>
          <w:ilvl w:val="0"/>
          <w:numId w:val="120"/>
        </w:numPr>
        <w:spacing w:after="0"/>
        <w:rPr>
          <w:lang w:val="nl-NL"/>
        </w:rPr>
      </w:pPr>
      <w:r w:rsidRPr="00074C8F">
        <w:rPr>
          <w:b/>
          <w:bCs/>
          <w:lang w:val="nl-NL"/>
        </w:rPr>
        <w:t>Checklist-check:</w:t>
      </w:r>
      <w:r w:rsidRPr="00074C8F">
        <w:rPr>
          <w:lang w:val="nl-NL"/>
        </w:rPr>
        <w:t xml:space="preserve"> “Maak een checklist waarmee ik kan controleren of dit compleet is.”</w:t>
      </w:r>
    </w:p>
    <w:p w14:paraId="31FA76C7" w14:textId="77777777" w:rsidR="00074C8F" w:rsidRPr="00074C8F" w:rsidRDefault="00074C8F" w:rsidP="00974A8A">
      <w:pPr>
        <w:pStyle w:val="Lijstnummering"/>
        <w:numPr>
          <w:ilvl w:val="0"/>
          <w:numId w:val="120"/>
        </w:numPr>
        <w:spacing w:after="0"/>
        <w:rPr>
          <w:lang w:val="nl-NL"/>
        </w:rPr>
      </w:pPr>
      <w:r w:rsidRPr="00074C8F">
        <w:rPr>
          <w:b/>
          <w:bCs/>
          <w:lang w:val="nl-NL"/>
        </w:rPr>
        <w:t>Verduidelijkingscheck:</w:t>
      </w:r>
      <w:r w:rsidRPr="00074C8F">
        <w:rPr>
          <w:lang w:val="nl-NL"/>
        </w:rPr>
        <w:t xml:space="preserve"> “Stel eerst 3 vragen als je iets mist.”</w:t>
      </w:r>
    </w:p>
    <w:p w14:paraId="70AB86FB" w14:textId="77777777" w:rsidR="00074C8F" w:rsidRPr="00074C8F" w:rsidRDefault="00074C8F" w:rsidP="00974A8A">
      <w:pPr>
        <w:pStyle w:val="Lijstnummering"/>
        <w:numPr>
          <w:ilvl w:val="0"/>
          <w:numId w:val="120"/>
        </w:numPr>
        <w:spacing w:after="0"/>
        <w:rPr>
          <w:lang w:val="nl-NL"/>
        </w:rPr>
      </w:pPr>
      <w:r w:rsidRPr="00074C8F">
        <w:rPr>
          <w:b/>
          <w:bCs/>
          <w:lang w:val="nl-NL"/>
        </w:rPr>
        <w:t>Kort/uitgebreid:</w:t>
      </w:r>
      <w:r w:rsidRPr="00074C8F">
        <w:rPr>
          <w:lang w:val="nl-NL"/>
        </w:rPr>
        <w:t xml:space="preserve"> “Geef een korte en een uitgebreide versie.”</w:t>
      </w:r>
    </w:p>
    <w:p w14:paraId="7F665174" w14:textId="77777777" w:rsidR="00074C8F" w:rsidRDefault="00074C8F" w:rsidP="00974A8A">
      <w:pPr>
        <w:pStyle w:val="Lijstnummering"/>
        <w:numPr>
          <w:ilvl w:val="0"/>
          <w:numId w:val="120"/>
        </w:numPr>
        <w:spacing w:after="0"/>
        <w:rPr>
          <w:lang w:val="nl-NL"/>
        </w:rPr>
      </w:pPr>
      <w:proofErr w:type="spellStart"/>
      <w:r w:rsidRPr="00074C8F">
        <w:rPr>
          <w:b/>
          <w:bCs/>
          <w:lang w:val="nl-NL"/>
        </w:rPr>
        <w:t>Doelgroepcheck</w:t>
      </w:r>
      <w:proofErr w:type="spellEnd"/>
      <w:r w:rsidRPr="00074C8F">
        <w:rPr>
          <w:b/>
          <w:bCs/>
          <w:lang w:val="nl-NL"/>
        </w:rPr>
        <w:t>:</w:t>
      </w:r>
      <w:r w:rsidRPr="00074C8F">
        <w:rPr>
          <w:lang w:val="nl-NL"/>
        </w:rPr>
        <w:t xml:space="preserve"> “Is dit passend voor doelgroep X? Zo niet, pas aan.”</w:t>
      </w:r>
    </w:p>
    <w:p w14:paraId="70F4399D" w14:textId="77777777" w:rsidR="00C30399" w:rsidRPr="00074C8F" w:rsidRDefault="00C30399" w:rsidP="00C30399">
      <w:pPr>
        <w:pStyle w:val="Lijstnummering"/>
        <w:numPr>
          <w:ilvl w:val="0"/>
          <w:numId w:val="0"/>
        </w:numPr>
        <w:spacing w:after="0"/>
        <w:ind w:left="720"/>
        <w:rPr>
          <w:lang w:val="nl-NL"/>
        </w:rPr>
      </w:pPr>
    </w:p>
    <w:p w14:paraId="74F255D2" w14:textId="46E7FF81" w:rsidR="00074C8F" w:rsidRPr="00074C8F" w:rsidRDefault="00074C8F" w:rsidP="00C30399">
      <w:pPr>
        <w:pStyle w:val="Lijstnummering"/>
        <w:numPr>
          <w:ilvl w:val="0"/>
          <w:numId w:val="0"/>
        </w:numPr>
        <w:spacing w:before="0" w:after="0"/>
        <w:ind w:left="360" w:hanging="360"/>
        <w:rPr>
          <w:lang w:val="nl-NL"/>
        </w:rPr>
      </w:pPr>
      <w:r w:rsidRPr="00074C8F">
        <w:rPr>
          <w:lang w:val="nl-NL"/>
        </w:rPr>
        <w:t>Tip: Voor mails en beleidstekst werken “toon-check + checklist” het best.</w:t>
      </w:r>
    </w:p>
    <w:p w14:paraId="5077A45D" w14:textId="77777777" w:rsidR="00C30399" w:rsidRDefault="00C30399" w:rsidP="00C30399">
      <w:pPr>
        <w:pStyle w:val="Lijstnummering"/>
        <w:numPr>
          <w:ilvl w:val="0"/>
          <w:numId w:val="0"/>
        </w:numPr>
        <w:spacing w:before="0" w:after="0"/>
        <w:rPr>
          <w:b/>
          <w:bCs/>
          <w:lang w:val="nl-NL"/>
        </w:rPr>
      </w:pPr>
    </w:p>
    <w:p w14:paraId="0FD34CD5" w14:textId="3D8FCB51" w:rsidR="00074C8F" w:rsidRPr="00074C8F" w:rsidRDefault="00074C8F" w:rsidP="00C30399">
      <w:pPr>
        <w:pStyle w:val="Lijstnummering"/>
        <w:numPr>
          <w:ilvl w:val="0"/>
          <w:numId w:val="0"/>
        </w:numPr>
        <w:spacing w:before="0" w:after="0"/>
        <w:rPr>
          <w:b/>
          <w:bCs/>
          <w:lang w:val="nl-NL"/>
        </w:rPr>
      </w:pPr>
      <w:r w:rsidRPr="00074C8F">
        <w:rPr>
          <w:b/>
          <w:bCs/>
          <w:lang w:val="nl-NL"/>
        </w:rPr>
        <w:t>Stap 5 — Oefening: doe 1 taak helemaal (van ruwe input → eindproduct)</w:t>
      </w:r>
    </w:p>
    <w:p w14:paraId="38373E74" w14:textId="77777777" w:rsidR="00074C8F" w:rsidRPr="00074C8F" w:rsidRDefault="00074C8F" w:rsidP="00C30399">
      <w:pPr>
        <w:pStyle w:val="Lijstnummering"/>
        <w:numPr>
          <w:ilvl w:val="0"/>
          <w:numId w:val="0"/>
        </w:numPr>
        <w:spacing w:before="0" w:after="0"/>
        <w:ind w:left="360"/>
        <w:rPr>
          <w:lang w:val="nl-NL"/>
        </w:rPr>
      </w:pPr>
      <w:r w:rsidRPr="00074C8F">
        <w:rPr>
          <w:lang w:val="nl-NL"/>
        </w:rPr>
        <w:t>Kies één van je taken en voer uit:</w:t>
      </w:r>
    </w:p>
    <w:p w14:paraId="3A63AF06" w14:textId="77777777" w:rsidR="00074C8F" w:rsidRPr="00074C8F" w:rsidRDefault="00074C8F" w:rsidP="00974A8A">
      <w:pPr>
        <w:pStyle w:val="Lijstnummering"/>
        <w:numPr>
          <w:ilvl w:val="0"/>
          <w:numId w:val="121"/>
        </w:numPr>
        <w:spacing w:after="0"/>
        <w:rPr>
          <w:lang w:val="nl-NL"/>
        </w:rPr>
      </w:pPr>
      <w:r w:rsidRPr="00074C8F">
        <w:rPr>
          <w:lang w:val="nl-NL"/>
        </w:rPr>
        <w:t>Plak je ruwe input (</w:t>
      </w:r>
      <w:proofErr w:type="spellStart"/>
      <w:r w:rsidRPr="00074C8F">
        <w:rPr>
          <w:lang w:val="nl-NL"/>
        </w:rPr>
        <w:t>bullets</w:t>
      </w:r>
      <w:proofErr w:type="spellEnd"/>
      <w:r w:rsidRPr="00074C8F">
        <w:rPr>
          <w:lang w:val="nl-NL"/>
        </w:rPr>
        <w:t>, losse zinnen) in de AI.</w:t>
      </w:r>
    </w:p>
    <w:p w14:paraId="1D3E4C94" w14:textId="77777777" w:rsidR="00074C8F" w:rsidRPr="00074C8F" w:rsidRDefault="00074C8F" w:rsidP="00974A8A">
      <w:pPr>
        <w:pStyle w:val="Lijstnummering"/>
        <w:numPr>
          <w:ilvl w:val="0"/>
          <w:numId w:val="121"/>
        </w:numPr>
        <w:spacing w:after="0"/>
        <w:rPr>
          <w:lang w:val="nl-NL"/>
        </w:rPr>
      </w:pPr>
      <w:r w:rsidRPr="00074C8F">
        <w:rPr>
          <w:lang w:val="nl-NL"/>
        </w:rPr>
        <w:t>Gebruik je template.</w:t>
      </w:r>
    </w:p>
    <w:p w14:paraId="7A0C839B" w14:textId="77777777" w:rsidR="00074C8F" w:rsidRPr="00074C8F" w:rsidRDefault="00074C8F" w:rsidP="00974A8A">
      <w:pPr>
        <w:pStyle w:val="Lijstnummering"/>
        <w:numPr>
          <w:ilvl w:val="0"/>
          <w:numId w:val="121"/>
        </w:numPr>
        <w:spacing w:after="0"/>
        <w:rPr>
          <w:lang w:val="nl-NL"/>
        </w:rPr>
      </w:pPr>
      <w:r w:rsidRPr="00074C8F">
        <w:rPr>
          <w:lang w:val="nl-NL"/>
        </w:rPr>
        <w:t>Laat AI 2 versies maken (kort + uitgebreider).</w:t>
      </w:r>
    </w:p>
    <w:p w14:paraId="4D21DA34" w14:textId="77777777" w:rsidR="00074C8F" w:rsidRPr="00074C8F" w:rsidRDefault="00074C8F" w:rsidP="00974A8A">
      <w:pPr>
        <w:pStyle w:val="Lijstnummering"/>
        <w:numPr>
          <w:ilvl w:val="0"/>
          <w:numId w:val="121"/>
        </w:numPr>
        <w:spacing w:after="0"/>
        <w:rPr>
          <w:lang w:val="nl-NL"/>
        </w:rPr>
      </w:pPr>
      <w:r w:rsidRPr="00074C8F">
        <w:rPr>
          <w:lang w:val="nl-NL"/>
        </w:rPr>
        <w:t>Laat AI een checklist maken: “wat moet ik nog controleren?”</w:t>
      </w:r>
    </w:p>
    <w:p w14:paraId="26BCD156" w14:textId="77777777" w:rsidR="00074C8F" w:rsidRPr="00074C8F" w:rsidRDefault="00074C8F" w:rsidP="00974A8A">
      <w:pPr>
        <w:pStyle w:val="Lijstnummering"/>
        <w:numPr>
          <w:ilvl w:val="0"/>
          <w:numId w:val="121"/>
        </w:numPr>
        <w:spacing w:after="0"/>
        <w:rPr>
          <w:lang w:val="nl-NL"/>
        </w:rPr>
      </w:pPr>
      <w:r w:rsidRPr="00074C8F">
        <w:rPr>
          <w:lang w:val="nl-NL"/>
        </w:rPr>
        <w:t>Jij redigeert en maakt definitief.</w:t>
      </w:r>
    </w:p>
    <w:p w14:paraId="793742EF" w14:textId="2718D143" w:rsidR="00074C8F" w:rsidRPr="00074C8F" w:rsidRDefault="00074C8F" w:rsidP="00074C8F">
      <w:pPr>
        <w:pStyle w:val="Lijstnummering"/>
        <w:numPr>
          <w:ilvl w:val="0"/>
          <w:numId w:val="0"/>
        </w:numPr>
        <w:ind w:left="360" w:hanging="360"/>
        <w:rPr>
          <w:lang w:val="nl-NL"/>
        </w:rPr>
      </w:pPr>
    </w:p>
    <w:p w14:paraId="580FC542" w14:textId="77777777" w:rsidR="00074C8F" w:rsidRPr="00074C8F" w:rsidRDefault="00074C8F" w:rsidP="00074C8F">
      <w:pPr>
        <w:pStyle w:val="Lijstnummering"/>
        <w:numPr>
          <w:ilvl w:val="0"/>
          <w:numId w:val="0"/>
        </w:numPr>
        <w:spacing w:before="0" w:after="0"/>
        <w:rPr>
          <w:b/>
          <w:bCs/>
          <w:lang w:val="nl-NL"/>
        </w:rPr>
      </w:pPr>
      <w:r w:rsidRPr="00074C8F">
        <w:rPr>
          <w:b/>
          <w:bCs/>
          <w:lang w:val="nl-NL"/>
        </w:rPr>
        <w:t xml:space="preserve">Stap 6 — Maak je persoonlijke do’s &amp; </w:t>
      </w:r>
      <w:proofErr w:type="spellStart"/>
      <w:r w:rsidRPr="00074C8F">
        <w:rPr>
          <w:b/>
          <w:bCs/>
          <w:lang w:val="nl-NL"/>
        </w:rPr>
        <w:t>don’ts</w:t>
      </w:r>
      <w:proofErr w:type="spellEnd"/>
      <w:r w:rsidRPr="00074C8F">
        <w:rPr>
          <w:b/>
          <w:bCs/>
          <w:lang w:val="nl-NL"/>
        </w:rPr>
        <w:t xml:space="preserve"> (voor dagelijks gebruik)</w:t>
      </w:r>
    </w:p>
    <w:p w14:paraId="7D790745" w14:textId="77777777" w:rsidR="00074C8F" w:rsidRDefault="00074C8F" w:rsidP="00074C8F">
      <w:pPr>
        <w:pStyle w:val="Lijstnummering"/>
        <w:numPr>
          <w:ilvl w:val="0"/>
          <w:numId w:val="0"/>
        </w:numPr>
        <w:spacing w:before="0" w:after="0"/>
        <w:rPr>
          <w:b/>
          <w:bCs/>
          <w:lang w:val="nl-NL"/>
        </w:rPr>
      </w:pPr>
    </w:p>
    <w:p w14:paraId="700F4752" w14:textId="4AFA4013" w:rsidR="00074C8F" w:rsidRPr="00074C8F" w:rsidRDefault="00074C8F" w:rsidP="00074C8F">
      <w:pPr>
        <w:pStyle w:val="Lijstnummering"/>
        <w:numPr>
          <w:ilvl w:val="0"/>
          <w:numId w:val="0"/>
        </w:numPr>
        <w:spacing w:before="0" w:after="0"/>
        <w:rPr>
          <w:b/>
          <w:bCs/>
          <w:lang w:val="nl-NL"/>
        </w:rPr>
      </w:pPr>
      <w:r w:rsidRPr="00074C8F">
        <w:rPr>
          <w:b/>
          <w:bCs/>
          <w:lang w:val="nl-NL"/>
        </w:rPr>
        <w:t>Do’s (aanrader)</w:t>
      </w:r>
    </w:p>
    <w:p w14:paraId="15300688" w14:textId="77777777" w:rsidR="00074C8F" w:rsidRPr="00074C8F" w:rsidRDefault="00074C8F" w:rsidP="00974A8A">
      <w:pPr>
        <w:pStyle w:val="Lijstnummering"/>
        <w:numPr>
          <w:ilvl w:val="0"/>
          <w:numId w:val="122"/>
        </w:numPr>
        <w:spacing w:after="0"/>
        <w:rPr>
          <w:lang w:val="nl-NL"/>
        </w:rPr>
      </w:pPr>
      <w:r w:rsidRPr="00074C8F">
        <w:rPr>
          <w:lang w:val="nl-NL"/>
        </w:rPr>
        <w:t>Gebruik AI om te starten (</w:t>
      </w:r>
      <w:proofErr w:type="spellStart"/>
      <w:r w:rsidRPr="00074C8F">
        <w:rPr>
          <w:lang w:val="nl-NL"/>
        </w:rPr>
        <w:t>outline</w:t>
      </w:r>
      <w:proofErr w:type="spellEnd"/>
      <w:r w:rsidRPr="00074C8F">
        <w:rPr>
          <w:lang w:val="nl-NL"/>
        </w:rPr>
        <w:t>, structuur, eerste concept).</w:t>
      </w:r>
    </w:p>
    <w:p w14:paraId="6E775F0D" w14:textId="77777777" w:rsidR="00074C8F" w:rsidRPr="00074C8F" w:rsidRDefault="00074C8F" w:rsidP="00974A8A">
      <w:pPr>
        <w:pStyle w:val="Lijstnummering"/>
        <w:numPr>
          <w:ilvl w:val="0"/>
          <w:numId w:val="122"/>
        </w:numPr>
        <w:spacing w:after="0"/>
        <w:rPr>
          <w:lang w:val="nl-NL"/>
        </w:rPr>
      </w:pPr>
      <w:r w:rsidRPr="00074C8F">
        <w:rPr>
          <w:lang w:val="nl-NL"/>
        </w:rPr>
        <w:t>Vraag om varianten (toon, lengte, doelgroep).</w:t>
      </w:r>
    </w:p>
    <w:p w14:paraId="74867925" w14:textId="77777777" w:rsidR="00074C8F" w:rsidRPr="00074C8F" w:rsidRDefault="00074C8F" w:rsidP="00974A8A">
      <w:pPr>
        <w:pStyle w:val="Lijstnummering"/>
        <w:numPr>
          <w:ilvl w:val="0"/>
          <w:numId w:val="122"/>
        </w:numPr>
        <w:spacing w:after="0"/>
        <w:rPr>
          <w:lang w:val="nl-NL"/>
        </w:rPr>
      </w:pPr>
      <w:r w:rsidRPr="00074C8F">
        <w:rPr>
          <w:lang w:val="nl-NL"/>
        </w:rPr>
        <w:t>Vraag om checklists en risico’s.</w:t>
      </w:r>
    </w:p>
    <w:p w14:paraId="65E2715B" w14:textId="77777777" w:rsidR="00074C8F" w:rsidRPr="00074C8F" w:rsidRDefault="00074C8F" w:rsidP="00974A8A">
      <w:pPr>
        <w:pStyle w:val="Lijstnummering"/>
        <w:numPr>
          <w:ilvl w:val="0"/>
          <w:numId w:val="122"/>
        </w:numPr>
        <w:spacing w:after="0"/>
        <w:rPr>
          <w:lang w:val="nl-NL"/>
        </w:rPr>
      </w:pPr>
      <w:r w:rsidRPr="00074C8F">
        <w:rPr>
          <w:lang w:val="nl-NL"/>
        </w:rPr>
        <w:t>Gebruik vaste templates voor terugkerende taken.</w:t>
      </w:r>
    </w:p>
    <w:p w14:paraId="3B23A612" w14:textId="77777777" w:rsidR="00074C8F" w:rsidRDefault="00074C8F" w:rsidP="00974A8A">
      <w:pPr>
        <w:pStyle w:val="Lijstnummering"/>
        <w:numPr>
          <w:ilvl w:val="0"/>
          <w:numId w:val="122"/>
        </w:numPr>
        <w:spacing w:after="0"/>
        <w:rPr>
          <w:lang w:val="nl-NL"/>
        </w:rPr>
      </w:pPr>
      <w:r w:rsidRPr="00074C8F">
        <w:rPr>
          <w:lang w:val="nl-NL"/>
        </w:rPr>
        <w:t>Controleer feiten en gevoelige claims altijd zelf.</w:t>
      </w:r>
    </w:p>
    <w:p w14:paraId="39F018F5" w14:textId="77777777" w:rsidR="00074C8F" w:rsidRPr="00074C8F" w:rsidRDefault="00074C8F" w:rsidP="00974A8A">
      <w:pPr>
        <w:pStyle w:val="Lijstnummering"/>
        <w:numPr>
          <w:ilvl w:val="0"/>
          <w:numId w:val="122"/>
        </w:numPr>
        <w:spacing w:after="0"/>
        <w:rPr>
          <w:lang w:val="nl-NL"/>
        </w:rPr>
      </w:pPr>
    </w:p>
    <w:p w14:paraId="61A6DD99" w14:textId="62119179" w:rsidR="00074C8F" w:rsidRPr="00074C8F" w:rsidRDefault="00074C8F" w:rsidP="00074C8F">
      <w:pPr>
        <w:pStyle w:val="Lijstnummering"/>
        <w:numPr>
          <w:ilvl w:val="0"/>
          <w:numId w:val="0"/>
        </w:numPr>
        <w:spacing w:before="0" w:after="0"/>
        <w:ind w:left="360" w:hanging="360"/>
        <w:rPr>
          <w:b/>
          <w:bCs/>
          <w:lang w:val="nl-NL"/>
        </w:rPr>
      </w:pPr>
      <w:proofErr w:type="spellStart"/>
      <w:r>
        <w:rPr>
          <w:b/>
          <w:bCs/>
          <w:lang w:val="nl-NL"/>
        </w:rPr>
        <w:t>D</w:t>
      </w:r>
      <w:r w:rsidRPr="00074C8F">
        <w:rPr>
          <w:b/>
          <w:bCs/>
          <w:lang w:val="nl-NL"/>
        </w:rPr>
        <w:t>on’ts</w:t>
      </w:r>
      <w:proofErr w:type="spellEnd"/>
      <w:r w:rsidRPr="00074C8F">
        <w:rPr>
          <w:b/>
          <w:bCs/>
          <w:lang w:val="nl-NL"/>
        </w:rPr>
        <w:t xml:space="preserve"> (vermijden)</w:t>
      </w:r>
    </w:p>
    <w:p w14:paraId="59902759" w14:textId="77777777" w:rsidR="00074C8F" w:rsidRPr="00074C8F" w:rsidRDefault="00074C8F" w:rsidP="00974A8A">
      <w:pPr>
        <w:pStyle w:val="Lijstnummering"/>
        <w:numPr>
          <w:ilvl w:val="0"/>
          <w:numId w:val="123"/>
        </w:numPr>
        <w:spacing w:after="0"/>
        <w:rPr>
          <w:lang w:val="nl-NL"/>
        </w:rPr>
      </w:pPr>
      <w:r w:rsidRPr="00074C8F">
        <w:rPr>
          <w:lang w:val="nl-NL"/>
        </w:rPr>
        <w:t>Geen persoonsgegevens of vertrouwelijke casusdetails invoeren.</w:t>
      </w:r>
    </w:p>
    <w:p w14:paraId="0A426956" w14:textId="77777777" w:rsidR="00074C8F" w:rsidRPr="00074C8F" w:rsidRDefault="00074C8F" w:rsidP="00974A8A">
      <w:pPr>
        <w:pStyle w:val="Lijstnummering"/>
        <w:numPr>
          <w:ilvl w:val="0"/>
          <w:numId w:val="123"/>
        </w:numPr>
        <w:spacing w:after="0"/>
        <w:rPr>
          <w:lang w:val="nl-NL"/>
        </w:rPr>
      </w:pPr>
      <w:r w:rsidRPr="00074C8F">
        <w:rPr>
          <w:lang w:val="nl-NL"/>
        </w:rPr>
        <w:t>Geen besluiten/beoordelingen laten “nemen” door AI.</w:t>
      </w:r>
    </w:p>
    <w:p w14:paraId="30CFC037" w14:textId="77777777" w:rsidR="00074C8F" w:rsidRPr="00074C8F" w:rsidRDefault="00074C8F" w:rsidP="00974A8A">
      <w:pPr>
        <w:pStyle w:val="Lijstnummering"/>
        <w:numPr>
          <w:ilvl w:val="0"/>
          <w:numId w:val="123"/>
        </w:numPr>
        <w:spacing w:after="0"/>
        <w:rPr>
          <w:lang w:val="nl-NL"/>
        </w:rPr>
      </w:pPr>
      <w:r w:rsidRPr="00074C8F">
        <w:rPr>
          <w:lang w:val="nl-NL"/>
        </w:rPr>
        <w:t>Geen beleid of officiële communicatie zonder eindredactie.</w:t>
      </w:r>
    </w:p>
    <w:p w14:paraId="2D0DCBC2" w14:textId="77777777" w:rsidR="00074C8F" w:rsidRPr="00074C8F" w:rsidRDefault="00074C8F" w:rsidP="00974A8A">
      <w:pPr>
        <w:pStyle w:val="Lijstnummering"/>
        <w:numPr>
          <w:ilvl w:val="0"/>
          <w:numId w:val="123"/>
        </w:numPr>
        <w:spacing w:after="0"/>
        <w:rPr>
          <w:lang w:val="nl-NL"/>
        </w:rPr>
      </w:pPr>
      <w:r w:rsidRPr="00074C8F">
        <w:rPr>
          <w:lang w:val="nl-NL"/>
        </w:rPr>
        <w:t>Geen juridische feiten of bronnen overnemen zonder verificatie.</w:t>
      </w:r>
    </w:p>
    <w:p w14:paraId="054E99C9" w14:textId="67A9122C" w:rsidR="00074C8F" w:rsidRPr="00074C8F" w:rsidRDefault="00074C8F" w:rsidP="00074C8F">
      <w:pPr>
        <w:pStyle w:val="Lijstnummering"/>
        <w:numPr>
          <w:ilvl w:val="0"/>
          <w:numId w:val="0"/>
        </w:numPr>
        <w:ind w:left="360"/>
        <w:rPr>
          <w:lang w:val="nl-NL"/>
        </w:rPr>
      </w:pPr>
    </w:p>
    <w:p w14:paraId="309C9297" w14:textId="77777777" w:rsidR="00C30399" w:rsidRDefault="00C30399">
      <w:pPr>
        <w:rPr>
          <w:b/>
          <w:bCs/>
          <w:lang w:val="nl-NL"/>
        </w:rPr>
      </w:pPr>
      <w:r>
        <w:rPr>
          <w:b/>
          <w:bCs/>
          <w:lang w:val="nl-NL"/>
        </w:rPr>
        <w:br w:type="page"/>
      </w:r>
    </w:p>
    <w:p w14:paraId="336E725C" w14:textId="2B928F9F" w:rsidR="00074C8F" w:rsidRPr="00074C8F" w:rsidRDefault="00074C8F" w:rsidP="00074C8F">
      <w:pPr>
        <w:pStyle w:val="Lijstnummering"/>
        <w:numPr>
          <w:ilvl w:val="0"/>
          <w:numId w:val="0"/>
        </w:numPr>
        <w:spacing w:before="0" w:after="0"/>
        <w:rPr>
          <w:b/>
          <w:bCs/>
          <w:lang w:val="nl-NL"/>
        </w:rPr>
      </w:pPr>
      <w:r w:rsidRPr="00074C8F">
        <w:rPr>
          <w:b/>
          <w:bCs/>
          <w:lang w:val="nl-NL"/>
        </w:rPr>
        <w:lastRenderedPageBreak/>
        <w:t>Bonus: 3 kant-en-klare templates (super praktisch)</w:t>
      </w:r>
    </w:p>
    <w:p w14:paraId="1D224CA9" w14:textId="77777777" w:rsidR="00074C8F" w:rsidRDefault="00074C8F" w:rsidP="00074C8F">
      <w:pPr>
        <w:pStyle w:val="Lijstnummering"/>
        <w:numPr>
          <w:ilvl w:val="0"/>
          <w:numId w:val="0"/>
        </w:numPr>
        <w:spacing w:before="0" w:after="0"/>
        <w:ind w:left="360"/>
        <w:rPr>
          <w:b/>
          <w:bCs/>
          <w:lang w:val="nl-NL"/>
        </w:rPr>
      </w:pPr>
    </w:p>
    <w:p w14:paraId="2F26120F" w14:textId="5A8AE28E" w:rsidR="00074C8F" w:rsidRPr="00074C8F" w:rsidRDefault="00074C8F" w:rsidP="00074C8F">
      <w:pPr>
        <w:pStyle w:val="Lijstnummering"/>
        <w:numPr>
          <w:ilvl w:val="0"/>
          <w:numId w:val="0"/>
        </w:numPr>
        <w:spacing w:before="0" w:after="0"/>
        <w:ind w:left="360"/>
        <w:rPr>
          <w:b/>
          <w:bCs/>
          <w:lang w:val="nl-NL"/>
        </w:rPr>
      </w:pPr>
      <w:r w:rsidRPr="00074C8F">
        <w:rPr>
          <w:b/>
          <w:bCs/>
          <w:lang w:val="nl-NL"/>
        </w:rPr>
        <w:t>Template 1 — E-mail (vriendelijk en duidelijk)</w:t>
      </w:r>
    </w:p>
    <w:p w14:paraId="628F8CBC" w14:textId="7C5B6DA9" w:rsidR="00074C8F" w:rsidRPr="00074C8F" w:rsidRDefault="00074C8F" w:rsidP="00074C8F">
      <w:pPr>
        <w:pStyle w:val="Lijstnummering"/>
        <w:numPr>
          <w:ilvl w:val="0"/>
          <w:numId w:val="0"/>
        </w:numPr>
        <w:spacing w:before="0" w:after="0"/>
        <w:ind w:left="360"/>
        <w:rPr>
          <w:lang w:val="nl-NL"/>
        </w:rPr>
      </w:pPr>
      <w:r w:rsidRPr="00074C8F">
        <w:rPr>
          <w:lang w:val="nl-NL"/>
        </w:rPr>
        <w:t xml:space="preserve">Schrijf een e-mail aan </w:t>
      </w:r>
      <w:r w:rsidRPr="00074C8F">
        <w:rPr>
          <w:b/>
          <w:bCs/>
          <w:lang w:val="nl-NL"/>
        </w:rPr>
        <w:t>[doelgroep]</w:t>
      </w:r>
      <w:r w:rsidRPr="00074C8F">
        <w:rPr>
          <w:lang w:val="nl-NL"/>
        </w:rPr>
        <w:t xml:space="preserve"> over </w:t>
      </w:r>
      <w:r w:rsidRPr="00074C8F">
        <w:rPr>
          <w:b/>
          <w:bCs/>
          <w:lang w:val="nl-NL"/>
        </w:rPr>
        <w:t>[onderwerp]</w:t>
      </w:r>
      <w:r w:rsidRPr="00074C8F">
        <w:rPr>
          <w:lang w:val="nl-NL"/>
        </w:rPr>
        <w:t xml:space="preserve">. Toon: vriendelijk, duidelijk, niet belerend. Max 140 woorden. Voeg 3 </w:t>
      </w:r>
      <w:proofErr w:type="spellStart"/>
      <w:r w:rsidRPr="00074C8F">
        <w:rPr>
          <w:lang w:val="nl-NL"/>
        </w:rPr>
        <w:t>bullets</w:t>
      </w:r>
      <w:proofErr w:type="spellEnd"/>
      <w:r w:rsidRPr="00074C8F">
        <w:rPr>
          <w:lang w:val="nl-NL"/>
        </w:rPr>
        <w:t xml:space="preserve"> toe met acties/afspraken. Sluit af met 1 contactoptie. Stel eerst vragen als info ontbreekt.</w:t>
      </w:r>
    </w:p>
    <w:p w14:paraId="062AD150" w14:textId="77777777" w:rsidR="00074C8F" w:rsidRDefault="00074C8F" w:rsidP="00074C8F">
      <w:pPr>
        <w:pStyle w:val="Lijstnummering"/>
        <w:numPr>
          <w:ilvl w:val="0"/>
          <w:numId w:val="0"/>
        </w:numPr>
        <w:spacing w:before="0" w:after="0"/>
        <w:ind w:firstLine="360"/>
        <w:rPr>
          <w:b/>
          <w:bCs/>
          <w:lang w:val="nl-NL"/>
        </w:rPr>
      </w:pPr>
    </w:p>
    <w:p w14:paraId="3816E67C" w14:textId="47E3B886" w:rsidR="00074C8F" w:rsidRPr="00074C8F" w:rsidRDefault="00074C8F" w:rsidP="00074C8F">
      <w:pPr>
        <w:pStyle w:val="Lijstnummering"/>
        <w:numPr>
          <w:ilvl w:val="0"/>
          <w:numId w:val="0"/>
        </w:numPr>
        <w:spacing w:before="0" w:after="0"/>
        <w:ind w:firstLine="360"/>
        <w:rPr>
          <w:b/>
          <w:bCs/>
          <w:lang w:val="nl-NL"/>
        </w:rPr>
      </w:pPr>
      <w:r w:rsidRPr="00074C8F">
        <w:rPr>
          <w:b/>
          <w:bCs/>
          <w:lang w:val="nl-NL"/>
        </w:rPr>
        <w:t>Template 2 — Notulen → actiepunten</w:t>
      </w:r>
    </w:p>
    <w:p w14:paraId="6194E2E2" w14:textId="77777777" w:rsidR="00074C8F" w:rsidRPr="00074C8F" w:rsidRDefault="00074C8F" w:rsidP="00074C8F">
      <w:pPr>
        <w:pStyle w:val="Lijstnummering"/>
        <w:numPr>
          <w:ilvl w:val="0"/>
          <w:numId w:val="0"/>
        </w:numPr>
        <w:spacing w:before="0" w:after="0"/>
        <w:ind w:left="360"/>
        <w:rPr>
          <w:lang w:val="nl-NL"/>
        </w:rPr>
      </w:pPr>
      <w:r w:rsidRPr="00074C8F">
        <w:rPr>
          <w:lang w:val="nl-NL"/>
        </w:rPr>
        <w:t xml:space="preserve">Zet deze notulen om in: (1) samenvatting in 5 </w:t>
      </w:r>
      <w:proofErr w:type="spellStart"/>
      <w:r w:rsidRPr="00074C8F">
        <w:rPr>
          <w:lang w:val="nl-NL"/>
        </w:rPr>
        <w:t>bullets</w:t>
      </w:r>
      <w:proofErr w:type="spellEnd"/>
      <w:r w:rsidRPr="00074C8F">
        <w:rPr>
          <w:lang w:val="nl-NL"/>
        </w:rPr>
        <w:t>, (2) actielijst met eigenaar + deadline, (3) besluitenlijst. Als iets onduidelijk is, maak een sectie “open vragen”.</w:t>
      </w:r>
    </w:p>
    <w:p w14:paraId="7FD12C8D" w14:textId="77777777" w:rsidR="00074C8F" w:rsidRDefault="00074C8F" w:rsidP="00074C8F">
      <w:pPr>
        <w:pStyle w:val="Lijstnummering"/>
        <w:numPr>
          <w:ilvl w:val="0"/>
          <w:numId w:val="0"/>
        </w:numPr>
        <w:spacing w:before="0" w:after="0"/>
        <w:ind w:left="360"/>
        <w:rPr>
          <w:b/>
          <w:bCs/>
          <w:lang w:val="nl-NL"/>
        </w:rPr>
      </w:pPr>
    </w:p>
    <w:p w14:paraId="27D0EF04" w14:textId="33AC9B5E" w:rsidR="00074C8F" w:rsidRPr="00074C8F" w:rsidRDefault="00074C8F" w:rsidP="00074C8F">
      <w:pPr>
        <w:pStyle w:val="Lijstnummering"/>
        <w:numPr>
          <w:ilvl w:val="0"/>
          <w:numId w:val="0"/>
        </w:numPr>
        <w:spacing w:before="0" w:after="0"/>
        <w:ind w:left="360"/>
        <w:rPr>
          <w:b/>
          <w:bCs/>
          <w:lang w:val="nl-NL"/>
        </w:rPr>
      </w:pPr>
      <w:r w:rsidRPr="00074C8F">
        <w:rPr>
          <w:b/>
          <w:bCs/>
          <w:lang w:val="nl-NL"/>
        </w:rPr>
        <w:t>Template 3 — Korte notitie/voorstel (1 pagina)</w:t>
      </w:r>
    </w:p>
    <w:p w14:paraId="156E2A0C" w14:textId="77777777" w:rsidR="00074C8F" w:rsidRPr="00074C8F" w:rsidRDefault="00074C8F" w:rsidP="00074C8F">
      <w:pPr>
        <w:pStyle w:val="Lijstnummering"/>
        <w:numPr>
          <w:ilvl w:val="0"/>
          <w:numId w:val="0"/>
        </w:numPr>
        <w:spacing w:before="0" w:after="0"/>
        <w:ind w:left="360"/>
        <w:rPr>
          <w:lang w:val="nl-NL"/>
        </w:rPr>
      </w:pPr>
      <w:r w:rsidRPr="00074C8F">
        <w:rPr>
          <w:lang w:val="nl-NL"/>
        </w:rPr>
        <w:t xml:space="preserve">Schrijf een conceptnotitie (max 1 pagina) over </w:t>
      </w:r>
      <w:r w:rsidRPr="00074C8F">
        <w:rPr>
          <w:b/>
          <w:bCs/>
          <w:lang w:val="nl-NL"/>
        </w:rPr>
        <w:t>[onderwerp]</w:t>
      </w:r>
      <w:r w:rsidRPr="00074C8F">
        <w:rPr>
          <w:lang w:val="nl-NL"/>
        </w:rPr>
        <w:t xml:space="preserve"> met: aanleiding, doel, voorstel, voordelen, risico’s, implementatiestappen. Voeg 3 kritische vragen toe die een manager mogelijk stelt.</w:t>
      </w:r>
    </w:p>
    <w:p w14:paraId="32A536FA" w14:textId="77777777" w:rsidR="00074C8F" w:rsidRPr="00862DF4" w:rsidRDefault="00074C8F" w:rsidP="00C30399">
      <w:pPr>
        <w:pStyle w:val="Lijstnummering"/>
        <w:numPr>
          <w:ilvl w:val="0"/>
          <w:numId w:val="0"/>
        </w:numPr>
        <w:spacing w:before="0" w:after="0" w:line="240" w:lineRule="auto"/>
        <w:rPr>
          <w:lang w:val="nl-NL"/>
        </w:rPr>
      </w:pPr>
    </w:p>
    <w:p w14:paraId="17292DE2" w14:textId="601C1CDB" w:rsidR="00214938" w:rsidRPr="00214938" w:rsidRDefault="00214938" w:rsidP="00936394">
      <w:pPr>
        <w:pStyle w:val="Kop2"/>
        <w:spacing w:before="0" w:line="240" w:lineRule="auto"/>
        <w:rPr>
          <w:lang w:val="nl-NL"/>
        </w:rPr>
      </w:pPr>
      <w:r w:rsidRPr="00214938">
        <w:rPr>
          <w:lang w:val="nl-NL"/>
        </w:rPr>
        <w:t>Let op OOP-er</w:t>
      </w:r>
    </w:p>
    <w:p w14:paraId="4C3A81E7" w14:textId="431A0291" w:rsidR="00214938" w:rsidRDefault="00214938" w:rsidP="00936394">
      <w:pPr>
        <w:spacing w:before="0" w:after="0" w:line="240" w:lineRule="auto"/>
        <w:rPr>
          <w:lang w:val="nl-NL"/>
        </w:rPr>
      </w:pPr>
      <w:r>
        <w:rPr>
          <w:lang w:val="nl-NL"/>
        </w:rPr>
        <w:t>Denk er als OOP-er ook eens over na of het maken van een filmpje met een Ai-avatar, een kennisclip, een podcast of een AI-</w:t>
      </w:r>
      <w:proofErr w:type="spellStart"/>
      <w:r>
        <w:rPr>
          <w:lang w:val="nl-NL"/>
        </w:rPr>
        <w:t>chatbot</w:t>
      </w:r>
      <w:proofErr w:type="spellEnd"/>
      <w:r>
        <w:rPr>
          <w:lang w:val="nl-NL"/>
        </w:rPr>
        <w:t xml:space="preserve"> misschien handig kan zijn voor jouw werkzaamheden</w:t>
      </w:r>
      <w:r w:rsidR="005352E4">
        <w:rPr>
          <w:lang w:val="nl-NL"/>
        </w:rPr>
        <w:t xml:space="preserve"> in je communicatie naar collega’s, naar praktijkpartners en/of naar studenten</w:t>
      </w:r>
      <w:r>
        <w:rPr>
          <w:lang w:val="nl-NL"/>
        </w:rPr>
        <w:t>. Zie daarvoor</w:t>
      </w:r>
      <w:r w:rsidR="005352E4">
        <w:rPr>
          <w:lang w:val="nl-NL"/>
        </w:rPr>
        <w:t>:</w:t>
      </w:r>
    </w:p>
    <w:p w14:paraId="2D7EDFF5" w14:textId="3BDDEF84" w:rsidR="00214938" w:rsidRPr="00911F82" w:rsidRDefault="00214938" w:rsidP="00936394">
      <w:pPr>
        <w:spacing w:before="0" w:after="0" w:line="240" w:lineRule="auto"/>
        <w:rPr>
          <w:b/>
          <w:bCs/>
          <w:lang w:val="nl-NL"/>
        </w:rPr>
      </w:pPr>
      <w:r w:rsidRPr="00911F82">
        <w:rPr>
          <w:b/>
          <w:bCs/>
          <w:lang w:val="nl-NL"/>
        </w:rPr>
        <w:t>Werkblad 5 – Ik wil een filmpje maken met een AI-avatar</w:t>
      </w:r>
    </w:p>
    <w:p w14:paraId="77627A70" w14:textId="77777777" w:rsidR="00214938" w:rsidRPr="00911F82" w:rsidRDefault="00214938" w:rsidP="00936394">
      <w:pPr>
        <w:spacing w:before="0" w:after="0" w:line="240" w:lineRule="auto"/>
        <w:rPr>
          <w:b/>
          <w:bCs/>
          <w:lang w:val="nl-NL"/>
        </w:rPr>
      </w:pPr>
      <w:r w:rsidRPr="00911F82">
        <w:rPr>
          <w:b/>
          <w:bCs/>
          <w:lang w:val="nl-NL"/>
        </w:rPr>
        <w:t>Werkblad 6 – Ik wil een kennisclip laten maken door AI</w:t>
      </w:r>
    </w:p>
    <w:p w14:paraId="584AE09B" w14:textId="1DFA6CE3" w:rsidR="00214938" w:rsidRPr="00911F82" w:rsidRDefault="00214938" w:rsidP="00936394">
      <w:pPr>
        <w:spacing w:before="0" w:after="0" w:line="240" w:lineRule="auto"/>
        <w:rPr>
          <w:b/>
          <w:bCs/>
          <w:lang w:val="nl-NL"/>
        </w:rPr>
      </w:pPr>
      <w:r w:rsidRPr="00911F82">
        <w:rPr>
          <w:b/>
          <w:bCs/>
          <w:lang w:val="nl-NL"/>
        </w:rPr>
        <w:t xml:space="preserve">Werkblad 8 – </w:t>
      </w:r>
      <w:r w:rsidR="00936394" w:rsidRPr="00911F82">
        <w:rPr>
          <w:b/>
          <w:bCs/>
          <w:lang w:val="nl-NL"/>
        </w:rPr>
        <w:t>Ik wil een eigen</w:t>
      </w:r>
      <w:r w:rsidRPr="00911F82">
        <w:rPr>
          <w:b/>
          <w:bCs/>
          <w:lang w:val="nl-NL"/>
        </w:rPr>
        <w:t xml:space="preserve"> </w:t>
      </w:r>
      <w:proofErr w:type="spellStart"/>
      <w:r w:rsidRPr="00911F82">
        <w:rPr>
          <w:b/>
          <w:bCs/>
          <w:lang w:val="nl-NL"/>
        </w:rPr>
        <w:t>chatbot</w:t>
      </w:r>
      <w:proofErr w:type="spellEnd"/>
      <w:r w:rsidRPr="00911F82">
        <w:rPr>
          <w:b/>
          <w:bCs/>
          <w:lang w:val="nl-NL"/>
        </w:rPr>
        <w:t xml:space="preserve"> bouwen</w:t>
      </w:r>
    </w:p>
    <w:p w14:paraId="4B9789F4" w14:textId="77777777" w:rsidR="00214938" w:rsidRPr="00911F82" w:rsidRDefault="00214938" w:rsidP="00936394">
      <w:pPr>
        <w:spacing w:before="0" w:after="0" w:line="240" w:lineRule="auto"/>
        <w:rPr>
          <w:b/>
          <w:bCs/>
          <w:lang w:val="nl-NL"/>
        </w:rPr>
      </w:pPr>
      <w:r w:rsidRPr="00911F82">
        <w:rPr>
          <w:b/>
          <w:bCs/>
          <w:lang w:val="nl-NL"/>
        </w:rPr>
        <w:t xml:space="preserve">Werkblad 9 – Ik wil leren werken met Google </w:t>
      </w:r>
      <w:proofErr w:type="spellStart"/>
      <w:r w:rsidRPr="00911F82">
        <w:rPr>
          <w:b/>
          <w:bCs/>
          <w:lang w:val="nl-NL"/>
        </w:rPr>
        <w:t>NotebookLM</w:t>
      </w:r>
      <w:proofErr w:type="spellEnd"/>
    </w:p>
    <w:p w14:paraId="02654A59" w14:textId="77777777" w:rsidR="00D43E27" w:rsidRDefault="00D43E27" w:rsidP="00D43E27">
      <w:pPr>
        <w:spacing w:before="0" w:after="0" w:line="240" w:lineRule="auto"/>
        <w:rPr>
          <w:lang w:val="nl-NL"/>
        </w:rPr>
      </w:pPr>
    </w:p>
    <w:p w14:paraId="6470988E" w14:textId="3031441B" w:rsidR="00D43E27" w:rsidRPr="00D43E27" w:rsidRDefault="00D43E27" w:rsidP="00D43E27">
      <w:pPr>
        <w:spacing w:before="0" w:after="0" w:line="240" w:lineRule="auto"/>
        <w:rPr>
          <w:lang w:val="nl-NL"/>
        </w:rPr>
      </w:pPr>
      <w:r>
        <w:rPr>
          <w:lang w:val="nl-NL"/>
        </w:rPr>
        <w:t xml:space="preserve">Werkblad 13 heeft overigens enige overlap met dit werkblad, </w:t>
      </w:r>
      <w:r w:rsidR="0033555D">
        <w:rPr>
          <w:lang w:val="nl-NL"/>
        </w:rPr>
        <w:t>z</w:t>
      </w:r>
      <w:r>
        <w:rPr>
          <w:lang w:val="nl-NL"/>
        </w:rPr>
        <w:t xml:space="preserve">ie daarvoor </w:t>
      </w:r>
      <w:r w:rsidRPr="00911F82">
        <w:rPr>
          <w:b/>
          <w:bCs/>
          <w:lang w:val="nl-NL"/>
        </w:rPr>
        <w:t>Werkblad 13 – Ik wil iets nieuws leren met behulp van AI</w:t>
      </w:r>
      <w:r w:rsidR="00264897">
        <w:rPr>
          <w:lang w:val="nl-NL"/>
        </w:rPr>
        <w:t>, waar opdrachten en tips en trucs staan die in verlengde liggen van dit werkblad.</w:t>
      </w:r>
    </w:p>
    <w:p w14:paraId="3EB6ED11" w14:textId="77777777" w:rsidR="00D43E27" w:rsidRDefault="00D43E27" w:rsidP="00936394">
      <w:pPr>
        <w:spacing w:before="0" w:after="0" w:line="240" w:lineRule="auto"/>
        <w:rPr>
          <w:lang w:val="nl-NL"/>
        </w:rPr>
      </w:pPr>
    </w:p>
    <w:p w14:paraId="44B7952D" w14:textId="77777777" w:rsidR="00325D2C" w:rsidRPr="00214938" w:rsidRDefault="0079121F" w:rsidP="00936394">
      <w:pPr>
        <w:pStyle w:val="Kop2"/>
        <w:spacing w:before="0" w:line="240" w:lineRule="auto"/>
        <w:rPr>
          <w:lang w:val="nl-NL"/>
        </w:rPr>
      </w:pPr>
      <w:r w:rsidRPr="00214938">
        <w:rPr>
          <w:lang w:val="nl-NL"/>
        </w:rPr>
        <w:t>Reflectie</w:t>
      </w:r>
    </w:p>
    <w:p w14:paraId="51E2AD6C" w14:textId="77777777" w:rsidR="00325D2C" w:rsidRPr="00862DF4" w:rsidRDefault="0079121F" w:rsidP="00936394">
      <w:pPr>
        <w:pStyle w:val="Lijstopsomteken"/>
        <w:spacing w:before="0" w:after="0" w:line="240" w:lineRule="auto"/>
        <w:rPr>
          <w:lang w:val="nl-NL"/>
        </w:rPr>
      </w:pPr>
      <w:r w:rsidRPr="00862DF4">
        <w:rPr>
          <w:lang w:val="nl-NL"/>
        </w:rPr>
        <w:t>Welke taak levert je het meeste tijdwinst op?</w:t>
      </w:r>
    </w:p>
    <w:p w14:paraId="0023EC6B" w14:textId="77777777" w:rsidR="00325D2C" w:rsidRPr="00862DF4" w:rsidRDefault="0079121F" w:rsidP="00936394">
      <w:pPr>
        <w:pStyle w:val="Lijstopsomteken"/>
        <w:spacing w:before="0" w:after="0" w:line="240" w:lineRule="auto"/>
        <w:rPr>
          <w:lang w:val="nl-NL"/>
        </w:rPr>
      </w:pPr>
      <w:r w:rsidRPr="00862DF4">
        <w:rPr>
          <w:lang w:val="nl-NL"/>
        </w:rPr>
        <w:t>Waar blijft jouw expertise essentieel (inhoud, toon, verantwoordelijkheid)?</w:t>
      </w:r>
    </w:p>
    <w:p w14:paraId="7D3172B9" w14:textId="77777777" w:rsidR="00325D2C" w:rsidRPr="00862DF4" w:rsidRDefault="0079121F" w:rsidP="00936394">
      <w:pPr>
        <w:pStyle w:val="Lijstopsomteken"/>
        <w:spacing w:before="0" w:after="0" w:line="240" w:lineRule="auto"/>
        <w:rPr>
          <w:lang w:val="nl-NL"/>
        </w:rPr>
      </w:pPr>
      <w:r w:rsidRPr="00862DF4">
        <w:rPr>
          <w:lang w:val="nl-NL"/>
        </w:rPr>
        <w:t>Wat ga je morgen in de praktijk echt anders doen?</w:t>
      </w:r>
    </w:p>
    <w:p w14:paraId="6D0B29B4" w14:textId="5D7E17C1" w:rsidR="00325D2C" w:rsidRDefault="00325D2C" w:rsidP="00936394">
      <w:pPr>
        <w:spacing w:before="0" w:after="0" w:line="240" w:lineRule="auto"/>
        <w:rPr>
          <w:lang w:val="nl-NL"/>
        </w:rPr>
      </w:pPr>
    </w:p>
    <w:p w14:paraId="20D96694" w14:textId="77777777" w:rsidR="00C178DD" w:rsidRPr="00F87E54" w:rsidRDefault="00C178DD" w:rsidP="00936394">
      <w:pPr>
        <w:pStyle w:val="Kop2"/>
        <w:spacing w:before="0" w:line="240" w:lineRule="auto"/>
        <w:rPr>
          <w:lang w:val="nl-NL"/>
        </w:rPr>
      </w:pPr>
      <w:r>
        <w:rPr>
          <w:lang w:val="nl-NL"/>
        </w:rPr>
        <w:t>Showcase</w:t>
      </w:r>
    </w:p>
    <w:p w14:paraId="4F40F503" w14:textId="77777777" w:rsidR="00C178DD" w:rsidRDefault="00C178DD" w:rsidP="00936394">
      <w:pPr>
        <w:spacing w:before="0" w:after="0" w:line="240" w:lineRule="auto"/>
        <w:rPr>
          <w:lang w:val="nl-NL"/>
        </w:rPr>
      </w:pPr>
      <w:r>
        <w:rPr>
          <w:lang w:val="nl-NL"/>
        </w:rPr>
        <w:t xml:space="preserve">Voor de </w:t>
      </w:r>
      <w:r w:rsidRPr="00862DF4">
        <w:rPr>
          <w:lang w:val="nl-NL"/>
        </w:rPr>
        <w:t>Showcase</w:t>
      </w:r>
      <w:r>
        <w:rPr>
          <w:lang w:val="nl-NL"/>
        </w:rPr>
        <w:t>:</w:t>
      </w:r>
      <w:r>
        <w:rPr>
          <w:lang w:val="nl-NL"/>
        </w:rPr>
        <w:br/>
        <w:t>Wat wil je laten zien aan je collega’s bij de showcase?</w:t>
      </w:r>
    </w:p>
    <w:p w14:paraId="0A04453E" w14:textId="4BC4A136" w:rsidR="00171495" w:rsidRDefault="00C178DD" w:rsidP="00936394">
      <w:pPr>
        <w:pStyle w:val="Lijstopsomteken"/>
        <w:numPr>
          <w:ilvl w:val="0"/>
          <w:numId w:val="0"/>
        </w:numPr>
        <w:spacing w:before="0" w:after="0" w:line="240" w:lineRule="auto"/>
        <w:ind w:left="360" w:hanging="360"/>
        <w:rPr>
          <w:lang w:val="nl-NL"/>
        </w:rPr>
      </w:pPr>
      <w:r>
        <w:rPr>
          <w:lang w:val="nl-NL"/>
        </w:rPr>
        <w:t xml:space="preserve">Hulpvragen hierbij: </w:t>
      </w:r>
      <w:r w:rsidRPr="00862DF4">
        <w:rPr>
          <w:lang w:val="nl-NL"/>
        </w:rPr>
        <w:t>wat probeerde je, wat kwam eruit, wat neem je mee?</w:t>
      </w:r>
    </w:p>
    <w:p w14:paraId="5169719A" w14:textId="77777777" w:rsidR="00171495" w:rsidRDefault="00171495" w:rsidP="00936394">
      <w:pPr>
        <w:spacing w:before="0" w:after="0" w:line="240" w:lineRule="auto"/>
        <w:rPr>
          <w:lang w:val="nl-NL"/>
        </w:rPr>
      </w:pPr>
      <w:r>
        <w:rPr>
          <w:lang w:val="nl-NL"/>
        </w:rPr>
        <w:br w:type="page"/>
      </w:r>
    </w:p>
    <w:p w14:paraId="37EE6009" w14:textId="7AFDDCDC" w:rsidR="00FE28F2" w:rsidRPr="00862DF4" w:rsidRDefault="00FE28F2" w:rsidP="00936394">
      <w:pPr>
        <w:pStyle w:val="Kop1"/>
        <w:spacing w:before="0" w:line="240" w:lineRule="auto"/>
        <w:rPr>
          <w:lang w:val="nl-NL"/>
        </w:rPr>
      </w:pPr>
      <w:bookmarkStart w:id="13" w:name="_Werkblad_12_–"/>
      <w:bookmarkEnd w:id="13"/>
      <w:r w:rsidRPr="00862DF4">
        <w:rPr>
          <w:lang w:val="nl-NL"/>
        </w:rPr>
        <w:lastRenderedPageBreak/>
        <w:t>Werkblad 1</w:t>
      </w:r>
      <w:r>
        <w:rPr>
          <w:lang w:val="nl-NL"/>
        </w:rPr>
        <w:t>2</w:t>
      </w:r>
      <w:r w:rsidRPr="00862DF4">
        <w:rPr>
          <w:lang w:val="nl-NL"/>
        </w:rPr>
        <w:t xml:space="preserve"> – </w:t>
      </w:r>
      <w:r w:rsidR="00354D0F">
        <w:rPr>
          <w:lang w:val="nl-NL"/>
        </w:rPr>
        <w:t>Ik wil leren hoe ik mijn studenten verder kan helpen met AI</w:t>
      </w:r>
    </w:p>
    <w:p w14:paraId="4EE7126F" w14:textId="77777777" w:rsidR="00FE28F2" w:rsidRDefault="00FE28F2"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08"/>
        <w:gridCol w:w="4316"/>
      </w:tblGrid>
      <w:tr w:rsidR="00FE28F2" w:rsidRPr="00862DF4" w14:paraId="5A03A952" w14:textId="77777777" w:rsidTr="00E6527B">
        <w:tc>
          <w:tcPr>
            <w:tcW w:w="4308" w:type="dxa"/>
            <w:tcBorders>
              <w:top w:val="single" w:sz="6" w:space="0" w:color="C9C9C9"/>
              <w:left w:val="single" w:sz="6" w:space="0" w:color="C9C9C9"/>
              <w:bottom w:val="single" w:sz="6" w:space="0" w:color="C9C9C9"/>
              <w:right w:val="single" w:sz="6" w:space="0" w:color="C9C9C9"/>
            </w:tcBorders>
          </w:tcPr>
          <w:p w14:paraId="11BB0C03" w14:textId="77777777" w:rsidR="00FE28F2" w:rsidRDefault="00FE28F2" w:rsidP="00936394">
            <w:pPr>
              <w:spacing w:before="0" w:after="0" w:line="240" w:lineRule="auto"/>
              <w:rPr>
                <w:b/>
              </w:rPr>
            </w:pPr>
            <w:proofErr w:type="spellStart"/>
            <w:r>
              <w:rPr>
                <w:b/>
              </w:rPr>
              <w:t>Doelgroep</w:t>
            </w:r>
            <w:proofErr w:type="spellEnd"/>
          </w:p>
        </w:tc>
        <w:tc>
          <w:tcPr>
            <w:tcW w:w="4316" w:type="dxa"/>
            <w:tcBorders>
              <w:top w:val="single" w:sz="6" w:space="0" w:color="C9C9C9"/>
              <w:left w:val="single" w:sz="6" w:space="0" w:color="C9C9C9"/>
              <w:bottom w:val="single" w:sz="6" w:space="0" w:color="C9C9C9"/>
              <w:right w:val="single" w:sz="6" w:space="0" w:color="C9C9C9"/>
            </w:tcBorders>
          </w:tcPr>
          <w:p w14:paraId="4FC880D7" w14:textId="77777777" w:rsidR="00FE28F2" w:rsidRPr="00862DF4" w:rsidRDefault="00FE28F2" w:rsidP="00936394">
            <w:pPr>
              <w:spacing w:before="0" w:after="0" w:line="240" w:lineRule="auto"/>
              <w:rPr>
                <w:lang w:val="nl-NL"/>
              </w:rPr>
            </w:pPr>
            <w:r>
              <w:rPr>
                <w:lang w:val="nl-NL"/>
              </w:rPr>
              <w:t>OP + OOP</w:t>
            </w:r>
          </w:p>
        </w:tc>
      </w:tr>
      <w:tr w:rsidR="00FE28F2" w:rsidRPr="00B07954" w14:paraId="09BBE498" w14:textId="77777777" w:rsidTr="00E6527B">
        <w:tc>
          <w:tcPr>
            <w:tcW w:w="4308" w:type="dxa"/>
          </w:tcPr>
          <w:p w14:paraId="59839A3C" w14:textId="77777777" w:rsidR="00FE28F2" w:rsidRDefault="00FE28F2" w:rsidP="00936394">
            <w:pPr>
              <w:spacing w:before="0" w:after="0" w:line="240" w:lineRule="auto"/>
            </w:pPr>
            <w:r>
              <w:rPr>
                <w:b/>
              </w:rPr>
              <w:t>Doel</w:t>
            </w:r>
          </w:p>
        </w:tc>
        <w:tc>
          <w:tcPr>
            <w:tcW w:w="4316" w:type="dxa"/>
          </w:tcPr>
          <w:p w14:paraId="432A1E02" w14:textId="77777777" w:rsidR="00AF7706" w:rsidRPr="00AF7706" w:rsidRDefault="00AF7706" w:rsidP="00AF7706">
            <w:pPr>
              <w:spacing w:before="0" w:after="0" w:line="240" w:lineRule="auto"/>
              <w:rPr>
                <w:lang w:val="nl-NL"/>
              </w:rPr>
            </w:pPr>
            <w:r w:rsidRPr="00AF7706">
              <w:rPr>
                <w:lang w:val="nl-NL"/>
              </w:rPr>
              <w:t>Na dit werkblad heb je:</w:t>
            </w:r>
          </w:p>
          <w:p w14:paraId="41CDF9C3" w14:textId="77777777" w:rsidR="00AF7706" w:rsidRPr="00AF7706" w:rsidRDefault="00AF7706" w:rsidP="00974A8A">
            <w:pPr>
              <w:numPr>
                <w:ilvl w:val="0"/>
                <w:numId w:val="124"/>
              </w:numPr>
              <w:spacing w:before="0" w:after="0" w:line="240" w:lineRule="auto"/>
              <w:rPr>
                <w:lang w:val="nl-NL"/>
              </w:rPr>
            </w:pPr>
            <w:r w:rsidRPr="00AF7706">
              <w:rPr>
                <w:lang w:val="nl-NL"/>
              </w:rPr>
              <w:t>3 concrete manieren om studenten met AI te ondersteunen (binnen jouw vak);</w:t>
            </w:r>
          </w:p>
          <w:p w14:paraId="15F37446" w14:textId="77777777" w:rsidR="00AF7706" w:rsidRPr="00AF7706" w:rsidRDefault="00AF7706" w:rsidP="00974A8A">
            <w:pPr>
              <w:numPr>
                <w:ilvl w:val="0"/>
                <w:numId w:val="124"/>
              </w:numPr>
              <w:spacing w:before="0" w:after="0" w:line="240" w:lineRule="auto"/>
              <w:rPr>
                <w:lang w:val="nl-NL"/>
              </w:rPr>
            </w:pPr>
            <w:r w:rsidRPr="00AF7706">
              <w:rPr>
                <w:lang w:val="nl-NL"/>
              </w:rPr>
              <w:t>voorbeeldteksten voor een opdracht of lesmoment (“AI mag/AI moet je zelf doen”);</w:t>
            </w:r>
          </w:p>
          <w:p w14:paraId="28C0DBC5" w14:textId="0914FA1F" w:rsidR="00FE28F2" w:rsidRPr="00AF7706" w:rsidRDefault="00AF7706" w:rsidP="00974A8A">
            <w:pPr>
              <w:numPr>
                <w:ilvl w:val="0"/>
                <w:numId w:val="124"/>
              </w:numPr>
              <w:spacing w:before="0" w:after="0" w:line="240" w:lineRule="auto"/>
              <w:rPr>
                <w:lang w:val="nl-NL"/>
              </w:rPr>
            </w:pPr>
            <w:r w:rsidRPr="00AF7706">
              <w:rPr>
                <w:lang w:val="nl-NL"/>
              </w:rPr>
              <w:t>één oefenactiviteit die studenten AI-geletterdheid leert (controle, reflectie, broncheck).</w:t>
            </w:r>
          </w:p>
        </w:tc>
      </w:tr>
      <w:tr w:rsidR="00FE28F2" w14:paraId="08C51913" w14:textId="77777777" w:rsidTr="00E6527B">
        <w:tc>
          <w:tcPr>
            <w:tcW w:w="4308" w:type="dxa"/>
          </w:tcPr>
          <w:p w14:paraId="083D4E66" w14:textId="77777777" w:rsidR="00FE28F2" w:rsidRDefault="00FE28F2" w:rsidP="00936394">
            <w:pPr>
              <w:spacing w:before="0" w:after="0" w:line="240" w:lineRule="auto"/>
            </w:pPr>
            <w:proofErr w:type="spellStart"/>
            <w:r>
              <w:rPr>
                <w:b/>
              </w:rPr>
              <w:t>Niveau</w:t>
            </w:r>
            <w:proofErr w:type="spellEnd"/>
          </w:p>
        </w:tc>
        <w:tc>
          <w:tcPr>
            <w:tcW w:w="4316" w:type="dxa"/>
          </w:tcPr>
          <w:p w14:paraId="32F554DB" w14:textId="77777777" w:rsidR="00FE28F2" w:rsidRDefault="00FE28F2" w:rsidP="00936394">
            <w:pPr>
              <w:spacing w:before="0" w:after="0" w:line="240" w:lineRule="auto"/>
            </w:pPr>
            <w:proofErr w:type="spellStart"/>
            <w:r>
              <w:t>Gevorderd</w:t>
            </w:r>
            <w:proofErr w:type="spellEnd"/>
            <w:r>
              <w:t xml:space="preserve"> / Expert</w:t>
            </w:r>
          </w:p>
        </w:tc>
      </w:tr>
      <w:tr w:rsidR="00FE28F2" w14:paraId="114B7C2C" w14:textId="77777777" w:rsidTr="00E6527B">
        <w:tc>
          <w:tcPr>
            <w:tcW w:w="4308" w:type="dxa"/>
          </w:tcPr>
          <w:p w14:paraId="0C5F9445" w14:textId="77777777" w:rsidR="00FE28F2" w:rsidRDefault="00FE28F2" w:rsidP="00936394">
            <w:pPr>
              <w:spacing w:before="0" w:after="0" w:line="240" w:lineRule="auto"/>
            </w:pPr>
            <w:proofErr w:type="spellStart"/>
            <w:r>
              <w:rPr>
                <w:b/>
              </w:rPr>
              <w:t>Tijd</w:t>
            </w:r>
            <w:proofErr w:type="spellEnd"/>
          </w:p>
        </w:tc>
        <w:tc>
          <w:tcPr>
            <w:tcW w:w="4316" w:type="dxa"/>
          </w:tcPr>
          <w:p w14:paraId="49C7CE8B" w14:textId="77777777" w:rsidR="00FE28F2" w:rsidRDefault="00FE28F2" w:rsidP="00936394">
            <w:pPr>
              <w:spacing w:before="0" w:after="0" w:line="240" w:lineRule="auto"/>
            </w:pPr>
            <w:r>
              <w:t>Medium / lang</w:t>
            </w:r>
          </w:p>
        </w:tc>
      </w:tr>
      <w:tr w:rsidR="00FE28F2" w:rsidRPr="00EF4A8A" w14:paraId="5F6DDB2D" w14:textId="77777777" w:rsidTr="00E6527B">
        <w:tc>
          <w:tcPr>
            <w:tcW w:w="4308" w:type="dxa"/>
          </w:tcPr>
          <w:p w14:paraId="17E75703" w14:textId="77777777" w:rsidR="00FE28F2" w:rsidRDefault="00FE28F2" w:rsidP="00936394">
            <w:pPr>
              <w:spacing w:before="0" w:after="0" w:line="240" w:lineRule="auto"/>
            </w:pPr>
            <w:proofErr w:type="spellStart"/>
            <w:r>
              <w:rPr>
                <w:b/>
              </w:rPr>
              <w:t>Resultaat</w:t>
            </w:r>
            <w:proofErr w:type="spellEnd"/>
          </w:p>
        </w:tc>
        <w:tc>
          <w:tcPr>
            <w:tcW w:w="4316" w:type="dxa"/>
          </w:tcPr>
          <w:p w14:paraId="2101DC51" w14:textId="2604E4B0" w:rsidR="00FE28F2" w:rsidRPr="00862DF4" w:rsidRDefault="00FE28F2" w:rsidP="00936394">
            <w:pPr>
              <w:spacing w:before="0" w:after="0" w:line="240" w:lineRule="auto"/>
              <w:rPr>
                <w:lang w:val="nl-NL"/>
              </w:rPr>
            </w:pPr>
          </w:p>
        </w:tc>
      </w:tr>
      <w:tr w:rsidR="00FE28F2" w:rsidRPr="00B07954" w14:paraId="189103D0" w14:textId="77777777" w:rsidTr="00E6527B">
        <w:tc>
          <w:tcPr>
            <w:tcW w:w="4308" w:type="dxa"/>
          </w:tcPr>
          <w:p w14:paraId="147E3FB1" w14:textId="77777777" w:rsidR="00FE28F2" w:rsidRDefault="00FE28F2" w:rsidP="00936394">
            <w:pPr>
              <w:spacing w:before="0" w:after="0" w:line="240" w:lineRule="auto"/>
            </w:pPr>
            <w:r>
              <w:rPr>
                <w:b/>
              </w:rPr>
              <w:t xml:space="preserve">Tools / </w:t>
            </w:r>
            <w:proofErr w:type="spellStart"/>
            <w:r>
              <w:rPr>
                <w:b/>
              </w:rPr>
              <w:t>kaders</w:t>
            </w:r>
            <w:proofErr w:type="spellEnd"/>
          </w:p>
        </w:tc>
        <w:tc>
          <w:tcPr>
            <w:tcW w:w="4316" w:type="dxa"/>
          </w:tcPr>
          <w:p w14:paraId="07A37D27" w14:textId="77777777" w:rsidR="00EA4106" w:rsidRDefault="00FE28F2" w:rsidP="00936394">
            <w:pPr>
              <w:spacing w:before="0" w:after="0" w:line="240" w:lineRule="auto"/>
              <w:rPr>
                <w:lang w:val="nl-NL"/>
              </w:rPr>
            </w:pPr>
            <w:r w:rsidRPr="00862DF4">
              <w:rPr>
                <w:lang w:val="nl-NL"/>
              </w:rPr>
              <w:t xml:space="preserve">Tools: </w:t>
            </w:r>
            <w:proofErr w:type="spellStart"/>
            <w:r w:rsidRPr="00862DF4">
              <w:rPr>
                <w:lang w:val="nl-NL"/>
              </w:rPr>
              <w:t>ChatGPT</w:t>
            </w:r>
            <w:proofErr w:type="spellEnd"/>
            <w:r w:rsidRPr="00862DF4">
              <w:rPr>
                <w:lang w:val="nl-NL"/>
              </w:rPr>
              <w:t>/</w:t>
            </w:r>
            <w:proofErr w:type="spellStart"/>
            <w:r w:rsidRPr="00862DF4">
              <w:rPr>
                <w:lang w:val="nl-NL"/>
              </w:rPr>
              <w:t>Copilot</w:t>
            </w:r>
            <w:proofErr w:type="spellEnd"/>
            <w:r w:rsidRPr="00862DF4">
              <w:rPr>
                <w:lang w:val="nl-NL"/>
              </w:rPr>
              <w:t xml:space="preserve">, eventueel </w:t>
            </w:r>
            <w:proofErr w:type="spellStart"/>
            <w:r w:rsidRPr="00862DF4">
              <w:rPr>
                <w:lang w:val="nl-NL"/>
              </w:rPr>
              <w:t>NotebookLM</w:t>
            </w:r>
            <w:proofErr w:type="spellEnd"/>
            <w:r w:rsidRPr="00862DF4">
              <w:rPr>
                <w:lang w:val="nl-NL"/>
              </w:rPr>
              <w:t xml:space="preserve"> voor werken met eigen (toegestane) documenten. </w:t>
            </w:r>
          </w:p>
          <w:p w14:paraId="4A5E23D2" w14:textId="538A9C85" w:rsidR="00FE28F2" w:rsidRPr="00862DF4" w:rsidRDefault="00FE28F2" w:rsidP="00936394">
            <w:pPr>
              <w:spacing w:before="0" w:after="0" w:line="240" w:lineRule="auto"/>
              <w:rPr>
                <w:lang w:val="nl-NL"/>
              </w:rPr>
            </w:pPr>
            <w:r w:rsidRPr="00862DF4">
              <w:rPr>
                <w:lang w:val="nl-NL"/>
              </w:rPr>
              <w:t>Kaders: Geen persoonsgegevens/vertrouwelijke info. Check instellingen (geheugen/modeltraining). Vermeld AI-gebruik waar dat hoort.</w:t>
            </w:r>
          </w:p>
        </w:tc>
      </w:tr>
    </w:tbl>
    <w:p w14:paraId="0E4BF1D8" w14:textId="77777777" w:rsidR="00FE28F2" w:rsidRDefault="00FE28F2" w:rsidP="00936394">
      <w:pPr>
        <w:spacing w:before="0" w:after="0" w:line="240" w:lineRule="auto"/>
        <w:rPr>
          <w:lang w:val="nl-NL"/>
        </w:rPr>
      </w:pPr>
    </w:p>
    <w:p w14:paraId="3602B3F0" w14:textId="5940D0B9" w:rsidR="005E1991" w:rsidRPr="005E1991" w:rsidRDefault="005E1991" w:rsidP="00936394">
      <w:pPr>
        <w:spacing w:before="0" w:after="0" w:line="240" w:lineRule="auto"/>
        <w:rPr>
          <w:b/>
          <w:bCs/>
          <w:lang w:val="nl-NL"/>
        </w:rPr>
      </w:pPr>
      <w:r w:rsidRPr="005E1991">
        <w:rPr>
          <w:b/>
          <w:bCs/>
          <w:lang w:val="nl-NL"/>
        </w:rPr>
        <w:t>Inhoudsopgave werkblad 12</w:t>
      </w:r>
    </w:p>
    <w:p w14:paraId="031364C5" w14:textId="12A9BE53" w:rsidR="005E1991" w:rsidRPr="005E1991" w:rsidRDefault="005E1991" w:rsidP="00936394">
      <w:pPr>
        <w:spacing w:before="0" w:after="0" w:line="240" w:lineRule="auto"/>
        <w:rPr>
          <w:b/>
          <w:bCs/>
          <w:lang w:val="nl-NL"/>
        </w:rPr>
      </w:pPr>
      <w:r w:rsidRPr="005E1991">
        <w:rPr>
          <w:b/>
          <w:bCs/>
          <w:lang w:val="nl-NL"/>
        </w:rPr>
        <w:t xml:space="preserve">Inleiding </w:t>
      </w:r>
    </w:p>
    <w:p w14:paraId="6BD656B2" w14:textId="0886A9BE" w:rsidR="005E1991" w:rsidRPr="005E1991" w:rsidRDefault="005E1991" w:rsidP="00936394">
      <w:pPr>
        <w:spacing w:before="0" w:after="0" w:line="240" w:lineRule="auto"/>
        <w:rPr>
          <w:b/>
          <w:bCs/>
          <w:lang w:val="nl-NL"/>
        </w:rPr>
      </w:pPr>
      <w:r w:rsidRPr="005E1991">
        <w:rPr>
          <w:b/>
          <w:bCs/>
          <w:lang w:val="nl-NL"/>
        </w:rPr>
        <w:t>Werk er samen mee en voer het gesprek</w:t>
      </w:r>
    </w:p>
    <w:p w14:paraId="47FD3A1B" w14:textId="46945C23" w:rsidR="005E1991" w:rsidRPr="005E1991" w:rsidRDefault="005E1991" w:rsidP="00936394">
      <w:pPr>
        <w:spacing w:before="0" w:after="0" w:line="240" w:lineRule="auto"/>
        <w:rPr>
          <w:b/>
          <w:bCs/>
          <w:lang w:val="nl-NL"/>
        </w:rPr>
      </w:pPr>
      <w:r w:rsidRPr="005E1991">
        <w:rPr>
          <w:b/>
          <w:bCs/>
          <w:lang w:val="nl-NL"/>
        </w:rPr>
        <w:t>Stappenplan</w:t>
      </w:r>
    </w:p>
    <w:p w14:paraId="2A833F58" w14:textId="77777777" w:rsidR="005E1991" w:rsidRDefault="005E1991" w:rsidP="00936394">
      <w:pPr>
        <w:spacing w:before="0" w:after="0" w:line="240" w:lineRule="auto"/>
        <w:rPr>
          <w:lang w:val="nl-NL"/>
        </w:rPr>
      </w:pPr>
    </w:p>
    <w:p w14:paraId="4C429F96" w14:textId="77777777" w:rsidR="00EC2BDD" w:rsidRPr="00571C5D" w:rsidRDefault="00EC2BDD" w:rsidP="00EC2BDD">
      <w:pPr>
        <w:pStyle w:val="Kop2"/>
        <w:spacing w:before="0" w:line="240" w:lineRule="auto"/>
        <w:rPr>
          <w:lang w:val="nl-NL"/>
        </w:rPr>
      </w:pPr>
      <w:r w:rsidRPr="00571C5D">
        <w:rPr>
          <w:lang w:val="nl-NL"/>
        </w:rPr>
        <w:t>InLEiDING</w:t>
      </w:r>
    </w:p>
    <w:p w14:paraId="32F94C21" w14:textId="77777777" w:rsidR="00541C4A" w:rsidRDefault="00541C4A" w:rsidP="00002DE6">
      <w:pPr>
        <w:spacing w:before="0" w:after="0" w:line="240" w:lineRule="auto"/>
        <w:rPr>
          <w:lang w:val="nl-NL"/>
        </w:rPr>
      </w:pPr>
      <w:r w:rsidRPr="00541C4A">
        <w:rPr>
          <w:lang w:val="nl-NL"/>
        </w:rPr>
        <w:t>Studenten gebruiken AI al—soms slim, soms onhandig. Als docent kun je studenten helpen door AI expliciet te positioneren als leerhulpmiddel: voor oefenen, feedback, structuur en zelftoetsing. De grootste winst zit vaak in het samen afspreken wat wel/niet mag, en het aanleren van kritisch gebruik: controleren, brongebruik, eigen redenering en transparantie.</w:t>
      </w:r>
    </w:p>
    <w:p w14:paraId="256ECFA7" w14:textId="77777777" w:rsidR="005A0B3D" w:rsidRDefault="005A0B3D" w:rsidP="00002DE6">
      <w:pPr>
        <w:spacing w:before="0" w:after="0" w:line="240" w:lineRule="auto"/>
        <w:rPr>
          <w:lang w:val="nl-NL"/>
        </w:rPr>
      </w:pPr>
    </w:p>
    <w:p w14:paraId="098097F6" w14:textId="77777777" w:rsidR="005A0B3D" w:rsidRPr="005A0B3D" w:rsidRDefault="005A0B3D" w:rsidP="005A0B3D">
      <w:pPr>
        <w:spacing w:before="0" w:after="0" w:line="240" w:lineRule="auto"/>
        <w:rPr>
          <w:lang w:val="nl-NL"/>
        </w:rPr>
      </w:pPr>
      <w:r w:rsidRPr="005A0B3D">
        <w:rPr>
          <w:lang w:val="nl-NL"/>
        </w:rPr>
        <w:t xml:space="preserve">Een docent kan studenten pas goed begeleiden in het gebruik van AI als hij/zij zélf voldoende vaardig is. Dat betekent niet dat je een technische expert moet zijn, maar wel dat je begrijpt wat AI wel en niet kan, hoe je een goede prompt formuleert, en hoe je output controleert op juistheid, bias en </w:t>
      </w:r>
      <w:proofErr w:type="spellStart"/>
      <w:r w:rsidRPr="005A0B3D">
        <w:rPr>
          <w:lang w:val="nl-NL"/>
        </w:rPr>
        <w:t>privacyrisico’s</w:t>
      </w:r>
      <w:proofErr w:type="spellEnd"/>
      <w:r w:rsidRPr="005A0B3D">
        <w:rPr>
          <w:lang w:val="nl-NL"/>
        </w:rPr>
        <w:t>.</w:t>
      </w:r>
    </w:p>
    <w:p w14:paraId="7A4A2A34" w14:textId="77777777" w:rsidR="005A0B3D" w:rsidRDefault="005A0B3D" w:rsidP="005A0B3D">
      <w:pPr>
        <w:spacing w:before="0" w:after="0" w:line="240" w:lineRule="auto"/>
        <w:rPr>
          <w:lang w:val="nl-NL"/>
        </w:rPr>
      </w:pPr>
    </w:p>
    <w:p w14:paraId="2552755C" w14:textId="30AD0FF6" w:rsidR="005A0B3D" w:rsidRPr="005A0B3D" w:rsidRDefault="005A0B3D" w:rsidP="005A0B3D">
      <w:pPr>
        <w:spacing w:before="0" w:after="0" w:line="240" w:lineRule="auto"/>
        <w:rPr>
          <w:lang w:val="nl-NL"/>
        </w:rPr>
      </w:pPr>
      <w:r w:rsidRPr="005A0B3D">
        <w:rPr>
          <w:lang w:val="nl-NL"/>
        </w:rPr>
        <w:t>Als je studenten helpt met AI zonder zelf ervaring te hebben, loop je twee risico’s: je onderschat de mogelijkheden (waardoor je kansen mist) óf je overschat de betrouwbaarheid (waardoor fouten, hallucinaties of onveilig gebruik onopgemerkt blijven). Daarnaast vragen studenten vaak om concrete voorbeelden (“hoe doe jij dit?”) en om duidelijke kaders (“wanneer is dit toegestaan?”). Dat lukt alleen als je zelf geoefend hebt en een paar vaste werkwijzen hebt, zoals: werken met prompt-templates, standaard kwaliteitschecks, en afspraken over transparantie.</w:t>
      </w:r>
    </w:p>
    <w:p w14:paraId="21C3D1A4" w14:textId="77777777" w:rsidR="005A0B3D" w:rsidRDefault="005A0B3D" w:rsidP="005A0B3D">
      <w:pPr>
        <w:spacing w:before="0" w:after="0" w:line="240" w:lineRule="auto"/>
        <w:rPr>
          <w:lang w:val="nl-NL"/>
        </w:rPr>
      </w:pPr>
    </w:p>
    <w:p w14:paraId="676D1EB7" w14:textId="0A4204EE" w:rsidR="005A0B3D" w:rsidRPr="005A0B3D" w:rsidRDefault="005A0B3D" w:rsidP="005A0B3D">
      <w:pPr>
        <w:spacing w:before="0" w:after="0" w:line="240" w:lineRule="auto"/>
        <w:rPr>
          <w:lang w:val="nl-NL"/>
        </w:rPr>
      </w:pPr>
      <w:r w:rsidRPr="005A0B3D">
        <w:rPr>
          <w:lang w:val="nl-NL"/>
        </w:rPr>
        <w:t>Kortom: je hoeft niet alles te weten, maar wél genoeg om het goede voorbeeld te geven en studenten veilig en kritisch te leren werken.</w:t>
      </w:r>
    </w:p>
    <w:p w14:paraId="31323DA7" w14:textId="00572327" w:rsidR="00AB6059" w:rsidRDefault="00AB6059">
      <w:pPr>
        <w:rPr>
          <w:lang w:val="nl-NL"/>
        </w:rPr>
      </w:pPr>
      <w:r>
        <w:rPr>
          <w:lang w:val="nl-NL"/>
        </w:rPr>
        <w:br w:type="page"/>
      </w:r>
    </w:p>
    <w:p w14:paraId="662D57FA" w14:textId="50DDA5E3" w:rsidR="00AB6059" w:rsidRPr="00571C5D" w:rsidRDefault="00AB6059" w:rsidP="00AB6059">
      <w:pPr>
        <w:pStyle w:val="Kop2"/>
        <w:spacing w:before="0" w:line="240" w:lineRule="auto"/>
        <w:rPr>
          <w:lang w:val="nl-NL"/>
        </w:rPr>
      </w:pPr>
      <w:r>
        <w:rPr>
          <w:lang w:val="nl-NL"/>
        </w:rPr>
        <w:lastRenderedPageBreak/>
        <w:t>Werk er samen mee en voer het gesprek</w:t>
      </w:r>
    </w:p>
    <w:p w14:paraId="120E941F" w14:textId="77777777" w:rsidR="00AB6059" w:rsidRDefault="005A0B3D" w:rsidP="00002DE6">
      <w:pPr>
        <w:spacing w:before="0" w:after="0" w:line="240" w:lineRule="auto"/>
        <w:rPr>
          <w:lang w:val="nl-NL"/>
        </w:rPr>
      </w:pPr>
      <w:r>
        <w:rPr>
          <w:lang w:val="nl-NL"/>
        </w:rPr>
        <w:t xml:space="preserve">Er zijn vele manieren hoe je studenten kunt helpen in het gebruik met AI. De </w:t>
      </w:r>
      <w:r w:rsidR="00770205">
        <w:rPr>
          <w:lang w:val="nl-NL"/>
        </w:rPr>
        <w:t xml:space="preserve">meest basic manier is om met een student of een groepje studenten samen te gaan zitten en samen een AI-tool te gebruiken en kijken wat er gebeurd. Vervolgens kun je tips geven ten aanzien van het </w:t>
      </w:r>
      <w:proofErr w:type="spellStart"/>
      <w:r w:rsidR="00770205">
        <w:rPr>
          <w:lang w:val="nl-NL"/>
        </w:rPr>
        <w:t>prompten</w:t>
      </w:r>
      <w:proofErr w:type="spellEnd"/>
      <w:r w:rsidR="00770205">
        <w:rPr>
          <w:lang w:val="nl-NL"/>
        </w:rPr>
        <w:t xml:space="preserve"> of </w:t>
      </w:r>
      <w:r w:rsidR="00A72303">
        <w:rPr>
          <w:lang w:val="nl-NL"/>
        </w:rPr>
        <w:t xml:space="preserve">het controleren van de uitkomst of ten aanzien van iets anders om op die manier de student verder te helpen. </w:t>
      </w:r>
    </w:p>
    <w:p w14:paraId="623ED92E" w14:textId="77777777" w:rsidR="00AB6059" w:rsidRDefault="00AB6059" w:rsidP="00002DE6">
      <w:pPr>
        <w:spacing w:before="0" w:after="0" w:line="240" w:lineRule="auto"/>
        <w:rPr>
          <w:lang w:val="nl-NL"/>
        </w:rPr>
      </w:pPr>
    </w:p>
    <w:p w14:paraId="1629C608" w14:textId="07BDDDAC" w:rsidR="005A0B3D" w:rsidRDefault="00A72303" w:rsidP="00002DE6">
      <w:pPr>
        <w:spacing w:before="0" w:after="0" w:line="240" w:lineRule="auto"/>
        <w:rPr>
          <w:lang w:val="nl-NL"/>
        </w:rPr>
      </w:pPr>
      <w:r>
        <w:rPr>
          <w:lang w:val="nl-NL"/>
        </w:rPr>
        <w:t>Dat geeft ook de mogelijkheid om het gesprek aan te gaan</w:t>
      </w:r>
      <w:r w:rsidR="00AB6059">
        <w:rPr>
          <w:lang w:val="nl-NL"/>
        </w:rPr>
        <w:t xml:space="preserve"> over de nadelen van het gebruik van AI, de ethische kanten van AI en wat de student zelf nog moet kennen en kunnen.</w:t>
      </w:r>
    </w:p>
    <w:p w14:paraId="521DC060" w14:textId="77777777" w:rsidR="00AB6059" w:rsidRDefault="00AB6059" w:rsidP="00002DE6">
      <w:pPr>
        <w:spacing w:before="0" w:after="0" w:line="240" w:lineRule="auto"/>
        <w:rPr>
          <w:lang w:val="nl-NL"/>
        </w:rPr>
      </w:pPr>
    </w:p>
    <w:p w14:paraId="67A238AF" w14:textId="7E4EFFD2" w:rsidR="007E25E4" w:rsidRDefault="007E25E4" w:rsidP="00002DE6">
      <w:pPr>
        <w:spacing w:before="0" w:after="0" w:line="240" w:lineRule="auto"/>
        <w:rPr>
          <w:lang w:val="nl-NL"/>
        </w:rPr>
      </w:pPr>
      <w:r>
        <w:rPr>
          <w:lang w:val="nl-NL"/>
        </w:rPr>
        <w:t>Als je een student wilt helpen om dieper te leren</w:t>
      </w:r>
      <w:r w:rsidR="00CF0E83">
        <w:rPr>
          <w:lang w:val="nl-NL"/>
        </w:rPr>
        <w:t xml:space="preserve"> met AI</w:t>
      </w:r>
      <w:r>
        <w:rPr>
          <w:lang w:val="nl-NL"/>
        </w:rPr>
        <w:t xml:space="preserve">, dan </w:t>
      </w:r>
      <w:r w:rsidR="00DA7E58">
        <w:rPr>
          <w:lang w:val="nl-NL"/>
        </w:rPr>
        <w:t xml:space="preserve">is Google </w:t>
      </w:r>
      <w:proofErr w:type="spellStart"/>
      <w:r w:rsidR="00DA7E58">
        <w:rPr>
          <w:lang w:val="nl-NL"/>
        </w:rPr>
        <w:t>NotebookLM</w:t>
      </w:r>
      <w:proofErr w:type="spellEnd"/>
      <w:r w:rsidR="00DA7E58">
        <w:rPr>
          <w:lang w:val="nl-NL"/>
        </w:rPr>
        <w:t xml:space="preserve"> op dit moment de beste keuze. Met </w:t>
      </w:r>
      <w:proofErr w:type="spellStart"/>
      <w:r w:rsidR="00DA7E58">
        <w:rPr>
          <w:lang w:val="nl-NL"/>
        </w:rPr>
        <w:t>NotebookLM</w:t>
      </w:r>
      <w:proofErr w:type="spellEnd"/>
      <w:r w:rsidR="00DA7E58">
        <w:rPr>
          <w:lang w:val="nl-NL"/>
        </w:rPr>
        <w:t xml:space="preserve"> kan een student namelijk heel makkelijk wetenschappelijk bewezen effectieve leerstrategieën inzetten zoals leren met flashcards en </w:t>
      </w:r>
      <w:proofErr w:type="spellStart"/>
      <w:r w:rsidR="00DA7E58">
        <w:rPr>
          <w:lang w:val="nl-NL"/>
        </w:rPr>
        <w:t>quizen</w:t>
      </w:r>
      <w:proofErr w:type="spellEnd"/>
      <w:r w:rsidR="00AB3262">
        <w:rPr>
          <w:lang w:val="nl-NL"/>
        </w:rPr>
        <w:t xml:space="preserve"> maken waarmee de student zichzelf kan testen. Uiteraard moet de student hier wel in </w:t>
      </w:r>
      <w:proofErr w:type="spellStart"/>
      <w:r w:rsidR="00AB3262">
        <w:rPr>
          <w:lang w:val="nl-NL"/>
        </w:rPr>
        <w:t>gecoached</w:t>
      </w:r>
      <w:proofErr w:type="spellEnd"/>
      <w:r w:rsidR="00AB3262">
        <w:rPr>
          <w:lang w:val="nl-NL"/>
        </w:rPr>
        <w:t xml:space="preserve"> worden, om te voorkomen dat de student alleen maar filmpjes en podcasts maakt (wat alleen maar daar naar kijken en/of luisteren is geen effectieve leerstrategie. </w:t>
      </w:r>
      <w:r w:rsidR="00824ED7">
        <w:rPr>
          <w:lang w:val="nl-NL"/>
        </w:rPr>
        <w:t xml:space="preserve">Kijk </w:t>
      </w:r>
      <w:r w:rsidR="00CF0E83">
        <w:rPr>
          <w:lang w:val="nl-NL"/>
        </w:rPr>
        <w:t xml:space="preserve">verder bij </w:t>
      </w:r>
      <w:r w:rsidR="00CF0E83" w:rsidRPr="00911F82">
        <w:rPr>
          <w:b/>
          <w:bCs/>
          <w:lang w:val="nl-NL"/>
        </w:rPr>
        <w:t xml:space="preserve">Werkblad 9 – Ik wil leren werken met Google </w:t>
      </w:r>
      <w:proofErr w:type="spellStart"/>
      <w:r w:rsidR="00CF0E83" w:rsidRPr="00911F82">
        <w:rPr>
          <w:b/>
          <w:bCs/>
          <w:lang w:val="nl-NL"/>
        </w:rPr>
        <w:t>NotebookLM</w:t>
      </w:r>
      <w:proofErr w:type="spellEnd"/>
      <w:r w:rsidR="00CF0E83">
        <w:rPr>
          <w:lang w:val="nl-NL"/>
        </w:rPr>
        <w:t xml:space="preserve">. </w:t>
      </w:r>
    </w:p>
    <w:p w14:paraId="1AEB7195" w14:textId="77777777" w:rsidR="00824ED7" w:rsidRDefault="00824ED7" w:rsidP="00002DE6">
      <w:pPr>
        <w:spacing w:before="0" w:after="0" w:line="240" w:lineRule="auto"/>
        <w:rPr>
          <w:lang w:val="nl-NL"/>
        </w:rPr>
      </w:pPr>
    </w:p>
    <w:p w14:paraId="7063B6A1" w14:textId="3961BEA3" w:rsidR="00824ED7" w:rsidRDefault="00CF0E83" w:rsidP="00002DE6">
      <w:pPr>
        <w:spacing w:before="0" w:after="0" w:line="240" w:lineRule="auto"/>
        <w:rPr>
          <w:lang w:val="nl-NL"/>
        </w:rPr>
      </w:pPr>
      <w:r w:rsidRPr="00CF0E83">
        <w:rPr>
          <w:lang w:val="nl-NL"/>
        </w:rPr>
        <w:t xml:space="preserve">Verder </w:t>
      </w:r>
      <w:r w:rsidR="00B57667">
        <w:rPr>
          <w:lang w:val="nl-NL"/>
        </w:rPr>
        <w:t xml:space="preserve">bevat </w:t>
      </w:r>
      <w:r w:rsidR="00824ED7" w:rsidRPr="00911F82">
        <w:rPr>
          <w:b/>
          <w:bCs/>
          <w:lang w:val="nl-NL"/>
        </w:rPr>
        <w:t>Werkblad 13 – Ik wil iets nieuws leren met behulp van AI</w:t>
      </w:r>
      <w:r>
        <w:rPr>
          <w:lang w:val="nl-NL"/>
        </w:rPr>
        <w:t xml:space="preserve"> natuurlijk ook geschikte</w:t>
      </w:r>
      <w:r w:rsidR="00B57667">
        <w:rPr>
          <w:lang w:val="nl-NL"/>
        </w:rPr>
        <w:t xml:space="preserve"> stappenplannen die je met je studenten kunt doen </w:t>
      </w:r>
      <w:r w:rsidR="006F3483">
        <w:rPr>
          <w:lang w:val="nl-NL"/>
        </w:rPr>
        <w:t xml:space="preserve">bij bijvoorbeeld een praktijksessie. De stappenplannen die daar </w:t>
      </w:r>
      <w:r w:rsidR="00B628ED">
        <w:rPr>
          <w:lang w:val="nl-NL"/>
        </w:rPr>
        <w:t>staan, zijn immers voor vele domeinen in te zetten, zowel als je theorie wil leren met AI, als je juridische vaardigheden wil leren met AI en als je algemene vaardigheden wil leren met AI.</w:t>
      </w:r>
    </w:p>
    <w:p w14:paraId="34BE8F28" w14:textId="77777777" w:rsidR="007E25E4" w:rsidRDefault="007E25E4" w:rsidP="00002DE6">
      <w:pPr>
        <w:spacing w:before="0" w:after="0" w:line="240" w:lineRule="auto"/>
        <w:rPr>
          <w:lang w:val="nl-NL"/>
        </w:rPr>
      </w:pPr>
    </w:p>
    <w:p w14:paraId="2DDD37FE" w14:textId="64331C05" w:rsidR="00AB6059" w:rsidRDefault="00AB6059" w:rsidP="00002DE6">
      <w:pPr>
        <w:spacing w:before="0" w:after="0" w:line="240" w:lineRule="auto"/>
        <w:rPr>
          <w:lang w:val="nl-NL"/>
        </w:rPr>
      </w:pPr>
      <w:r>
        <w:rPr>
          <w:lang w:val="nl-NL"/>
        </w:rPr>
        <w:t xml:space="preserve">Hieronder zijn nog een aantal andere opdrachten </w:t>
      </w:r>
      <w:r w:rsidR="00AE0D0C">
        <w:rPr>
          <w:lang w:val="nl-NL"/>
        </w:rPr>
        <w:t>beschreven. Uiteraard is de pro-tip om AI zelf te vragen hoe je studenten kan helpen bij het omgaan met AI, mocht hier geen bruikbare tip bijstaan.</w:t>
      </w:r>
    </w:p>
    <w:p w14:paraId="3C56FB58" w14:textId="77777777" w:rsidR="00AB6059" w:rsidRDefault="00AB6059" w:rsidP="00002DE6">
      <w:pPr>
        <w:spacing w:before="0" w:after="0" w:line="240" w:lineRule="auto"/>
        <w:rPr>
          <w:lang w:val="nl-NL"/>
        </w:rPr>
      </w:pPr>
    </w:p>
    <w:p w14:paraId="2AACA283" w14:textId="77777777" w:rsidR="00AF7706" w:rsidRPr="003510CD" w:rsidRDefault="00AF7706" w:rsidP="00002DE6">
      <w:pPr>
        <w:pStyle w:val="Kop2"/>
        <w:spacing w:before="0" w:line="240" w:lineRule="auto"/>
        <w:rPr>
          <w:lang w:val="nl-NL"/>
        </w:rPr>
      </w:pPr>
      <w:r w:rsidRPr="003510CD">
        <w:rPr>
          <w:lang w:val="nl-NL"/>
        </w:rPr>
        <w:t>Stappenplan (met opdrachten)</w:t>
      </w:r>
    </w:p>
    <w:p w14:paraId="35EA8EAC" w14:textId="77777777" w:rsidR="00002DE6" w:rsidRPr="00002DE6" w:rsidRDefault="00002DE6" w:rsidP="00002DE6">
      <w:pPr>
        <w:spacing w:before="0" w:after="0" w:line="240" w:lineRule="auto"/>
        <w:rPr>
          <w:b/>
          <w:bCs/>
          <w:lang w:val="nl-NL"/>
        </w:rPr>
      </w:pPr>
      <w:r w:rsidRPr="00002DE6">
        <w:rPr>
          <w:b/>
          <w:bCs/>
          <w:lang w:val="nl-NL"/>
        </w:rPr>
        <w:t>Stap 1 — Kies één onderwijsmoment waar studenten vaak vastlopen</w:t>
      </w:r>
    </w:p>
    <w:p w14:paraId="02702312" w14:textId="77777777" w:rsidR="00002DE6" w:rsidRPr="00002DE6" w:rsidRDefault="00002DE6" w:rsidP="00002DE6">
      <w:pPr>
        <w:spacing w:before="0" w:after="0" w:line="240" w:lineRule="auto"/>
        <w:rPr>
          <w:lang w:val="nl-NL"/>
        </w:rPr>
      </w:pPr>
      <w:r w:rsidRPr="00002DE6">
        <w:rPr>
          <w:lang w:val="nl-NL"/>
        </w:rPr>
        <w:t>Kies één moment uit jouw praktijk:</w:t>
      </w:r>
    </w:p>
    <w:p w14:paraId="22FE2110" w14:textId="77777777" w:rsidR="00002DE6" w:rsidRPr="00002DE6" w:rsidRDefault="00002DE6" w:rsidP="00974A8A">
      <w:pPr>
        <w:numPr>
          <w:ilvl w:val="0"/>
          <w:numId w:val="125"/>
        </w:numPr>
        <w:spacing w:before="0" w:after="0" w:line="240" w:lineRule="auto"/>
        <w:rPr>
          <w:lang w:val="nl-NL"/>
        </w:rPr>
      </w:pPr>
      <w:r w:rsidRPr="00002DE6">
        <w:rPr>
          <w:lang w:val="nl-NL"/>
        </w:rPr>
        <w:t>studenten begrijpen de stof wel, maar kunnen niet toepassen</w:t>
      </w:r>
    </w:p>
    <w:p w14:paraId="0A472D26" w14:textId="77777777" w:rsidR="00002DE6" w:rsidRPr="00002DE6" w:rsidRDefault="00002DE6" w:rsidP="00974A8A">
      <w:pPr>
        <w:numPr>
          <w:ilvl w:val="0"/>
          <w:numId w:val="125"/>
        </w:numPr>
        <w:spacing w:before="0" w:after="0" w:line="240" w:lineRule="auto"/>
        <w:rPr>
          <w:lang w:val="nl-NL"/>
        </w:rPr>
      </w:pPr>
      <w:r w:rsidRPr="00002DE6">
        <w:rPr>
          <w:lang w:val="nl-NL"/>
        </w:rPr>
        <w:t>teksten zijn onsamenhangend of te oppervlakkig</w:t>
      </w:r>
    </w:p>
    <w:p w14:paraId="679BB61C" w14:textId="77777777" w:rsidR="00002DE6" w:rsidRPr="00002DE6" w:rsidRDefault="00002DE6" w:rsidP="00974A8A">
      <w:pPr>
        <w:numPr>
          <w:ilvl w:val="0"/>
          <w:numId w:val="125"/>
        </w:numPr>
        <w:spacing w:before="0" w:after="0" w:line="240" w:lineRule="auto"/>
        <w:rPr>
          <w:lang w:val="nl-NL"/>
        </w:rPr>
      </w:pPr>
      <w:r w:rsidRPr="00002DE6">
        <w:rPr>
          <w:lang w:val="nl-NL"/>
        </w:rPr>
        <w:t>studenten kunnen geen goede vragen formuleren</w:t>
      </w:r>
    </w:p>
    <w:p w14:paraId="5BA64FEC" w14:textId="77777777" w:rsidR="00002DE6" w:rsidRPr="00002DE6" w:rsidRDefault="00002DE6" w:rsidP="00974A8A">
      <w:pPr>
        <w:numPr>
          <w:ilvl w:val="0"/>
          <w:numId w:val="125"/>
        </w:numPr>
        <w:spacing w:before="0" w:after="0" w:line="240" w:lineRule="auto"/>
        <w:rPr>
          <w:lang w:val="nl-NL"/>
        </w:rPr>
      </w:pPr>
      <w:r w:rsidRPr="00002DE6">
        <w:rPr>
          <w:lang w:val="nl-NL"/>
        </w:rPr>
        <w:t>studenten missen structuur bij een opdracht</w:t>
      </w:r>
    </w:p>
    <w:p w14:paraId="16550553" w14:textId="77777777" w:rsidR="00002DE6" w:rsidRPr="00002DE6" w:rsidRDefault="00002DE6" w:rsidP="00974A8A">
      <w:pPr>
        <w:numPr>
          <w:ilvl w:val="0"/>
          <w:numId w:val="125"/>
        </w:numPr>
        <w:spacing w:before="0" w:after="0" w:line="240" w:lineRule="auto"/>
        <w:rPr>
          <w:lang w:val="nl-NL"/>
        </w:rPr>
      </w:pPr>
      <w:r w:rsidRPr="00002DE6">
        <w:rPr>
          <w:lang w:val="nl-NL"/>
        </w:rPr>
        <w:t>studenten leren te weinig van feedback</w:t>
      </w:r>
    </w:p>
    <w:p w14:paraId="0C1A4C16" w14:textId="77777777" w:rsidR="00002DE6" w:rsidRDefault="00002DE6" w:rsidP="00002DE6">
      <w:pPr>
        <w:spacing w:before="0" w:after="0" w:line="240" w:lineRule="auto"/>
        <w:rPr>
          <w:b/>
          <w:bCs/>
          <w:lang w:val="nl-NL"/>
        </w:rPr>
      </w:pPr>
    </w:p>
    <w:p w14:paraId="56BA0CE7" w14:textId="4D172604" w:rsidR="00002DE6" w:rsidRPr="00002DE6" w:rsidRDefault="00002DE6" w:rsidP="00002DE6">
      <w:pPr>
        <w:spacing w:before="0" w:after="0" w:line="240" w:lineRule="auto"/>
        <w:rPr>
          <w:lang w:val="nl-NL"/>
        </w:rPr>
      </w:pPr>
      <w:r w:rsidRPr="00002DE6">
        <w:rPr>
          <w:b/>
          <w:bCs/>
          <w:lang w:val="nl-NL"/>
        </w:rPr>
        <w:t>Opdracht</w:t>
      </w:r>
      <w:r w:rsidRPr="00002DE6">
        <w:rPr>
          <w:lang w:val="nl-NL"/>
        </w:rPr>
        <w:br/>
        <w:t>Schrijf in 2 zinnen:</w:t>
      </w:r>
    </w:p>
    <w:p w14:paraId="3A8DEC42" w14:textId="77777777" w:rsidR="00002DE6" w:rsidRPr="00002DE6" w:rsidRDefault="00002DE6" w:rsidP="00974A8A">
      <w:pPr>
        <w:numPr>
          <w:ilvl w:val="0"/>
          <w:numId w:val="126"/>
        </w:numPr>
        <w:spacing w:before="0" w:after="0" w:line="240" w:lineRule="auto"/>
        <w:rPr>
          <w:lang w:val="nl-NL"/>
        </w:rPr>
      </w:pPr>
      <w:r w:rsidRPr="00002DE6">
        <w:rPr>
          <w:lang w:val="nl-NL"/>
        </w:rPr>
        <w:t>Waar lopen ze vast?</w:t>
      </w:r>
    </w:p>
    <w:p w14:paraId="71AD80DB" w14:textId="77777777" w:rsidR="00002DE6" w:rsidRPr="00002DE6" w:rsidRDefault="00002DE6" w:rsidP="00974A8A">
      <w:pPr>
        <w:numPr>
          <w:ilvl w:val="0"/>
          <w:numId w:val="126"/>
        </w:numPr>
        <w:spacing w:before="0" w:after="0" w:line="240" w:lineRule="auto"/>
        <w:rPr>
          <w:lang w:val="nl-NL"/>
        </w:rPr>
      </w:pPr>
      <w:r w:rsidRPr="00002DE6">
        <w:rPr>
          <w:lang w:val="nl-NL"/>
        </w:rPr>
        <w:t>Wat wil je dat ze wél leren/doen?</w:t>
      </w:r>
    </w:p>
    <w:p w14:paraId="28354C71" w14:textId="6F73EB4F" w:rsidR="00002DE6" w:rsidRPr="00002DE6" w:rsidRDefault="00002DE6" w:rsidP="00002DE6">
      <w:pPr>
        <w:spacing w:before="0" w:after="0" w:line="240" w:lineRule="auto"/>
        <w:rPr>
          <w:lang w:val="nl-NL"/>
        </w:rPr>
      </w:pPr>
    </w:p>
    <w:p w14:paraId="1FC260B2" w14:textId="77777777" w:rsidR="00002DE6" w:rsidRPr="00002DE6" w:rsidRDefault="00002DE6" w:rsidP="00002DE6">
      <w:pPr>
        <w:spacing w:before="0" w:after="0" w:line="240" w:lineRule="auto"/>
        <w:rPr>
          <w:b/>
          <w:bCs/>
          <w:lang w:val="nl-NL"/>
        </w:rPr>
      </w:pPr>
      <w:r w:rsidRPr="00002DE6">
        <w:rPr>
          <w:b/>
          <w:bCs/>
          <w:lang w:val="nl-NL"/>
        </w:rPr>
        <w:t>Stap 2 — Kies jouw “AI-rol” in het leerproces (3 opties)</w:t>
      </w:r>
    </w:p>
    <w:p w14:paraId="7F0457BD" w14:textId="77777777" w:rsidR="00002DE6" w:rsidRPr="00002DE6" w:rsidRDefault="00002DE6" w:rsidP="00002DE6">
      <w:pPr>
        <w:spacing w:before="0" w:after="0" w:line="240" w:lineRule="auto"/>
        <w:rPr>
          <w:lang w:val="nl-NL"/>
        </w:rPr>
      </w:pPr>
      <w:r w:rsidRPr="00002DE6">
        <w:rPr>
          <w:lang w:val="nl-NL"/>
        </w:rPr>
        <w:t>Kies één (of combineer):</w:t>
      </w:r>
    </w:p>
    <w:p w14:paraId="64A6EE03" w14:textId="77777777" w:rsidR="00002DE6" w:rsidRPr="00002DE6" w:rsidRDefault="00002DE6" w:rsidP="00002DE6">
      <w:pPr>
        <w:spacing w:before="0" w:after="0" w:line="240" w:lineRule="auto"/>
        <w:rPr>
          <w:b/>
          <w:bCs/>
          <w:lang w:val="nl-NL"/>
        </w:rPr>
      </w:pPr>
      <w:r w:rsidRPr="00002DE6">
        <w:rPr>
          <w:b/>
          <w:bCs/>
          <w:lang w:val="nl-NL"/>
        </w:rPr>
        <w:t>A) AI als uitlegger</w:t>
      </w:r>
    </w:p>
    <w:p w14:paraId="7305C8C5" w14:textId="77777777" w:rsidR="00002DE6" w:rsidRPr="00002DE6" w:rsidRDefault="00002DE6" w:rsidP="00002DE6">
      <w:pPr>
        <w:spacing w:before="0" w:after="0" w:line="240" w:lineRule="auto"/>
        <w:rPr>
          <w:lang w:val="nl-NL"/>
        </w:rPr>
      </w:pPr>
      <w:r w:rsidRPr="00002DE6">
        <w:rPr>
          <w:lang w:val="nl-NL"/>
        </w:rPr>
        <w:t>Doel: begrip vergroten met uitleg op maat.</w:t>
      </w:r>
    </w:p>
    <w:p w14:paraId="3FF42C0C" w14:textId="77777777" w:rsidR="00002DE6" w:rsidRPr="00002DE6" w:rsidRDefault="00002DE6" w:rsidP="00002DE6">
      <w:pPr>
        <w:spacing w:before="0" w:after="0" w:line="240" w:lineRule="auto"/>
        <w:rPr>
          <w:b/>
          <w:bCs/>
          <w:lang w:val="nl-NL"/>
        </w:rPr>
      </w:pPr>
      <w:r w:rsidRPr="00002DE6">
        <w:rPr>
          <w:b/>
          <w:bCs/>
          <w:lang w:val="nl-NL"/>
        </w:rPr>
        <w:t>B) AI als oefenpartner</w:t>
      </w:r>
    </w:p>
    <w:p w14:paraId="154A9337" w14:textId="77777777" w:rsidR="00002DE6" w:rsidRPr="00002DE6" w:rsidRDefault="00002DE6" w:rsidP="00002DE6">
      <w:pPr>
        <w:spacing w:before="0" w:after="0" w:line="240" w:lineRule="auto"/>
        <w:rPr>
          <w:lang w:val="nl-NL"/>
        </w:rPr>
      </w:pPr>
      <w:r w:rsidRPr="00002DE6">
        <w:rPr>
          <w:lang w:val="nl-NL"/>
        </w:rPr>
        <w:t>Doel: toepassen, casussen, oefenen, quiz.</w:t>
      </w:r>
    </w:p>
    <w:p w14:paraId="68FE6A10" w14:textId="77777777" w:rsidR="00002DE6" w:rsidRPr="00002DE6" w:rsidRDefault="00002DE6" w:rsidP="00002DE6">
      <w:pPr>
        <w:spacing w:before="0" w:after="0" w:line="240" w:lineRule="auto"/>
        <w:rPr>
          <w:b/>
          <w:bCs/>
          <w:lang w:val="nl-NL"/>
        </w:rPr>
      </w:pPr>
      <w:r w:rsidRPr="00002DE6">
        <w:rPr>
          <w:b/>
          <w:bCs/>
          <w:lang w:val="nl-NL"/>
        </w:rPr>
        <w:t>C) AI als feedback-coach</w:t>
      </w:r>
    </w:p>
    <w:p w14:paraId="0337D3CA" w14:textId="77777777" w:rsidR="00002DE6" w:rsidRPr="00002DE6" w:rsidRDefault="00002DE6" w:rsidP="00002DE6">
      <w:pPr>
        <w:spacing w:before="0" w:after="0" w:line="240" w:lineRule="auto"/>
        <w:rPr>
          <w:lang w:val="nl-NL"/>
        </w:rPr>
      </w:pPr>
      <w:r w:rsidRPr="00002DE6">
        <w:rPr>
          <w:lang w:val="nl-NL"/>
        </w:rPr>
        <w:t xml:space="preserve">Doel: formatieve feedback (geen cijfers), met </w:t>
      </w:r>
      <w:proofErr w:type="spellStart"/>
      <w:r w:rsidRPr="00002DE6">
        <w:rPr>
          <w:lang w:val="nl-NL"/>
        </w:rPr>
        <w:t>rubric</w:t>
      </w:r>
      <w:proofErr w:type="spellEnd"/>
      <w:r w:rsidRPr="00002DE6">
        <w:rPr>
          <w:lang w:val="nl-NL"/>
        </w:rPr>
        <w:t xml:space="preserve"> of criteria.</w:t>
      </w:r>
    </w:p>
    <w:p w14:paraId="0FC4960C" w14:textId="77777777" w:rsidR="00002DE6" w:rsidRPr="00002DE6" w:rsidRDefault="00002DE6" w:rsidP="00002DE6">
      <w:pPr>
        <w:spacing w:before="0" w:after="0" w:line="240" w:lineRule="auto"/>
        <w:rPr>
          <w:lang w:val="nl-NL"/>
        </w:rPr>
      </w:pPr>
      <w:r w:rsidRPr="00002DE6">
        <w:rPr>
          <w:b/>
          <w:bCs/>
          <w:lang w:val="nl-NL"/>
        </w:rPr>
        <w:t>Opdracht</w:t>
      </w:r>
      <w:r w:rsidRPr="00002DE6">
        <w:rPr>
          <w:lang w:val="nl-NL"/>
        </w:rPr>
        <w:br/>
        <w:t>Kies A/B/C en noteer waarom.</w:t>
      </w:r>
    </w:p>
    <w:p w14:paraId="03BCFD8B" w14:textId="67E5994B" w:rsidR="00002DE6" w:rsidRPr="00002DE6" w:rsidRDefault="00002DE6" w:rsidP="00002DE6">
      <w:pPr>
        <w:spacing w:before="0" w:after="0" w:line="240" w:lineRule="auto"/>
        <w:rPr>
          <w:lang w:val="nl-NL"/>
        </w:rPr>
      </w:pPr>
    </w:p>
    <w:p w14:paraId="045763F0" w14:textId="77777777" w:rsidR="00002DE6" w:rsidRPr="00002DE6" w:rsidRDefault="00002DE6" w:rsidP="00002DE6">
      <w:pPr>
        <w:spacing w:before="0" w:after="0" w:line="240" w:lineRule="auto"/>
        <w:rPr>
          <w:b/>
          <w:bCs/>
          <w:lang w:val="nl-NL"/>
        </w:rPr>
      </w:pPr>
      <w:r w:rsidRPr="00002DE6">
        <w:rPr>
          <w:b/>
          <w:bCs/>
          <w:lang w:val="nl-NL"/>
        </w:rPr>
        <w:t>Stap 3 — Ontwerp 1 concrete studentactiviteit (kies 1 van onderstaande)</w:t>
      </w:r>
    </w:p>
    <w:p w14:paraId="7F1D1DF6" w14:textId="77777777" w:rsidR="00002DE6" w:rsidRDefault="00002DE6" w:rsidP="00002DE6">
      <w:pPr>
        <w:spacing w:before="0" w:after="0" w:line="240" w:lineRule="auto"/>
        <w:rPr>
          <w:b/>
          <w:bCs/>
          <w:lang w:val="nl-NL"/>
        </w:rPr>
      </w:pPr>
    </w:p>
    <w:p w14:paraId="27A1A8A2" w14:textId="2361EF11" w:rsidR="00002DE6" w:rsidRPr="00002DE6" w:rsidRDefault="00002DE6" w:rsidP="00002DE6">
      <w:pPr>
        <w:spacing w:before="0" w:after="0" w:line="240" w:lineRule="auto"/>
        <w:rPr>
          <w:b/>
          <w:bCs/>
          <w:lang w:val="nl-NL"/>
        </w:rPr>
      </w:pPr>
      <w:r w:rsidRPr="00002DE6">
        <w:rPr>
          <w:b/>
          <w:bCs/>
          <w:lang w:val="nl-NL"/>
        </w:rPr>
        <w:t>Activiteit 1: “Leg het uit op mijn niveau” (uitleg)</w:t>
      </w:r>
    </w:p>
    <w:p w14:paraId="7FCF1C66" w14:textId="77777777" w:rsidR="00002DE6" w:rsidRPr="00002DE6" w:rsidRDefault="00002DE6" w:rsidP="00002DE6">
      <w:pPr>
        <w:spacing w:before="0" w:after="0" w:line="240" w:lineRule="auto"/>
        <w:rPr>
          <w:lang w:val="nl-NL"/>
        </w:rPr>
      </w:pPr>
      <w:r w:rsidRPr="00002DE6">
        <w:rPr>
          <w:b/>
          <w:bCs/>
          <w:lang w:val="nl-NL"/>
        </w:rPr>
        <w:t>Stappenplan</w:t>
      </w:r>
    </w:p>
    <w:p w14:paraId="4781752F" w14:textId="77777777" w:rsidR="00002DE6" w:rsidRPr="00002DE6" w:rsidRDefault="00002DE6" w:rsidP="00974A8A">
      <w:pPr>
        <w:numPr>
          <w:ilvl w:val="0"/>
          <w:numId w:val="127"/>
        </w:numPr>
        <w:spacing w:before="0" w:after="0" w:line="240" w:lineRule="auto"/>
        <w:rPr>
          <w:lang w:val="nl-NL"/>
        </w:rPr>
      </w:pPr>
      <w:r w:rsidRPr="00002DE6">
        <w:rPr>
          <w:lang w:val="nl-NL"/>
        </w:rPr>
        <w:t>Kies 1 begrip/onderwerp uit je vak.</w:t>
      </w:r>
    </w:p>
    <w:p w14:paraId="4C7956ED" w14:textId="77777777" w:rsidR="00002DE6" w:rsidRPr="00002DE6" w:rsidRDefault="00002DE6" w:rsidP="00974A8A">
      <w:pPr>
        <w:numPr>
          <w:ilvl w:val="0"/>
          <w:numId w:val="127"/>
        </w:numPr>
        <w:spacing w:before="0" w:after="0" w:line="240" w:lineRule="auto"/>
        <w:rPr>
          <w:lang w:val="nl-NL"/>
        </w:rPr>
      </w:pPr>
      <w:r w:rsidRPr="00002DE6">
        <w:rPr>
          <w:lang w:val="nl-NL"/>
        </w:rPr>
        <w:t>Laat studenten AI vragen om uitleg in 120 woorden + 1 voorbeeld.</w:t>
      </w:r>
    </w:p>
    <w:p w14:paraId="6608AD8B" w14:textId="77777777" w:rsidR="00002DE6" w:rsidRPr="00002DE6" w:rsidRDefault="00002DE6" w:rsidP="00974A8A">
      <w:pPr>
        <w:numPr>
          <w:ilvl w:val="0"/>
          <w:numId w:val="127"/>
        </w:numPr>
        <w:spacing w:before="0" w:after="0" w:line="240" w:lineRule="auto"/>
        <w:rPr>
          <w:lang w:val="nl-NL"/>
        </w:rPr>
      </w:pPr>
      <w:r w:rsidRPr="00002DE6">
        <w:rPr>
          <w:lang w:val="nl-NL"/>
        </w:rPr>
        <w:t>Laat studenten 3 checkvragen beantwoorden: klopt dit? wat mis ik? wat is te simpel?</w:t>
      </w:r>
    </w:p>
    <w:p w14:paraId="75F69977" w14:textId="77777777" w:rsidR="00002DE6" w:rsidRPr="00002DE6" w:rsidRDefault="00002DE6" w:rsidP="00974A8A">
      <w:pPr>
        <w:numPr>
          <w:ilvl w:val="0"/>
          <w:numId w:val="127"/>
        </w:numPr>
        <w:spacing w:before="0" w:after="0" w:line="240" w:lineRule="auto"/>
        <w:rPr>
          <w:lang w:val="nl-NL"/>
        </w:rPr>
      </w:pPr>
      <w:r w:rsidRPr="00002DE6">
        <w:rPr>
          <w:lang w:val="nl-NL"/>
        </w:rPr>
        <w:t>Laat studenten de uitleg herschrijven in hun eigen woorden (max 80 woorden).</w:t>
      </w:r>
    </w:p>
    <w:p w14:paraId="106A609F" w14:textId="77777777" w:rsidR="00002DE6" w:rsidRPr="00002DE6" w:rsidRDefault="00002DE6" w:rsidP="00002DE6">
      <w:pPr>
        <w:spacing w:before="0" w:after="0" w:line="240" w:lineRule="auto"/>
        <w:rPr>
          <w:lang w:val="nl-NL"/>
        </w:rPr>
      </w:pPr>
      <w:r w:rsidRPr="00002DE6">
        <w:rPr>
          <w:b/>
          <w:bCs/>
          <w:lang w:val="nl-NL"/>
        </w:rPr>
        <w:t>Studentprompt</w:t>
      </w:r>
    </w:p>
    <w:p w14:paraId="6FBEE159" w14:textId="12C12EBA" w:rsidR="00002DE6" w:rsidRPr="00002DE6" w:rsidRDefault="00002DE6" w:rsidP="00002DE6">
      <w:pPr>
        <w:spacing w:before="0" w:after="0" w:line="240" w:lineRule="auto"/>
        <w:rPr>
          <w:lang w:val="nl-NL"/>
        </w:rPr>
      </w:pPr>
      <w:r w:rsidRPr="00002DE6">
        <w:rPr>
          <w:lang w:val="nl-NL"/>
        </w:rPr>
        <w:t>“Leg [onderwerp] uit voor een student op [niveau]. Max 120 woorden. Geef 1 voorbeeld. Sluit af met 3 checkvragen.”</w:t>
      </w:r>
    </w:p>
    <w:p w14:paraId="45713743" w14:textId="77777777" w:rsidR="00002DE6" w:rsidRDefault="00002DE6" w:rsidP="00002DE6">
      <w:pPr>
        <w:spacing w:before="0" w:after="0" w:line="240" w:lineRule="auto"/>
        <w:rPr>
          <w:b/>
          <w:bCs/>
          <w:lang w:val="nl-NL"/>
        </w:rPr>
      </w:pPr>
    </w:p>
    <w:p w14:paraId="08D7FD36" w14:textId="6E36C003" w:rsidR="00002DE6" w:rsidRPr="00002DE6" w:rsidRDefault="00002DE6" w:rsidP="00002DE6">
      <w:pPr>
        <w:spacing w:before="0" w:after="0" w:line="240" w:lineRule="auto"/>
        <w:rPr>
          <w:b/>
          <w:bCs/>
          <w:lang w:val="nl-NL"/>
        </w:rPr>
      </w:pPr>
      <w:r w:rsidRPr="00002DE6">
        <w:rPr>
          <w:b/>
          <w:bCs/>
          <w:lang w:val="nl-NL"/>
        </w:rPr>
        <w:t>Activiteit 2: “Oefenen met casussen” (oefenpartner)</w:t>
      </w:r>
    </w:p>
    <w:p w14:paraId="538EF28F" w14:textId="77777777" w:rsidR="00002DE6" w:rsidRDefault="00002DE6" w:rsidP="00002DE6">
      <w:pPr>
        <w:spacing w:before="0" w:after="0" w:line="240" w:lineRule="auto"/>
        <w:rPr>
          <w:b/>
          <w:bCs/>
          <w:lang w:val="nl-NL"/>
        </w:rPr>
      </w:pPr>
    </w:p>
    <w:p w14:paraId="6119A70E" w14:textId="1B136ED0" w:rsidR="00002DE6" w:rsidRPr="00002DE6" w:rsidRDefault="00002DE6" w:rsidP="00002DE6">
      <w:pPr>
        <w:spacing w:before="0" w:after="0" w:line="240" w:lineRule="auto"/>
        <w:rPr>
          <w:lang w:val="nl-NL"/>
        </w:rPr>
      </w:pPr>
      <w:r w:rsidRPr="00002DE6">
        <w:rPr>
          <w:b/>
          <w:bCs/>
          <w:lang w:val="nl-NL"/>
        </w:rPr>
        <w:t>Stappenplan</w:t>
      </w:r>
    </w:p>
    <w:p w14:paraId="302AA4E5" w14:textId="77777777" w:rsidR="00002DE6" w:rsidRPr="00002DE6" w:rsidRDefault="00002DE6" w:rsidP="00974A8A">
      <w:pPr>
        <w:numPr>
          <w:ilvl w:val="0"/>
          <w:numId w:val="128"/>
        </w:numPr>
        <w:spacing w:before="0" w:after="0" w:line="240" w:lineRule="auto"/>
        <w:rPr>
          <w:lang w:val="nl-NL"/>
        </w:rPr>
      </w:pPr>
      <w:r w:rsidRPr="00002DE6">
        <w:rPr>
          <w:lang w:val="nl-NL"/>
        </w:rPr>
        <w:t>Geef leerdoel + thema.</w:t>
      </w:r>
    </w:p>
    <w:p w14:paraId="6F04B2BD" w14:textId="77777777" w:rsidR="00002DE6" w:rsidRPr="00002DE6" w:rsidRDefault="00002DE6" w:rsidP="00974A8A">
      <w:pPr>
        <w:numPr>
          <w:ilvl w:val="0"/>
          <w:numId w:val="128"/>
        </w:numPr>
        <w:spacing w:before="0" w:after="0" w:line="240" w:lineRule="auto"/>
        <w:rPr>
          <w:lang w:val="nl-NL"/>
        </w:rPr>
      </w:pPr>
      <w:r w:rsidRPr="00002DE6">
        <w:rPr>
          <w:lang w:val="nl-NL"/>
        </w:rPr>
        <w:t>Laat AI 2 oefencasussen maken (makkelijk → moeilijk).</w:t>
      </w:r>
    </w:p>
    <w:p w14:paraId="2249FCCA" w14:textId="77777777" w:rsidR="00002DE6" w:rsidRPr="00002DE6" w:rsidRDefault="00002DE6" w:rsidP="00974A8A">
      <w:pPr>
        <w:numPr>
          <w:ilvl w:val="0"/>
          <w:numId w:val="128"/>
        </w:numPr>
        <w:spacing w:before="0" w:after="0" w:line="240" w:lineRule="auto"/>
        <w:rPr>
          <w:lang w:val="nl-NL"/>
        </w:rPr>
      </w:pPr>
      <w:r w:rsidRPr="00002DE6">
        <w:rPr>
          <w:lang w:val="nl-NL"/>
        </w:rPr>
        <w:t>Studenten beantwoorden eerst zelf.</w:t>
      </w:r>
    </w:p>
    <w:p w14:paraId="0B739C3D" w14:textId="77777777" w:rsidR="00002DE6" w:rsidRPr="00002DE6" w:rsidRDefault="00002DE6" w:rsidP="00974A8A">
      <w:pPr>
        <w:numPr>
          <w:ilvl w:val="0"/>
          <w:numId w:val="128"/>
        </w:numPr>
        <w:spacing w:before="0" w:after="0" w:line="240" w:lineRule="auto"/>
        <w:rPr>
          <w:lang w:val="nl-NL"/>
        </w:rPr>
      </w:pPr>
      <w:r w:rsidRPr="00002DE6">
        <w:rPr>
          <w:lang w:val="nl-NL"/>
        </w:rPr>
        <w:t>AI geeft daarna feedback op de redenering (geen eindantwoord zonder uitleg).</w:t>
      </w:r>
    </w:p>
    <w:p w14:paraId="41172CA6" w14:textId="77777777" w:rsidR="00002DE6" w:rsidRDefault="00002DE6" w:rsidP="00002DE6">
      <w:pPr>
        <w:spacing w:before="0" w:after="0" w:line="240" w:lineRule="auto"/>
        <w:rPr>
          <w:b/>
          <w:bCs/>
          <w:lang w:val="nl-NL"/>
        </w:rPr>
      </w:pPr>
    </w:p>
    <w:p w14:paraId="6D3D953E" w14:textId="2DFC3F5A" w:rsidR="00002DE6" w:rsidRPr="00002DE6" w:rsidRDefault="00002DE6" w:rsidP="00002DE6">
      <w:pPr>
        <w:spacing w:before="0" w:after="0" w:line="240" w:lineRule="auto"/>
        <w:rPr>
          <w:lang w:val="nl-NL"/>
        </w:rPr>
      </w:pPr>
      <w:r w:rsidRPr="00002DE6">
        <w:rPr>
          <w:b/>
          <w:bCs/>
          <w:lang w:val="nl-NL"/>
        </w:rPr>
        <w:t>Studentprompt</w:t>
      </w:r>
    </w:p>
    <w:p w14:paraId="6E93577E" w14:textId="77777777" w:rsidR="00002DE6" w:rsidRPr="00002DE6" w:rsidRDefault="00002DE6" w:rsidP="00002DE6">
      <w:pPr>
        <w:spacing w:before="0" w:after="0" w:line="240" w:lineRule="auto"/>
        <w:rPr>
          <w:lang w:val="nl-NL"/>
        </w:rPr>
      </w:pPr>
      <w:r w:rsidRPr="00002DE6">
        <w:rPr>
          <w:lang w:val="nl-NL"/>
        </w:rPr>
        <w:t>“Maak 2 oefencasussen over [thema] met oplopende moeilijkheid. Stel per casus 3 vragen. Wacht op mijn antwoorden en geef daarna feedback op mijn redenering.”</w:t>
      </w:r>
    </w:p>
    <w:p w14:paraId="1972B940" w14:textId="77777777" w:rsidR="00002DE6" w:rsidRDefault="00002DE6" w:rsidP="00002DE6">
      <w:pPr>
        <w:spacing w:before="0" w:after="0" w:line="240" w:lineRule="auto"/>
        <w:rPr>
          <w:b/>
          <w:bCs/>
          <w:lang w:val="nl-NL"/>
        </w:rPr>
      </w:pPr>
    </w:p>
    <w:p w14:paraId="31A1A561" w14:textId="3118A4B0" w:rsidR="00002DE6" w:rsidRPr="00002DE6" w:rsidRDefault="00002DE6" w:rsidP="00002DE6">
      <w:pPr>
        <w:spacing w:before="0" w:after="0" w:line="240" w:lineRule="auto"/>
        <w:rPr>
          <w:b/>
          <w:bCs/>
          <w:lang w:val="nl-NL"/>
        </w:rPr>
      </w:pPr>
      <w:r w:rsidRPr="00002DE6">
        <w:rPr>
          <w:b/>
          <w:bCs/>
          <w:lang w:val="nl-NL"/>
        </w:rPr>
        <w:t>Activiteit 3: “Van chaos naar structuur” (schrijf- en denkstructuur)</w:t>
      </w:r>
    </w:p>
    <w:p w14:paraId="21525940" w14:textId="77777777" w:rsidR="00002DE6" w:rsidRPr="00002DE6" w:rsidRDefault="00002DE6" w:rsidP="00002DE6">
      <w:pPr>
        <w:spacing w:before="0" w:after="0" w:line="240" w:lineRule="auto"/>
        <w:rPr>
          <w:lang w:val="nl-NL"/>
        </w:rPr>
      </w:pPr>
      <w:r w:rsidRPr="00002DE6">
        <w:rPr>
          <w:b/>
          <w:bCs/>
          <w:lang w:val="nl-NL"/>
        </w:rPr>
        <w:t>Stappenplan</w:t>
      </w:r>
    </w:p>
    <w:p w14:paraId="6F36AC03" w14:textId="77777777" w:rsidR="00002DE6" w:rsidRPr="00002DE6" w:rsidRDefault="00002DE6" w:rsidP="00974A8A">
      <w:pPr>
        <w:numPr>
          <w:ilvl w:val="0"/>
          <w:numId w:val="129"/>
        </w:numPr>
        <w:spacing w:before="0" w:after="0" w:line="240" w:lineRule="auto"/>
        <w:rPr>
          <w:lang w:val="nl-NL"/>
        </w:rPr>
      </w:pPr>
      <w:r w:rsidRPr="00002DE6">
        <w:rPr>
          <w:lang w:val="nl-NL"/>
        </w:rPr>
        <w:t xml:space="preserve">Student zet zijn eigen </w:t>
      </w:r>
      <w:proofErr w:type="spellStart"/>
      <w:r w:rsidRPr="00002DE6">
        <w:rPr>
          <w:lang w:val="nl-NL"/>
        </w:rPr>
        <w:t>bullets</w:t>
      </w:r>
      <w:proofErr w:type="spellEnd"/>
      <w:r w:rsidRPr="00002DE6">
        <w:rPr>
          <w:lang w:val="nl-NL"/>
        </w:rPr>
        <w:t>/ideeën in de AI.</w:t>
      </w:r>
    </w:p>
    <w:p w14:paraId="1F71DF09" w14:textId="77777777" w:rsidR="00002DE6" w:rsidRPr="00002DE6" w:rsidRDefault="00002DE6" w:rsidP="00974A8A">
      <w:pPr>
        <w:numPr>
          <w:ilvl w:val="0"/>
          <w:numId w:val="129"/>
        </w:numPr>
        <w:spacing w:before="0" w:after="0" w:line="240" w:lineRule="auto"/>
        <w:rPr>
          <w:lang w:val="nl-NL"/>
        </w:rPr>
      </w:pPr>
      <w:r w:rsidRPr="00002DE6">
        <w:rPr>
          <w:lang w:val="nl-NL"/>
        </w:rPr>
        <w:t xml:space="preserve">AI maakt een </w:t>
      </w:r>
      <w:proofErr w:type="spellStart"/>
      <w:r w:rsidRPr="00002DE6">
        <w:rPr>
          <w:lang w:val="nl-NL"/>
        </w:rPr>
        <w:t>outline</w:t>
      </w:r>
      <w:proofErr w:type="spellEnd"/>
      <w:r w:rsidRPr="00002DE6">
        <w:rPr>
          <w:lang w:val="nl-NL"/>
        </w:rPr>
        <w:t xml:space="preserve"> (kopjes + volgorde).</w:t>
      </w:r>
    </w:p>
    <w:p w14:paraId="6E861E21" w14:textId="77777777" w:rsidR="00002DE6" w:rsidRPr="00002DE6" w:rsidRDefault="00002DE6" w:rsidP="00974A8A">
      <w:pPr>
        <w:numPr>
          <w:ilvl w:val="0"/>
          <w:numId w:val="129"/>
        </w:numPr>
        <w:spacing w:before="0" w:after="0" w:line="240" w:lineRule="auto"/>
        <w:rPr>
          <w:lang w:val="nl-NL"/>
        </w:rPr>
      </w:pPr>
      <w:r w:rsidRPr="00002DE6">
        <w:rPr>
          <w:lang w:val="nl-NL"/>
        </w:rPr>
        <w:t>Student kiest de beste structuur en schrijft zelf de tekst.</w:t>
      </w:r>
    </w:p>
    <w:p w14:paraId="2A3ECB3B" w14:textId="77777777" w:rsidR="00002DE6" w:rsidRPr="00002DE6" w:rsidRDefault="00002DE6" w:rsidP="00974A8A">
      <w:pPr>
        <w:numPr>
          <w:ilvl w:val="0"/>
          <w:numId w:val="129"/>
        </w:numPr>
        <w:spacing w:before="0" w:after="0" w:line="240" w:lineRule="auto"/>
        <w:rPr>
          <w:lang w:val="nl-NL"/>
        </w:rPr>
      </w:pPr>
      <w:r w:rsidRPr="00002DE6">
        <w:rPr>
          <w:lang w:val="nl-NL"/>
        </w:rPr>
        <w:t>Student laat AI alleen checken op helderheid/structuur (niet op inhoudelijke waarheid).</w:t>
      </w:r>
    </w:p>
    <w:p w14:paraId="75FFB313" w14:textId="77777777" w:rsidR="00002DE6" w:rsidRDefault="00002DE6" w:rsidP="00002DE6">
      <w:pPr>
        <w:spacing w:before="0" w:after="0" w:line="240" w:lineRule="auto"/>
        <w:rPr>
          <w:b/>
          <w:bCs/>
          <w:lang w:val="nl-NL"/>
        </w:rPr>
      </w:pPr>
    </w:p>
    <w:p w14:paraId="460757FF" w14:textId="61398066" w:rsidR="00002DE6" w:rsidRPr="00002DE6" w:rsidRDefault="00002DE6" w:rsidP="00002DE6">
      <w:pPr>
        <w:spacing w:before="0" w:after="0" w:line="240" w:lineRule="auto"/>
        <w:rPr>
          <w:lang w:val="nl-NL"/>
        </w:rPr>
      </w:pPr>
      <w:r w:rsidRPr="00002DE6">
        <w:rPr>
          <w:b/>
          <w:bCs/>
          <w:lang w:val="nl-NL"/>
        </w:rPr>
        <w:t>Studentprompt</w:t>
      </w:r>
    </w:p>
    <w:p w14:paraId="22C7A901" w14:textId="77777777" w:rsidR="00002DE6" w:rsidRPr="00002DE6" w:rsidRDefault="00002DE6" w:rsidP="00002DE6">
      <w:pPr>
        <w:spacing w:before="0" w:after="0" w:line="240" w:lineRule="auto"/>
        <w:rPr>
          <w:lang w:val="nl-NL"/>
        </w:rPr>
      </w:pPr>
      <w:r w:rsidRPr="00002DE6">
        <w:rPr>
          <w:lang w:val="nl-NL"/>
        </w:rPr>
        <w:t xml:space="preserve">“Zet mijn </w:t>
      </w:r>
      <w:proofErr w:type="spellStart"/>
      <w:r w:rsidRPr="00002DE6">
        <w:rPr>
          <w:lang w:val="nl-NL"/>
        </w:rPr>
        <w:t>bullets</w:t>
      </w:r>
      <w:proofErr w:type="spellEnd"/>
      <w:r w:rsidRPr="00002DE6">
        <w:rPr>
          <w:lang w:val="nl-NL"/>
        </w:rPr>
        <w:t xml:space="preserve"> om in een logische structuur met kopjes en volgorde. Stel 3 vragen als je info mist. Maak geen nieuwe inhoud erbij.”</w:t>
      </w:r>
    </w:p>
    <w:p w14:paraId="60AB5D42" w14:textId="776CD69C" w:rsidR="00002DE6" w:rsidRPr="00002DE6" w:rsidRDefault="00002DE6" w:rsidP="00002DE6">
      <w:pPr>
        <w:spacing w:before="0" w:after="0" w:line="240" w:lineRule="auto"/>
        <w:rPr>
          <w:lang w:val="nl-NL"/>
        </w:rPr>
      </w:pPr>
    </w:p>
    <w:p w14:paraId="29259B46" w14:textId="77777777" w:rsidR="00002DE6" w:rsidRPr="00002DE6" w:rsidRDefault="00002DE6" w:rsidP="00002DE6">
      <w:pPr>
        <w:spacing w:before="0" w:after="0" w:line="240" w:lineRule="auto"/>
        <w:rPr>
          <w:b/>
          <w:bCs/>
          <w:lang w:val="nl-NL"/>
        </w:rPr>
      </w:pPr>
      <w:r w:rsidRPr="00002DE6">
        <w:rPr>
          <w:b/>
          <w:bCs/>
          <w:lang w:val="nl-NL"/>
        </w:rPr>
        <w:t xml:space="preserve">Activiteit 4: “Feedback met </w:t>
      </w:r>
      <w:proofErr w:type="spellStart"/>
      <w:r w:rsidRPr="00002DE6">
        <w:rPr>
          <w:b/>
          <w:bCs/>
          <w:lang w:val="nl-NL"/>
        </w:rPr>
        <w:t>rubric</w:t>
      </w:r>
      <w:proofErr w:type="spellEnd"/>
      <w:r w:rsidRPr="00002DE6">
        <w:rPr>
          <w:b/>
          <w:bCs/>
          <w:lang w:val="nl-NL"/>
        </w:rPr>
        <w:t xml:space="preserve"> (formatief, geen cijfer)” (feedback-coach)</w:t>
      </w:r>
    </w:p>
    <w:p w14:paraId="22C28E4B" w14:textId="77777777" w:rsidR="00002DE6" w:rsidRPr="00002DE6" w:rsidRDefault="00002DE6" w:rsidP="00002DE6">
      <w:pPr>
        <w:spacing w:before="0" w:after="0" w:line="240" w:lineRule="auto"/>
        <w:rPr>
          <w:lang w:val="nl-NL"/>
        </w:rPr>
      </w:pPr>
      <w:r w:rsidRPr="00002DE6">
        <w:rPr>
          <w:b/>
          <w:bCs/>
          <w:lang w:val="nl-NL"/>
        </w:rPr>
        <w:t>Stappenplan</w:t>
      </w:r>
    </w:p>
    <w:p w14:paraId="1CD9A020" w14:textId="77777777" w:rsidR="00002DE6" w:rsidRPr="00002DE6" w:rsidRDefault="00002DE6" w:rsidP="00974A8A">
      <w:pPr>
        <w:numPr>
          <w:ilvl w:val="0"/>
          <w:numId w:val="130"/>
        </w:numPr>
        <w:spacing w:before="0" w:after="0" w:line="240" w:lineRule="auto"/>
        <w:rPr>
          <w:lang w:val="nl-NL"/>
        </w:rPr>
      </w:pPr>
      <w:r w:rsidRPr="00002DE6">
        <w:rPr>
          <w:lang w:val="nl-NL"/>
        </w:rPr>
        <w:t xml:space="preserve">Geef </w:t>
      </w:r>
      <w:proofErr w:type="spellStart"/>
      <w:r w:rsidRPr="00002DE6">
        <w:rPr>
          <w:lang w:val="nl-NL"/>
        </w:rPr>
        <w:t>students</w:t>
      </w:r>
      <w:proofErr w:type="spellEnd"/>
      <w:r w:rsidRPr="00002DE6">
        <w:rPr>
          <w:lang w:val="nl-NL"/>
        </w:rPr>
        <w:t xml:space="preserve"> de </w:t>
      </w:r>
      <w:proofErr w:type="spellStart"/>
      <w:r w:rsidRPr="00002DE6">
        <w:rPr>
          <w:lang w:val="nl-NL"/>
        </w:rPr>
        <w:t>rubric</w:t>
      </w:r>
      <w:proofErr w:type="spellEnd"/>
      <w:r w:rsidRPr="00002DE6">
        <w:rPr>
          <w:lang w:val="nl-NL"/>
        </w:rPr>
        <w:t>/criteria.</w:t>
      </w:r>
    </w:p>
    <w:p w14:paraId="63E0AD09" w14:textId="77777777" w:rsidR="00002DE6" w:rsidRPr="00002DE6" w:rsidRDefault="00002DE6" w:rsidP="00974A8A">
      <w:pPr>
        <w:numPr>
          <w:ilvl w:val="0"/>
          <w:numId w:val="130"/>
        </w:numPr>
        <w:spacing w:before="0" w:after="0" w:line="240" w:lineRule="auto"/>
        <w:rPr>
          <w:lang w:val="nl-NL"/>
        </w:rPr>
      </w:pPr>
      <w:r w:rsidRPr="00002DE6">
        <w:rPr>
          <w:lang w:val="nl-NL"/>
        </w:rPr>
        <w:t>Student vraagt AI feedback per criterium.</w:t>
      </w:r>
    </w:p>
    <w:p w14:paraId="3D5B2210" w14:textId="77777777" w:rsidR="00002DE6" w:rsidRPr="00002DE6" w:rsidRDefault="00002DE6" w:rsidP="00974A8A">
      <w:pPr>
        <w:numPr>
          <w:ilvl w:val="0"/>
          <w:numId w:val="130"/>
        </w:numPr>
        <w:spacing w:before="0" w:after="0" w:line="240" w:lineRule="auto"/>
        <w:rPr>
          <w:lang w:val="nl-NL"/>
        </w:rPr>
      </w:pPr>
      <w:r w:rsidRPr="00002DE6">
        <w:rPr>
          <w:lang w:val="nl-NL"/>
        </w:rPr>
        <w:t>Student kiest 2 verbeteracties en past de tekst aan.</w:t>
      </w:r>
    </w:p>
    <w:p w14:paraId="6C3699F3" w14:textId="77777777" w:rsidR="00002DE6" w:rsidRPr="00002DE6" w:rsidRDefault="00002DE6" w:rsidP="00974A8A">
      <w:pPr>
        <w:numPr>
          <w:ilvl w:val="0"/>
          <w:numId w:val="130"/>
        </w:numPr>
        <w:spacing w:before="0" w:after="0" w:line="240" w:lineRule="auto"/>
        <w:rPr>
          <w:lang w:val="nl-NL"/>
        </w:rPr>
      </w:pPr>
      <w:r w:rsidRPr="00002DE6">
        <w:rPr>
          <w:lang w:val="nl-NL"/>
        </w:rPr>
        <w:t>Student voegt een korte AI-verantwoording toe.</w:t>
      </w:r>
    </w:p>
    <w:p w14:paraId="4412DC35" w14:textId="77777777" w:rsidR="00002DE6" w:rsidRDefault="00002DE6" w:rsidP="00002DE6">
      <w:pPr>
        <w:spacing w:before="0" w:after="0" w:line="240" w:lineRule="auto"/>
        <w:rPr>
          <w:b/>
          <w:bCs/>
          <w:lang w:val="nl-NL"/>
        </w:rPr>
      </w:pPr>
    </w:p>
    <w:p w14:paraId="05BCECD4" w14:textId="6D85E0ED" w:rsidR="00002DE6" w:rsidRPr="00002DE6" w:rsidRDefault="00002DE6" w:rsidP="00002DE6">
      <w:pPr>
        <w:spacing w:before="0" w:after="0" w:line="240" w:lineRule="auto"/>
        <w:rPr>
          <w:lang w:val="nl-NL"/>
        </w:rPr>
      </w:pPr>
      <w:r w:rsidRPr="00002DE6">
        <w:rPr>
          <w:b/>
          <w:bCs/>
          <w:lang w:val="nl-NL"/>
        </w:rPr>
        <w:t>Studentprompt</w:t>
      </w:r>
    </w:p>
    <w:p w14:paraId="3BD623B5" w14:textId="77777777" w:rsidR="00002DE6" w:rsidRPr="00002DE6" w:rsidRDefault="00002DE6" w:rsidP="00002DE6">
      <w:pPr>
        <w:spacing w:before="0" w:after="0" w:line="240" w:lineRule="auto"/>
        <w:rPr>
          <w:lang w:val="nl-NL"/>
        </w:rPr>
      </w:pPr>
      <w:r w:rsidRPr="00002DE6">
        <w:rPr>
          <w:lang w:val="nl-NL"/>
        </w:rPr>
        <w:t xml:space="preserve">“Geef feedback op deze tekst volgens deze </w:t>
      </w:r>
      <w:proofErr w:type="spellStart"/>
      <w:r w:rsidRPr="00002DE6">
        <w:rPr>
          <w:lang w:val="nl-NL"/>
        </w:rPr>
        <w:t>rubric</w:t>
      </w:r>
      <w:proofErr w:type="spellEnd"/>
      <w:r w:rsidRPr="00002DE6">
        <w:rPr>
          <w:lang w:val="nl-NL"/>
        </w:rPr>
        <w:t>. Per criterium: 1 sterk punt, 1 verbeterpunt, 1 concrete volgende stap. Geen cijfer. Markeer aannames met [AANNAME].”</w:t>
      </w:r>
    </w:p>
    <w:p w14:paraId="2124B46B" w14:textId="09254FA3" w:rsidR="00002DE6" w:rsidRPr="00002DE6" w:rsidRDefault="00002DE6" w:rsidP="00002DE6">
      <w:pPr>
        <w:spacing w:before="0" w:after="0" w:line="240" w:lineRule="auto"/>
        <w:rPr>
          <w:lang w:val="nl-NL"/>
        </w:rPr>
      </w:pPr>
    </w:p>
    <w:p w14:paraId="182A224C" w14:textId="77777777" w:rsidR="00002DE6" w:rsidRPr="00002DE6" w:rsidRDefault="00002DE6" w:rsidP="00002DE6">
      <w:pPr>
        <w:spacing w:before="0" w:after="0" w:line="240" w:lineRule="auto"/>
        <w:rPr>
          <w:b/>
          <w:bCs/>
          <w:lang w:val="nl-NL"/>
        </w:rPr>
      </w:pPr>
      <w:r w:rsidRPr="00002DE6">
        <w:rPr>
          <w:b/>
          <w:bCs/>
          <w:lang w:val="nl-NL"/>
        </w:rPr>
        <w:t>Activiteit 5: “AI-check: wat moet ik verifiëren?” (kritisch denken)</w:t>
      </w:r>
    </w:p>
    <w:p w14:paraId="237284A5" w14:textId="77777777" w:rsidR="00002DE6" w:rsidRPr="00002DE6" w:rsidRDefault="00002DE6" w:rsidP="00002DE6">
      <w:pPr>
        <w:spacing w:before="0" w:after="0" w:line="240" w:lineRule="auto"/>
        <w:rPr>
          <w:lang w:val="nl-NL"/>
        </w:rPr>
      </w:pPr>
      <w:r w:rsidRPr="00002DE6">
        <w:rPr>
          <w:b/>
          <w:bCs/>
          <w:lang w:val="nl-NL"/>
        </w:rPr>
        <w:t>Stappenplan</w:t>
      </w:r>
    </w:p>
    <w:p w14:paraId="7B5768E8" w14:textId="77777777" w:rsidR="00002DE6" w:rsidRPr="00002DE6" w:rsidRDefault="00002DE6" w:rsidP="00974A8A">
      <w:pPr>
        <w:numPr>
          <w:ilvl w:val="0"/>
          <w:numId w:val="131"/>
        </w:numPr>
        <w:spacing w:before="0" w:after="0" w:line="240" w:lineRule="auto"/>
        <w:rPr>
          <w:lang w:val="nl-NL"/>
        </w:rPr>
      </w:pPr>
      <w:r w:rsidRPr="00002DE6">
        <w:rPr>
          <w:lang w:val="nl-NL"/>
        </w:rPr>
        <w:t>Student plakt een AI-antwoord of eigen tekst.</w:t>
      </w:r>
    </w:p>
    <w:p w14:paraId="63608A9C" w14:textId="77777777" w:rsidR="00002DE6" w:rsidRPr="00002DE6" w:rsidRDefault="00002DE6" w:rsidP="00974A8A">
      <w:pPr>
        <w:numPr>
          <w:ilvl w:val="0"/>
          <w:numId w:val="131"/>
        </w:numPr>
        <w:spacing w:before="0" w:after="0" w:line="240" w:lineRule="auto"/>
        <w:rPr>
          <w:lang w:val="nl-NL"/>
        </w:rPr>
      </w:pPr>
      <w:r w:rsidRPr="00002DE6">
        <w:rPr>
          <w:lang w:val="nl-NL"/>
        </w:rPr>
        <w:t>AI markeert onzekere claims met [CHECK].</w:t>
      </w:r>
    </w:p>
    <w:p w14:paraId="09B2661B" w14:textId="77777777" w:rsidR="00002DE6" w:rsidRPr="00002DE6" w:rsidRDefault="00002DE6" w:rsidP="00974A8A">
      <w:pPr>
        <w:numPr>
          <w:ilvl w:val="0"/>
          <w:numId w:val="131"/>
        </w:numPr>
        <w:spacing w:before="0" w:after="0" w:line="240" w:lineRule="auto"/>
        <w:rPr>
          <w:lang w:val="nl-NL"/>
        </w:rPr>
      </w:pPr>
      <w:r w:rsidRPr="00002DE6">
        <w:rPr>
          <w:lang w:val="nl-NL"/>
        </w:rPr>
        <w:t>Student controleert 3 checks in betrouwbare bronnen en noteert wat klopt/niet klopt.</w:t>
      </w:r>
    </w:p>
    <w:p w14:paraId="1C03CEB6" w14:textId="77777777" w:rsidR="00002DE6" w:rsidRPr="00002DE6" w:rsidRDefault="00002DE6" w:rsidP="00002DE6">
      <w:pPr>
        <w:spacing w:before="0" w:after="0" w:line="240" w:lineRule="auto"/>
        <w:rPr>
          <w:lang w:val="nl-NL"/>
        </w:rPr>
      </w:pPr>
      <w:r w:rsidRPr="00002DE6">
        <w:rPr>
          <w:b/>
          <w:bCs/>
          <w:lang w:val="nl-NL"/>
        </w:rPr>
        <w:t>Studentprompt</w:t>
      </w:r>
    </w:p>
    <w:p w14:paraId="69107C1C" w14:textId="27C34470" w:rsidR="00002DE6" w:rsidRPr="00002DE6" w:rsidRDefault="00002DE6" w:rsidP="00002DE6">
      <w:pPr>
        <w:spacing w:before="0" w:after="0" w:line="240" w:lineRule="auto"/>
        <w:rPr>
          <w:lang w:val="nl-NL"/>
        </w:rPr>
      </w:pPr>
      <w:r w:rsidRPr="00002DE6">
        <w:rPr>
          <w:lang w:val="nl-NL"/>
        </w:rPr>
        <w:t>“Markeer in deze tekst welke claims ik moet verifiëren met [CHECK]. Geef bij elke [CHECK] een suggestie voor zoektermen en waar ik dat kan controleren.”</w:t>
      </w:r>
    </w:p>
    <w:p w14:paraId="0BF7DA03" w14:textId="77777777" w:rsidR="00002DE6" w:rsidRDefault="00002DE6" w:rsidP="00002DE6">
      <w:pPr>
        <w:spacing w:before="0" w:after="0" w:line="240" w:lineRule="auto"/>
        <w:rPr>
          <w:b/>
          <w:bCs/>
          <w:lang w:val="nl-NL"/>
        </w:rPr>
      </w:pPr>
    </w:p>
    <w:p w14:paraId="3A82D5C5" w14:textId="77777777" w:rsidR="00E069D0" w:rsidRDefault="00E069D0" w:rsidP="00002DE6">
      <w:pPr>
        <w:spacing w:before="0" w:after="0" w:line="240" w:lineRule="auto"/>
        <w:rPr>
          <w:b/>
          <w:bCs/>
          <w:lang w:val="nl-NL"/>
        </w:rPr>
      </w:pPr>
    </w:p>
    <w:p w14:paraId="387639E1" w14:textId="2296BDB0" w:rsidR="00002DE6" w:rsidRPr="00002DE6" w:rsidRDefault="00002DE6" w:rsidP="00002DE6">
      <w:pPr>
        <w:spacing w:before="0" w:after="0" w:line="240" w:lineRule="auto"/>
        <w:rPr>
          <w:b/>
          <w:bCs/>
          <w:lang w:val="nl-NL"/>
        </w:rPr>
      </w:pPr>
      <w:r w:rsidRPr="00002DE6">
        <w:rPr>
          <w:b/>
          <w:bCs/>
          <w:lang w:val="nl-NL"/>
        </w:rPr>
        <w:lastRenderedPageBreak/>
        <w:t>Stap 4 — Maak afspraken helder: wat mag AI wel/niet?</w:t>
      </w:r>
    </w:p>
    <w:p w14:paraId="2A97424F" w14:textId="77777777" w:rsidR="00002DE6" w:rsidRPr="00002DE6" w:rsidRDefault="00002DE6" w:rsidP="00002DE6">
      <w:pPr>
        <w:spacing w:before="0" w:after="0" w:line="240" w:lineRule="auto"/>
        <w:rPr>
          <w:lang w:val="nl-NL"/>
        </w:rPr>
      </w:pPr>
      <w:r w:rsidRPr="00002DE6">
        <w:rPr>
          <w:lang w:val="nl-NL"/>
        </w:rPr>
        <w:t xml:space="preserve">Maak een korte set spelregels (max 6 </w:t>
      </w:r>
      <w:proofErr w:type="spellStart"/>
      <w:r w:rsidRPr="00002DE6">
        <w:rPr>
          <w:lang w:val="nl-NL"/>
        </w:rPr>
        <w:t>bullets</w:t>
      </w:r>
      <w:proofErr w:type="spellEnd"/>
      <w:r w:rsidRPr="00002DE6">
        <w:rPr>
          <w:lang w:val="nl-NL"/>
        </w:rPr>
        <w:t>) voor jouw vak/opdracht. Bijvoorbeeld:</w:t>
      </w:r>
    </w:p>
    <w:p w14:paraId="07D794D0" w14:textId="77777777" w:rsidR="00002DE6" w:rsidRPr="00002DE6" w:rsidRDefault="00002DE6" w:rsidP="00002DE6">
      <w:pPr>
        <w:spacing w:before="0" w:after="0" w:line="240" w:lineRule="auto"/>
        <w:rPr>
          <w:lang w:val="nl-NL"/>
        </w:rPr>
      </w:pPr>
      <w:r w:rsidRPr="00002DE6">
        <w:rPr>
          <w:b/>
          <w:bCs/>
          <w:lang w:val="nl-NL"/>
        </w:rPr>
        <w:t>AI mag voor:</w:t>
      </w:r>
    </w:p>
    <w:p w14:paraId="7474A74E" w14:textId="77777777" w:rsidR="00002DE6" w:rsidRPr="00002DE6" w:rsidRDefault="00002DE6" w:rsidP="00974A8A">
      <w:pPr>
        <w:numPr>
          <w:ilvl w:val="0"/>
          <w:numId w:val="132"/>
        </w:numPr>
        <w:spacing w:before="0" w:after="0" w:line="240" w:lineRule="auto"/>
        <w:rPr>
          <w:lang w:val="nl-NL"/>
        </w:rPr>
      </w:pPr>
      <w:r w:rsidRPr="00002DE6">
        <w:rPr>
          <w:lang w:val="nl-NL"/>
        </w:rPr>
        <w:t>brainstorm, structuur, taal, oefenvragen, formatieve feedback</w:t>
      </w:r>
    </w:p>
    <w:p w14:paraId="3A4360EF" w14:textId="77777777" w:rsidR="00002DE6" w:rsidRPr="00002DE6" w:rsidRDefault="00002DE6" w:rsidP="00002DE6">
      <w:pPr>
        <w:spacing w:before="0" w:after="0" w:line="240" w:lineRule="auto"/>
        <w:rPr>
          <w:lang w:val="nl-NL"/>
        </w:rPr>
      </w:pPr>
      <w:r w:rsidRPr="00002DE6">
        <w:rPr>
          <w:b/>
          <w:bCs/>
          <w:lang w:val="nl-NL"/>
        </w:rPr>
        <w:t>AI mag niet voor:</w:t>
      </w:r>
    </w:p>
    <w:p w14:paraId="45EA8591" w14:textId="77777777" w:rsidR="00002DE6" w:rsidRPr="00002DE6" w:rsidRDefault="00002DE6" w:rsidP="00974A8A">
      <w:pPr>
        <w:numPr>
          <w:ilvl w:val="0"/>
          <w:numId w:val="133"/>
        </w:numPr>
        <w:spacing w:before="0" w:after="0" w:line="240" w:lineRule="auto"/>
        <w:rPr>
          <w:lang w:val="nl-NL"/>
        </w:rPr>
      </w:pPr>
      <w:r w:rsidRPr="00002DE6">
        <w:rPr>
          <w:lang w:val="nl-NL"/>
        </w:rPr>
        <w:t>het nemen van beslissingen, cijfers, persoonlijke data, bronverwijzingen zonder controle</w:t>
      </w:r>
    </w:p>
    <w:p w14:paraId="5112F639" w14:textId="77777777" w:rsidR="00002DE6" w:rsidRPr="00002DE6" w:rsidRDefault="00002DE6" w:rsidP="00002DE6">
      <w:pPr>
        <w:spacing w:before="0" w:after="0" w:line="240" w:lineRule="auto"/>
        <w:rPr>
          <w:lang w:val="nl-NL"/>
        </w:rPr>
      </w:pPr>
      <w:r w:rsidRPr="00002DE6">
        <w:rPr>
          <w:b/>
          <w:bCs/>
          <w:lang w:val="nl-NL"/>
        </w:rPr>
        <w:t>Altijd verplicht:</w:t>
      </w:r>
    </w:p>
    <w:p w14:paraId="5F7CCDC9" w14:textId="77777777" w:rsidR="00002DE6" w:rsidRPr="00002DE6" w:rsidRDefault="00002DE6" w:rsidP="00974A8A">
      <w:pPr>
        <w:numPr>
          <w:ilvl w:val="0"/>
          <w:numId w:val="134"/>
        </w:numPr>
        <w:spacing w:before="0" w:after="0" w:line="240" w:lineRule="auto"/>
        <w:rPr>
          <w:lang w:val="nl-NL"/>
        </w:rPr>
      </w:pPr>
      <w:r w:rsidRPr="00002DE6">
        <w:rPr>
          <w:lang w:val="nl-NL"/>
        </w:rPr>
        <w:t>controleren van feiten/bronnen</w:t>
      </w:r>
    </w:p>
    <w:p w14:paraId="51EF7322" w14:textId="77777777" w:rsidR="00002DE6" w:rsidRPr="00002DE6" w:rsidRDefault="00002DE6" w:rsidP="00974A8A">
      <w:pPr>
        <w:numPr>
          <w:ilvl w:val="0"/>
          <w:numId w:val="134"/>
        </w:numPr>
        <w:spacing w:before="0" w:after="0" w:line="240" w:lineRule="auto"/>
        <w:rPr>
          <w:lang w:val="nl-NL"/>
        </w:rPr>
      </w:pPr>
      <w:r w:rsidRPr="00002DE6">
        <w:rPr>
          <w:lang w:val="nl-NL"/>
        </w:rPr>
        <w:t>eigen redenering en eigen woorden</w:t>
      </w:r>
    </w:p>
    <w:p w14:paraId="03B566C1" w14:textId="7C556EB5" w:rsidR="00002DE6" w:rsidRPr="00002DE6" w:rsidRDefault="00002DE6" w:rsidP="00974A8A">
      <w:pPr>
        <w:numPr>
          <w:ilvl w:val="0"/>
          <w:numId w:val="134"/>
        </w:numPr>
        <w:spacing w:before="0" w:after="0" w:line="240" w:lineRule="auto"/>
        <w:rPr>
          <w:lang w:val="nl-NL"/>
        </w:rPr>
      </w:pPr>
      <w:r w:rsidRPr="00002DE6">
        <w:rPr>
          <w:lang w:val="nl-NL"/>
        </w:rPr>
        <w:t>transparantie (“AI gebruikt voor …”)</w:t>
      </w:r>
    </w:p>
    <w:p w14:paraId="6D2D20E9" w14:textId="77777777" w:rsidR="00002DE6" w:rsidRDefault="00002DE6" w:rsidP="00002DE6">
      <w:pPr>
        <w:spacing w:before="0" w:after="0" w:line="240" w:lineRule="auto"/>
        <w:rPr>
          <w:b/>
          <w:bCs/>
          <w:lang w:val="nl-NL"/>
        </w:rPr>
      </w:pPr>
    </w:p>
    <w:p w14:paraId="6133A858" w14:textId="3E736D19" w:rsidR="00002DE6" w:rsidRPr="00002DE6" w:rsidRDefault="00002DE6" w:rsidP="00002DE6">
      <w:pPr>
        <w:spacing w:before="0" w:after="0" w:line="240" w:lineRule="auto"/>
        <w:rPr>
          <w:b/>
          <w:bCs/>
          <w:lang w:val="nl-NL"/>
        </w:rPr>
      </w:pPr>
      <w:r w:rsidRPr="00002DE6">
        <w:rPr>
          <w:b/>
          <w:bCs/>
          <w:lang w:val="nl-NL"/>
        </w:rPr>
        <w:t>Stap 5 — Schrijf een stukje opdrachttekst dat je direct kunt gebruiken</w:t>
      </w:r>
    </w:p>
    <w:p w14:paraId="15CE1495" w14:textId="77777777" w:rsidR="00002DE6" w:rsidRPr="00002DE6" w:rsidRDefault="00002DE6" w:rsidP="00002DE6">
      <w:pPr>
        <w:spacing w:before="0" w:after="0" w:line="240" w:lineRule="auto"/>
        <w:rPr>
          <w:lang w:val="nl-NL"/>
        </w:rPr>
      </w:pPr>
      <w:r w:rsidRPr="00002DE6">
        <w:rPr>
          <w:lang w:val="nl-NL"/>
        </w:rPr>
        <w:t>Kies één van deze:</w:t>
      </w:r>
    </w:p>
    <w:p w14:paraId="1DF85F17" w14:textId="77777777" w:rsidR="00002DE6" w:rsidRPr="00002DE6" w:rsidRDefault="00002DE6" w:rsidP="00002DE6">
      <w:pPr>
        <w:spacing w:before="0" w:after="0" w:line="240" w:lineRule="auto"/>
        <w:rPr>
          <w:b/>
          <w:bCs/>
          <w:lang w:val="nl-NL"/>
        </w:rPr>
      </w:pPr>
      <w:r w:rsidRPr="00002DE6">
        <w:rPr>
          <w:b/>
          <w:bCs/>
          <w:lang w:val="nl-NL"/>
        </w:rPr>
        <w:t>Variant A – kort</w:t>
      </w:r>
    </w:p>
    <w:p w14:paraId="5C64A95B" w14:textId="77777777" w:rsidR="00002DE6" w:rsidRPr="00002DE6" w:rsidRDefault="00002DE6" w:rsidP="00002DE6">
      <w:pPr>
        <w:spacing w:before="0" w:after="0" w:line="240" w:lineRule="auto"/>
        <w:rPr>
          <w:lang w:val="nl-NL"/>
        </w:rPr>
      </w:pPr>
      <w:r w:rsidRPr="00002DE6">
        <w:rPr>
          <w:lang w:val="nl-NL"/>
        </w:rPr>
        <w:t>“Je mag AI gebruiken voor brainstorm, structuur en taal. Je moet zelf bronnen zoeken/controle doen en je argumentatie schrijven. Voeg een korte AI-verantwoording toe: welke tool, waarvoor gebruikt, welke checks gedaan.”</w:t>
      </w:r>
    </w:p>
    <w:p w14:paraId="1CC1E426" w14:textId="77777777" w:rsidR="00002DE6" w:rsidRPr="00002DE6" w:rsidRDefault="00002DE6" w:rsidP="00002DE6">
      <w:pPr>
        <w:spacing w:before="0" w:after="0" w:line="240" w:lineRule="auto"/>
        <w:rPr>
          <w:b/>
          <w:bCs/>
          <w:lang w:val="nl-NL"/>
        </w:rPr>
      </w:pPr>
      <w:r w:rsidRPr="00002DE6">
        <w:rPr>
          <w:b/>
          <w:bCs/>
          <w:lang w:val="nl-NL"/>
        </w:rPr>
        <w:t>Variant B – met leerdoel</w:t>
      </w:r>
    </w:p>
    <w:p w14:paraId="02B0212F" w14:textId="36462C70" w:rsidR="00002DE6" w:rsidRPr="00002DE6" w:rsidRDefault="00002DE6" w:rsidP="00002DE6">
      <w:pPr>
        <w:spacing w:before="0" w:after="0" w:line="240" w:lineRule="auto"/>
        <w:rPr>
          <w:lang w:val="nl-NL"/>
        </w:rPr>
      </w:pPr>
      <w:r w:rsidRPr="00002DE6">
        <w:rPr>
          <w:lang w:val="nl-NL"/>
        </w:rPr>
        <w:t>“Het leerdoel is dat je zelf kunt redeneren en bronnen kunt onderbouwen. AI mag ondersteunend zijn (structuur/taal/oefening), maar je levert je eigen argumentatie en gecontroleerde bronnen aan. Ongecontroleerde AI-bronnen tellen niet.”</w:t>
      </w:r>
    </w:p>
    <w:p w14:paraId="7ED01610" w14:textId="77777777" w:rsidR="00002DE6" w:rsidRDefault="00002DE6" w:rsidP="00002DE6">
      <w:pPr>
        <w:spacing w:before="0" w:after="0" w:line="240" w:lineRule="auto"/>
        <w:rPr>
          <w:b/>
          <w:bCs/>
          <w:lang w:val="nl-NL"/>
        </w:rPr>
      </w:pPr>
    </w:p>
    <w:p w14:paraId="39F5BB2D" w14:textId="775479C3" w:rsidR="00002DE6" w:rsidRPr="00002DE6" w:rsidRDefault="00002DE6" w:rsidP="00002DE6">
      <w:pPr>
        <w:spacing w:before="0" w:after="0" w:line="240" w:lineRule="auto"/>
        <w:rPr>
          <w:b/>
          <w:bCs/>
          <w:lang w:val="nl-NL"/>
        </w:rPr>
      </w:pPr>
      <w:r w:rsidRPr="00002DE6">
        <w:rPr>
          <w:b/>
          <w:bCs/>
          <w:lang w:val="nl-NL"/>
        </w:rPr>
        <w:t>Reflectie (2 minuten)</w:t>
      </w:r>
    </w:p>
    <w:p w14:paraId="231A828C" w14:textId="77777777" w:rsidR="00002DE6" w:rsidRPr="00002DE6" w:rsidRDefault="00002DE6" w:rsidP="00974A8A">
      <w:pPr>
        <w:numPr>
          <w:ilvl w:val="0"/>
          <w:numId w:val="135"/>
        </w:numPr>
        <w:spacing w:before="0" w:after="0" w:line="240" w:lineRule="auto"/>
        <w:rPr>
          <w:lang w:val="nl-NL"/>
        </w:rPr>
      </w:pPr>
      <w:r w:rsidRPr="00002DE6">
        <w:rPr>
          <w:lang w:val="nl-NL"/>
        </w:rPr>
        <w:t>Welke studentvaardigheid versterk je hiermee? (begrip / toepassing / schrijven / broncheck)</w:t>
      </w:r>
    </w:p>
    <w:p w14:paraId="4B0EED21" w14:textId="77777777" w:rsidR="00002DE6" w:rsidRPr="00002DE6" w:rsidRDefault="00002DE6" w:rsidP="00974A8A">
      <w:pPr>
        <w:numPr>
          <w:ilvl w:val="0"/>
          <w:numId w:val="135"/>
        </w:numPr>
        <w:spacing w:before="0" w:after="0" w:line="240" w:lineRule="auto"/>
        <w:rPr>
          <w:lang w:val="nl-NL"/>
        </w:rPr>
      </w:pPr>
      <w:r w:rsidRPr="00002DE6">
        <w:rPr>
          <w:lang w:val="nl-NL"/>
        </w:rPr>
        <w:t>Waar zit het risico? (bias / privacy / integriteit / afhankelijkheid)</w:t>
      </w:r>
    </w:p>
    <w:p w14:paraId="5DD4EF66" w14:textId="76DC0BC8" w:rsidR="00002DE6" w:rsidRPr="00002DE6" w:rsidRDefault="00002DE6" w:rsidP="00974A8A">
      <w:pPr>
        <w:numPr>
          <w:ilvl w:val="0"/>
          <w:numId w:val="135"/>
        </w:numPr>
        <w:spacing w:before="0" w:after="0" w:line="240" w:lineRule="auto"/>
        <w:rPr>
          <w:lang w:val="nl-NL"/>
        </w:rPr>
      </w:pPr>
      <w:r w:rsidRPr="00002DE6">
        <w:rPr>
          <w:lang w:val="nl-NL"/>
        </w:rPr>
        <w:t>Welke check laat je standaard doen?</w:t>
      </w:r>
    </w:p>
    <w:p w14:paraId="527A5571" w14:textId="77777777" w:rsidR="00002DE6" w:rsidRDefault="00002DE6" w:rsidP="00002DE6">
      <w:pPr>
        <w:spacing w:before="0" w:after="0" w:line="240" w:lineRule="auto"/>
        <w:rPr>
          <w:b/>
          <w:bCs/>
          <w:lang w:val="nl-NL"/>
        </w:rPr>
      </w:pPr>
    </w:p>
    <w:p w14:paraId="4CF10242" w14:textId="0FEB5721" w:rsidR="00002DE6" w:rsidRPr="00002DE6" w:rsidRDefault="00002DE6" w:rsidP="00002DE6">
      <w:pPr>
        <w:spacing w:before="0" w:after="0" w:line="240" w:lineRule="auto"/>
        <w:rPr>
          <w:b/>
          <w:bCs/>
          <w:lang w:val="nl-NL"/>
        </w:rPr>
      </w:pPr>
      <w:r w:rsidRPr="00002DE6">
        <w:rPr>
          <w:b/>
          <w:bCs/>
          <w:lang w:val="nl-NL"/>
        </w:rPr>
        <w:t>Extra (voor gevorderd): “AI-geletterdheid rubriek” (mini)</w:t>
      </w:r>
    </w:p>
    <w:p w14:paraId="54F06E86" w14:textId="77777777" w:rsidR="00002DE6" w:rsidRPr="00002DE6" w:rsidRDefault="00002DE6" w:rsidP="00002DE6">
      <w:pPr>
        <w:spacing w:before="0" w:after="0" w:line="240" w:lineRule="auto"/>
        <w:rPr>
          <w:lang w:val="nl-NL"/>
        </w:rPr>
      </w:pPr>
      <w:r w:rsidRPr="00002DE6">
        <w:rPr>
          <w:lang w:val="nl-NL"/>
        </w:rPr>
        <w:t>Laat studenten zichzelf scoren (1–5) op:</w:t>
      </w:r>
    </w:p>
    <w:p w14:paraId="26CCEEA3" w14:textId="77777777" w:rsidR="00002DE6" w:rsidRPr="00002DE6" w:rsidRDefault="00002DE6" w:rsidP="00974A8A">
      <w:pPr>
        <w:numPr>
          <w:ilvl w:val="0"/>
          <w:numId w:val="136"/>
        </w:numPr>
        <w:spacing w:before="0" w:after="0" w:line="240" w:lineRule="auto"/>
        <w:rPr>
          <w:lang w:val="nl-NL"/>
        </w:rPr>
      </w:pPr>
      <w:r w:rsidRPr="00002DE6">
        <w:rPr>
          <w:lang w:val="nl-NL"/>
        </w:rPr>
        <w:t>promptkwaliteit (duidelijk doel/output)</w:t>
      </w:r>
    </w:p>
    <w:p w14:paraId="1EEBA288" w14:textId="77777777" w:rsidR="00002DE6" w:rsidRPr="00002DE6" w:rsidRDefault="00002DE6" w:rsidP="00974A8A">
      <w:pPr>
        <w:numPr>
          <w:ilvl w:val="0"/>
          <w:numId w:val="136"/>
        </w:numPr>
        <w:spacing w:before="0" w:after="0" w:line="240" w:lineRule="auto"/>
        <w:rPr>
          <w:lang w:val="nl-NL"/>
        </w:rPr>
      </w:pPr>
      <w:r w:rsidRPr="00002DE6">
        <w:rPr>
          <w:lang w:val="nl-NL"/>
        </w:rPr>
        <w:t>broncheck (verifieert claims)</w:t>
      </w:r>
    </w:p>
    <w:p w14:paraId="50C7018A" w14:textId="77777777" w:rsidR="00002DE6" w:rsidRPr="00002DE6" w:rsidRDefault="00002DE6" w:rsidP="00974A8A">
      <w:pPr>
        <w:numPr>
          <w:ilvl w:val="0"/>
          <w:numId w:val="136"/>
        </w:numPr>
        <w:spacing w:before="0" w:after="0" w:line="240" w:lineRule="auto"/>
        <w:rPr>
          <w:lang w:val="nl-NL"/>
        </w:rPr>
      </w:pPr>
      <w:r w:rsidRPr="00002DE6">
        <w:rPr>
          <w:lang w:val="nl-NL"/>
        </w:rPr>
        <w:t>transparantie (vermeldt AI-gebruik)</w:t>
      </w:r>
    </w:p>
    <w:p w14:paraId="7D92E591" w14:textId="77777777" w:rsidR="00002DE6" w:rsidRPr="00002DE6" w:rsidRDefault="00002DE6" w:rsidP="00974A8A">
      <w:pPr>
        <w:numPr>
          <w:ilvl w:val="0"/>
          <w:numId w:val="136"/>
        </w:numPr>
        <w:spacing w:before="0" w:after="0" w:line="240" w:lineRule="auto"/>
        <w:rPr>
          <w:lang w:val="nl-NL"/>
        </w:rPr>
      </w:pPr>
      <w:r w:rsidRPr="00002DE6">
        <w:rPr>
          <w:lang w:val="nl-NL"/>
        </w:rPr>
        <w:t>eigen bijdrage (eigen redenering/tekst)</w:t>
      </w:r>
    </w:p>
    <w:p w14:paraId="5BD77F19" w14:textId="77777777" w:rsidR="00541C4A" w:rsidRDefault="00541C4A" w:rsidP="00002DE6">
      <w:pPr>
        <w:spacing w:before="0" w:after="0" w:line="240" w:lineRule="auto"/>
        <w:rPr>
          <w:lang w:val="nl-NL"/>
        </w:rPr>
      </w:pPr>
    </w:p>
    <w:p w14:paraId="0D4EA06D" w14:textId="20EA6954" w:rsidR="007B53BF" w:rsidRDefault="007B53BF" w:rsidP="00002DE6">
      <w:pPr>
        <w:spacing w:before="0" w:after="0" w:line="240" w:lineRule="auto"/>
        <w:rPr>
          <w:lang w:val="nl-NL"/>
        </w:rPr>
      </w:pPr>
      <w:r>
        <w:rPr>
          <w:lang w:val="nl-NL"/>
        </w:rPr>
        <w:br w:type="page"/>
      </w:r>
    </w:p>
    <w:p w14:paraId="1C6D2614" w14:textId="54A3CEB1" w:rsidR="007B53BF" w:rsidRPr="00862DF4" w:rsidRDefault="007B53BF" w:rsidP="007B53BF">
      <w:pPr>
        <w:pStyle w:val="Kop1"/>
        <w:spacing w:before="0" w:line="240" w:lineRule="auto"/>
        <w:rPr>
          <w:lang w:val="nl-NL"/>
        </w:rPr>
      </w:pPr>
      <w:bookmarkStart w:id="14" w:name="_Werkblad_13_–"/>
      <w:bookmarkEnd w:id="14"/>
      <w:r w:rsidRPr="00862DF4">
        <w:rPr>
          <w:lang w:val="nl-NL"/>
        </w:rPr>
        <w:lastRenderedPageBreak/>
        <w:t>Werkblad 1</w:t>
      </w:r>
      <w:r>
        <w:rPr>
          <w:lang w:val="nl-NL"/>
        </w:rPr>
        <w:t>3</w:t>
      </w:r>
      <w:r w:rsidRPr="00862DF4">
        <w:rPr>
          <w:lang w:val="nl-NL"/>
        </w:rPr>
        <w:t xml:space="preserve"> – </w:t>
      </w:r>
      <w:r>
        <w:rPr>
          <w:lang w:val="nl-NL"/>
        </w:rPr>
        <w:t>Ik wil iets nieuws leren met behulp van Ai</w:t>
      </w:r>
    </w:p>
    <w:p w14:paraId="225A94C0" w14:textId="77777777" w:rsidR="007B53BF" w:rsidRDefault="007B53BF" w:rsidP="007B53BF">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08"/>
        <w:gridCol w:w="4316"/>
      </w:tblGrid>
      <w:tr w:rsidR="007B53BF" w:rsidRPr="00862DF4" w14:paraId="2BB7D574" w14:textId="77777777" w:rsidTr="00235897">
        <w:tc>
          <w:tcPr>
            <w:tcW w:w="4308" w:type="dxa"/>
            <w:tcBorders>
              <w:top w:val="single" w:sz="6" w:space="0" w:color="C9C9C9"/>
              <w:left w:val="single" w:sz="6" w:space="0" w:color="C9C9C9"/>
              <w:bottom w:val="single" w:sz="6" w:space="0" w:color="C9C9C9"/>
              <w:right w:val="single" w:sz="6" w:space="0" w:color="C9C9C9"/>
            </w:tcBorders>
          </w:tcPr>
          <w:p w14:paraId="0809482B" w14:textId="77777777" w:rsidR="007B53BF" w:rsidRDefault="007B53BF" w:rsidP="00235897">
            <w:pPr>
              <w:spacing w:before="0" w:after="0" w:line="240" w:lineRule="auto"/>
              <w:rPr>
                <w:b/>
              </w:rPr>
            </w:pPr>
            <w:proofErr w:type="spellStart"/>
            <w:r>
              <w:rPr>
                <w:b/>
              </w:rPr>
              <w:t>Doelgroep</w:t>
            </w:r>
            <w:proofErr w:type="spellEnd"/>
          </w:p>
        </w:tc>
        <w:tc>
          <w:tcPr>
            <w:tcW w:w="4316" w:type="dxa"/>
            <w:tcBorders>
              <w:top w:val="single" w:sz="6" w:space="0" w:color="C9C9C9"/>
              <w:left w:val="single" w:sz="6" w:space="0" w:color="C9C9C9"/>
              <w:bottom w:val="single" w:sz="6" w:space="0" w:color="C9C9C9"/>
              <w:right w:val="single" w:sz="6" w:space="0" w:color="C9C9C9"/>
            </w:tcBorders>
          </w:tcPr>
          <w:p w14:paraId="672258DC" w14:textId="77777777" w:rsidR="007B53BF" w:rsidRPr="00862DF4" w:rsidRDefault="007B53BF" w:rsidP="00235897">
            <w:pPr>
              <w:spacing w:before="0" w:after="0" w:line="240" w:lineRule="auto"/>
              <w:rPr>
                <w:lang w:val="nl-NL"/>
              </w:rPr>
            </w:pPr>
            <w:r>
              <w:rPr>
                <w:lang w:val="nl-NL"/>
              </w:rPr>
              <w:t>OP + OOP</w:t>
            </w:r>
          </w:p>
        </w:tc>
      </w:tr>
      <w:tr w:rsidR="007B53BF" w:rsidRPr="00B07954" w14:paraId="389E640B" w14:textId="77777777" w:rsidTr="00235897">
        <w:tc>
          <w:tcPr>
            <w:tcW w:w="4308" w:type="dxa"/>
          </w:tcPr>
          <w:p w14:paraId="46847B56" w14:textId="77777777" w:rsidR="007B53BF" w:rsidRDefault="007B53BF" w:rsidP="00235897">
            <w:pPr>
              <w:spacing w:before="0" w:after="0" w:line="240" w:lineRule="auto"/>
            </w:pPr>
            <w:r>
              <w:rPr>
                <w:b/>
              </w:rPr>
              <w:t>Doel</w:t>
            </w:r>
          </w:p>
        </w:tc>
        <w:tc>
          <w:tcPr>
            <w:tcW w:w="4316" w:type="dxa"/>
          </w:tcPr>
          <w:p w14:paraId="6DEE12A6" w14:textId="77777777" w:rsidR="00EF4E71" w:rsidRPr="00EF4E71" w:rsidRDefault="00EF4E71" w:rsidP="00EF4E71">
            <w:pPr>
              <w:spacing w:before="0" w:after="0" w:line="240" w:lineRule="auto"/>
              <w:rPr>
                <w:lang w:val="nl-NL"/>
              </w:rPr>
            </w:pPr>
            <w:r w:rsidRPr="00EF4E71">
              <w:rPr>
                <w:lang w:val="nl-NL"/>
              </w:rPr>
              <w:t>Je leert een aanpak in 20 minuten waarmee je:</w:t>
            </w:r>
          </w:p>
          <w:p w14:paraId="614E6410" w14:textId="77777777" w:rsidR="00EF4E71" w:rsidRPr="00EF4E71" w:rsidRDefault="00EF4E71" w:rsidP="00974A8A">
            <w:pPr>
              <w:numPr>
                <w:ilvl w:val="0"/>
                <w:numId w:val="71"/>
              </w:numPr>
              <w:spacing w:before="0" w:after="0" w:line="240" w:lineRule="auto"/>
              <w:rPr>
                <w:lang w:val="nl-NL"/>
              </w:rPr>
            </w:pPr>
            <w:r w:rsidRPr="00EF4E71">
              <w:rPr>
                <w:lang w:val="nl-NL"/>
              </w:rPr>
              <w:t>een nieuw onderwerp snel kunt verkennen;</w:t>
            </w:r>
          </w:p>
          <w:p w14:paraId="17619A19" w14:textId="77777777" w:rsidR="00EF4E71" w:rsidRPr="00EF4E71" w:rsidRDefault="00EF4E71" w:rsidP="00974A8A">
            <w:pPr>
              <w:numPr>
                <w:ilvl w:val="0"/>
                <w:numId w:val="71"/>
              </w:numPr>
              <w:spacing w:before="0" w:after="0" w:line="240" w:lineRule="auto"/>
              <w:rPr>
                <w:lang w:val="nl-NL"/>
              </w:rPr>
            </w:pPr>
            <w:r w:rsidRPr="00EF4E71">
              <w:rPr>
                <w:lang w:val="nl-NL"/>
              </w:rPr>
              <w:t xml:space="preserve">een </w:t>
            </w:r>
            <w:proofErr w:type="spellStart"/>
            <w:r w:rsidRPr="00EF4E71">
              <w:rPr>
                <w:lang w:val="nl-NL"/>
              </w:rPr>
              <w:t>leerpad</w:t>
            </w:r>
            <w:proofErr w:type="spellEnd"/>
            <w:r w:rsidRPr="00EF4E71">
              <w:rPr>
                <w:lang w:val="nl-NL"/>
              </w:rPr>
              <w:t xml:space="preserve"> kunt maken (wat eerst, wat later);</w:t>
            </w:r>
          </w:p>
          <w:p w14:paraId="16617438" w14:textId="77777777" w:rsidR="00EF4E71" w:rsidRPr="00EF4E71" w:rsidRDefault="00EF4E71" w:rsidP="00974A8A">
            <w:pPr>
              <w:numPr>
                <w:ilvl w:val="0"/>
                <w:numId w:val="71"/>
              </w:numPr>
              <w:spacing w:before="0" w:after="0" w:line="240" w:lineRule="auto"/>
              <w:rPr>
                <w:lang w:val="nl-NL"/>
              </w:rPr>
            </w:pPr>
            <w:r w:rsidRPr="00EF4E71">
              <w:rPr>
                <w:lang w:val="nl-NL"/>
              </w:rPr>
              <w:t>actief kunt oefenen en jezelf kunt toetsen;</w:t>
            </w:r>
          </w:p>
          <w:p w14:paraId="637C74EC" w14:textId="4CF04100" w:rsidR="007B53BF" w:rsidRPr="00EF4E71" w:rsidRDefault="00EF4E71" w:rsidP="00974A8A">
            <w:pPr>
              <w:numPr>
                <w:ilvl w:val="0"/>
                <w:numId w:val="71"/>
              </w:numPr>
              <w:spacing w:before="0" w:after="0" w:line="240" w:lineRule="auto"/>
              <w:rPr>
                <w:lang w:val="nl-NL"/>
              </w:rPr>
            </w:pPr>
            <w:r w:rsidRPr="00EF4E71">
              <w:rPr>
                <w:lang w:val="nl-NL"/>
              </w:rPr>
              <w:t>kunt controleren wat je nog moet checken in betrouwbare bronnen.</w:t>
            </w:r>
          </w:p>
        </w:tc>
      </w:tr>
      <w:tr w:rsidR="007B53BF" w14:paraId="7BA84461" w14:textId="77777777" w:rsidTr="00235897">
        <w:tc>
          <w:tcPr>
            <w:tcW w:w="4308" w:type="dxa"/>
          </w:tcPr>
          <w:p w14:paraId="2F70B976" w14:textId="77777777" w:rsidR="007B53BF" w:rsidRDefault="007B53BF" w:rsidP="00235897">
            <w:pPr>
              <w:spacing w:before="0" w:after="0" w:line="240" w:lineRule="auto"/>
            </w:pPr>
            <w:proofErr w:type="spellStart"/>
            <w:r>
              <w:rPr>
                <w:b/>
              </w:rPr>
              <w:t>Niveau</w:t>
            </w:r>
            <w:proofErr w:type="spellEnd"/>
          </w:p>
        </w:tc>
        <w:tc>
          <w:tcPr>
            <w:tcW w:w="4316" w:type="dxa"/>
          </w:tcPr>
          <w:p w14:paraId="1287B7F1" w14:textId="77777777" w:rsidR="007B53BF" w:rsidRDefault="007B53BF" w:rsidP="00235897">
            <w:pPr>
              <w:spacing w:before="0" w:after="0" w:line="240" w:lineRule="auto"/>
            </w:pPr>
            <w:r>
              <w:t xml:space="preserve">Beginners / </w:t>
            </w:r>
            <w:proofErr w:type="spellStart"/>
            <w:r>
              <w:t>Gevorderd</w:t>
            </w:r>
            <w:proofErr w:type="spellEnd"/>
            <w:r>
              <w:t xml:space="preserve"> / Expert</w:t>
            </w:r>
          </w:p>
        </w:tc>
      </w:tr>
      <w:tr w:rsidR="007B53BF" w14:paraId="69393B0E" w14:textId="77777777" w:rsidTr="00235897">
        <w:tc>
          <w:tcPr>
            <w:tcW w:w="4308" w:type="dxa"/>
          </w:tcPr>
          <w:p w14:paraId="01544769" w14:textId="77777777" w:rsidR="007B53BF" w:rsidRDefault="007B53BF" w:rsidP="00235897">
            <w:pPr>
              <w:spacing w:before="0" w:after="0" w:line="240" w:lineRule="auto"/>
            </w:pPr>
            <w:proofErr w:type="spellStart"/>
            <w:r>
              <w:rPr>
                <w:b/>
              </w:rPr>
              <w:t>Tijd</w:t>
            </w:r>
            <w:proofErr w:type="spellEnd"/>
          </w:p>
        </w:tc>
        <w:tc>
          <w:tcPr>
            <w:tcW w:w="4316" w:type="dxa"/>
          </w:tcPr>
          <w:p w14:paraId="19443886" w14:textId="77777777" w:rsidR="007B53BF" w:rsidRDefault="007B53BF" w:rsidP="00235897">
            <w:pPr>
              <w:spacing w:before="0" w:after="0" w:line="240" w:lineRule="auto"/>
            </w:pPr>
            <w:r>
              <w:t>Kort / Medium / lang</w:t>
            </w:r>
          </w:p>
        </w:tc>
      </w:tr>
      <w:tr w:rsidR="007B53BF" w:rsidRPr="00EF4A8A" w14:paraId="25A08354" w14:textId="77777777" w:rsidTr="00235897">
        <w:tc>
          <w:tcPr>
            <w:tcW w:w="4308" w:type="dxa"/>
          </w:tcPr>
          <w:p w14:paraId="539B6D47" w14:textId="77777777" w:rsidR="007B53BF" w:rsidRDefault="007B53BF" w:rsidP="00235897">
            <w:pPr>
              <w:spacing w:before="0" w:after="0" w:line="240" w:lineRule="auto"/>
            </w:pPr>
            <w:proofErr w:type="spellStart"/>
            <w:r>
              <w:rPr>
                <w:b/>
              </w:rPr>
              <w:t>Resultaat</w:t>
            </w:r>
            <w:proofErr w:type="spellEnd"/>
          </w:p>
        </w:tc>
        <w:tc>
          <w:tcPr>
            <w:tcW w:w="4316" w:type="dxa"/>
          </w:tcPr>
          <w:p w14:paraId="0CBC0F38" w14:textId="2DF59DBA" w:rsidR="007B53BF" w:rsidRPr="00862DF4" w:rsidRDefault="00EA4106" w:rsidP="00235897">
            <w:pPr>
              <w:spacing w:before="0" w:after="0" w:line="240" w:lineRule="auto"/>
              <w:rPr>
                <w:lang w:val="nl-NL"/>
              </w:rPr>
            </w:pPr>
            <w:r>
              <w:rPr>
                <w:lang w:val="nl-NL"/>
              </w:rPr>
              <w:t xml:space="preserve">Je </w:t>
            </w:r>
            <w:r w:rsidR="00BB6418">
              <w:rPr>
                <w:lang w:val="nl-NL"/>
              </w:rPr>
              <w:t>leert iets nieuws.</w:t>
            </w:r>
          </w:p>
        </w:tc>
      </w:tr>
      <w:tr w:rsidR="007B53BF" w:rsidRPr="009539C9" w14:paraId="780AAD6C" w14:textId="77777777" w:rsidTr="00235897">
        <w:tc>
          <w:tcPr>
            <w:tcW w:w="4308" w:type="dxa"/>
          </w:tcPr>
          <w:p w14:paraId="19DAF8E5" w14:textId="77777777" w:rsidR="007B53BF" w:rsidRDefault="007B53BF" w:rsidP="00235897">
            <w:pPr>
              <w:spacing w:before="0" w:after="0" w:line="240" w:lineRule="auto"/>
            </w:pPr>
            <w:r>
              <w:rPr>
                <w:b/>
              </w:rPr>
              <w:t xml:space="preserve">Tools / </w:t>
            </w:r>
            <w:proofErr w:type="spellStart"/>
            <w:r>
              <w:rPr>
                <w:b/>
              </w:rPr>
              <w:t>kaders</w:t>
            </w:r>
            <w:proofErr w:type="spellEnd"/>
          </w:p>
        </w:tc>
        <w:tc>
          <w:tcPr>
            <w:tcW w:w="4316" w:type="dxa"/>
          </w:tcPr>
          <w:p w14:paraId="008B38B2" w14:textId="77777777" w:rsidR="007B53BF" w:rsidRPr="00862DF4" w:rsidRDefault="007B53BF" w:rsidP="00235897">
            <w:pPr>
              <w:spacing w:before="0" w:after="0" w:line="240" w:lineRule="auto"/>
              <w:rPr>
                <w:lang w:val="nl-NL"/>
              </w:rPr>
            </w:pPr>
            <w:r>
              <w:rPr>
                <w:lang w:val="nl-NL"/>
              </w:rPr>
              <w:t>Ontelbare mogelijkheden</w:t>
            </w:r>
          </w:p>
        </w:tc>
      </w:tr>
    </w:tbl>
    <w:p w14:paraId="4DA2E890" w14:textId="77777777" w:rsidR="005E1991" w:rsidRPr="005E1991" w:rsidRDefault="005E1991" w:rsidP="007B53BF">
      <w:pPr>
        <w:spacing w:before="0" w:after="0" w:line="240" w:lineRule="auto"/>
        <w:rPr>
          <w:b/>
          <w:bCs/>
          <w:lang w:val="nl-NL"/>
        </w:rPr>
      </w:pPr>
      <w:r>
        <w:rPr>
          <w:lang w:val="nl-NL"/>
        </w:rPr>
        <w:br/>
      </w:r>
      <w:r w:rsidRPr="005E1991">
        <w:rPr>
          <w:b/>
          <w:bCs/>
          <w:lang w:val="nl-NL"/>
        </w:rPr>
        <w:t>Inhoudsopgave werkblad 13</w:t>
      </w:r>
    </w:p>
    <w:p w14:paraId="6C2F024A" w14:textId="77777777" w:rsidR="005E1991" w:rsidRPr="005E1991" w:rsidRDefault="005E1991" w:rsidP="007B53BF">
      <w:pPr>
        <w:spacing w:before="0" w:after="0" w:line="240" w:lineRule="auto"/>
        <w:rPr>
          <w:b/>
          <w:bCs/>
          <w:lang w:val="nl-NL"/>
        </w:rPr>
      </w:pPr>
      <w:r w:rsidRPr="005E1991">
        <w:rPr>
          <w:b/>
          <w:bCs/>
          <w:lang w:val="nl-NL"/>
        </w:rPr>
        <w:t>Inleiding</w:t>
      </w:r>
      <w:r w:rsidRPr="005E1991">
        <w:rPr>
          <w:b/>
          <w:bCs/>
          <w:lang w:val="nl-NL"/>
        </w:rPr>
        <w:br/>
        <w:t>Het LEER-model</w:t>
      </w:r>
      <w:r w:rsidRPr="005E1991">
        <w:rPr>
          <w:b/>
          <w:bCs/>
          <w:lang w:val="nl-NL"/>
        </w:rPr>
        <w:br/>
        <w:t>stappenplan met opdrachten</w:t>
      </w:r>
    </w:p>
    <w:p w14:paraId="39AB7363" w14:textId="77777777" w:rsidR="005E1991" w:rsidRPr="005E1991" w:rsidRDefault="005E1991" w:rsidP="007B53BF">
      <w:pPr>
        <w:spacing w:before="0" w:after="0" w:line="240" w:lineRule="auto"/>
        <w:rPr>
          <w:b/>
          <w:bCs/>
          <w:lang w:val="nl-NL"/>
        </w:rPr>
      </w:pPr>
      <w:r w:rsidRPr="005E1991">
        <w:rPr>
          <w:b/>
          <w:bCs/>
          <w:lang w:val="nl-NL"/>
        </w:rPr>
        <w:t>Voorbeelden voor onderwijsondersteuning</w:t>
      </w:r>
    </w:p>
    <w:p w14:paraId="0892831B" w14:textId="77777777" w:rsidR="005E1991" w:rsidRPr="005E1991" w:rsidRDefault="005E1991" w:rsidP="007B53BF">
      <w:pPr>
        <w:spacing w:before="0" w:after="0" w:line="240" w:lineRule="auto"/>
        <w:rPr>
          <w:b/>
          <w:bCs/>
          <w:lang w:val="nl-NL"/>
        </w:rPr>
      </w:pPr>
      <w:r w:rsidRPr="005E1991">
        <w:rPr>
          <w:b/>
          <w:bCs/>
          <w:lang w:val="nl-NL"/>
        </w:rPr>
        <w:t>Algemene voorbeelden</w:t>
      </w:r>
    </w:p>
    <w:p w14:paraId="4CAC013F" w14:textId="43084394" w:rsidR="007B53BF" w:rsidRDefault="005E1991" w:rsidP="007B53BF">
      <w:pPr>
        <w:spacing w:before="0" w:after="0" w:line="240" w:lineRule="auto"/>
        <w:rPr>
          <w:lang w:val="nl-NL"/>
        </w:rPr>
      </w:pPr>
      <w:r>
        <w:rPr>
          <w:lang w:val="nl-NL"/>
        </w:rPr>
        <w:t xml:space="preserve"> </w:t>
      </w:r>
    </w:p>
    <w:p w14:paraId="7DB89A63" w14:textId="1380DAD8" w:rsidR="007B53BF" w:rsidRPr="00886F8D" w:rsidRDefault="00BB6418" w:rsidP="007B53BF">
      <w:pPr>
        <w:pStyle w:val="Kop2"/>
        <w:spacing w:before="0" w:line="240" w:lineRule="auto"/>
        <w:rPr>
          <w:lang w:val="nl-NL"/>
        </w:rPr>
      </w:pPr>
      <w:r>
        <w:rPr>
          <w:lang w:val="nl-NL"/>
        </w:rPr>
        <w:t>INleiding</w:t>
      </w:r>
    </w:p>
    <w:p w14:paraId="2BE763E0" w14:textId="4D844E6C" w:rsidR="00D97C74" w:rsidRDefault="00CD423C" w:rsidP="00D97C74">
      <w:pPr>
        <w:spacing w:before="0" w:after="0" w:line="240" w:lineRule="auto"/>
        <w:rPr>
          <w:lang w:val="nl-NL"/>
        </w:rPr>
      </w:pPr>
      <w:r w:rsidRPr="00CD423C">
        <w:rPr>
          <w:lang w:val="nl-NL"/>
        </w:rPr>
        <w:t xml:space="preserve">AI kan je helpen </w:t>
      </w:r>
      <w:r>
        <w:rPr>
          <w:lang w:val="nl-NL"/>
        </w:rPr>
        <w:t>om iets nieuws te leren</w:t>
      </w:r>
      <w:r w:rsidR="0002435A">
        <w:rPr>
          <w:lang w:val="nl-NL"/>
        </w:rPr>
        <w:t>. E</w:t>
      </w:r>
      <w:r>
        <w:rPr>
          <w:lang w:val="nl-NL"/>
        </w:rPr>
        <w:t xml:space="preserve">n omdat AI getraind is op heel veel informatie, kan AI </w:t>
      </w:r>
      <w:r w:rsidR="0002435A">
        <w:rPr>
          <w:lang w:val="nl-NL"/>
        </w:rPr>
        <w:t xml:space="preserve">je helpen </w:t>
      </w:r>
      <w:r w:rsidRPr="00CD423C">
        <w:rPr>
          <w:lang w:val="nl-NL"/>
        </w:rPr>
        <w:t xml:space="preserve">bij bijna elk leerdoel: van “basiskennis opbouwen” </w:t>
      </w:r>
      <w:r w:rsidR="0002435A">
        <w:rPr>
          <w:lang w:val="nl-NL"/>
        </w:rPr>
        <w:t xml:space="preserve">over een nieuw onderwerp </w:t>
      </w:r>
      <w:r w:rsidRPr="00CD423C">
        <w:rPr>
          <w:lang w:val="nl-NL"/>
        </w:rPr>
        <w:t>tot “oefenen”</w:t>
      </w:r>
      <w:r w:rsidR="001B7D8D">
        <w:rPr>
          <w:lang w:val="nl-NL"/>
        </w:rPr>
        <w:t xml:space="preserve"> als je nieuwe vaardigheid wil leren</w:t>
      </w:r>
      <w:r w:rsidRPr="00CD423C">
        <w:rPr>
          <w:lang w:val="nl-NL"/>
        </w:rPr>
        <w:t xml:space="preserve">, </w:t>
      </w:r>
      <w:r w:rsidR="001B7D8D">
        <w:rPr>
          <w:lang w:val="nl-NL"/>
        </w:rPr>
        <w:t xml:space="preserve">tot </w:t>
      </w:r>
      <w:r w:rsidRPr="00CD423C">
        <w:rPr>
          <w:lang w:val="nl-NL"/>
        </w:rPr>
        <w:t xml:space="preserve">“feedback krijgen” </w:t>
      </w:r>
      <w:r w:rsidR="001B7D8D">
        <w:rPr>
          <w:lang w:val="nl-NL"/>
        </w:rPr>
        <w:t xml:space="preserve">zodat je kan achterhalen waar je staat in je ontwikkeling </w:t>
      </w:r>
      <w:r w:rsidRPr="00CD423C">
        <w:rPr>
          <w:lang w:val="nl-NL"/>
        </w:rPr>
        <w:t xml:space="preserve">en </w:t>
      </w:r>
      <w:r w:rsidR="001B7D8D">
        <w:rPr>
          <w:lang w:val="nl-NL"/>
        </w:rPr>
        <w:t xml:space="preserve">zelfs </w:t>
      </w:r>
      <w:r w:rsidRPr="00CD423C">
        <w:rPr>
          <w:lang w:val="nl-NL"/>
        </w:rPr>
        <w:t xml:space="preserve">“toetsen of je het echt snapt”. </w:t>
      </w:r>
      <w:r w:rsidR="001B7D8D">
        <w:rPr>
          <w:lang w:val="nl-NL"/>
        </w:rPr>
        <w:br/>
      </w:r>
      <w:r w:rsidR="001B7D8D">
        <w:rPr>
          <w:lang w:val="nl-NL"/>
        </w:rPr>
        <w:br/>
      </w:r>
      <w:r w:rsidRPr="00CD423C">
        <w:rPr>
          <w:lang w:val="nl-NL"/>
        </w:rPr>
        <w:t xml:space="preserve">AI </w:t>
      </w:r>
      <w:r w:rsidR="001B7D8D">
        <w:rPr>
          <w:lang w:val="nl-NL"/>
        </w:rPr>
        <w:t xml:space="preserve">kan </w:t>
      </w:r>
      <w:r w:rsidRPr="00CD423C">
        <w:rPr>
          <w:lang w:val="nl-NL"/>
        </w:rPr>
        <w:t xml:space="preserve">als een </w:t>
      </w:r>
      <w:proofErr w:type="spellStart"/>
      <w:r w:rsidRPr="001B7D8D">
        <w:rPr>
          <w:lang w:val="nl-NL"/>
        </w:rPr>
        <w:t>leerassistent</w:t>
      </w:r>
      <w:proofErr w:type="spellEnd"/>
      <w:r w:rsidRPr="00CD423C">
        <w:rPr>
          <w:lang w:val="nl-NL"/>
        </w:rPr>
        <w:t xml:space="preserve"> </w:t>
      </w:r>
      <w:r w:rsidR="001B7D8D">
        <w:rPr>
          <w:lang w:val="nl-NL"/>
        </w:rPr>
        <w:t xml:space="preserve">zijn </w:t>
      </w:r>
      <w:r w:rsidRPr="00CD423C">
        <w:rPr>
          <w:lang w:val="nl-NL"/>
        </w:rPr>
        <w:t xml:space="preserve">die uitleg kan </w:t>
      </w:r>
      <w:r w:rsidR="00EF4E71">
        <w:rPr>
          <w:lang w:val="nl-NL"/>
        </w:rPr>
        <w:t xml:space="preserve">vinden en </w:t>
      </w:r>
      <w:r w:rsidRPr="00CD423C">
        <w:rPr>
          <w:lang w:val="nl-NL"/>
        </w:rPr>
        <w:t xml:space="preserve">aanpassen aan jouw niveau, eindeloos voorbeelden kan geven en je kan laten oefenen. Maar: AI kan fouten maken en moet je dus </w:t>
      </w:r>
      <w:r w:rsidRPr="00EF4E71">
        <w:rPr>
          <w:lang w:val="nl-NL"/>
        </w:rPr>
        <w:t>kritisch</w:t>
      </w:r>
      <w:r w:rsidRPr="00CD423C">
        <w:rPr>
          <w:lang w:val="nl-NL"/>
        </w:rPr>
        <w:t xml:space="preserve"> gebruiken.</w:t>
      </w:r>
    </w:p>
    <w:p w14:paraId="1C480525" w14:textId="77777777" w:rsidR="00D97C74" w:rsidRDefault="00D97C74" w:rsidP="00D97C74">
      <w:pPr>
        <w:spacing w:before="0" w:after="0" w:line="240" w:lineRule="auto"/>
        <w:rPr>
          <w:lang w:val="nl-NL"/>
        </w:rPr>
      </w:pPr>
    </w:p>
    <w:p w14:paraId="41559B23" w14:textId="4B26EFAC" w:rsidR="00D97C74" w:rsidRDefault="00D97C74" w:rsidP="00D97C74">
      <w:pPr>
        <w:spacing w:before="0" w:after="0" w:line="240" w:lineRule="auto"/>
        <w:rPr>
          <w:lang w:val="nl-NL"/>
        </w:rPr>
      </w:pPr>
      <w:r>
        <w:rPr>
          <w:lang w:val="nl-NL"/>
        </w:rPr>
        <w:t xml:space="preserve">Hieronder wordt ingegaan op het leermodel, er wordt een stappenplan </w:t>
      </w:r>
      <w:r w:rsidR="00FB1C65">
        <w:rPr>
          <w:lang w:val="nl-NL"/>
        </w:rPr>
        <w:t>met opdrachten uitgelegd. En vervolgens worden voorbeeldleervragen voor onderwijsondersteuning gegeven en ook algemene voorbeelden van leervragen</w:t>
      </w:r>
      <w:r w:rsidR="0019316A">
        <w:rPr>
          <w:lang w:val="nl-NL"/>
        </w:rPr>
        <w:t xml:space="preserve"> die je kunt hebben.</w:t>
      </w:r>
    </w:p>
    <w:p w14:paraId="4646549C" w14:textId="77777777" w:rsidR="00D97C74" w:rsidRDefault="00D97C74" w:rsidP="00D97C74">
      <w:pPr>
        <w:spacing w:before="0" w:after="0" w:line="240" w:lineRule="auto"/>
        <w:rPr>
          <w:lang w:val="nl-NL"/>
        </w:rPr>
      </w:pPr>
    </w:p>
    <w:p w14:paraId="25C09B38" w14:textId="2D217E87" w:rsidR="0027579F" w:rsidRPr="0027579F" w:rsidRDefault="0027579F" w:rsidP="0027579F">
      <w:pPr>
        <w:pStyle w:val="Kop2"/>
        <w:spacing w:before="0" w:line="240" w:lineRule="auto"/>
        <w:rPr>
          <w:lang w:val="nl-NL"/>
        </w:rPr>
      </w:pPr>
      <w:r w:rsidRPr="0027579F">
        <w:rPr>
          <w:lang w:val="nl-NL"/>
        </w:rPr>
        <w:t>Het LEER-model (AI als leercoach)</w:t>
      </w:r>
    </w:p>
    <w:p w14:paraId="2C6380DB" w14:textId="77777777" w:rsidR="0027579F" w:rsidRPr="0027579F" w:rsidRDefault="0027579F" w:rsidP="0027579F">
      <w:pPr>
        <w:spacing w:before="0" w:after="0" w:line="240" w:lineRule="auto"/>
        <w:rPr>
          <w:b/>
          <w:bCs/>
          <w:lang w:val="nl-NL"/>
        </w:rPr>
      </w:pPr>
      <w:r w:rsidRPr="0027579F">
        <w:rPr>
          <w:b/>
          <w:bCs/>
          <w:lang w:val="nl-NL"/>
        </w:rPr>
        <w:t>Het LEER-model (AI als leercoach)</w:t>
      </w:r>
    </w:p>
    <w:p w14:paraId="00532AF4" w14:textId="77777777" w:rsidR="0027579F" w:rsidRPr="0027579F" w:rsidRDefault="0027579F" w:rsidP="0027579F">
      <w:pPr>
        <w:spacing w:before="0" w:after="0" w:line="240" w:lineRule="auto"/>
        <w:rPr>
          <w:lang w:val="nl-NL"/>
        </w:rPr>
      </w:pPr>
      <w:r w:rsidRPr="0027579F">
        <w:rPr>
          <w:lang w:val="nl-NL"/>
        </w:rPr>
        <w:t>Gebruik deze volgorde. Het werkt bijna altijd.</w:t>
      </w:r>
    </w:p>
    <w:p w14:paraId="11A37A81" w14:textId="77777777" w:rsidR="0027579F" w:rsidRDefault="0027579F" w:rsidP="0027579F">
      <w:pPr>
        <w:spacing w:before="0" w:after="0" w:line="240" w:lineRule="auto"/>
        <w:rPr>
          <w:lang w:val="nl-NL"/>
        </w:rPr>
      </w:pPr>
      <w:r w:rsidRPr="0027579F">
        <w:rPr>
          <w:b/>
          <w:bCs/>
          <w:lang w:val="nl-NL"/>
        </w:rPr>
        <w:t>L – Lijnen uitzetten</w:t>
      </w:r>
      <w:r w:rsidRPr="0027579F">
        <w:rPr>
          <w:lang w:val="nl-NL"/>
        </w:rPr>
        <w:t xml:space="preserve"> (wat wil ik precies leren?)</w:t>
      </w:r>
      <w:r w:rsidRPr="0027579F">
        <w:rPr>
          <w:lang w:val="nl-NL"/>
        </w:rPr>
        <w:br/>
      </w:r>
      <w:r w:rsidRPr="0027579F">
        <w:rPr>
          <w:b/>
          <w:bCs/>
          <w:lang w:val="nl-NL"/>
        </w:rPr>
        <w:t>E – Eerste uitleg</w:t>
      </w:r>
      <w:r w:rsidRPr="0027579F">
        <w:rPr>
          <w:lang w:val="nl-NL"/>
        </w:rPr>
        <w:t xml:space="preserve"> (op mijn niveau + met voorbeeld)</w:t>
      </w:r>
      <w:r w:rsidRPr="0027579F">
        <w:rPr>
          <w:lang w:val="nl-NL"/>
        </w:rPr>
        <w:br/>
      </w:r>
      <w:r w:rsidRPr="0027579F">
        <w:rPr>
          <w:b/>
          <w:bCs/>
          <w:lang w:val="nl-NL"/>
        </w:rPr>
        <w:t>E – oefenen</w:t>
      </w:r>
      <w:r w:rsidRPr="0027579F">
        <w:rPr>
          <w:lang w:val="nl-NL"/>
        </w:rPr>
        <w:t xml:space="preserve"> (actief toepassen, niet alleen lezen)</w:t>
      </w:r>
      <w:r w:rsidRPr="0027579F">
        <w:rPr>
          <w:lang w:val="nl-NL"/>
        </w:rPr>
        <w:br/>
      </w:r>
      <w:r w:rsidRPr="0027579F">
        <w:rPr>
          <w:b/>
          <w:bCs/>
          <w:lang w:val="nl-NL"/>
        </w:rPr>
        <w:t>R – Reflecteren &amp; controleren</w:t>
      </w:r>
      <w:r w:rsidRPr="0027579F">
        <w:rPr>
          <w:lang w:val="nl-NL"/>
        </w:rPr>
        <w:t xml:space="preserve"> (wat klopt/waar twijfel, wat moet ik verifiëren?)</w:t>
      </w:r>
    </w:p>
    <w:p w14:paraId="0B741237" w14:textId="77777777" w:rsidR="003510CD" w:rsidRPr="0027579F" w:rsidRDefault="003510CD" w:rsidP="0027579F">
      <w:pPr>
        <w:spacing w:before="0" w:after="0" w:line="240" w:lineRule="auto"/>
        <w:rPr>
          <w:lang w:val="nl-NL"/>
        </w:rPr>
      </w:pPr>
    </w:p>
    <w:p w14:paraId="37613E46" w14:textId="77777777" w:rsidR="00E069D0" w:rsidRDefault="00E069D0">
      <w:pPr>
        <w:rPr>
          <w:caps/>
          <w:spacing w:val="15"/>
          <w:lang w:val="nl-NL"/>
        </w:rPr>
      </w:pPr>
      <w:r>
        <w:rPr>
          <w:lang w:val="nl-NL"/>
        </w:rPr>
        <w:br w:type="page"/>
      </w:r>
    </w:p>
    <w:p w14:paraId="0D3D7AC1" w14:textId="484FC5BA" w:rsidR="003510CD" w:rsidRPr="003510CD" w:rsidRDefault="003510CD" w:rsidP="003510CD">
      <w:pPr>
        <w:pStyle w:val="Kop2"/>
        <w:spacing w:before="0" w:line="240" w:lineRule="auto"/>
        <w:rPr>
          <w:lang w:val="nl-NL"/>
        </w:rPr>
      </w:pPr>
      <w:r w:rsidRPr="003510CD">
        <w:rPr>
          <w:lang w:val="nl-NL"/>
        </w:rPr>
        <w:lastRenderedPageBreak/>
        <w:t>Stappenplan (met opdrachten)</w:t>
      </w:r>
    </w:p>
    <w:p w14:paraId="40ED91DE" w14:textId="77777777" w:rsidR="0067092B" w:rsidRPr="0067092B" w:rsidRDefault="0067092B" w:rsidP="0067092B">
      <w:pPr>
        <w:rPr>
          <w:b/>
          <w:bCs/>
          <w:lang w:val="nl-NL"/>
        </w:rPr>
      </w:pPr>
      <w:r w:rsidRPr="0067092B">
        <w:rPr>
          <w:b/>
          <w:bCs/>
          <w:lang w:val="nl-NL"/>
        </w:rPr>
        <w:t>Stap 1 — Formuleer je leerdoel (1 minuut)</w:t>
      </w:r>
    </w:p>
    <w:p w14:paraId="7501CC89" w14:textId="77777777" w:rsidR="0067092B" w:rsidRPr="0067092B" w:rsidRDefault="0067092B" w:rsidP="0067092B">
      <w:pPr>
        <w:spacing w:before="0" w:after="0" w:line="240" w:lineRule="auto"/>
        <w:rPr>
          <w:lang w:val="nl-NL"/>
        </w:rPr>
      </w:pPr>
      <w:r w:rsidRPr="0067092B">
        <w:rPr>
          <w:lang w:val="nl-NL"/>
        </w:rPr>
        <w:t>Schrijf één zin:</w:t>
      </w:r>
    </w:p>
    <w:p w14:paraId="61108A45" w14:textId="77777777" w:rsidR="0067092B" w:rsidRPr="0067092B" w:rsidRDefault="0067092B" w:rsidP="00974A8A">
      <w:pPr>
        <w:numPr>
          <w:ilvl w:val="0"/>
          <w:numId w:val="72"/>
        </w:numPr>
        <w:spacing w:before="0" w:after="0" w:line="240" w:lineRule="auto"/>
        <w:rPr>
          <w:lang w:val="nl-NL"/>
        </w:rPr>
      </w:pPr>
      <w:r w:rsidRPr="0067092B">
        <w:rPr>
          <w:lang w:val="nl-NL"/>
        </w:rPr>
        <w:t xml:space="preserve">“Ik wil leren </w:t>
      </w:r>
      <w:r w:rsidRPr="0067092B">
        <w:rPr>
          <w:b/>
          <w:bCs/>
          <w:lang w:val="nl-NL"/>
        </w:rPr>
        <w:t>[onderwerp]</w:t>
      </w:r>
      <w:r w:rsidRPr="0067092B">
        <w:rPr>
          <w:lang w:val="nl-NL"/>
        </w:rPr>
        <w:t xml:space="preserve"> zodat ik </w:t>
      </w:r>
      <w:r w:rsidRPr="0067092B">
        <w:rPr>
          <w:b/>
          <w:bCs/>
          <w:lang w:val="nl-NL"/>
        </w:rPr>
        <w:t>[toepassing]</w:t>
      </w:r>
      <w:r w:rsidRPr="0067092B">
        <w:rPr>
          <w:lang w:val="nl-NL"/>
        </w:rPr>
        <w:t xml:space="preserve"> kan doen.”</w:t>
      </w:r>
    </w:p>
    <w:p w14:paraId="363C9C13" w14:textId="77777777" w:rsidR="0067092B" w:rsidRDefault="0067092B" w:rsidP="0067092B">
      <w:pPr>
        <w:spacing w:before="0" w:after="0" w:line="240" w:lineRule="auto"/>
        <w:rPr>
          <w:lang w:val="nl-NL"/>
        </w:rPr>
      </w:pPr>
    </w:p>
    <w:p w14:paraId="5295657D" w14:textId="1329660C" w:rsidR="0067092B" w:rsidRPr="0067092B" w:rsidRDefault="0067092B" w:rsidP="0067092B">
      <w:pPr>
        <w:spacing w:before="0" w:after="0" w:line="240" w:lineRule="auto"/>
        <w:rPr>
          <w:lang w:val="nl-NL"/>
        </w:rPr>
      </w:pPr>
      <w:r w:rsidRPr="0067092B">
        <w:rPr>
          <w:lang w:val="nl-NL"/>
        </w:rPr>
        <w:t>Voorbeelden:</w:t>
      </w:r>
    </w:p>
    <w:p w14:paraId="48633FE1" w14:textId="77777777" w:rsidR="0067092B" w:rsidRPr="0067092B" w:rsidRDefault="0067092B" w:rsidP="00974A8A">
      <w:pPr>
        <w:numPr>
          <w:ilvl w:val="0"/>
          <w:numId w:val="73"/>
        </w:numPr>
        <w:spacing w:before="0" w:after="0" w:line="240" w:lineRule="auto"/>
        <w:rPr>
          <w:lang w:val="nl-NL"/>
        </w:rPr>
      </w:pPr>
      <w:r w:rsidRPr="0067092B">
        <w:rPr>
          <w:lang w:val="nl-NL"/>
        </w:rPr>
        <w:t>“Ik wil leren wat de kernverplichtingen van de AI Act zijn zodat ik docenten hierover kan adviseren.”</w:t>
      </w:r>
    </w:p>
    <w:p w14:paraId="229681EB" w14:textId="77777777" w:rsidR="0067092B" w:rsidRPr="0067092B" w:rsidRDefault="0067092B" w:rsidP="00974A8A">
      <w:pPr>
        <w:numPr>
          <w:ilvl w:val="0"/>
          <w:numId w:val="73"/>
        </w:numPr>
        <w:spacing w:before="0" w:after="0" w:line="240" w:lineRule="auto"/>
        <w:rPr>
          <w:lang w:val="nl-NL"/>
        </w:rPr>
      </w:pPr>
      <w:r w:rsidRPr="0067092B">
        <w:rPr>
          <w:lang w:val="nl-NL"/>
        </w:rPr>
        <w:t xml:space="preserve">“Ik wil leren hoe ik betere </w:t>
      </w:r>
      <w:proofErr w:type="spellStart"/>
      <w:r w:rsidRPr="0067092B">
        <w:rPr>
          <w:lang w:val="nl-NL"/>
        </w:rPr>
        <w:t>rubrics</w:t>
      </w:r>
      <w:proofErr w:type="spellEnd"/>
      <w:r w:rsidRPr="0067092B">
        <w:rPr>
          <w:lang w:val="nl-NL"/>
        </w:rPr>
        <w:t xml:space="preserve"> maak zodat feedback consistenter wordt.”</w:t>
      </w:r>
    </w:p>
    <w:p w14:paraId="0302CC6C" w14:textId="77777777" w:rsidR="0067092B" w:rsidRPr="0067092B" w:rsidRDefault="0067092B" w:rsidP="00974A8A">
      <w:pPr>
        <w:numPr>
          <w:ilvl w:val="0"/>
          <w:numId w:val="73"/>
        </w:numPr>
        <w:spacing w:before="0" w:after="0" w:line="240" w:lineRule="auto"/>
        <w:rPr>
          <w:lang w:val="nl-NL"/>
        </w:rPr>
      </w:pPr>
      <w:r w:rsidRPr="0067092B">
        <w:rPr>
          <w:lang w:val="nl-NL"/>
        </w:rPr>
        <w:t xml:space="preserve">“Ik wil leren hoe </w:t>
      </w:r>
      <w:proofErr w:type="spellStart"/>
      <w:r w:rsidRPr="0067092B">
        <w:rPr>
          <w:lang w:val="nl-NL"/>
        </w:rPr>
        <w:t>NotebookLM</w:t>
      </w:r>
      <w:proofErr w:type="spellEnd"/>
      <w:r w:rsidRPr="0067092B">
        <w:rPr>
          <w:lang w:val="nl-NL"/>
        </w:rPr>
        <w:t xml:space="preserve"> werkt zodat ik het in onderwijs kan inzetten.”</w:t>
      </w:r>
    </w:p>
    <w:p w14:paraId="400B78E3" w14:textId="77777777" w:rsidR="0067092B" w:rsidRDefault="0067092B" w:rsidP="0067092B">
      <w:pPr>
        <w:spacing w:before="0" w:after="0" w:line="240" w:lineRule="auto"/>
        <w:rPr>
          <w:b/>
          <w:bCs/>
          <w:lang w:val="nl-NL"/>
        </w:rPr>
      </w:pPr>
    </w:p>
    <w:p w14:paraId="1D68F99E" w14:textId="1630B74F" w:rsidR="0067092B" w:rsidRPr="0067092B" w:rsidRDefault="0067092B" w:rsidP="0067092B">
      <w:pPr>
        <w:spacing w:before="0" w:after="0" w:line="240" w:lineRule="auto"/>
        <w:rPr>
          <w:lang w:val="nl-NL"/>
        </w:rPr>
      </w:pPr>
      <w:r w:rsidRPr="0067092B">
        <w:rPr>
          <w:b/>
          <w:bCs/>
          <w:lang w:val="nl-NL"/>
        </w:rPr>
        <w:t>Prompt</w:t>
      </w:r>
    </w:p>
    <w:p w14:paraId="5F3CE695" w14:textId="77777777" w:rsidR="0067092B" w:rsidRPr="0067092B" w:rsidRDefault="0067092B" w:rsidP="0067092B">
      <w:pPr>
        <w:spacing w:before="0" w:after="0" w:line="240" w:lineRule="auto"/>
        <w:rPr>
          <w:lang w:val="nl-NL"/>
        </w:rPr>
      </w:pPr>
      <w:r w:rsidRPr="0067092B">
        <w:rPr>
          <w:lang w:val="nl-NL"/>
        </w:rPr>
        <w:t>“Ik wil leren over [onderwerp]. Help me mijn leerdoel scherper te formuleren in 1 zin en stel 3 vragen om mijn niveau en context te bepalen.”</w:t>
      </w:r>
    </w:p>
    <w:p w14:paraId="3E66DE36" w14:textId="6F317BFC" w:rsidR="0067092B" w:rsidRPr="0067092B" w:rsidRDefault="0067092B" w:rsidP="0067092B">
      <w:pPr>
        <w:spacing w:before="0" w:after="0" w:line="240" w:lineRule="auto"/>
        <w:rPr>
          <w:lang w:val="nl-NL"/>
        </w:rPr>
      </w:pPr>
    </w:p>
    <w:p w14:paraId="0B678FAB" w14:textId="77777777" w:rsidR="0067092B" w:rsidRPr="0067092B" w:rsidRDefault="0067092B" w:rsidP="0067092B">
      <w:pPr>
        <w:spacing w:before="0" w:after="0" w:line="240" w:lineRule="auto"/>
        <w:rPr>
          <w:b/>
          <w:bCs/>
          <w:lang w:val="nl-NL"/>
        </w:rPr>
      </w:pPr>
      <w:r w:rsidRPr="0067092B">
        <w:rPr>
          <w:b/>
          <w:bCs/>
          <w:lang w:val="nl-NL"/>
        </w:rPr>
        <w:t xml:space="preserve">Stap 2 — Laat AI een </w:t>
      </w:r>
      <w:proofErr w:type="spellStart"/>
      <w:r w:rsidRPr="0067092B">
        <w:rPr>
          <w:b/>
          <w:bCs/>
          <w:lang w:val="nl-NL"/>
        </w:rPr>
        <w:t>leerpad</w:t>
      </w:r>
      <w:proofErr w:type="spellEnd"/>
      <w:r w:rsidRPr="0067092B">
        <w:rPr>
          <w:b/>
          <w:bCs/>
          <w:lang w:val="nl-NL"/>
        </w:rPr>
        <w:t xml:space="preserve"> maken (3–5 minuten)</w:t>
      </w:r>
    </w:p>
    <w:p w14:paraId="1EFF42A1" w14:textId="77777777" w:rsidR="0067092B" w:rsidRPr="0067092B" w:rsidRDefault="0067092B" w:rsidP="0067092B">
      <w:pPr>
        <w:spacing w:before="0" w:after="0" w:line="240" w:lineRule="auto"/>
        <w:rPr>
          <w:lang w:val="nl-NL"/>
        </w:rPr>
      </w:pPr>
      <w:r w:rsidRPr="0067092B">
        <w:rPr>
          <w:lang w:val="nl-NL"/>
        </w:rPr>
        <w:t>Vraag om een plan met:</w:t>
      </w:r>
    </w:p>
    <w:p w14:paraId="41ABD41C" w14:textId="77777777" w:rsidR="0067092B" w:rsidRPr="0067092B" w:rsidRDefault="0067092B" w:rsidP="00974A8A">
      <w:pPr>
        <w:numPr>
          <w:ilvl w:val="0"/>
          <w:numId w:val="74"/>
        </w:numPr>
        <w:spacing w:before="0" w:after="0" w:line="240" w:lineRule="auto"/>
        <w:rPr>
          <w:lang w:val="nl-NL"/>
        </w:rPr>
      </w:pPr>
      <w:r w:rsidRPr="0067092B">
        <w:rPr>
          <w:lang w:val="nl-NL"/>
        </w:rPr>
        <w:t>5 kernbegrippen</w:t>
      </w:r>
    </w:p>
    <w:p w14:paraId="77F503CB" w14:textId="77777777" w:rsidR="0067092B" w:rsidRPr="0067092B" w:rsidRDefault="0067092B" w:rsidP="00974A8A">
      <w:pPr>
        <w:numPr>
          <w:ilvl w:val="0"/>
          <w:numId w:val="74"/>
        </w:numPr>
        <w:spacing w:before="0" w:after="0" w:line="240" w:lineRule="auto"/>
        <w:rPr>
          <w:lang w:val="nl-NL"/>
        </w:rPr>
      </w:pPr>
      <w:r w:rsidRPr="0067092B">
        <w:rPr>
          <w:lang w:val="nl-NL"/>
        </w:rPr>
        <w:t>3 misvattingen die vaak voorkomen</w:t>
      </w:r>
    </w:p>
    <w:p w14:paraId="0D9F89D8" w14:textId="77777777" w:rsidR="0067092B" w:rsidRPr="0067092B" w:rsidRDefault="0067092B" w:rsidP="00974A8A">
      <w:pPr>
        <w:numPr>
          <w:ilvl w:val="0"/>
          <w:numId w:val="74"/>
        </w:numPr>
        <w:spacing w:before="0" w:after="0" w:line="240" w:lineRule="auto"/>
        <w:rPr>
          <w:lang w:val="nl-NL"/>
        </w:rPr>
      </w:pPr>
      <w:r w:rsidRPr="0067092B">
        <w:rPr>
          <w:lang w:val="nl-NL"/>
        </w:rPr>
        <w:t>3 oefenvormen</w:t>
      </w:r>
    </w:p>
    <w:p w14:paraId="3C77EA20" w14:textId="77777777" w:rsidR="0067092B" w:rsidRPr="0067092B" w:rsidRDefault="0067092B" w:rsidP="00974A8A">
      <w:pPr>
        <w:numPr>
          <w:ilvl w:val="0"/>
          <w:numId w:val="74"/>
        </w:numPr>
        <w:spacing w:before="0" w:after="0" w:line="240" w:lineRule="auto"/>
        <w:rPr>
          <w:lang w:val="nl-NL"/>
        </w:rPr>
      </w:pPr>
      <w:r w:rsidRPr="0067092B">
        <w:rPr>
          <w:lang w:val="nl-NL"/>
        </w:rPr>
        <w:t>een volgorde (wat eerst/laatst)</w:t>
      </w:r>
    </w:p>
    <w:p w14:paraId="5571293C" w14:textId="77777777" w:rsidR="0067092B" w:rsidRDefault="0067092B" w:rsidP="0067092B">
      <w:pPr>
        <w:spacing w:before="0" w:after="0" w:line="240" w:lineRule="auto"/>
        <w:rPr>
          <w:b/>
          <w:bCs/>
          <w:lang w:val="nl-NL"/>
        </w:rPr>
      </w:pPr>
    </w:p>
    <w:p w14:paraId="5F5DB27A" w14:textId="6A86EE4E" w:rsidR="0067092B" w:rsidRPr="0067092B" w:rsidRDefault="0067092B" w:rsidP="0067092B">
      <w:pPr>
        <w:spacing w:before="0" w:after="0" w:line="240" w:lineRule="auto"/>
        <w:rPr>
          <w:lang w:val="nl-NL"/>
        </w:rPr>
      </w:pPr>
      <w:r w:rsidRPr="0067092B">
        <w:rPr>
          <w:b/>
          <w:bCs/>
          <w:lang w:val="nl-NL"/>
        </w:rPr>
        <w:t>Prompt</w:t>
      </w:r>
    </w:p>
    <w:p w14:paraId="7237B23B" w14:textId="23E17A12" w:rsidR="0067092B" w:rsidRPr="0067092B" w:rsidRDefault="0067092B" w:rsidP="0067092B">
      <w:pPr>
        <w:spacing w:before="0" w:after="0" w:line="240" w:lineRule="auto"/>
        <w:rPr>
          <w:lang w:val="nl-NL"/>
        </w:rPr>
      </w:pPr>
      <w:r w:rsidRPr="0067092B">
        <w:rPr>
          <w:lang w:val="nl-NL"/>
        </w:rPr>
        <w:t xml:space="preserve">“Maak een </w:t>
      </w:r>
      <w:proofErr w:type="spellStart"/>
      <w:r w:rsidRPr="0067092B">
        <w:rPr>
          <w:lang w:val="nl-NL"/>
        </w:rPr>
        <w:t>leerpad</w:t>
      </w:r>
      <w:proofErr w:type="spellEnd"/>
      <w:r w:rsidRPr="0067092B">
        <w:rPr>
          <w:lang w:val="nl-NL"/>
        </w:rPr>
        <w:t xml:space="preserve"> van 20 minuten over [onderwerp] voor iemand op niveau [beginner/gevorderd]. Geef: 5 kernbegrippen, 3 veelgemaakte misvattingen, 3 oefenopdrachten en een logische volgorde. Voeg bij elk onderdeel 1 checkvraag toe.”</w:t>
      </w:r>
    </w:p>
    <w:p w14:paraId="191C3346" w14:textId="77777777" w:rsidR="0067092B" w:rsidRDefault="0067092B" w:rsidP="0067092B">
      <w:pPr>
        <w:spacing w:before="0" w:after="0" w:line="240" w:lineRule="auto"/>
        <w:rPr>
          <w:b/>
          <w:bCs/>
          <w:lang w:val="nl-NL"/>
        </w:rPr>
      </w:pPr>
    </w:p>
    <w:p w14:paraId="5DBD86BB" w14:textId="04F3D417" w:rsidR="0067092B" w:rsidRPr="0067092B" w:rsidRDefault="0067092B" w:rsidP="0067092B">
      <w:pPr>
        <w:spacing w:before="0" w:after="0" w:line="240" w:lineRule="auto"/>
        <w:rPr>
          <w:b/>
          <w:bCs/>
          <w:lang w:val="nl-NL"/>
        </w:rPr>
      </w:pPr>
      <w:r w:rsidRPr="0067092B">
        <w:rPr>
          <w:b/>
          <w:bCs/>
          <w:lang w:val="nl-NL"/>
        </w:rPr>
        <w:t>Stap 3 — Krijg u</w:t>
      </w:r>
      <w:r>
        <w:rPr>
          <w:b/>
          <w:bCs/>
          <w:lang w:val="nl-NL"/>
        </w:rPr>
        <w:t>i</w:t>
      </w:r>
      <w:r w:rsidRPr="0067092B">
        <w:rPr>
          <w:b/>
          <w:bCs/>
          <w:lang w:val="nl-NL"/>
        </w:rPr>
        <w:t>tleg op maat (3–5 minuten)</w:t>
      </w:r>
    </w:p>
    <w:p w14:paraId="4AE6932B" w14:textId="77777777" w:rsidR="0067092B" w:rsidRPr="0067092B" w:rsidRDefault="0067092B" w:rsidP="0067092B">
      <w:pPr>
        <w:spacing w:before="0" w:after="0" w:line="240" w:lineRule="auto"/>
        <w:rPr>
          <w:lang w:val="nl-NL"/>
        </w:rPr>
      </w:pPr>
      <w:r w:rsidRPr="0067092B">
        <w:rPr>
          <w:lang w:val="nl-NL"/>
        </w:rPr>
        <w:t>Laat AI uitleggen op jouw niveau en met voorbeelden.</w:t>
      </w:r>
    </w:p>
    <w:p w14:paraId="69FC9549" w14:textId="77777777" w:rsidR="0067092B" w:rsidRDefault="0067092B" w:rsidP="0067092B">
      <w:pPr>
        <w:spacing w:before="0" w:after="0" w:line="240" w:lineRule="auto"/>
        <w:rPr>
          <w:b/>
          <w:bCs/>
          <w:lang w:val="nl-NL"/>
        </w:rPr>
      </w:pPr>
    </w:p>
    <w:p w14:paraId="0AA8AD4B" w14:textId="7147C925" w:rsidR="0067092B" w:rsidRPr="0067092B" w:rsidRDefault="0067092B" w:rsidP="0067092B">
      <w:pPr>
        <w:spacing w:before="0" w:after="0" w:line="240" w:lineRule="auto"/>
        <w:rPr>
          <w:lang w:val="nl-NL"/>
        </w:rPr>
      </w:pPr>
      <w:r w:rsidRPr="0067092B">
        <w:rPr>
          <w:b/>
          <w:bCs/>
          <w:lang w:val="nl-NL"/>
        </w:rPr>
        <w:t>Prompt</w:t>
      </w:r>
    </w:p>
    <w:p w14:paraId="040CD377" w14:textId="77777777" w:rsidR="0067092B" w:rsidRPr="0067092B" w:rsidRDefault="0067092B" w:rsidP="0067092B">
      <w:pPr>
        <w:spacing w:before="0" w:after="0" w:line="240" w:lineRule="auto"/>
        <w:rPr>
          <w:lang w:val="nl-NL"/>
        </w:rPr>
      </w:pPr>
      <w:r w:rsidRPr="0067092B">
        <w:rPr>
          <w:lang w:val="nl-NL"/>
        </w:rPr>
        <w:t>“Leg [onderwerp] uit op B1/B2-niveau in max 150 woorden. Geef 1 concreet voorbeeld uit het hoger onderwijs. Sluit af met 5 korte checkvragen.”</w:t>
      </w:r>
    </w:p>
    <w:p w14:paraId="7B193F10" w14:textId="77777777" w:rsidR="0067092B" w:rsidRPr="0067092B" w:rsidRDefault="0067092B" w:rsidP="0067092B">
      <w:pPr>
        <w:spacing w:before="0" w:after="0" w:line="240" w:lineRule="auto"/>
        <w:rPr>
          <w:lang w:val="nl-NL"/>
        </w:rPr>
      </w:pPr>
      <w:r w:rsidRPr="0067092B">
        <w:rPr>
          <w:b/>
          <w:bCs/>
          <w:lang w:val="nl-NL"/>
        </w:rPr>
        <w:t>Variatie</w:t>
      </w:r>
    </w:p>
    <w:p w14:paraId="129549EB" w14:textId="77777777" w:rsidR="0067092B" w:rsidRPr="0067092B" w:rsidRDefault="0067092B" w:rsidP="00974A8A">
      <w:pPr>
        <w:numPr>
          <w:ilvl w:val="0"/>
          <w:numId w:val="75"/>
        </w:numPr>
        <w:spacing w:before="0" w:after="0" w:line="240" w:lineRule="auto"/>
        <w:rPr>
          <w:lang w:val="nl-NL"/>
        </w:rPr>
      </w:pPr>
      <w:r w:rsidRPr="0067092B">
        <w:rPr>
          <w:lang w:val="nl-NL"/>
        </w:rPr>
        <w:t>“Leg het uit alsof ik nul voorkennis heb.”</w:t>
      </w:r>
    </w:p>
    <w:p w14:paraId="5D3EAB92" w14:textId="40ED7446" w:rsidR="0067092B" w:rsidRPr="0067092B" w:rsidRDefault="0067092B" w:rsidP="00974A8A">
      <w:pPr>
        <w:numPr>
          <w:ilvl w:val="0"/>
          <w:numId w:val="75"/>
        </w:numPr>
        <w:spacing w:before="0" w:after="0" w:line="240" w:lineRule="auto"/>
        <w:rPr>
          <w:lang w:val="nl-NL"/>
        </w:rPr>
      </w:pPr>
      <w:r w:rsidRPr="0067092B">
        <w:rPr>
          <w:lang w:val="nl-NL"/>
        </w:rPr>
        <w:t>“Leg het uit alsof ik al basiskennis heb, en ga dieper.”</w:t>
      </w:r>
    </w:p>
    <w:p w14:paraId="7D66C455" w14:textId="77777777" w:rsidR="0067092B" w:rsidRDefault="0067092B" w:rsidP="0067092B">
      <w:pPr>
        <w:spacing w:before="0" w:after="0" w:line="240" w:lineRule="auto"/>
        <w:rPr>
          <w:b/>
          <w:bCs/>
          <w:lang w:val="nl-NL"/>
        </w:rPr>
      </w:pPr>
    </w:p>
    <w:p w14:paraId="4848F500" w14:textId="69E7D1C1" w:rsidR="0067092B" w:rsidRPr="0067092B" w:rsidRDefault="0067092B" w:rsidP="0067092B">
      <w:pPr>
        <w:spacing w:before="0" w:after="0" w:line="240" w:lineRule="auto"/>
        <w:rPr>
          <w:b/>
          <w:bCs/>
          <w:lang w:val="nl-NL"/>
        </w:rPr>
      </w:pPr>
      <w:r w:rsidRPr="0067092B">
        <w:rPr>
          <w:b/>
          <w:bCs/>
          <w:lang w:val="nl-NL"/>
        </w:rPr>
        <w:t>Stap 4 — Ga actief oefenen (5–8 minuten)</w:t>
      </w:r>
    </w:p>
    <w:p w14:paraId="31EBEF98" w14:textId="77777777" w:rsidR="0067092B" w:rsidRPr="0067092B" w:rsidRDefault="0067092B" w:rsidP="0067092B">
      <w:pPr>
        <w:spacing w:before="0" w:after="0" w:line="240" w:lineRule="auto"/>
        <w:rPr>
          <w:lang w:val="nl-NL"/>
        </w:rPr>
      </w:pPr>
      <w:r w:rsidRPr="0067092B">
        <w:rPr>
          <w:lang w:val="nl-NL"/>
        </w:rPr>
        <w:t xml:space="preserve">Dit is de belangrijkste stap: leren gebeurt door </w:t>
      </w:r>
      <w:r w:rsidRPr="0067092B">
        <w:rPr>
          <w:b/>
          <w:bCs/>
          <w:lang w:val="nl-NL"/>
        </w:rPr>
        <w:t>doen</w:t>
      </w:r>
      <w:r w:rsidRPr="0067092B">
        <w:rPr>
          <w:lang w:val="nl-NL"/>
        </w:rPr>
        <w:t>, niet door lezen.</w:t>
      </w:r>
    </w:p>
    <w:p w14:paraId="435377F4" w14:textId="77777777" w:rsidR="0067092B" w:rsidRPr="0067092B" w:rsidRDefault="0067092B" w:rsidP="0067092B">
      <w:pPr>
        <w:spacing w:before="0" w:after="0" w:line="240" w:lineRule="auto"/>
        <w:rPr>
          <w:lang w:val="nl-NL"/>
        </w:rPr>
      </w:pPr>
      <w:r w:rsidRPr="0067092B">
        <w:rPr>
          <w:lang w:val="nl-NL"/>
        </w:rPr>
        <w:t>Kies één oefenvorm:</w:t>
      </w:r>
    </w:p>
    <w:p w14:paraId="5D177484" w14:textId="77777777" w:rsidR="0067092B" w:rsidRDefault="0067092B" w:rsidP="0067092B">
      <w:pPr>
        <w:spacing w:before="0" w:after="0" w:line="240" w:lineRule="auto"/>
        <w:rPr>
          <w:b/>
          <w:bCs/>
          <w:lang w:val="nl-NL"/>
        </w:rPr>
      </w:pPr>
    </w:p>
    <w:p w14:paraId="742DAE65" w14:textId="19F813AC" w:rsidR="0067092B" w:rsidRPr="0067092B" w:rsidRDefault="0067092B" w:rsidP="0067092B">
      <w:pPr>
        <w:spacing w:before="0" w:after="0" w:line="240" w:lineRule="auto"/>
        <w:rPr>
          <w:lang w:val="nl-NL"/>
        </w:rPr>
      </w:pPr>
      <w:r w:rsidRPr="0067092B">
        <w:rPr>
          <w:b/>
          <w:bCs/>
          <w:lang w:val="nl-NL"/>
        </w:rPr>
        <w:t>A. Oefenen met casus</w:t>
      </w:r>
    </w:p>
    <w:p w14:paraId="178841F8" w14:textId="77777777" w:rsidR="0067092B" w:rsidRPr="0067092B" w:rsidRDefault="0067092B" w:rsidP="0067092B">
      <w:pPr>
        <w:spacing w:before="0" w:after="0" w:line="240" w:lineRule="auto"/>
        <w:rPr>
          <w:lang w:val="nl-NL"/>
        </w:rPr>
      </w:pPr>
      <w:r w:rsidRPr="0067092B">
        <w:rPr>
          <w:lang w:val="nl-NL"/>
        </w:rPr>
        <w:t>“Geef mij 2 casussen over [onderwerp] met oplopende moeilijkheid. Stel per casus 3 vragen. Wacht met antwoorden tot ik heb geantwoord.”</w:t>
      </w:r>
    </w:p>
    <w:p w14:paraId="61578283" w14:textId="77777777" w:rsidR="0067092B" w:rsidRPr="0067092B" w:rsidRDefault="0067092B" w:rsidP="0067092B">
      <w:pPr>
        <w:spacing w:before="0" w:after="0" w:line="240" w:lineRule="auto"/>
        <w:rPr>
          <w:lang w:val="nl-NL"/>
        </w:rPr>
      </w:pPr>
      <w:r w:rsidRPr="0067092B">
        <w:rPr>
          <w:b/>
          <w:bCs/>
          <w:lang w:val="nl-NL"/>
        </w:rPr>
        <w:t>B. Fout-zoeken (super leerzaam)</w:t>
      </w:r>
    </w:p>
    <w:p w14:paraId="7536B700" w14:textId="77777777" w:rsidR="0067092B" w:rsidRPr="0067092B" w:rsidRDefault="0067092B" w:rsidP="0067092B">
      <w:pPr>
        <w:spacing w:before="0" w:after="0" w:line="240" w:lineRule="auto"/>
        <w:rPr>
          <w:lang w:val="nl-NL"/>
        </w:rPr>
      </w:pPr>
      <w:r w:rsidRPr="0067092B">
        <w:rPr>
          <w:lang w:val="nl-NL"/>
        </w:rPr>
        <w:t>“Geef mij 8 stellingen over [onderwerp], waarvan er 3 onjuist zijn. Ik wil raden welke fout zijn en waarom. Geef daarna de uitleg.”</w:t>
      </w:r>
    </w:p>
    <w:p w14:paraId="4F176BEB" w14:textId="77777777" w:rsidR="0067092B" w:rsidRPr="0067092B" w:rsidRDefault="0067092B" w:rsidP="0067092B">
      <w:pPr>
        <w:spacing w:before="0" w:after="0" w:line="240" w:lineRule="auto"/>
        <w:rPr>
          <w:lang w:val="nl-NL"/>
        </w:rPr>
      </w:pPr>
      <w:r w:rsidRPr="0067092B">
        <w:rPr>
          <w:b/>
          <w:bCs/>
          <w:lang w:val="nl-NL"/>
        </w:rPr>
        <w:t>C. Socratisch vragen (denken leren)</w:t>
      </w:r>
    </w:p>
    <w:p w14:paraId="54EC2AE0" w14:textId="15F75E5C" w:rsidR="0067092B" w:rsidRPr="0067092B" w:rsidRDefault="0067092B" w:rsidP="0067092B">
      <w:pPr>
        <w:spacing w:before="0" w:after="0" w:line="240" w:lineRule="auto"/>
        <w:rPr>
          <w:lang w:val="nl-NL"/>
        </w:rPr>
      </w:pPr>
      <w:r w:rsidRPr="0067092B">
        <w:rPr>
          <w:lang w:val="nl-NL"/>
        </w:rPr>
        <w:t>“Onderwijs mij met alleen vragen. Stel 1 vraag per keer. Als ik antwoord, reageer met feedback en de volgende vraag.”</w:t>
      </w:r>
    </w:p>
    <w:p w14:paraId="4319417C" w14:textId="77777777" w:rsidR="0067092B" w:rsidRDefault="0067092B" w:rsidP="0067092B">
      <w:pPr>
        <w:spacing w:before="0" w:after="0" w:line="240" w:lineRule="auto"/>
        <w:rPr>
          <w:b/>
          <w:bCs/>
          <w:lang w:val="nl-NL"/>
        </w:rPr>
      </w:pPr>
    </w:p>
    <w:p w14:paraId="6DEF7C06" w14:textId="77777777" w:rsidR="00E069D0" w:rsidRDefault="00E069D0" w:rsidP="0067092B">
      <w:pPr>
        <w:spacing w:before="0" w:after="0" w:line="240" w:lineRule="auto"/>
        <w:rPr>
          <w:b/>
          <w:bCs/>
          <w:lang w:val="nl-NL"/>
        </w:rPr>
      </w:pPr>
    </w:p>
    <w:p w14:paraId="0335C425" w14:textId="67DDCD48" w:rsidR="0067092B" w:rsidRPr="0067092B" w:rsidRDefault="0067092B" w:rsidP="0067092B">
      <w:pPr>
        <w:spacing w:before="0" w:after="0" w:line="240" w:lineRule="auto"/>
        <w:rPr>
          <w:b/>
          <w:bCs/>
          <w:lang w:val="nl-NL"/>
        </w:rPr>
      </w:pPr>
      <w:r w:rsidRPr="0067092B">
        <w:rPr>
          <w:b/>
          <w:bCs/>
          <w:lang w:val="nl-NL"/>
        </w:rPr>
        <w:lastRenderedPageBreak/>
        <w:t>Stap 5 — Laat AI je toetsen (2–3 minuten)</w:t>
      </w:r>
    </w:p>
    <w:p w14:paraId="40B28114" w14:textId="77777777" w:rsidR="0067092B" w:rsidRPr="0067092B" w:rsidRDefault="0067092B" w:rsidP="0067092B">
      <w:pPr>
        <w:spacing w:before="0" w:after="0" w:line="240" w:lineRule="auto"/>
        <w:rPr>
          <w:lang w:val="nl-NL"/>
        </w:rPr>
      </w:pPr>
      <w:r w:rsidRPr="0067092B">
        <w:rPr>
          <w:b/>
          <w:bCs/>
          <w:lang w:val="nl-NL"/>
        </w:rPr>
        <w:t>Prompt</w:t>
      </w:r>
    </w:p>
    <w:p w14:paraId="1F198ABA" w14:textId="78493693" w:rsidR="0067092B" w:rsidRPr="0067092B" w:rsidRDefault="0067092B" w:rsidP="0067092B">
      <w:pPr>
        <w:spacing w:before="0" w:after="0" w:line="240" w:lineRule="auto"/>
        <w:rPr>
          <w:lang w:val="nl-NL"/>
        </w:rPr>
      </w:pPr>
      <w:r w:rsidRPr="0067092B">
        <w:rPr>
          <w:lang w:val="nl-NL"/>
        </w:rPr>
        <w:t>“Toets mijn begrip van [onderwerp] met 6 vragen: 2 basis, 2 toepassing, 2 kritisch. Geef na mijn antwoorden een score per vraag en 1 verbeterpunt. Markeer wat ik moet verifiëren in primaire bronnen met [CHECK].”</w:t>
      </w:r>
    </w:p>
    <w:p w14:paraId="742904D7" w14:textId="77777777" w:rsidR="0067092B" w:rsidRDefault="0067092B" w:rsidP="0067092B">
      <w:pPr>
        <w:spacing w:before="0" w:after="0" w:line="240" w:lineRule="auto"/>
        <w:rPr>
          <w:b/>
          <w:bCs/>
          <w:lang w:val="nl-NL"/>
        </w:rPr>
      </w:pPr>
    </w:p>
    <w:p w14:paraId="31EBC0D0" w14:textId="3AF21554" w:rsidR="0067092B" w:rsidRPr="0067092B" w:rsidRDefault="0067092B" w:rsidP="0067092B">
      <w:pPr>
        <w:spacing w:before="0" w:after="0" w:line="240" w:lineRule="auto"/>
        <w:rPr>
          <w:b/>
          <w:bCs/>
          <w:lang w:val="nl-NL"/>
        </w:rPr>
      </w:pPr>
      <w:r w:rsidRPr="0067092B">
        <w:rPr>
          <w:b/>
          <w:bCs/>
          <w:lang w:val="nl-NL"/>
        </w:rPr>
        <w:t>Stap 6 — Controle &amp; verificatie (2 minuten)</w:t>
      </w:r>
    </w:p>
    <w:p w14:paraId="3C50AABA" w14:textId="77777777" w:rsidR="0067092B" w:rsidRPr="0067092B" w:rsidRDefault="0067092B" w:rsidP="0067092B">
      <w:pPr>
        <w:spacing w:before="0" w:after="0" w:line="240" w:lineRule="auto"/>
        <w:rPr>
          <w:lang w:val="nl-NL"/>
        </w:rPr>
      </w:pPr>
      <w:r w:rsidRPr="0067092B">
        <w:rPr>
          <w:lang w:val="nl-NL"/>
        </w:rPr>
        <w:t>Omdat AI fouten kan maken: laat AI zelf aangeven wat onzeker is.</w:t>
      </w:r>
    </w:p>
    <w:p w14:paraId="25D948A9" w14:textId="77777777" w:rsidR="0067092B" w:rsidRDefault="0067092B" w:rsidP="0067092B">
      <w:pPr>
        <w:spacing w:before="0" w:after="0" w:line="240" w:lineRule="auto"/>
        <w:rPr>
          <w:b/>
          <w:bCs/>
          <w:lang w:val="nl-NL"/>
        </w:rPr>
      </w:pPr>
    </w:p>
    <w:p w14:paraId="7DB28020" w14:textId="64AB9753" w:rsidR="0067092B" w:rsidRPr="0067092B" w:rsidRDefault="0067092B" w:rsidP="0067092B">
      <w:pPr>
        <w:spacing w:before="0" w:after="0" w:line="240" w:lineRule="auto"/>
        <w:rPr>
          <w:lang w:val="nl-NL"/>
        </w:rPr>
      </w:pPr>
      <w:r w:rsidRPr="0067092B">
        <w:rPr>
          <w:b/>
          <w:bCs/>
          <w:lang w:val="nl-NL"/>
        </w:rPr>
        <w:t>Prompt</w:t>
      </w:r>
    </w:p>
    <w:p w14:paraId="0FBF0681" w14:textId="5F4D9968" w:rsidR="0067092B" w:rsidRPr="0067092B" w:rsidRDefault="0067092B" w:rsidP="0067092B">
      <w:pPr>
        <w:spacing w:before="0" w:after="0" w:line="240" w:lineRule="auto"/>
        <w:rPr>
          <w:lang w:val="nl-NL"/>
        </w:rPr>
      </w:pPr>
      <w:r w:rsidRPr="0067092B">
        <w:rPr>
          <w:lang w:val="nl-NL"/>
        </w:rPr>
        <w:t>“Welke delen van jouw uitleg zijn mogelijk onjuist of afhankelijk van context/actualiteit? Markeer die met [ONZEKER] en geef zoektermen en betrouwbare bronnen waar ik dit kan verifiëren.”</w:t>
      </w:r>
    </w:p>
    <w:p w14:paraId="78110242" w14:textId="77777777" w:rsidR="0067092B" w:rsidRDefault="0067092B" w:rsidP="0067092B">
      <w:pPr>
        <w:spacing w:before="0" w:after="0" w:line="240" w:lineRule="auto"/>
        <w:rPr>
          <w:b/>
          <w:bCs/>
          <w:lang w:val="nl-NL"/>
        </w:rPr>
      </w:pPr>
    </w:p>
    <w:p w14:paraId="264E27B5" w14:textId="77777777" w:rsidR="0067092B" w:rsidRDefault="0067092B" w:rsidP="0067092B">
      <w:pPr>
        <w:spacing w:before="0" w:after="0" w:line="240" w:lineRule="auto"/>
        <w:rPr>
          <w:b/>
          <w:bCs/>
          <w:lang w:val="nl-NL"/>
        </w:rPr>
      </w:pPr>
    </w:p>
    <w:p w14:paraId="2E69494C" w14:textId="3F908514" w:rsidR="0067092B" w:rsidRPr="0067092B" w:rsidRDefault="0067092B" w:rsidP="0067092B">
      <w:pPr>
        <w:spacing w:before="0" w:after="0" w:line="240" w:lineRule="auto"/>
        <w:rPr>
          <w:b/>
          <w:bCs/>
          <w:lang w:val="nl-NL"/>
        </w:rPr>
      </w:pPr>
      <w:r w:rsidRPr="0067092B">
        <w:rPr>
          <w:b/>
          <w:bCs/>
          <w:lang w:val="nl-NL"/>
        </w:rPr>
        <w:t>Mini-checklist: veilig leren met AI</w:t>
      </w:r>
    </w:p>
    <w:p w14:paraId="182DB890" w14:textId="77777777" w:rsidR="0067092B" w:rsidRPr="0067092B" w:rsidRDefault="0067092B" w:rsidP="00974A8A">
      <w:pPr>
        <w:numPr>
          <w:ilvl w:val="0"/>
          <w:numId w:val="76"/>
        </w:numPr>
        <w:spacing w:before="0" w:after="0" w:line="240" w:lineRule="auto"/>
        <w:rPr>
          <w:lang w:val="nl-NL"/>
        </w:rPr>
      </w:pPr>
      <w:r w:rsidRPr="0067092B">
        <w:rPr>
          <w:rFonts w:ascii="Segoe UI Emoji" w:hAnsi="Segoe UI Emoji" w:cs="Segoe UI Emoji"/>
          <w:lang w:val="nl-NL"/>
        </w:rPr>
        <w:t>✅</w:t>
      </w:r>
      <w:r w:rsidRPr="0067092B">
        <w:rPr>
          <w:lang w:val="nl-NL"/>
        </w:rPr>
        <w:t xml:space="preserve"> Gebruik AI voor uitleg, voorbeelden, oefening, structuur.</w:t>
      </w:r>
    </w:p>
    <w:p w14:paraId="2D0E1886" w14:textId="77777777" w:rsidR="0067092B" w:rsidRPr="0067092B" w:rsidRDefault="0067092B" w:rsidP="00974A8A">
      <w:pPr>
        <w:numPr>
          <w:ilvl w:val="0"/>
          <w:numId w:val="76"/>
        </w:numPr>
        <w:spacing w:before="0" w:after="0" w:line="240" w:lineRule="auto"/>
        <w:rPr>
          <w:lang w:val="nl-NL"/>
        </w:rPr>
      </w:pPr>
      <w:r w:rsidRPr="0067092B">
        <w:rPr>
          <w:rFonts w:ascii="Segoe UI Emoji" w:hAnsi="Segoe UI Emoji" w:cs="Segoe UI Emoji"/>
          <w:lang w:val="nl-NL"/>
        </w:rPr>
        <w:t>⚠️</w:t>
      </w:r>
      <w:r w:rsidRPr="0067092B">
        <w:rPr>
          <w:lang w:val="nl-NL"/>
        </w:rPr>
        <w:t xml:space="preserve"> Controleer juridische feitjes, bronnen, actualiteit altijd.</w:t>
      </w:r>
    </w:p>
    <w:p w14:paraId="10CF869A" w14:textId="77777777" w:rsidR="0067092B" w:rsidRPr="0067092B" w:rsidRDefault="0067092B" w:rsidP="00974A8A">
      <w:pPr>
        <w:numPr>
          <w:ilvl w:val="0"/>
          <w:numId w:val="76"/>
        </w:numPr>
        <w:spacing w:before="0" w:after="0" w:line="240" w:lineRule="auto"/>
        <w:rPr>
          <w:lang w:val="nl-NL"/>
        </w:rPr>
      </w:pPr>
      <w:r w:rsidRPr="0067092B">
        <w:rPr>
          <w:rFonts w:ascii="Segoe UI Emoji" w:hAnsi="Segoe UI Emoji" w:cs="Segoe UI Emoji"/>
          <w:lang w:val="nl-NL"/>
        </w:rPr>
        <w:t>❌</w:t>
      </w:r>
      <w:r w:rsidRPr="0067092B">
        <w:rPr>
          <w:lang w:val="nl-NL"/>
        </w:rPr>
        <w:t xml:space="preserve"> Gebruik geen vertrouwelijke casusdetails of persoonsgegevens.</w:t>
      </w:r>
    </w:p>
    <w:p w14:paraId="046B8516" w14:textId="77777777" w:rsidR="0067092B" w:rsidRPr="0067092B" w:rsidRDefault="0067092B" w:rsidP="00974A8A">
      <w:pPr>
        <w:numPr>
          <w:ilvl w:val="0"/>
          <w:numId w:val="76"/>
        </w:numPr>
        <w:spacing w:before="0" w:after="0" w:line="240" w:lineRule="auto"/>
        <w:rPr>
          <w:lang w:val="nl-NL"/>
        </w:rPr>
      </w:pPr>
      <w:r w:rsidRPr="0067092B">
        <w:rPr>
          <w:rFonts w:ascii="Segoe UI Emoji" w:hAnsi="Segoe UI Emoji" w:cs="Segoe UI Emoji"/>
          <w:lang w:val="nl-NL"/>
        </w:rPr>
        <w:t>✅</w:t>
      </w:r>
      <w:r w:rsidRPr="0067092B">
        <w:rPr>
          <w:lang w:val="nl-NL"/>
        </w:rPr>
        <w:t xml:space="preserve"> Vraag om misvattingen en tegenvoorbeelden (dat versnelt leren).</w:t>
      </w:r>
    </w:p>
    <w:p w14:paraId="78BDE1A8" w14:textId="77777777" w:rsidR="0027579F" w:rsidRDefault="0027579F" w:rsidP="0067092B">
      <w:pPr>
        <w:spacing w:before="0" w:after="0" w:line="240" w:lineRule="auto"/>
        <w:rPr>
          <w:lang w:val="nl-NL"/>
        </w:rPr>
      </w:pPr>
    </w:p>
    <w:p w14:paraId="238A03CC" w14:textId="77777777" w:rsidR="00E069D0" w:rsidRDefault="00E069D0">
      <w:pPr>
        <w:rPr>
          <w:caps/>
          <w:spacing w:val="15"/>
          <w:lang w:val="nl-NL"/>
        </w:rPr>
      </w:pPr>
      <w:r>
        <w:rPr>
          <w:lang w:val="nl-NL"/>
        </w:rPr>
        <w:br w:type="page"/>
      </w:r>
    </w:p>
    <w:p w14:paraId="0DAF7C23" w14:textId="1775F6CE" w:rsidR="00783D31" w:rsidRPr="003510CD" w:rsidRDefault="00783D31" w:rsidP="00783D31">
      <w:pPr>
        <w:pStyle w:val="Kop2"/>
        <w:spacing w:before="0" w:line="240" w:lineRule="auto"/>
        <w:rPr>
          <w:lang w:val="nl-NL"/>
        </w:rPr>
      </w:pPr>
      <w:r>
        <w:rPr>
          <w:lang w:val="nl-NL"/>
        </w:rPr>
        <w:lastRenderedPageBreak/>
        <w:t>Voorbeelden voor onderwijsondersteuning</w:t>
      </w:r>
    </w:p>
    <w:p w14:paraId="5B357B19" w14:textId="0796F54C" w:rsidR="00D97C74" w:rsidRDefault="00D97C74" w:rsidP="00D97C74">
      <w:pPr>
        <w:spacing w:before="0" w:after="0" w:line="240" w:lineRule="auto"/>
        <w:rPr>
          <w:b/>
          <w:bCs/>
          <w:lang w:val="nl-NL"/>
        </w:rPr>
      </w:pPr>
      <w:r w:rsidRPr="00D97C74">
        <w:rPr>
          <w:b/>
          <w:bCs/>
          <w:lang w:val="nl-NL"/>
        </w:rPr>
        <w:t xml:space="preserve">5 voorbeelden voor onderwijsondersteuning </w:t>
      </w:r>
    </w:p>
    <w:p w14:paraId="04F4A2BB" w14:textId="77777777" w:rsidR="00D97C74" w:rsidRPr="00D97C74" w:rsidRDefault="00D97C74" w:rsidP="00D97C74">
      <w:pPr>
        <w:spacing w:before="0" w:after="0" w:line="240" w:lineRule="auto"/>
        <w:rPr>
          <w:b/>
          <w:bCs/>
          <w:lang w:val="nl-NL"/>
        </w:rPr>
      </w:pPr>
    </w:p>
    <w:p w14:paraId="2DC05137" w14:textId="77777777" w:rsidR="00D97C74" w:rsidRPr="00D97C74" w:rsidRDefault="00D97C74" w:rsidP="00974A8A">
      <w:pPr>
        <w:numPr>
          <w:ilvl w:val="0"/>
          <w:numId w:val="77"/>
        </w:numPr>
        <w:spacing w:before="0" w:after="0" w:line="240" w:lineRule="auto"/>
        <w:rPr>
          <w:lang w:val="nl-NL"/>
        </w:rPr>
      </w:pPr>
      <w:r w:rsidRPr="00D97C74">
        <w:rPr>
          <w:b/>
          <w:bCs/>
          <w:lang w:val="nl-NL"/>
        </w:rPr>
        <w:t>Een efficiëntere agenda- en vergaderstructuur</w:t>
      </w:r>
    </w:p>
    <w:p w14:paraId="45F86A5F" w14:textId="77777777" w:rsidR="00D97C74" w:rsidRPr="00D97C74" w:rsidRDefault="00D97C74" w:rsidP="00974A8A">
      <w:pPr>
        <w:numPr>
          <w:ilvl w:val="0"/>
          <w:numId w:val="78"/>
        </w:numPr>
        <w:spacing w:before="0" w:after="0" w:line="240" w:lineRule="auto"/>
        <w:rPr>
          <w:lang w:val="nl-NL"/>
        </w:rPr>
      </w:pPr>
      <w:r w:rsidRPr="00D97C74">
        <w:rPr>
          <w:lang w:val="nl-NL"/>
        </w:rPr>
        <w:t>Leerdoel: kortere, duidelijkere overleggen met acties.</w:t>
      </w:r>
    </w:p>
    <w:p w14:paraId="66158B9C" w14:textId="77777777" w:rsidR="00D97C74" w:rsidRDefault="00D97C74" w:rsidP="00974A8A">
      <w:pPr>
        <w:numPr>
          <w:ilvl w:val="0"/>
          <w:numId w:val="78"/>
        </w:numPr>
        <w:spacing w:before="0" w:after="0" w:line="240" w:lineRule="auto"/>
        <w:rPr>
          <w:lang w:val="nl-NL"/>
        </w:rPr>
      </w:pPr>
      <w:r w:rsidRPr="00D97C74">
        <w:rPr>
          <w:lang w:val="nl-NL"/>
        </w:rPr>
        <w:t>Mini-prompt:</w:t>
      </w:r>
      <w:r w:rsidRPr="00D97C74">
        <w:rPr>
          <w:lang w:val="nl-NL"/>
        </w:rPr>
        <w:br/>
        <w:t>“Help me onze teamvergadering beter inrichten. Stel 3 vragen over doel, deelnemers en tijd. Maak daarna een agenda van 45 minuten met tijdvakken, besluitpunten en actiehouders.”</w:t>
      </w:r>
    </w:p>
    <w:p w14:paraId="6216744C" w14:textId="77777777" w:rsidR="00D97C74" w:rsidRPr="00D97C74" w:rsidRDefault="00D97C74" w:rsidP="00974A8A">
      <w:pPr>
        <w:numPr>
          <w:ilvl w:val="0"/>
          <w:numId w:val="78"/>
        </w:numPr>
        <w:spacing w:before="0" w:after="0" w:line="240" w:lineRule="auto"/>
        <w:rPr>
          <w:lang w:val="nl-NL"/>
        </w:rPr>
      </w:pPr>
    </w:p>
    <w:p w14:paraId="6399DC5A" w14:textId="77777777" w:rsidR="00D97C74" w:rsidRPr="00D97C74" w:rsidRDefault="00D97C74" w:rsidP="00974A8A">
      <w:pPr>
        <w:numPr>
          <w:ilvl w:val="0"/>
          <w:numId w:val="79"/>
        </w:numPr>
        <w:spacing w:before="0" w:after="0" w:line="240" w:lineRule="auto"/>
        <w:rPr>
          <w:lang w:val="nl-NL"/>
        </w:rPr>
      </w:pPr>
      <w:r w:rsidRPr="00D97C74">
        <w:rPr>
          <w:b/>
          <w:bCs/>
          <w:lang w:val="nl-NL"/>
        </w:rPr>
        <w:t>Heldere, vriendelijke e-mails schrijven (ook bij lastige boodschappen)</w:t>
      </w:r>
    </w:p>
    <w:p w14:paraId="20A74C21" w14:textId="77777777" w:rsidR="00D97C74" w:rsidRPr="00D97C74" w:rsidRDefault="00D97C74" w:rsidP="00974A8A">
      <w:pPr>
        <w:numPr>
          <w:ilvl w:val="0"/>
          <w:numId w:val="80"/>
        </w:numPr>
        <w:spacing w:before="0" w:after="0" w:line="240" w:lineRule="auto"/>
        <w:rPr>
          <w:lang w:val="nl-NL"/>
        </w:rPr>
      </w:pPr>
      <w:r w:rsidRPr="00D97C74">
        <w:rPr>
          <w:lang w:val="nl-NL"/>
        </w:rPr>
        <w:t>Leerdoel: sneller communiceren met consistente toon.</w:t>
      </w:r>
    </w:p>
    <w:p w14:paraId="4D2042E3" w14:textId="77777777" w:rsidR="00D97C74" w:rsidRDefault="00D97C74" w:rsidP="00974A8A">
      <w:pPr>
        <w:numPr>
          <w:ilvl w:val="0"/>
          <w:numId w:val="80"/>
        </w:numPr>
        <w:spacing w:before="0" w:after="0" w:line="240" w:lineRule="auto"/>
        <w:rPr>
          <w:lang w:val="nl-NL"/>
        </w:rPr>
      </w:pPr>
      <w:r w:rsidRPr="00D97C74">
        <w:rPr>
          <w:lang w:val="nl-NL"/>
        </w:rPr>
        <w:t>Mini-prompt:</w:t>
      </w:r>
      <w:r w:rsidRPr="00D97C74">
        <w:rPr>
          <w:lang w:val="nl-NL"/>
        </w:rPr>
        <w:br/>
        <w:t xml:space="preserve">“Schrijf 3 versies van deze e-mail: (1) heel kort, (2) vriendelijk en </w:t>
      </w:r>
      <w:proofErr w:type="spellStart"/>
      <w:r w:rsidRPr="00D97C74">
        <w:rPr>
          <w:lang w:val="nl-NL"/>
        </w:rPr>
        <w:t>uitleggevend</w:t>
      </w:r>
      <w:proofErr w:type="spellEnd"/>
      <w:r w:rsidRPr="00D97C74">
        <w:rPr>
          <w:lang w:val="nl-NL"/>
        </w:rPr>
        <w:t>, (3) formeel. Doelgroep: studenten/collega’s. Houd het bij 120 woorden.”</w:t>
      </w:r>
    </w:p>
    <w:p w14:paraId="67839AB5" w14:textId="77777777" w:rsidR="00D97C74" w:rsidRPr="00D97C74" w:rsidRDefault="00D97C74" w:rsidP="00D97C74">
      <w:pPr>
        <w:spacing w:before="0" w:after="0" w:line="240" w:lineRule="auto"/>
        <w:ind w:left="720"/>
        <w:rPr>
          <w:lang w:val="nl-NL"/>
        </w:rPr>
      </w:pPr>
    </w:p>
    <w:p w14:paraId="69B2E171" w14:textId="77777777" w:rsidR="00D97C74" w:rsidRPr="00D97C74" w:rsidRDefault="00D97C74" w:rsidP="00974A8A">
      <w:pPr>
        <w:numPr>
          <w:ilvl w:val="0"/>
          <w:numId w:val="81"/>
        </w:numPr>
        <w:spacing w:before="0" w:after="0" w:line="240" w:lineRule="auto"/>
        <w:rPr>
          <w:lang w:val="nl-NL"/>
        </w:rPr>
      </w:pPr>
      <w:r w:rsidRPr="00D97C74">
        <w:rPr>
          <w:b/>
          <w:bCs/>
          <w:lang w:val="nl-NL"/>
        </w:rPr>
        <w:t>Procesbeschrijvingen en werkinstructies maken</w:t>
      </w:r>
    </w:p>
    <w:p w14:paraId="0E7FAA3C" w14:textId="77777777" w:rsidR="00D97C74" w:rsidRPr="00D97C74" w:rsidRDefault="00D97C74" w:rsidP="00974A8A">
      <w:pPr>
        <w:numPr>
          <w:ilvl w:val="0"/>
          <w:numId w:val="82"/>
        </w:numPr>
        <w:spacing w:before="0" w:after="0" w:line="240" w:lineRule="auto"/>
        <w:rPr>
          <w:lang w:val="nl-NL"/>
        </w:rPr>
      </w:pPr>
      <w:r w:rsidRPr="00D97C74">
        <w:rPr>
          <w:lang w:val="nl-NL"/>
        </w:rPr>
        <w:t>Leerdoel: van ‘zo doen we dat altijd’ naar een duidelijke handleiding.</w:t>
      </w:r>
    </w:p>
    <w:p w14:paraId="52B26EC7" w14:textId="77777777" w:rsidR="00D97C74" w:rsidRDefault="00D97C74" w:rsidP="00974A8A">
      <w:pPr>
        <w:numPr>
          <w:ilvl w:val="0"/>
          <w:numId w:val="82"/>
        </w:numPr>
        <w:spacing w:before="0" w:after="0" w:line="240" w:lineRule="auto"/>
        <w:rPr>
          <w:lang w:val="nl-NL"/>
        </w:rPr>
      </w:pPr>
      <w:r w:rsidRPr="00D97C74">
        <w:rPr>
          <w:lang w:val="nl-NL"/>
        </w:rPr>
        <w:t>Mini-prompt:</w:t>
      </w:r>
      <w:r w:rsidRPr="00D97C74">
        <w:rPr>
          <w:lang w:val="nl-NL"/>
        </w:rPr>
        <w:br/>
        <w:t xml:space="preserve">“Ik beschrijf een proces in rommelige </w:t>
      </w:r>
      <w:proofErr w:type="spellStart"/>
      <w:r w:rsidRPr="00D97C74">
        <w:rPr>
          <w:lang w:val="nl-NL"/>
        </w:rPr>
        <w:t>bullets</w:t>
      </w:r>
      <w:proofErr w:type="spellEnd"/>
      <w:r w:rsidRPr="00D97C74">
        <w:rPr>
          <w:lang w:val="nl-NL"/>
        </w:rPr>
        <w:t>. Zet dit om in een stappenplan met: doel, scope, stappen, uitzonderingen, en checklist. Stel vragen als info ontbreekt.”</w:t>
      </w:r>
    </w:p>
    <w:p w14:paraId="41C97CA9" w14:textId="77777777" w:rsidR="00D97C74" w:rsidRPr="00D97C74" w:rsidRDefault="00D97C74" w:rsidP="00D97C74">
      <w:pPr>
        <w:spacing w:before="0" w:after="0" w:line="240" w:lineRule="auto"/>
        <w:ind w:left="720"/>
        <w:rPr>
          <w:lang w:val="nl-NL"/>
        </w:rPr>
      </w:pPr>
    </w:p>
    <w:p w14:paraId="22509DDD" w14:textId="77777777" w:rsidR="00D97C74" w:rsidRPr="00D97C74" w:rsidRDefault="00D97C74" w:rsidP="00974A8A">
      <w:pPr>
        <w:numPr>
          <w:ilvl w:val="0"/>
          <w:numId w:val="83"/>
        </w:numPr>
        <w:spacing w:before="0" w:after="0" w:line="240" w:lineRule="auto"/>
        <w:rPr>
          <w:lang w:val="nl-NL"/>
        </w:rPr>
      </w:pPr>
      <w:r w:rsidRPr="00D97C74">
        <w:rPr>
          <w:b/>
          <w:bCs/>
          <w:lang w:val="nl-NL"/>
        </w:rPr>
        <w:t>Excel/Sheets slimmer gebruiken</w:t>
      </w:r>
    </w:p>
    <w:p w14:paraId="09C4EB66" w14:textId="77777777" w:rsidR="00D97C74" w:rsidRPr="00D97C74" w:rsidRDefault="00D97C74" w:rsidP="00974A8A">
      <w:pPr>
        <w:numPr>
          <w:ilvl w:val="0"/>
          <w:numId w:val="84"/>
        </w:numPr>
        <w:spacing w:before="0" w:after="0" w:line="240" w:lineRule="auto"/>
        <w:rPr>
          <w:lang w:val="nl-NL"/>
        </w:rPr>
      </w:pPr>
      <w:r w:rsidRPr="00D97C74">
        <w:rPr>
          <w:lang w:val="nl-NL"/>
        </w:rPr>
        <w:t>Leerdoel: formules, draaitabellen, opschonen van data.</w:t>
      </w:r>
    </w:p>
    <w:p w14:paraId="62875FCD" w14:textId="77777777" w:rsidR="00D97C74" w:rsidRDefault="00D97C74" w:rsidP="00974A8A">
      <w:pPr>
        <w:numPr>
          <w:ilvl w:val="0"/>
          <w:numId w:val="84"/>
        </w:numPr>
        <w:spacing w:before="0" w:after="0" w:line="240" w:lineRule="auto"/>
        <w:rPr>
          <w:lang w:val="nl-NL"/>
        </w:rPr>
      </w:pPr>
      <w:r w:rsidRPr="00D97C74">
        <w:rPr>
          <w:lang w:val="nl-NL"/>
        </w:rPr>
        <w:t>Mini-prompt:</w:t>
      </w:r>
      <w:r w:rsidRPr="00D97C74">
        <w:rPr>
          <w:lang w:val="nl-NL"/>
        </w:rPr>
        <w:br/>
        <w:t>“Ik wil leren hoe ik [X] in Excel doe (bijv. draaitabel). Leg het uit in 6 stappen en geef een oefenopdracht met voorbeelddata. Daarna 5 controlevragen om te checken of ik het snap.”</w:t>
      </w:r>
    </w:p>
    <w:p w14:paraId="0D2A1270" w14:textId="77777777" w:rsidR="00D97C74" w:rsidRPr="00D97C74" w:rsidRDefault="00D97C74" w:rsidP="00D97C74">
      <w:pPr>
        <w:spacing w:before="0" w:after="0" w:line="240" w:lineRule="auto"/>
        <w:ind w:left="720"/>
        <w:rPr>
          <w:lang w:val="nl-NL"/>
        </w:rPr>
      </w:pPr>
    </w:p>
    <w:p w14:paraId="7E731AB4" w14:textId="63422B90" w:rsidR="00D97C74" w:rsidRPr="00D97C74" w:rsidRDefault="00ED191C" w:rsidP="00974A8A">
      <w:pPr>
        <w:numPr>
          <w:ilvl w:val="0"/>
          <w:numId w:val="85"/>
        </w:numPr>
        <w:spacing w:before="0" w:after="0" w:line="240" w:lineRule="auto"/>
        <w:rPr>
          <w:lang w:val="nl-NL"/>
        </w:rPr>
      </w:pPr>
      <w:r>
        <w:rPr>
          <w:b/>
          <w:bCs/>
          <w:lang w:val="nl-NL"/>
        </w:rPr>
        <w:t xml:space="preserve">Expert worden in een bepaalde tool </w:t>
      </w:r>
      <w:r w:rsidR="008C25AB">
        <w:rPr>
          <w:b/>
          <w:bCs/>
          <w:lang w:val="nl-NL"/>
        </w:rPr>
        <w:t>(</w:t>
      </w:r>
      <w:proofErr w:type="spellStart"/>
      <w:r w:rsidR="008C25AB">
        <w:rPr>
          <w:b/>
          <w:bCs/>
          <w:lang w:val="nl-NL"/>
        </w:rPr>
        <w:t>Ecxel</w:t>
      </w:r>
      <w:proofErr w:type="spellEnd"/>
      <w:r w:rsidR="008C25AB">
        <w:rPr>
          <w:b/>
          <w:bCs/>
          <w:lang w:val="nl-NL"/>
        </w:rPr>
        <w:t xml:space="preserve">, </w:t>
      </w:r>
      <w:proofErr w:type="spellStart"/>
      <w:r w:rsidR="008C25AB">
        <w:rPr>
          <w:b/>
          <w:bCs/>
          <w:lang w:val="nl-NL"/>
        </w:rPr>
        <w:t>Brightspace</w:t>
      </w:r>
      <w:proofErr w:type="spellEnd"/>
      <w:r w:rsidR="008C25AB">
        <w:rPr>
          <w:b/>
          <w:bCs/>
          <w:lang w:val="nl-NL"/>
        </w:rPr>
        <w:t xml:space="preserve">, </w:t>
      </w:r>
      <w:proofErr w:type="spellStart"/>
      <w:r w:rsidR="008C25AB">
        <w:rPr>
          <w:b/>
          <w:bCs/>
          <w:lang w:val="nl-NL"/>
        </w:rPr>
        <w:t>Remindo</w:t>
      </w:r>
      <w:proofErr w:type="spellEnd"/>
      <w:r w:rsidR="008C25AB">
        <w:rPr>
          <w:b/>
          <w:bCs/>
          <w:lang w:val="nl-NL"/>
        </w:rPr>
        <w:t>, Osiris)</w:t>
      </w:r>
      <w:r>
        <w:rPr>
          <w:b/>
          <w:bCs/>
          <w:lang w:val="nl-NL"/>
        </w:rPr>
        <w:t xml:space="preserve"> </w:t>
      </w:r>
    </w:p>
    <w:p w14:paraId="20D4666D" w14:textId="3BA92F85" w:rsidR="00D97C74" w:rsidRPr="00D97C74" w:rsidRDefault="00D97C74" w:rsidP="00974A8A">
      <w:pPr>
        <w:numPr>
          <w:ilvl w:val="0"/>
          <w:numId w:val="86"/>
        </w:numPr>
        <w:spacing w:before="0" w:after="0" w:line="240" w:lineRule="auto"/>
        <w:rPr>
          <w:lang w:val="nl-NL"/>
        </w:rPr>
      </w:pPr>
      <w:r w:rsidRPr="00D97C74">
        <w:rPr>
          <w:lang w:val="nl-NL"/>
        </w:rPr>
        <w:t xml:space="preserve">Leerdoel: </w:t>
      </w:r>
      <w:r w:rsidR="00ED191C">
        <w:rPr>
          <w:lang w:val="nl-NL"/>
        </w:rPr>
        <w:t>beter of zelfs expert worden in een bepaalde tool</w:t>
      </w:r>
      <w:r w:rsidRPr="00D97C74">
        <w:rPr>
          <w:lang w:val="nl-NL"/>
        </w:rPr>
        <w:t>.</w:t>
      </w:r>
    </w:p>
    <w:p w14:paraId="41DB5C88" w14:textId="691A72FB" w:rsidR="0019316A" w:rsidRDefault="00D97C74" w:rsidP="00974A8A">
      <w:pPr>
        <w:numPr>
          <w:ilvl w:val="0"/>
          <w:numId w:val="86"/>
        </w:numPr>
        <w:spacing w:before="0" w:after="0" w:line="240" w:lineRule="auto"/>
        <w:rPr>
          <w:lang w:val="nl-NL"/>
        </w:rPr>
      </w:pPr>
      <w:r w:rsidRPr="00D97C74">
        <w:rPr>
          <w:lang w:val="nl-NL"/>
        </w:rPr>
        <w:t>Mini-prompt:</w:t>
      </w:r>
      <w:r w:rsidRPr="00D97C74">
        <w:rPr>
          <w:lang w:val="nl-NL"/>
        </w:rPr>
        <w:br/>
        <w:t xml:space="preserve">“Ik </w:t>
      </w:r>
      <w:r w:rsidR="008C25AB">
        <w:rPr>
          <w:lang w:val="nl-NL"/>
        </w:rPr>
        <w:t xml:space="preserve">werk dagelijks met </w:t>
      </w:r>
      <w:r w:rsidRPr="00D97C74">
        <w:rPr>
          <w:lang w:val="nl-NL"/>
        </w:rPr>
        <w:t>[</w:t>
      </w:r>
      <w:r w:rsidR="008C25AB">
        <w:rPr>
          <w:lang w:val="nl-NL"/>
        </w:rPr>
        <w:t>voer tool in</w:t>
      </w:r>
      <w:r w:rsidRPr="00D97C74">
        <w:rPr>
          <w:lang w:val="nl-NL"/>
        </w:rPr>
        <w:t xml:space="preserve">]. </w:t>
      </w:r>
      <w:r w:rsidR="008C25AB">
        <w:rPr>
          <w:lang w:val="nl-NL"/>
        </w:rPr>
        <w:t xml:space="preserve">Maak een </w:t>
      </w:r>
      <w:r w:rsidR="00AC1D2F">
        <w:rPr>
          <w:lang w:val="nl-NL"/>
        </w:rPr>
        <w:t>opleidingsprogramma met interactieve opdrachten waarmee ik expert wordt in het gebruik van dit programma.</w:t>
      </w:r>
    </w:p>
    <w:p w14:paraId="2DF7E0D4" w14:textId="77777777" w:rsidR="0019316A" w:rsidRDefault="0019316A">
      <w:pPr>
        <w:rPr>
          <w:lang w:val="nl-NL"/>
        </w:rPr>
      </w:pPr>
      <w:r>
        <w:rPr>
          <w:lang w:val="nl-NL"/>
        </w:rPr>
        <w:br w:type="page"/>
      </w:r>
    </w:p>
    <w:p w14:paraId="177995DD" w14:textId="30F30DE7" w:rsidR="0019316A" w:rsidRPr="003510CD" w:rsidRDefault="0019316A" w:rsidP="0019316A">
      <w:pPr>
        <w:pStyle w:val="Kop2"/>
        <w:spacing w:before="0" w:line="240" w:lineRule="auto"/>
        <w:rPr>
          <w:lang w:val="nl-NL"/>
        </w:rPr>
      </w:pPr>
      <w:r>
        <w:rPr>
          <w:lang w:val="nl-NL"/>
        </w:rPr>
        <w:lastRenderedPageBreak/>
        <w:t xml:space="preserve">algemene Voorbeelden </w:t>
      </w:r>
    </w:p>
    <w:p w14:paraId="143FABBC" w14:textId="77777777" w:rsidR="009E28D0" w:rsidRPr="009E28D0" w:rsidRDefault="009E28D0" w:rsidP="00974A8A">
      <w:pPr>
        <w:numPr>
          <w:ilvl w:val="0"/>
          <w:numId w:val="87"/>
        </w:numPr>
        <w:spacing w:before="0" w:after="0" w:line="240" w:lineRule="auto"/>
        <w:ind w:left="714" w:hanging="357"/>
        <w:rPr>
          <w:lang w:val="nl-NL"/>
        </w:rPr>
      </w:pPr>
      <w:r w:rsidRPr="009E28D0">
        <w:rPr>
          <w:b/>
          <w:bCs/>
          <w:lang w:val="nl-NL"/>
        </w:rPr>
        <w:t>Koken: een nieuwe keuken leren (bijv. Indiaas of Japans)</w:t>
      </w:r>
    </w:p>
    <w:p w14:paraId="69AC01C4" w14:textId="77777777" w:rsidR="009E28D0" w:rsidRDefault="009E28D0" w:rsidP="00974A8A">
      <w:pPr>
        <w:numPr>
          <w:ilvl w:val="0"/>
          <w:numId w:val="88"/>
        </w:numPr>
        <w:spacing w:before="0" w:after="0" w:line="240" w:lineRule="auto"/>
        <w:ind w:left="714" w:hanging="357"/>
        <w:rPr>
          <w:lang w:val="nl-NL"/>
        </w:rPr>
      </w:pPr>
      <w:r w:rsidRPr="009E28D0">
        <w:rPr>
          <w:lang w:val="nl-NL"/>
        </w:rPr>
        <w:t>Mini-prompt:</w:t>
      </w:r>
      <w:r w:rsidRPr="009E28D0">
        <w:rPr>
          <w:lang w:val="nl-NL"/>
        </w:rPr>
        <w:br/>
        <w:t xml:space="preserve">“Ik wil in 2 weken de basis leren van [keuken]. Maak een </w:t>
      </w:r>
      <w:proofErr w:type="spellStart"/>
      <w:r w:rsidRPr="009E28D0">
        <w:rPr>
          <w:lang w:val="nl-NL"/>
        </w:rPr>
        <w:t>leerpad</w:t>
      </w:r>
      <w:proofErr w:type="spellEnd"/>
      <w:r w:rsidRPr="009E28D0">
        <w:rPr>
          <w:lang w:val="nl-NL"/>
        </w:rPr>
        <w:t xml:space="preserve"> met 5 kerntechnieken, 10 ingrediënten, en 5 recepten in oplopende moeilijkheid. Geef per recept 3 veelgemaakte fouten.”</w:t>
      </w:r>
    </w:p>
    <w:p w14:paraId="1A37CEA0" w14:textId="77777777" w:rsidR="009E28D0" w:rsidRPr="009E28D0" w:rsidRDefault="009E28D0" w:rsidP="009E28D0">
      <w:pPr>
        <w:spacing w:before="0" w:after="0" w:line="240" w:lineRule="auto"/>
        <w:ind w:left="714"/>
        <w:rPr>
          <w:lang w:val="nl-NL"/>
        </w:rPr>
      </w:pPr>
    </w:p>
    <w:p w14:paraId="06CCBE6F" w14:textId="77777777" w:rsidR="009E28D0" w:rsidRPr="009E28D0" w:rsidRDefault="009E28D0" w:rsidP="00974A8A">
      <w:pPr>
        <w:numPr>
          <w:ilvl w:val="0"/>
          <w:numId w:val="89"/>
        </w:numPr>
        <w:spacing w:before="0" w:after="0" w:line="240" w:lineRule="auto"/>
        <w:ind w:left="714" w:hanging="357"/>
        <w:rPr>
          <w:lang w:val="nl-NL"/>
        </w:rPr>
      </w:pPr>
      <w:r w:rsidRPr="009E28D0">
        <w:rPr>
          <w:b/>
          <w:bCs/>
          <w:lang w:val="nl-NL"/>
        </w:rPr>
        <w:t>Reizen: basiszinnen in een nieuwe taal (voor een vakantie)</w:t>
      </w:r>
    </w:p>
    <w:p w14:paraId="77B24FF5" w14:textId="77777777" w:rsidR="009E28D0" w:rsidRDefault="009E28D0" w:rsidP="00974A8A">
      <w:pPr>
        <w:numPr>
          <w:ilvl w:val="0"/>
          <w:numId w:val="90"/>
        </w:numPr>
        <w:spacing w:before="0" w:after="0" w:line="240" w:lineRule="auto"/>
        <w:ind w:left="714" w:hanging="357"/>
        <w:rPr>
          <w:lang w:val="nl-NL"/>
        </w:rPr>
      </w:pPr>
      <w:r w:rsidRPr="009E28D0">
        <w:rPr>
          <w:lang w:val="nl-NL"/>
        </w:rPr>
        <w:t>Mini-prompt:</w:t>
      </w:r>
      <w:r w:rsidRPr="009E28D0">
        <w:rPr>
          <w:lang w:val="nl-NL"/>
        </w:rPr>
        <w:br/>
        <w:t>“Ik ga naar [land] en wil in 30 minuten per dag basiszinnen leren. Maak een 7-daags plan met uitspraak, 20 zinnen per dag, mini-dialogen en een quiz.”</w:t>
      </w:r>
    </w:p>
    <w:p w14:paraId="662AC42C" w14:textId="77777777" w:rsidR="009E28D0" w:rsidRPr="009E28D0" w:rsidRDefault="009E28D0" w:rsidP="009E28D0">
      <w:pPr>
        <w:spacing w:before="0" w:after="0" w:line="240" w:lineRule="auto"/>
        <w:ind w:left="714"/>
        <w:rPr>
          <w:lang w:val="nl-NL"/>
        </w:rPr>
      </w:pPr>
    </w:p>
    <w:p w14:paraId="0EB26D95" w14:textId="77777777" w:rsidR="009E28D0" w:rsidRPr="009E28D0" w:rsidRDefault="009E28D0" w:rsidP="00974A8A">
      <w:pPr>
        <w:numPr>
          <w:ilvl w:val="0"/>
          <w:numId w:val="91"/>
        </w:numPr>
        <w:spacing w:before="0" w:after="0" w:line="240" w:lineRule="auto"/>
        <w:ind w:left="714" w:hanging="357"/>
        <w:rPr>
          <w:lang w:val="nl-NL"/>
        </w:rPr>
      </w:pPr>
      <w:r w:rsidRPr="009E28D0">
        <w:rPr>
          <w:b/>
          <w:bCs/>
          <w:lang w:val="nl-NL"/>
        </w:rPr>
        <w:t>Sport/gezondheid: een trainingsroutine opbouwen (bijv. hardlopen of kracht)</w:t>
      </w:r>
    </w:p>
    <w:p w14:paraId="6E229F1B" w14:textId="77777777" w:rsidR="009E28D0" w:rsidRDefault="009E28D0" w:rsidP="00974A8A">
      <w:pPr>
        <w:numPr>
          <w:ilvl w:val="0"/>
          <w:numId w:val="92"/>
        </w:numPr>
        <w:spacing w:before="0" w:after="0" w:line="240" w:lineRule="auto"/>
        <w:ind w:left="714" w:hanging="357"/>
        <w:rPr>
          <w:lang w:val="nl-NL"/>
        </w:rPr>
      </w:pPr>
      <w:r w:rsidRPr="009E28D0">
        <w:rPr>
          <w:lang w:val="nl-NL"/>
        </w:rPr>
        <w:t>Mini-prompt:</w:t>
      </w:r>
      <w:r w:rsidRPr="009E28D0">
        <w:rPr>
          <w:lang w:val="nl-NL"/>
        </w:rPr>
        <w:br/>
        <w:t>“Ik wil beginnen met [hardlopen/kracht]. Maak een 4-weken schema passend bij een beginner. Voeg warming-up, rustdagen en voortgangscheck toe. Stel eerst 5 vragen over mijn niveau en beschikbare tijd.”</w:t>
      </w:r>
    </w:p>
    <w:p w14:paraId="5E3B53EE" w14:textId="77777777" w:rsidR="009E28D0" w:rsidRPr="009E28D0" w:rsidRDefault="009E28D0" w:rsidP="009E28D0">
      <w:pPr>
        <w:spacing w:before="0" w:after="0" w:line="240" w:lineRule="auto"/>
        <w:ind w:left="714"/>
        <w:rPr>
          <w:lang w:val="nl-NL"/>
        </w:rPr>
      </w:pPr>
    </w:p>
    <w:p w14:paraId="413EAE91" w14:textId="77777777" w:rsidR="009E28D0" w:rsidRPr="009E28D0" w:rsidRDefault="009E28D0" w:rsidP="00974A8A">
      <w:pPr>
        <w:numPr>
          <w:ilvl w:val="0"/>
          <w:numId w:val="93"/>
        </w:numPr>
        <w:spacing w:before="0" w:after="0" w:line="240" w:lineRule="auto"/>
        <w:ind w:left="714" w:hanging="357"/>
        <w:rPr>
          <w:lang w:val="nl-NL"/>
        </w:rPr>
      </w:pPr>
      <w:r w:rsidRPr="009E28D0">
        <w:rPr>
          <w:b/>
          <w:bCs/>
          <w:lang w:val="nl-NL"/>
        </w:rPr>
        <w:t>Creatief: tekenen/illustreren leren</w:t>
      </w:r>
    </w:p>
    <w:p w14:paraId="1CBBCFEA" w14:textId="77777777" w:rsidR="009E28D0" w:rsidRDefault="009E28D0" w:rsidP="00974A8A">
      <w:pPr>
        <w:numPr>
          <w:ilvl w:val="0"/>
          <w:numId w:val="94"/>
        </w:numPr>
        <w:spacing w:before="0" w:after="0" w:line="240" w:lineRule="auto"/>
        <w:ind w:left="714" w:hanging="357"/>
        <w:rPr>
          <w:lang w:val="nl-NL"/>
        </w:rPr>
      </w:pPr>
      <w:r w:rsidRPr="009E28D0">
        <w:rPr>
          <w:lang w:val="nl-NL"/>
        </w:rPr>
        <w:t>Mini-prompt:</w:t>
      </w:r>
      <w:r w:rsidRPr="009E28D0">
        <w:rPr>
          <w:lang w:val="nl-NL"/>
        </w:rPr>
        <w:br/>
        <w:t>“Leer mij tekenen van [onderwerp]. Geef 5 basisoefeningen, 3 technieken en een 14-daags oefenschema. Laat me elke dag een opdracht doen en beoordeel met 3 concrete verbeterpunten.”</w:t>
      </w:r>
    </w:p>
    <w:p w14:paraId="66CC47E4" w14:textId="77777777" w:rsidR="009E28D0" w:rsidRPr="009E28D0" w:rsidRDefault="009E28D0" w:rsidP="009E28D0">
      <w:pPr>
        <w:spacing w:before="0" w:after="0" w:line="240" w:lineRule="auto"/>
        <w:ind w:left="714"/>
        <w:rPr>
          <w:lang w:val="nl-NL"/>
        </w:rPr>
      </w:pPr>
    </w:p>
    <w:p w14:paraId="6C23F250" w14:textId="77777777" w:rsidR="009E28D0" w:rsidRPr="009E28D0" w:rsidRDefault="009E28D0" w:rsidP="00974A8A">
      <w:pPr>
        <w:numPr>
          <w:ilvl w:val="0"/>
          <w:numId w:val="95"/>
        </w:numPr>
        <w:spacing w:before="0" w:after="0" w:line="240" w:lineRule="auto"/>
        <w:ind w:left="714" w:hanging="357"/>
        <w:rPr>
          <w:lang w:val="nl-NL"/>
        </w:rPr>
      </w:pPr>
      <w:r w:rsidRPr="009E28D0">
        <w:rPr>
          <w:b/>
          <w:bCs/>
          <w:lang w:val="nl-NL"/>
        </w:rPr>
        <w:t>Praktisch: klussen/DIY (bijv. een muur schilderen of een plank ophangen)</w:t>
      </w:r>
    </w:p>
    <w:p w14:paraId="39452011" w14:textId="4A65420E" w:rsidR="009E28D0" w:rsidRDefault="009E28D0" w:rsidP="00974A8A">
      <w:pPr>
        <w:numPr>
          <w:ilvl w:val="0"/>
          <w:numId w:val="96"/>
        </w:numPr>
        <w:spacing w:before="0" w:after="0" w:line="240" w:lineRule="auto"/>
        <w:ind w:left="714" w:hanging="357"/>
        <w:rPr>
          <w:lang w:val="nl-NL"/>
        </w:rPr>
      </w:pPr>
      <w:r w:rsidRPr="009E28D0">
        <w:rPr>
          <w:lang w:val="nl-NL"/>
        </w:rPr>
        <w:t>Mini-prompt:</w:t>
      </w:r>
      <w:r w:rsidRPr="009E28D0">
        <w:rPr>
          <w:lang w:val="nl-NL"/>
        </w:rPr>
        <w:br/>
        <w:t>“Ik wil [klus] leren. Geef een stappenplan met materialenlijst, veiligheidschecks, veelgemaakte fouten en een ‘</w:t>
      </w:r>
      <w:proofErr w:type="spellStart"/>
      <w:r w:rsidRPr="009E28D0">
        <w:rPr>
          <w:lang w:val="nl-NL"/>
        </w:rPr>
        <w:t>als-dan</w:t>
      </w:r>
      <w:proofErr w:type="spellEnd"/>
      <w:r w:rsidRPr="009E28D0">
        <w:rPr>
          <w:lang w:val="nl-NL"/>
        </w:rPr>
        <w:t xml:space="preserve">’ </w:t>
      </w:r>
      <w:proofErr w:type="spellStart"/>
      <w:r w:rsidRPr="009E28D0">
        <w:rPr>
          <w:lang w:val="nl-NL"/>
        </w:rPr>
        <w:t>probleemoploslijst</w:t>
      </w:r>
      <w:proofErr w:type="spellEnd"/>
      <w:r w:rsidRPr="009E28D0">
        <w:rPr>
          <w:lang w:val="nl-NL"/>
        </w:rPr>
        <w:t xml:space="preserve"> (wat als het scheef hangt, wat als de verf strepen geeft).”</w:t>
      </w:r>
    </w:p>
    <w:p w14:paraId="5C1A22A8" w14:textId="77777777" w:rsidR="00A065D4" w:rsidRDefault="00A065D4" w:rsidP="00A065D4">
      <w:pPr>
        <w:pStyle w:val="Lijstnummering"/>
        <w:numPr>
          <w:ilvl w:val="0"/>
          <w:numId w:val="0"/>
        </w:numPr>
        <w:spacing w:before="0" w:after="0" w:line="240" w:lineRule="auto"/>
        <w:rPr>
          <w:lang w:val="nl-NL"/>
        </w:rPr>
      </w:pPr>
    </w:p>
    <w:p w14:paraId="23860CDB" w14:textId="0D614B17" w:rsidR="007B66F9" w:rsidRPr="005D18BD" w:rsidRDefault="007B66F9" w:rsidP="007B66F9">
      <w:pPr>
        <w:pStyle w:val="Kop2"/>
        <w:spacing w:before="0" w:line="240" w:lineRule="auto"/>
        <w:rPr>
          <w:lang w:val="nl-NL"/>
        </w:rPr>
      </w:pPr>
      <w:r w:rsidRPr="005D18BD">
        <w:rPr>
          <w:lang w:val="nl-NL"/>
        </w:rPr>
        <w:t xml:space="preserve">Pro-tip </w:t>
      </w:r>
    </w:p>
    <w:p w14:paraId="00C810DD" w14:textId="4C9B1586" w:rsidR="007B66F9" w:rsidRDefault="007A4EFD" w:rsidP="00A065D4">
      <w:pPr>
        <w:pStyle w:val="Lijstnummering"/>
        <w:numPr>
          <w:ilvl w:val="0"/>
          <w:numId w:val="0"/>
        </w:numPr>
        <w:spacing w:before="0" w:after="0" w:line="240" w:lineRule="auto"/>
        <w:rPr>
          <w:lang w:val="nl-NL"/>
        </w:rPr>
      </w:pPr>
      <w:r w:rsidRPr="007A4EFD">
        <w:rPr>
          <w:lang w:val="nl-NL"/>
        </w:rPr>
        <w:t xml:space="preserve">Door slim te </w:t>
      </w:r>
      <w:proofErr w:type="spellStart"/>
      <w:r w:rsidRPr="007A4EFD">
        <w:rPr>
          <w:lang w:val="nl-NL"/>
        </w:rPr>
        <w:t>prompten</w:t>
      </w:r>
      <w:proofErr w:type="spellEnd"/>
      <w:r w:rsidRPr="007A4EFD">
        <w:rPr>
          <w:lang w:val="nl-NL"/>
        </w:rPr>
        <w:t xml:space="preserve"> k</w:t>
      </w:r>
      <w:r>
        <w:rPr>
          <w:lang w:val="nl-NL"/>
        </w:rPr>
        <w:t xml:space="preserve">un je je steeds verder ontwikkelen in een bepaald onderwerp of in een bepaalde vaardigheid. </w:t>
      </w:r>
    </w:p>
    <w:p w14:paraId="0ABC105E" w14:textId="77F7021D" w:rsidR="007B66F9" w:rsidRPr="00A140A1" w:rsidRDefault="00132198" w:rsidP="00974A8A">
      <w:pPr>
        <w:pStyle w:val="Lijstalinea"/>
        <w:numPr>
          <w:ilvl w:val="0"/>
          <w:numId w:val="97"/>
        </w:numPr>
        <w:spacing w:before="0" w:after="0" w:line="240" w:lineRule="auto"/>
        <w:rPr>
          <w:lang w:val="nl-NL"/>
        </w:rPr>
      </w:pPr>
      <w:r w:rsidRPr="00A140A1">
        <w:rPr>
          <w:lang w:val="nl-NL"/>
        </w:rPr>
        <w:t>Mini-prompt:</w:t>
      </w:r>
      <w:r w:rsidRPr="00A140A1">
        <w:rPr>
          <w:lang w:val="nl-NL"/>
        </w:rPr>
        <w:br/>
        <w:t xml:space="preserve">“Ik wil [klus] leren. </w:t>
      </w:r>
      <w:r w:rsidR="00A140A1">
        <w:rPr>
          <w:lang w:val="nl-NL"/>
        </w:rPr>
        <w:t xml:space="preserve">Ik heb mij hier eerder in verdiept. </w:t>
      </w:r>
      <w:r w:rsidRPr="00A140A1">
        <w:rPr>
          <w:lang w:val="nl-NL"/>
        </w:rPr>
        <w:t xml:space="preserve">Check mijn voorkennis om te bepalen waar ik sta in mijn ontwikkeling en </w:t>
      </w:r>
      <w:r w:rsidR="00A140A1" w:rsidRPr="00A140A1">
        <w:rPr>
          <w:lang w:val="nl-NL"/>
        </w:rPr>
        <w:t>ontwerp een leerroute die zorgt dat een volgende stap kan zetten in mijn ontwikkeling.</w:t>
      </w:r>
    </w:p>
    <w:p w14:paraId="131EEFD9" w14:textId="77777777" w:rsidR="00132198" w:rsidRPr="00132198" w:rsidRDefault="00132198" w:rsidP="00A065D4">
      <w:pPr>
        <w:spacing w:before="0" w:after="0" w:line="240" w:lineRule="auto"/>
        <w:rPr>
          <w:lang w:val="nl-NL"/>
        </w:rPr>
      </w:pPr>
    </w:p>
    <w:p w14:paraId="71B06031" w14:textId="584D8E34" w:rsidR="00A065D4" w:rsidRPr="005D18BD" w:rsidRDefault="00A065D4" w:rsidP="00A065D4">
      <w:pPr>
        <w:pStyle w:val="Kop2"/>
        <w:spacing w:before="0" w:line="240" w:lineRule="auto"/>
        <w:rPr>
          <w:lang w:val="nl-NL"/>
        </w:rPr>
      </w:pPr>
      <w:r w:rsidRPr="005D18BD">
        <w:rPr>
          <w:lang w:val="nl-NL"/>
        </w:rPr>
        <w:t>Pro-tip</w:t>
      </w:r>
      <w:r w:rsidR="007B66F9" w:rsidRPr="005D18BD">
        <w:rPr>
          <w:lang w:val="nl-NL"/>
        </w:rPr>
        <w:t xml:space="preserve"> Google Notebook LM</w:t>
      </w:r>
    </w:p>
    <w:p w14:paraId="6CDFF13C" w14:textId="26D2FF40" w:rsidR="009E28D0" w:rsidRDefault="00A065D4" w:rsidP="0069211D">
      <w:pPr>
        <w:spacing w:before="0" w:after="0" w:line="240" w:lineRule="auto"/>
        <w:rPr>
          <w:lang w:val="nl-NL"/>
        </w:rPr>
      </w:pPr>
      <w:r>
        <w:rPr>
          <w:lang w:val="nl-NL"/>
        </w:rPr>
        <w:t xml:space="preserve">Google </w:t>
      </w:r>
      <w:proofErr w:type="spellStart"/>
      <w:r>
        <w:rPr>
          <w:lang w:val="nl-NL"/>
        </w:rPr>
        <w:t>NotebookLM</w:t>
      </w:r>
      <w:proofErr w:type="spellEnd"/>
      <w:r>
        <w:rPr>
          <w:lang w:val="nl-NL"/>
        </w:rPr>
        <w:t xml:space="preserve"> is supergeschikt om </w:t>
      </w:r>
      <w:r w:rsidR="00AF5BD1">
        <w:rPr>
          <w:lang w:val="nl-NL"/>
        </w:rPr>
        <w:t>te gebruiken om te leren.</w:t>
      </w:r>
      <w:r>
        <w:rPr>
          <w:lang w:val="nl-NL"/>
        </w:rPr>
        <w:t xml:space="preserve"> In </w:t>
      </w:r>
      <w:r w:rsidRPr="00911F82">
        <w:rPr>
          <w:b/>
          <w:bCs/>
          <w:lang w:val="nl-NL"/>
        </w:rPr>
        <w:t xml:space="preserve">Werkblad 9 – Ik wil leren werken met Google </w:t>
      </w:r>
      <w:proofErr w:type="spellStart"/>
      <w:r w:rsidRPr="00911F82">
        <w:rPr>
          <w:b/>
          <w:bCs/>
          <w:lang w:val="nl-NL"/>
        </w:rPr>
        <w:t>NotebookLM</w:t>
      </w:r>
      <w:proofErr w:type="spellEnd"/>
      <w:r>
        <w:rPr>
          <w:lang w:val="nl-NL"/>
        </w:rPr>
        <w:t xml:space="preserve"> wordt een korte en een uitgebreide uitleg gegeven over het gebruik van Google </w:t>
      </w:r>
      <w:proofErr w:type="spellStart"/>
      <w:r>
        <w:rPr>
          <w:lang w:val="nl-NL"/>
        </w:rPr>
        <w:t>NotebookLM</w:t>
      </w:r>
      <w:proofErr w:type="spellEnd"/>
      <w:r>
        <w:rPr>
          <w:lang w:val="nl-NL"/>
        </w:rPr>
        <w:t xml:space="preserve">. </w:t>
      </w:r>
      <w:r w:rsidR="007B66F9">
        <w:rPr>
          <w:lang w:val="nl-NL"/>
        </w:rPr>
        <w:br/>
      </w:r>
      <w:r w:rsidR="007B66F9">
        <w:rPr>
          <w:lang w:val="nl-NL"/>
        </w:rPr>
        <w:br/>
      </w:r>
      <w:proofErr w:type="spellStart"/>
      <w:r w:rsidR="00AF5BD1">
        <w:rPr>
          <w:lang w:val="nl-NL"/>
        </w:rPr>
        <w:t>NotebookLM</w:t>
      </w:r>
      <w:proofErr w:type="spellEnd"/>
      <w:r w:rsidR="00AF5BD1">
        <w:rPr>
          <w:lang w:val="nl-NL"/>
        </w:rPr>
        <w:t xml:space="preserve"> kan bijvoorbeeld kennisclips, podcasts, </w:t>
      </w:r>
      <w:proofErr w:type="spellStart"/>
      <w:r w:rsidR="007B66F9">
        <w:rPr>
          <w:lang w:val="nl-NL"/>
        </w:rPr>
        <w:t>visuals</w:t>
      </w:r>
      <w:proofErr w:type="spellEnd"/>
      <w:r w:rsidR="007B66F9">
        <w:rPr>
          <w:lang w:val="nl-NL"/>
        </w:rPr>
        <w:t xml:space="preserve">, </w:t>
      </w:r>
      <w:proofErr w:type="spellStart"/>
      <w:r w:rsidR="007B66F9">
        <w:rPr>
          <w:lang w:val="nl-NL"/>
        </w:rPr>
        <w:t>mindmaps</w:t>
      </w:r>
      <w:proofErr w:type="spellEnd"/>
      <w:r w:rsidR="007B66F9">
        <w:rPr>
          <w:lang w:val="nl-NL"/>
        </w:rPr>
        <w:t xml:space="preserve">, flashcards genereren die jouw leren kunnen ondersteunen en (bij juist gebruik) kunnen versnellen. </w:t>
      </w:r>
      <w:r w:rsidR="0069211D">
        <w:rPr>
          <w:lang w:val="nl-NL"/>
        </w:rPr>
        <w:t xml:space="preserve">Dat gebeurd op basis van eigen bronnen. Je kunt een algemene AI-tool echter gebruiken om deze bronnen voor je te vinden of te genereren. </w:t>
      </w:r>
      <w:r w:rsidR="009E28D0">
        <w:rPr>
          <w:lang w:val="nl-NL"/>
        </w:rPr>
        <w:br w:type="page"/>
      </w:r>
    </w:p>
    <w:p w14:paraId="508D33A6" w14:textId="75373C32" w:rsidR="0000516C" w:rsidRPr="00862DF4" w:rsidRDefault="0000516C" w:rsidP="0000516C">
      <w:pPr>
        <w:pStyle w:val="Kop1"/>
        <w:spacing w:before="0" w:line="240" w:lineRule="auto"/>
        <w:rPr>
          <w:lang w:val="nl-NL"/>
        </w:rPr>
      </w:pPr>
      <w:bookmarkStart w:id="15" w:name="_Werkblad_14_–"/>
      <w:bookmarkEnd w:id="15"/>
      <w:r w:rsidRPr="00862DF4">
        <w:rPr>
          <w:lang w:val="nl-NL"/>
        </w:rPr>
        <w:lastRenderedPageBreak/>
        <w:t>Werkblad 1</w:t>
      </w:r>
      <w:r w:rsidR="00BF6181">
        <w:rPr>
          <w:lang w:val="nl-NL"/>
        </w:rPr>
        <w:t>4</w:t>
      </w:r>
      <w:r w:rsidRPr="00862DF4">
        <w:rPr>
          <w:lang w:val="nl-NL"/>
        </w:rPr>
        <w:t xml:space="preserve"> – </w:t>
      </w:r>
      <w:r w:rsidR="00BF6181" w:rsidRPr="00BF6181">
        <w:rPr>
          <w:lang w:val="nl-NL"/>
        </w:rPr>
        <w:t>Ik wil leren waarvoor ik AI niet moet gebruiken</w:t>
      </w:r>
    </w:p>
    <w:p w14:paraId="54034171" w14:textId="77777777" w:rsidR="0000516C" w:rsidRDefault="0000516C" w:rsidP="0000516C">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08"/>
        <w:gridCol w:w="4316"/>
      </w:tblGrid>
      <w:tr w:rsidR="0000516C" w:rsidRPr="00862DF4" w14:paraId="7FD2AA21" w14:textId="77777777" w:rsidTr="000D0B97">
        <w:tc>
          <w:tcPr>
            <w:tcW w:w="4308" w:type="dxa"/>
            <w:tcBorders>
              <w:top w:val="single" w:sz="6" w:space="0" w:color="C9C9C9"/>
              <w:left w:val="single" w:sz="6" w:space="0" w:color="C9C9C9"/>
              <w:bottom w:val="single" w:sz="6" w:space="0" w:color="C9C9C9"/>
              <w:right w:val="single" w:sz="6" w:space="0" w:color="C9C9C9"/>
            </w:tcBorders>
          </w:tcPr>
          <w:p w14:paraId="1BF27999" w14:textId="77777777" w:rsidR="0000516C" w:rsidRDefault="0000516C" w:rsidP="000D0B97">
            <w:pPr>
              <w:spacing w:before="0" w:after="0" w:line="240" w:lineRule="auto"/>
              <w:rPr>
                <w:b/>
              </w:rPr>
            </w:pPr>
            <w:proofErr w:type="spellStart"/>
            <w:r>
              <w:rPr>
                <w:b/>
              </w:rPr>
              <w:t>Doelgroep</w:t>
            </w:r>
            <w:proofErr w:type="spellEnd"/>
          </w:p>
        </w:tc>
        <w:tc>
          <w:tcPr>
            <w:tcW w:w="4316" w:type="dxa"/>
            <w:tcBorders>
              <w:top w:val="single" w:sz="6" w:space="0" w:color="C9C9C9"/>
              <w:left w:val="single" w:sz="6" w:space="0" w:color="C9C9C9"/>
              <w:bottom w:val="single" w:sz="6" w:space="0" w:color="C9C9C9"/>
              <w:right w:val="single" w:sz="6" w:space="0" w:color="C9C9C9"/>
            </w:tcBorders>
          </w:tcPr>
          <w:p w14:paraId="402FAB7D" w14:textId="77777777" w:rsidR="0000516C" w:rsidRPr="00862DF4" w:rsidRDefault="0000516C" w:rsidP="000D0B97">
            <w:pPr>
              <w:spacing w:before="0" w:after="0" w:line="240" w:lineRule="auto"/>
              <w:rPr>
                <w:lang w:val="nl-NL"/>
              </w:rPr>
            </w:pPr>
            <w:r>
              <w:rPr>
                <w:lang w:val="nl-NL"/>
              </w:rPr>
              <w:t>OP + OOP</w:t>
            </w:r>
          </w:p>
        </w:tc>
      </w:tr>
      <w:tr w:rsidR="0000516C" w:rsidRPr="00B07954" w14:paraId="45A15559" w14:textId="77777777" w:rsidTr="000D0B97">
        <w:tc>
          <w:tcPr>
            <w:tcW w:w="4308" w:type="dxa"/>
          </w:tcPr>
          <w:p w14:paraId="4FD5BE61" w14:textId="77777777" w:rsidR="0000516C" w:rsidRDefault="0000516C" w:rsidP="000D0B97">
            <w:pPr>
              <w:spacing w:before="0" w:after="0" w:line="240" w:lineRule="auto"/>
            </w:pPr>
            <w:r>
              <w:rPr>
                <w:b/>
              </w:rPr>
              <w:t>Doel</w:t>
            </w:r>
          </w:p>
        </w:tc>
        <w:tc>
          <w:tcPr>
            <w:tcW w:w="4316" w:type="dxa"/>
          </w:tcPr>
          <w:p w14:paraId="2B06DA2E" w14:textId="77777777" w:rsidR="00985E58" w:rsidRPr="00985E58" w:rsidRDefault="00985E58" w:rsidP="00985E58">
            <w:pPr>
              <w:spacing w:before="0" w:after="0" w:line="240" w:lineRule="auto"/>
              <w:rPr>
                <w:lang w:val="nl-NL"/>
              </w:rPr>
            </w:pPr>
            <w:r w:rsidRPr="00985E58">
              <w:rPr>
                <w:lang w:val="nl-NL"/>
              </w:rPr>
              <w:t>Je kunt na dit werkblad:</w:t>
            </w:r>
          </w:p>
          <w:p w14:paraId="40ECD14E" w14:textId="77777777" w:rsidR="00985E58" w:rsidRPr="00985E58" w:rsidRDefault="00985E58" w:rsidP="00974A8A">
            <w:pPr>
              <w:numPr>
                <w:ilvl w:val="0"/>
                <w:numId w:val="44"/>
              </w:numPr>
              <w:spacing w:before="0" w:after="0" w:line="240" w:lineRule="auto"/>
              <w:rPr>
                <w:lang w:val="nl-NL"/>
              </w:rPr>
            </w:pPr>
            <w:r w:rsidRPr="00985E58">
              <w:rPr>
                <w:lang w:val="nl-NL"/>
              </w:rPr>
              <w:t>de belangrijkste “niet-doen”-situaties herkennen;</w:t>
            </w:r>
          </w:p>
          <w:p w14:paraId="582678D2" w14:textId="77777777" w:rsidR="00985E58" w:rsidRPr="00985E58" w:rsidRDefault="00985E58" w:rsidP="00974A8A">
            <w:pPr>
              <w:numPr>
                <w:ilvl w:val="0"/>
                <w:numId w:val="44"/>
              </w:numPr>
              <w:spacing w:before="0" w:after="0" w:line="240" w:lineRule="auto"/>
              <w:rPr>
                <w:lang w:val="nl-NL"/>
              </w:rPr>
            </w:pPr>
            <w:r w:rsidRPr="00985E58">
              <w:rPr>
                <w:lang w:val="nl-NL"/>
              </w:rPr>
              <w:t>alternatieven kiezen (wat doe je dan wél?);</w:t>
            </w:r>
          </w:p>
          <w:p w14:paraId="55F57BF5" w14:textId="48F81070" w:rsidR="0000516C" w:rsidRPr="00985E58" w:rsidRDefault="00985E58" w:rsidP="00974A8A">
            <w:pPr>
              <w:numPr>
                <w:ilvl w:val="0"/>
                <w:numId w:val="44"/>
              </w:numPr>
              <w:spacing w:before="0" w:after="0" w:line="240" w:lineRule="auto"/>
              <w:rPr>
                <w:lang w:val="nl-NL"/>
              </w:rPr>
            </w:pPr>
            <w:r w:rsidRPr="00985E58">
              <w:rPr>
                <w:lang w:val="nl-NL"/>
              </w:rPr>
              <w:t>een persoonlijke checklist maken voor jouw werk.</w:t>
            </w:r>
          </w:p>
        </w:tc>
      </w:tr>
      <w:tr w:rsidR="0000516C" w14:paraId="1DCA2504" w14:textId="77777777" w:rsidTr="000D0B97">
        <w:tc>
          <w:tcPr>
            <w:tcW w:w="4308" w:type="dxa"/>
          </w:tcPr>
          <w:p w14:paraId="59540E06" w14:textId="77777777" w:rsidR="0000516C" w:rsidRDefault="0000516C" w:rsidP="000D0B97">
            <w:pPr>
              <w:spacing w:before="0" w:after="0" w:line="240" w:lineRule="auto"/>
            </w:pPr>
            <w:proofErr w:type="spellStart"/>
            <w:r>
              <w:rPr>
                <w:b/>
              </w:rPr>
              <w:t>Niveau</w:t>
            </w:r>
            <w:proofErr w:type="spellEnd"/>
          </w:p>
        </w:tc>
        <w:tc>
          <w:tcPr>
            <w:tcW w:w="4316" w:type="dxa"/>
          </w:tcPr>
          <w:p w14:paraId="08AADC17" w14:textId="77777777" w:rsidR="0000516C" w:rsidRDefault="0000516C" w:rsidP="000D0B97">
            <w:pPr>
              <w:spacing w:before="0" w:after="0" w:line="240" w:lineRule="auto"/>
            </w:pPr>
            <w:r>
              <w:t xml:space="preserve">Beginners / </w:t>
            </w:r>
            <w:proofErr w:type="spellStart"/>
            <w:r>
              <w:t>Gevorderd</w:t>
            </w:r>
            <w:proofErr w:type="spellEnd"/>
            <w:r>
              <w:t xml:space="preserve"> / Expert</w:t>
            </w:r>
          </w:p>
        </w:tc>
      </w:tr>
      <w:tr w:rsidR="0000516C" w14:paraId="43ED30BE" w14:textId="77777777" w:rsidTr="000D0B97">
        <w:tc>
          <w:tcPr>
            <w:tcW w:w="4308" w:type="dxa"/>
          </w:tcPr>
          <w:p w14:paraId="6EFAC8F1" w14:textId="77777777" w:rsidR="0000516C" w:rsidRDefault="0000516C" w:rsidP="000D0B97">
            <w:pPr>
              <w:spacing w:before="0" w:after="0" w:line="240" w:lineRule="auto"/>
            </w:pPr>
            <w:proofErr w:type="spellStart"/>
            <w:r>
              <w:rPr>
                <w:b/>
              </w:rPr>
              <w:t>Tijd</w:t>
            </w:r>
            <w:proofErr w:type="spellEnd"/>
          </w:p>
        </w:tc>
        <w:tc>
          <w:tcPr>
            <w:tcW w:w="4316" w:type="dxa"/>
          </w:tcPr>
          <w:p w14:paraId="25FBB220" w14:textId="53C8A4AF" w:rsidR="0000516C" w:rsidRDefault="0000516C" w:rsidP="000D0B97">
            <w:pPr>
              <w:spacing w:before="0" w:after="0" w:line="240" w:lineRule="auto"/>
            </w:pPr>
            <w:r>
              <w:t xml:space="preserve">Kort </w:t>
            </w:r>
            <w:r w:rsidR="00985E58">
              <w:t>/ Medium</w:t>
            </w:r>
          </w:p>
        </w:tc>
      </w:tr>
      <w:tr w:rsidR="0000516C" w:rsidRPr="00B07954" w14:paraId="5AC14DDD" w14:textId="77777777" w:rsidTr="000D0B97">
        <w:tc>
          <w:tcPr>
            <w:tcW w:w="4308" w:type="dxa"/>
          </w:tcPr>
          <w:p w14:paraId="7D73CEEC" w14:textId="77777777" w:rsidR="0000516C" w:rsidRDefault="0000516C" w:rsidP="000D0B97">
            <w:pPr>
              <w:spacing w:before="0" w:after="0" w:line="240" w:lineRule="auto"/>
            </w:pPr>
            <w:proofErr w:type="spellStart"/>
            <w:r>
              <w:rPr>
                <w:b/>
              </w:rPr>
              <w:t>Resultaat</w:t>
            </w:r>
            <w:proofErr w:type="spellEnd"/>
          </w:p>
        </w:tc>
        <w:tc>
          <w:tcPr>
            <w:tcW w:w="4316" w:type="dxa"/>
          </w:tcPr>
          <w:p w14:paraId="5ED63522" w14:textId="456FDCC3" w:rsidR="0000516C" w:rsidRPr="00862DF4" w:rsidRDefault="0000516C" w:rsidP="000D0B97">
            <w:pPr>
              <w:spacing w:before="0" w:after="0" w:line="240" w:lineRule="auto"/>
              <w:rPr>
                <w:lang w:val="nl-NL"/>
              </w:rPr>
            </w:pPr>
            <w:r>
              <w:rPr>
                <w:lang w:val="nl-NL"/>
              </w:rPr>
              <w:t xml:space="preserve">Je </w:t>
            </w:r>
            <w:r w:rsidR="009E06B6">
              <w:rPr>
                <w:lang w:val="nl-NL"/>
              </w:rPr>
              <w:t>hebt inzicht in de situaties waarin je beter geen AI kunt gebruiken</w:t>
            </w:r>
            <w:r w:rsidR="00EA4106">
              <w:rPr>
                <w:lang w:val="nl-NL"/>
              </w:rPr>
              <w:t xml:space="preserve"> en welke alternatieven er zijn.</w:t>
            </w:r>
          </w:p>
        </w:tc>
      </w:tr>
      <w:tr w:rsidR="0000516C" w:rsidRPr="009539C9" w14:paraId="1F740BBF" w14:textId="77777777" w:rsidTr="000D0B97">
        <w:tc>
          <w:tcPr>
            <w:tcW w:w="4308" w:type="dxa"/>
          </w:tcPr>
          <w:p w14:paraId="44D5026F" w14:textId="77777777" w:rsidR="0000516C" w:rsidRDefault="0000516C" w:rsidP="000D0B97">
            <w:pPr>
              <w:spacing w:before="0" w:after="0" w:line="240" w:lineRule="auto"/>
            </w:pPr>
            <w:r>
              <w:rPr>
                <w:b/>
              </w:rPr>
              <w:t xml:space="preserve">Tools / </w:t>
            </w:r>
            <w:proofErr w:type="spellStart"/>
            <w:r>
              <w:rPr>
                <w:b/>
              </w:rPr>
              <w:t>kaders</w:t>
            </w:r>
            <w:proofErr w:type="spellEnd"/>
          </w:p>
        </w:tc>
        <w:tc>
          <w:tcPr>
            <w:tcW w:w="4316" w:type="dxa"/>
          </w:tcPr>
          <w:p w14:paraId="3ACB2C6C" w14:textId="14608C32" w:rsidR="0000516C" w:rsidRPr="00862DF4" w:rsidRDefault="00EA4106" w:rsidP="000D0B97">
            <w:pPr>
              <w:spacing w:before="0" w:after="0" w:line="240" w:lineRule="auto"/>
              <w:rPr>
                <w:lang w:val="nl-NL"/>
              </w:rPr>
            </w:pPr>
            <w:r>
              <w:rPr>
                <w:lang w:val="nl-NL"/>
              </w:rPr>
              <w:t>NVT</w:t>
            </w:r>
          </w:p>
        </w:tc>
      </w:tr>
    </w:tbl>
    <w:p w14:paraId="2E536010" w14:textId="77777777" w:rsidR="0000516C" w:rsidRDefault="0000516C" w:rsidP="00936394">
      <w:pPr>
        <w:spacing w:before="0" w:after="0" w:line="240" w:lineRule="auto"/>
        <w:rPr>
          <w:lang w:val="nl-NL"/>
        </w:rPr>
      </w:pPr>
    </w:p>
    <w:p w14:paraId="618215FD" w14:textId="1F1E937B" w:rsidR="005E1991" w:rsidRPr="005E1991" w:rsidRDefault="005E1991" w:rsidP="00936394">
      <w:pPr>
        <w:spacing w:before="0" w:after="0" w:line="240" w:lineRule="auto"/>
        <w:rPr>
          <w:b/>
          <w:bCs/>
          <w:lang w:val="nl-NL"/>
        </w:rPr>
      </w:pPr>
      <w:r w:rsidRPr="005E1991">
        <w:rPr>
          <w:b/>
          <w:bCs/>
          <w:lang w:val="nl-NL"/>
        </w:rPr>
        <w:t>Inhoudsopgave werkblad 14</w:t>
      </w:r>
    </w:p>
    <w:p w14:paraId="4643D58B" w14:textId="19D3E6FD" w:rsidR="005E1991" w:rsidRPr="005E1991" w:rsidRDefault="005E1991" w:rsidP="00936394">
      <w:pPr>
        <w:spacing w:before="0" w:after="0" w:line="240" w:lineRule="auto"/>
        <w:rPr>
          <w:b/>
          <w:bCs/>
          <w:lang w:val="nl-NL"/>
        </w:rPr>
      </w:pPr>
      <w:r w:rsidRPr="005E1991">
        <w:rPr>
          <w:b/>
          <w:bCs/>
          <w:lang w:val="nl-NL"/>
        </w:rPr>
        <w:t>AI is handig maar niet voor alles geschikt</w:t>
      </w:r>
    </w:p>
    <w:p w14:paraId="52B7FE1A" w14:textId="5696477D" w:rsidR="005E1991" w:rsidRPr="005E1991" w:rsidRDefault="005E1991" w:rsidP="00936394">
      <w:pPr>
        <w:spacing w:before="0" w:after="0" w:line="240" w:lineRule="auto"/>
        <w:rPr>
          <w:b/>
          <w:bCs/>
          <w:lang w:val="nl-NL"/>
        </w:rPr>
      </w:pPr>
      <w:r w:rsidRPr="005E1991">
        <w:rPr>
          <w:b/>
          <w:bCs/>
          <w:lang w:val="nl-NL"/>
        </w:rPr>
        <w:t>AI is handig maar niet altijd nodig: bewust kiezen</w:t>
      </w:r>
    </w:p>
    <w:p w14:paraId="0F46CFB5" w14:textId="62102447" w:rsidR="005E1991" w:rsidRPr="005E1991" w:rsidRDefault="005E1991" w:rsidP="00936394">
      <w:pPr>
        <w:spacing w:before="0" w:after="0" w:line="240" w:lineRule="auto"/>
        <w:rPr>
          <w:b/>
          <w:bCs/>
          <w:lang w:val="nl-NL"/>
        </w:rPr>
      </w:pPr>
      <w:r w:rsidRPr="005E1991">
        <w:rPr>
          <w:b/>
          <w:bCs/>
          <w:lang w:val="nl-NL"/>
        </w:rPr>
        <w:t>In het kort: wanneer is AI een slecht idee?</w:t>
      </w:r>
      <w:r w:rsidRPr="005E1991">
        <w:rPr>
          <w:b/>
          <w:bCs/>
          <w:lang w:val="nl-NL"/>
        </w:rPr>
        <w:br/>
        <w:t>De niet gebruiken-lijst</w:t>
      </w:r>
      <w:r w:rsidRPr="005E1991">
        <w:rPr>
          <w:b/>
          <w:bCs/>
          <w:lang w:val="nl-NL"/>
        </w:rPr>
        <w:br/>
        <w:t>Persoonlijk stoplicht</w:t>
      </w:r>
    </w:p>
    <w:p w14:paraId="4B047657" w14:textId="77777777" w:rsidR="005E1991" w:rsidRDefault="005E1991" w:rsidP="00936394">
      <w:pPr>
        <w:spacing w:before="0" w:after="0" w:line="240" w:lineRule="auto"/>
        <w:rPr>
          <w:lang w:val="nl-NL"/>
        </w:rPr>
      </w:pPr>
    </w:p>
    <w:p w14:paraId="2EBFBAE1" w14:textId="775D51A5" w:rsidR="00833BF3" w:rsidRPr="00886F8D" w:rsidRDefault="00833BF3" w:rsidP="00833BF3">
      <w:pPr>
        <w:pStyle w:val="Kop2"/>
        <w:spacing w:before="0" w:line="240" w:lineRule="auto"/>
        <w:rPr>
          <w:lang w:val="nl-NL"/>
        </w:rPr>
      </w:pPr>
      <w:r>
        <w:rPr>
          <w:lang w:val="nl-NL"/>
        </w:rPr>
        <w:t>Ai is handig maar niet voor alles geschikt</w:t>
      </w:r>
    </w:p>
    <w:p w14:paraId="549315EA" w14:textId="77777777" w:rsidR="00985E58" w:rsidRDefault="005976CA" w:rsidP="00833BF3">
      <w:pPr>
        <w:spacing w:before="0" w:after="0" w:line="240" w:lineRule="auto"/>
        <w:rPr>
          <w:lang w:val="nl-NL"/>
        </w:rPr>
      </w:pPr>
      <w:r w:rsidRPr="005976CA">
        <w:rPr>
          <w:lang w:val="nl-NL"/>
        </w:rPr>
        <w:t>AI is handig als assistent voor ideeën, structuur en taal</w:t>
      </w:r>
      <w:r>
        <w:rPr>
          <w:lang w:val="nl-NL"/>
        </w:rPr>
        <w:t>, voor (juridisch) onderzoek en om nieuwe vaardigheden en kennis op te doen</w:t>
      </w:r>
      <w:r w:rsidRPr="005976CA">
        <w:rPr>
          <w:lang w:val="nl-NL"/>
        </w:rPr>
        <w:t xml:space="preserve">. Maar er zijn situaties waarin AI onbetrouwbaar, onveilig of onwenselijk is. Zeker in een </w:t>
      </w:r>
      <w:r>
        <w:rPr>
          <w:lang w:val="nl-NL"/>
        </w:rPr>
        <w:t>onderwijssetting</w:t>
      </w:r>
      <w:r w:rsidRPr="005976CA">
        <w:rPr>
          <w:lang w:val="nl-NL"/>
        </w:rPr>
        <w:t xml:space="preserve"> kan verkeerd gebruik leiden tot: onjuiste informatie, </w:t>
      </w:r>
      <w:proofErr w:type="spellStart"/>
      <w:r w:rsidRPr="005976CA">
        <w:rPr>
          <w:lang w:val="nl-NL"/>
        </w:rPr>
        <w:t>privacyproblemen</w:t>
      </w:r>
      <w:proofErr w:type="spellEnd"/>
      <w:r w:rsidRPr="005976CA">
        <w:rPr>
          <w:lang w:val="nl-NL"/>
        </w:rPr>
        <w:t xml:space="preserve">, oneerlijke beoordeling of schending van integriteit. Dit werkblad helpt je om snel te herkennen: stop – dit moet ik niet met AI doen. </w:t>
      </w:r>
    </w:p>
    <w:p w14:paraId="074E1580" w14:textId="77777777" w:rsidR="000A71CD" w:rsidRDefault="000A71CD" w:rsidP="00833BF3">
      <w:pPr>
        <w:spacing w:before="0" w:after="0" w:line="240" w:lineRule="auto"/>
        <w:rPr>
          <w:lang w:val="nl-NL"/>
        </w:rPr>
      </w:pPr>
    </w:p>
    <w:p w14:paraId="3CF640B9" w14:textId="7741BA51" w:rsidR="00AF5EFF" w:rsidRPr="00886F8D" w:rsidRDefault="00AF5EFF" w:rsidP="00AF5EFF">
      <w:pPr>
        <w:pStyle w:val="Kop2"/>
        <w:spacing w:before="0" w:line="240" w:lineRule="auto"/>
        <w:rPr>
          <w:lang w:val="nl-NL"/>
        </w:rPr>
      </w:pPr>
      <w:r>
        <w:rPr>
          <w:lang w:val="nl-NL"/>
        </w:rPr>
        <w:t>Ai is handig maar niet altijd nodig</w:t>
      </w:r>
      <w:r w:rsidR="00462CF6">
        <w:rPr>
          <w:lang w:val="nl-NL"/>
        </w:rPr>
        <w:t>: bewust kiezen</w:t>
      </w:r>
    </w:p>
    <w:p w14:paraId="09CC1BC4" w14:textId="75D61074" w:rsidR="00462CF6" w:rsidRPr="00462CF6" w:rsidRDefault="00DE5613" w:rsidP="00462CF6">
      <w:pPr>
        <w:spacing w:before="0" w:after="0" w:line="240" w:lineRule="auto"/>
        <w:rPr>
          <w:lang w:val="nl-NL"/>
        </w:rPr>
      </w:pPr>
      <w:r>
        <w:rPr>
          <w:lang w:val="nl-NL"/>
        </w:rPr>
        <w:t xml:space="preserve">Maar eens nog even dit. </w:t>
      </w:r>
      <w:r w:rsidR="00462CF6" w:rsidRPr="00462CF6">
        <w:rPr>
          <w:lang w:val="nl-NL"/>
        </w:rPr>
        <w:t>AI kan handig zijn, maar het is geen verplicht onderdeel van goed werk. Niet elke taak wordt beter door AI, en soms kost het zelfs extra tijd (controleren, aanpassen, onzekerheden wegwerken). Daarom is het verstandig om AI te zien als een optie, niet als standaard.</w:t>
      </w:r>
    </w:p>
    <w:p w14:paraId="1D4BD47A" w14:textId="77777777" w:rsidR="00462CF6" w:rsidRDefault="00462CF6" w:rsidP="00462CF6">
      <w:pPr>
        <w:spacing w:before="0" w:after="0" w:line="240" w:lineRule="auto"/>
        <w:rPr>
          <w:b/>
          <w:bCs/>
          <w:lang w:val="nl-NL"/>
        </w:rPr>
      </w:pPr>
    </w:p>
    <w:p w14:paraId="7651F2FC" w14:textId="2F95B4F4" w:rsidR="00462CF6" w:rsidRPr="00462CF6" w:rsidRDefault="00462CF6" w:rsidP="00462CF6">
      <w:pPr>
        <w:spacing w:before="0" w:after="0" w:line="240" w:lineRule="auto"/>
        <w:rPr>
          <w:b/>
          <w:bCs/>
          <w:lang w:val="nl-NL"/>
        </w:rPr>
      </w:pPr>
      <w:r w:rsidRPr="00462CF6">
        <w:rPr>
          <w:b/>
          <w:bCs/>
          <w:lang w:val="nl-NL"/>
        </w:rPr>
        <w:t>Wanneer je AI prima kunt overslaan</w:t>
      </w:r>
    </w:p>
    <w:p w14:paraId="40E3A402" w14:textId="77777777" w:rsidR="00462CF6" w:rsidRPr="00462CF6" w:rsidRDefault="00462CF6" w:rsidP="00462CF6">
      <w:pPr>
        <w:spacing w:before="0" w:after="0" w:line="240" w:lineRule="auto"/>
        <w:rPr>
          <w:lang w:val="nl-NL"/>
        </w:rPr>
      </w:pPr>
      <w:r w:rsidRPr="00462CF6">
        <w:rPr>
          <w:lang w:val="nl-NL"/>
        </w:rPr>
        <w:t>Je hoeft AI niet te gebruiken als:</w:t>
      </w:r>
    </w:p>
    <w:p w14:paraId="7817C14E" w14:textId="77777777" w:rsidR="00462CF6" w:rsidRPr="00462CF6" w:rsidRDefault="00462CF6" w:rsidP="00974A8A">
      <w:pPr>
        <w:numPr>
          <w:ilvl w:val="0"/>
          <w:numId w:val="68"/>
        </w:numPr>
        <w:spacing w:before="0" w:after="0" w:line="240" w:lineRule="auto"/>
        <w:rPr>
          <w:lang w:val="nl-NL"/>
        </w:rPr>
      </w:pPr>
      <w:r w:rsidRPr="00462CF6">
        <w:rPr>
          <w:lang w:val="nl-NL"/>
        </w:rPr>
        <w:t>je taak al snel en soepel gaat (routine, ervaring, vaste templates);</w:t>
      </w:r>
    </w:p>
    <w:p w14:paraId="425FD2B5" w14:textId="77777777" w:rsidR="00462CF6" w:rsidRPr="00462CF6" w:rsidRDefault="00462CF6" w:rsidP="00974A8A">
      <w:pPr>
        <w:numPr>
          <w:ilvl w:val="0"/>
          <w:numId w:val="68"/>
        </w:numPr>
        <w:spacing w:before="0" w:after="0" w:line="240" w:lineRule="auto"/>
        <w:rPr>
          <w:lang w:val="nl-NL"/>
        </w:rPr>
      </w:pPr>
      <w:r w:rsidRPr="00462CF6">
        <w:rPr>
          <w:lang w:val="nl-NL"/>
        </w:rPr>
        <w:t>je vooral menselijk contact nodig hebt (coaching, conflict, kwetsbare gesprekken);</w:t>
      </w:r>
    </w:p>
    <w:p w14:paraId="71234FE1" w14:textId="77777777" w:rsidR="00462CF6" w:rsidRPr="00462CF6" w:rsidRDefault="00462CF6" w:rsidP="00974A8A">
      <w:pPr>
        <w:numPr>
          <w:ilvl w:val="0"/>
          <w:numId w:val="68"/>
        </w:numPr>
        <w:spacing w:before="0" w:after="0" w:line="240" w:lineRule="auto"/>
        <w:rPr>
          <w:lang w:val="nl-NL"/>
        </w:rPr>
      </w:pPr>
      <w:r w:rsidRPr="00462CF6">
        <w:rPr>
          <w:lang w:val="nl-NL"/>
        </w:rPr>
        <w:t>je werkt met vertrouwelijke of herleidbare informatie die je niet veilig kunt invoeren;</w:t>
      </w:r>
    </w:p>
    <w:p w14:paraId="72BC5AAE" w14:textId="77777777" w:rsidR="00462CF6" w:rsidRPr="00462CF6" w:rsidRDefault="00462CF6" w:rsidP="00974A8A">
      <w:pPr>
        <w:numPr>
          <w:ilvl w:val="0"/>
          <w:numId w:val="68"/>
        </w:numPr>
        <w:spacing w:before="0" w:after="0" w:line="240" w:lineRule="auto"/>
        <w:rPr>
          <w:lang w:val="nl-NL"/>
        </w:rPr>
      </w:pPr>
      <w:r w:rsidRPr="00462CF6">
        <w:rPr>
          <w:lang w:val="nl-NL"/>
        </w:rPr>
        <w:t>je iets maakt waar jouw eigen stem belangrijk is (persoonlijke reflectie, visie, onderwijsstijl);</w:t>
      </w:r>
    </w:p>
    <w:p w14:paraId="3EEFAD70" w14:textId="77777777" w:rsidR="00462CF6" w:rsidRPr="00462CF6" w:rsidRDefault="00462CF6" w:rsidP="00974A8A">
      <w:pPr>
        <w:numPr>
          <w:ilvl w:val="0"/>
          <w:numId w:val="68"/>
        </w:numPr>
        <w:spacing w:before="0" w:after="0" w:line="240" w:lineRule="auto"/>
        <w:rPr>
          <w:lang w:val="nl-NL"/>
        </w:rPr>
      </w:pPr>
      <w:r w:rsidRPr="00462CF6">
        <w:rPr>
          <w:lang w:val="nl-NL"/>
        </w:rPr>
        <w:t>de winst klein is maar de controlelast groot (veel checkwerk, risico op fouten).</w:t>
      </w:r>
    </w:p>
    <w:p w14:paraId="0BDD6EA4" w14:textId="01230C03" w:rsidR="00462CF6" w:rsidRPr="00462CF6" w:rsidRDefault="00462CF6" w:rsidP="00462CF6">
      <w:pPr>
        <w:spacing w:before="0" w:after="0" w:line="240" w:lineRule="auto"/>
        <w:rPr>
          <w:b/>
          <w:bCs/>
          <w:lang w:val="nl-NL"/>
        </w:rPr>
      </w:pPr>
      <w:r>
        <w:rPr>
          <w:b/>
          <w:bCs/>
          <w:lang w:val="nl-NL"/>
        </w:rPr>
        <w:br/>
      </w:r>
      <w:r w:rsidRPr="00462CF6">
        <w:rPr>
          <w:b/>
          <w:bCs/>
          <w:lang w:val="nl-NL"/>
        </w:rPr>
        <w:t>Wanneer AI wél logisch is</w:t>
      </w:r>
    </w:p>
    <w:p w14:paraId="48EA51F5" w14:textId="77777777" w:rsidR="00462CF6" w:rsidRPr="00462CF6" w:rsidRDefault="00462CF6" w:rsidP="00462CF6">
      <w:pPr>
        <w:spacing w:before="0" w:after="0" w:line="240" w:lineRule="auto"/>
        <w:rPr>
          <w:lang w:val="nl-NL"/>
        </w:rPr>
      </w:pPr>
      <w:r w:rsidRPr="00462CF6">
        <w:rPr>
          <w:lang w:val="nl-NL"/>
        </w:rPr>
        <w:t>AI kan juist wél helpen als:</w:t>
      </w:r>
    </w:p>
    <w:p w14:paraId="60570FAD" w14:textId="77777777" w:rsidR="00462CF6" w:rsidRPr="00462CF6" w:rsidRDefault="00462CF6" w:rsidP="00974A8A">
      <w:pPr>
        <w:numPr>
          <w:ilvl w:val="0"/>
          <w:numId w:val="69"/>
        </w:numPr>
        <w:spacing w:before="0" w:after="0" w:line="240" w:lineRule="auto"/>
        <w:rPr>
          <w:lang w:val="nl-NL"/>
        </w:rPr>
      </w:pPr>
      <w:r w:rsidRPr="00462CF6">
        <w:rPr>
          <w:lang w:val="nl-NL"/>
        </w:rPr>
        <w:t>je vastloopt en een startpunt nodig hebt (brainstorm, structuur, varianten);</w:t>
      </w:r>
    </w:p>
    <w:p w14:paraId="07013A5D" w14:textId="77777777" w:rsidR="00462CF6" w:rsidRPr="00462CF6" w:rsidRDefault="00462CF6" w:rsidP="00974A8A">
      <w:pPr>
        <w:numPr>
          <w:ilvl w:val="0"/>
          <w:numId w:val="69"/>
        </w:numPr>
        <w:spacing w:before="0" w:after="0" w:line="240" w:lineRule="auto"/>
        <w:rPr>
          <w:lang w:val="nl-NL"/>
        </w:rPr>
      </w:pPr>
      <w:r w:rsidRPr="00462CF6">
        <w:rPr>
          <w:lang w:val="nl-NL"/>
        </w:rPr>
        <w:t>je snel alternatieven wilt (werkvormen, voorbeelden, formuleringen);</w:t>
      </w:r>
    </w:p>
    <w:p w14:paraId="5528C572" w14:textId="77777777" w:rsidR="00462CF6" w:rsidRPr="00462CF6" w:rsidRDefault="00462CF6" w:rsidP="00974A8A">
      <w:pPr>
        <w:numPr>
          <w:ilvl w:val="0"/>
          <w:numId w:val="69"/>
        </w:numPr>
        <w:spacing w:before="0" w:after="0" w:line="240" w:lineRule="auto"/>
        <w:rPr>
          <w:lang w:val="nl-NL"/>
        </w:rPr>
      </w:pPr>
      <w:r w:rsidRPr="00462CF6">
        <w:rPr>
          <w:lang w:val="nl-NL"/>
        </w:rPr>
        <w:t>je iets wilt vereenvoudigen of aanpassen (B1-variant, samenvatting, checklist);</w:t>
      </w:r>
    </w:p>
    <w:p w14:paraId="182B8114" w14:textId="77777777" w:rsidR="00462CF6" w:rsidRPr="00462CF6" w:rsidRDefault="00462CF6" w:rsidP="00974A8A">
      <w:pPr>
        <w:numPr>
          <w:ilvl w:val="0"/>
          <w:numId w:val="69"/>
        </w:numPr>
        <w:spacing w:before="0" w:after="0" w:line="240" w:lineRule="auto"/>
        <w:rPr>
          <w:lang w:val="nl-NL"/>
        </w:rPr>
      </w:pPr>
      <w:r w:rsidRPr="00462CF6">
        <w:rPr>
          <w:lang w:val="nl-NL"/>
        </w:rPr>
        <w:t xml:space="preserve">je repetitief werk wilt versnellen (formats, conceptteksten, </w:t>
      </w:r>
      <w:proofErr w:type="spellStart"/>
      <w:r w:rsidRPr="00462CF6">
        <w:rPr>
          <w:lang w:val="nl-NL"/>
        </w:rPr>
        <w:t>rubrics</w:t>
      </w:r>
      <w:proofErr w:type="spellEnd"/>
      <w:r w:rsidRPr="00462CF6">
        <w:rPr>
          <w:lang w:val="nl-NL"/>
        </w:rPr>
        <w:t xml:space="preserve"> als basis).</w:t>
      </w:r>
    </w:p>
    <w:p w14:paraId="5803ADDD" w14:textId="389091B4" w:rsidR="00462CF6" w:rsidRPr="00462CF6" w:rsidRDefault="00462CF6" w:rsidP="00462CF6">
      <w:pPr>
        <w:spacing w:before="0" w:after="0" w:line="240" w:lineRule="auto"/>
        <w:rPr>
          <w:b/>
          <w:bCs/>
          <w:lang w:val="nl-NL"/>
        </w:rPr>
      </w:pPr>
      <w:r>
        <w:rPr>
          <w:b/>
          <w:bCs/>
          <w:lang w:val="nl-NL"/>
        </w:rPr>
        <w:lastRenderedPageBreak/>
        <w:br/>
      </w:r>
      <w:r w:rsidRPr="00462CF6">
        <w:rPr>
          <w:b/>
          <w:bCs/>
          <w:lang w:val="nl-NL"/>
        </w:rPr>
        <w:t>De 10-seconden-vraag (handige vuistregel)</w:t>
      </w:r>
    </w:p>
    <w:p w14:paraId="2031C9B5" w14:textId="77777777" w:rsidR="00462CF6" w:rsidRPr="00462CF6" w:rsidRDefault="00462CF6" w:rsidP="00462CF6">
      <w:pPr>
        <w:spacing w:before="0" w:after="0" w:line="240" w:lineRule="auto"/>
        <w:rPr>
          <w:lang w:val="nl-NL"/>
        </w:rPr>
      </w:pPr>
      <w:r w:rsidRPr="00462CF6">
        <w:rPr>
          <w:lang w:val="nl-NL"/>
        </w:rPr>
        <w:t>Stel jezelf deze vraag vóór je AI opent:</w:t>
      </w:r>
    </w:p>
    <w:p w14:paraId="3113F71A" w14:textId="77777777" w:rsidR="00462CF6" w:rsidRPr="00462CF6" w:rsidRDefault="00462CF6" w:rsidP="00462CF6">
      <w:pPr>
        <w:spacing w:before="0" w:after="0" w:line="240" w:lineRule="auto"/>
        <w:rPr>
          <w:lang w:val="nl-NL"/>
        </w:rPr>
      </w:pPr>
      <w:r w:rsidRPr="00462CF6">
        <w:rPr>
          <w:b/>
          <w:bCs/>
          <w:lang w:val="nl-NL"/>
        </w:rPr>
        <w:t>“Levert AI mij hier echt winst op, zonder dat ik extra risico’s of veel controlewerk binnenhaal?”</w:t>
      </w:r>
    </w:p>
    <w:p w14:paraId="65FB6BD2" w14:textId="77777777" w:rsidR="00462CF6" w:rsidRPr="00462CF6" w:rsidRDefault="00462CF6" w:rsidP="00974A8A">
      <w:pPr>
        <w:numPr>
          <w:ilvl w:val="0"/>
          <w:numId w:val="70"/>
        </w:numPr>
        <w:spacing w:before="0" w:after="0" w:line="240" w:lineRule="auto"/>
        <w:rPr>
          <w:lang w:val="nl-NL"/>
        </w:rPr>
      </w:pPr>
      <w:r w:rsidRPr="00462CF6">
        <w:rPr>
          <w:b/>
          <w:bCs/>
          <w:lang w:val="nl-NL"/>
        </w:rPr>
        <w:t>Nee?</w:t>
      </w:r>
      <w:r w:rsidRPr="00462CF6">
        <w:rPr>
          <w:lang w:val="nl-NL"/>
        </w:rPr>
        <w:t xml:space="preserve"> Dan laat je AI weg en ga je gewoon aan de slag.</w:t>
      </w:r>
    </w:p>
    <w:p w14:paraId="79644D26" w14:textId="77777777" w:rsidR="00462CF6" w:rsidRPr="00462CF6" w:rsidRDefault="00462CF6" w:rsidP="00974A8A">
      <w:pPr>
        <w:numPr>
          <w:ilvl w:val="0"/>
          <w:numId w:val="70"/>
        </w:numPr>
        <w:spacing w:before="0" w:after="0" w:line="240" w:lineRule="auto"/>
        <w:rPr>
          <w:lang w:val="nl-NL"/>
        </w:rPr>
      </w:pPr>
      <w:r w:rsidRPr="00462CF6">
        <w:rPr>
          <w:b/>
          <w:bCs/>
          <w:lang w:val="nl-NL"/>
        </w:rPr>
        <w:t>Ja?</w:t>
      </w:r>
      <w:r w:rsidRPr="00462CF6">
        <w:rPr>
          <w:lang w:val="nl-NL"/>
        </w:rPr>
        <w:t xml:space="preserve"> Gebruik AI bewust en controleer de uitkomst.</w:t>
      </w:r>
    </w:p>
    <w:p w14:paraId="17F0A04C" w14:textId="1D326C3A" w:rsidR="00462CF6" w:rsidRPr="00462CF6" w:rsidRDefault="00462CF6" w:rsidP="00462CF6">
      <w:pPr>
        <w:spacing w:before="0" w:after="0" w:line="240" w:lineRule="auto"/>
        <w:rPr>
          <w:lang w:val="nl-NL"/>
        </w:rPr>
      </w:pPr>
      <w:r>
        <w:rPr>
          <w:b/>
          <w:bCs/>
          <w:lang w:val="nl-NL"/>
        </w:rPr>
        <w:br/>
      </w:r>
      <w:r w:rsidRPr="00462CF6">
        <w:rPr>
          <w:b/>
          <w:bCs/>
          <w:lang w:val="nl-NL"/>
        </w:rPr>
        <w:t>Kortom:</w:t>
      </w:r>
      <w:r w:rsidRPr="00462CF6">
        <w:rPr>
          <w:lang w:val="nl-NL"/>
        </w:rPr>
        <w:t xml:space="preserve"> goed AI-gebruik is niet “zoveel mogelijk AI”, maar op het juiste moment, voor de juiste taak, met de juiste checks.</w:t>
      </w:r>
    </w:p>
    <w:p w14:paraId="4039E1EB" w14:textId="77777777" w:rsidR="00985E58" w:rsidRDefault="00985E58" w:rsidP="00833BF3">
      <w:pPr>
        <w:spacing w:before="0" w:after="0" w:line="240" w:lineRule="auto"/>
        <w:rPr>
          <w:lang w:val="nl-NL"/>
        </w:rPr>
      </w:pPr>
    </w:p>
    <w:p w14:paraId="70EAFE65" w14:textId="5842CC2A" w:rsidR="00637193" w:rsidRPr="00886F8D" w:rsidRDefault="00DE5613" w:rsidP="00637193">
      <w:pPr>
        <w:pStyle w:val="Kop2"/>
        <w:spacing w:before="0" w:line="240" w:lineRule="auto"/>
        <w:rPr>
          <w:lang w:val="nl-NL"/>
        </w:rPr>
      </w:pPr>
      <w:r>
        <w:rPr>
          <w:lang w:val="nl-NL"/>
        </w:rPr>
        <w:t xml:space="preserve">In het </w:t>
      </w:r>
      <w:r w:rsidR="00637193">
        <w:rPr>
          <w:lang w:val="nl-NL"/>
        </w:rPr>
        <w:t>Kort: wanneer is AI een slecht idee?</w:t>
      </w:r>
    </w:p>
    <w:p w14:paraId="7D0CD8ED" w14:textId="77777777" w:rsidR="00637193" w:rsidRDefault="00637193" w:rsidP="00833BF3">
      <w:pPr>
        <w:spacing w:before="0" w:after="0" w:line="240" w:lineRule="auto"/>
        <w:rPr>
          <w:lang w:val="nl-NL"/>
        </w:rPr>
      </w:pPr>
    </w:p>
    <w:p w14:paraId="7D87A2F6" w14:textId="173825C7" w:rsidR="007718B3" w:rsidRPr="007718B3" w:rsidRDefault="00637193" w:rsidP="007718B3">
      <w:pPr>
        <w:spacing w:before="0" w:after="0" w:line="240" w:lineRule="auto"/>
        <w:rPr>
          <w:b/>
          <w:bCs/>
          <w:lang w:val="nl-NL"/>
        </w:rPr>
      </w:pPr>
      <w:r>
        <w:rPr>
          <w:b/>
          <w:bCs/>
          <w:lang w:val="nl-NL"/>
        </w:rPr>
        <w:t>W</w:t>
      </w:r>
      <w:r w:rsidR="007718B3" w:rsidRPr="007718B3">
        <w:rPr>
          <w:b/>
          <w:bCs/>
          <w:lang w:val="nl-NL"/>
        </w:rPr>
        <w:t>anneer is AI een slecht idee?</w:t>
      </w:r>
    </w:p>
    <w:p w14:paraId="5783AEA7" w14:textId="77777777" w:rsidR="007718B3" w:rsidRPr="007718B3" w:rsidRDefault="007718B3" w:rsidP="007718B3">
      <w:pPr>
        <w:spacing w:before="0" w:after="0" w:line="240" w:lineRule="auto"/>
        <w:rPr>
          <w:lang w:val="nl-NL"/>
        </w:rPr>
      </w:pPr>
      <w:r w:rsidRPr="007718B3">
        <w:rPr>
          <w:lang w:val="nl-NL"/>
        </w:rPr>
        <w:t xml:space="preserve">AI is meestal </w:t>
      </w:r>
      <w:r w:rsidRPr="007718B3">
        <w:rPr>
          <w:b/>
          <w:bCs/>
          <w:lang w:val="nl-NL"/>
        </w:rPr>
        <w:t>geen goed idee</w:t>
      </w:r>
      <w:r w:rsidRPr="007718B3">
        <w:rPr>
          <w:lang w:val="nl-NL"/>
        </w:rPr>
        <w:t xml:space="preserve"> als één of meer van deze drie dingen spelen:</w:t>
      </w:r>
    </w:p>
    <w:p w14:paraId="71D01D19" w14:textId="77777777" w:rsidR="007718B3" w:rsidRPr="007718B3" w:rsidRDefault="007718B3" w:rsidP="00974A8A">
      <w:pPr>
        <w:numPr>
          <w:ilvl w:val="0"/>
          <w:numId w:val="45"/>
        </w:numPr>
        <w:spacing w:before="0" w:after="0" w:line="240" w:lineRule="auto"/>
        <w:rPr>
          <w:lang w:val="nl-NL"/>
        </w:rPr>
      </w:pPr>
      <w:r w:rsidRPr="007718B3">
        <w:rPr>
          <w:b/>
          <w:bCs/>
          <w:lang w:val="nl-NL"/>
        </w:rPr>
        <w:t>High-</w:t>
      </w:r>
      <w:proofErr w:type="spellStart"/>
      <w:r w:rsidRPr="007718B3">
        <w:rPr>
          <w:b/>
          <w:bCs/>
          <w:lang w:val="nl-NL"/>
        </w:rPr>
        <w:t>stakes</w:t>
      </w:r>
      <w:proofErr w:type="spellEnd"/>
      <w:r w:rsidRPr="007718B3">
        <w:rPr>
          <w:b/>
          <w:bCs/>
          <w:lang w:val="nl-NL"/>
        </w:rPr>
        <w:t xml:space="preserve"> impact</w:t>
      </w:r>
      <w:r w:rsidRPr="007718B3">
        <w:rPr>
          <w:lang w:val="nl-NL"/>
        </w:rPr>
        <w:br/>
        <w:t>Het antwoord beïnvloedt beoordeling, selectie, studievoortgang of rechtspositie.</w:t>
      </w:r>
    </w:p>
    <w:p w14:paraId="57F93F84" w14:textId="77777777" w:rsidR="007718B3" w:rsidRPr="007718B3" w:rsidRDefault="007718B3" w:rsidP="00974A8A">
      <w:pPr>
        <w:numPr>
          <w:ilvl w:val="0"/>
          <w:numId w:val="45"/>
        </w:numPr>
        <w:spacing w:before="0" w:after="0" w:line="240" w:lineRule="auto"/>
        <w:rPr>
          <w:lang w:val="nl-NL"/>
        </w:rPr>
      </w:pPr>
      <w:r w:rsidRPr="007718B3">
        <w:rPr>
          <w:b/>
          <w:bCs/>
          <w:lang w:val="nl-NL"/>
        </w:rPr>
        <w:t>Gevoelige data</w:t>
      </w:r>
      <w:r w:rsidRPr="007718B3">
        <w:rPr>
          <w:lang w:val="nl-NL"/>
        </w:rPr>
        <w:br/>
        <w:t>Je gebruikt persoonsgegevens, vertrouwelijke documenten of herkenbare casusdetails.</w:t>
      </w:r>
    </w:p>
    <w:p w14:paraId="1006997A" w14:textId="77777777" w:rsidR="007718B3" w:rsidRPr="007718B3" w:rsidRDefault="007718B3" w:rsidP="00974A8A">
      <w:pPr>
        <w:numPr>
          <w:ilvl w:val="0"/>
          <w:numId w:val="45"/>
        </w:numPr>
        <w:spacing w:before="0" w:after="0" w:line="240" w:lineRule="auto"/>
        <w:rPr>
          <w:lang w:val="nl-NL"/>
        </w:rPr>
      </w:pPr>
      <w:r w:rsidRPr="007718B3">
        <w:rPr>
          <w:b/>
          <w:bCs/>
          <w:lang w:val="nl-NL"/>
        </w:rPr>
        <w:t>Hoge eis aan juistheid/actualiteit</w:t>
      </w:r>
      <w:r w:rsidRPr="007718B3">
        <w:rPr>
          <w:lang w:val="nl-NL"/>
        </w:rPr>
        <w:br/>
        <w:t>Juridische bronnen moeten kloppen; AI kan hallucineren of verouderde info geven.</w:t>
      </w:r>
    </w:p>
    <w:p w14:paraId="683A8DB9" w14:textId="0A5D571E" w:rsidR="007718B3" w:rsidRDefault="007718B3" w:rsidP="007718B3">
      <w:pPr>
        <w:spacing w:before="0" w:after="0" w:line="240" w:lineRule="auto"/>
        <w:rPr>
          <w:lang w:val="nl-NL"/>
        </w:rPr>
      </w:pPr>
    </w:p>
    <w:p w14:paraId="72654F83" w14:textId="6B63D293" w:rsidR="00637193" w:rsidRPr="00886F8D" w:rsidRDefault="00637193" w:rsidP="00637193">
      <w:pPr>
        <w:pStyle w:val="Kop2"/>
        <w:spacing w:before="0" w:line="240" w:lineRule="auto"/>
        <w:rPr>
          <w:lang w:val="nl-NL"/>
        </w:rPr>
      </w:pPr>
      <w:r>
        <w:rPr>
          <w:lang w:val="nl-NL"/>
        </w:rPr>
        <w:t>De niet gebruiken-lijst</w:t>
      </w:r>
    </w:p>
    <w:p w14:paraId="61B4DBE8" w14:textId="4DD1047C" w:rsidR="00637193" w:rsidRDefault="00637193" w:rsidP="007718B3">
      <w:pPr>
        <w:spacing w:before="0" w:after="0" w:line="240" w:lineRule="auto"/>
        <w:rPr>
          <w:lang w:val="nl-NL"/>
        </w:rPr>
      </w:pPr>
      <w:r>
        <w:rPr>
          <w:lang w:val="nl-NL"/>
        </w:rPr>
        <w:t>Hieronder volgt een lijst met voorbeelden waarbij het gebruik van AI. Er worden voorbeelden gegeven en een alternatief geschetst. Deze lijst is overigens niet uitputtend. Twijfel je of je voor een taak AI moet of kan gebruiken</w:t>
      </w:r>
      <w:r w:rsidR="000A71CD">
        <w:rPr>
          <w:lang w:val="nl-NL"/>
        </w:rPr>
        <w:t>, gebruik dan bovenstaande lijst en overleg met je collega’s. Blijf je twijfelen, dan kun je beter geen AI-gebruiken voor een taak.</w:t>
      </w:r>
    </w:p>
    <w:p w14:paraId="1318A96B" w14:textId="77777777" w:rsidR="00637193" w:rsidRPr="007718B3" w:rsidRDefault="00637193" w:rsidP="007718B3">
      <w:pPr>
        <w:spacing w:before="0" w:after="0" w:line="240" w:lineRule="auto"/>
        <w:rPr>
          <w:lang w:val="nl-NL"/>
        </w:rPr>
      </w:pPr>
    </w:p>
    <w:p w14:paraId="295BD916" w14:textId="600DF844" w:rsidR="007718B3" w:rsidRPr="007718B3" w:rsidRDefault="007718B3" w:rsidP="007718B3">
      <w:pPr>
        <w:spacing w:before="0" w:after="0" w:line="240" w:lineRule="auto"/>
        <w:rPr>
          <w:b/>
          <w:bCs/>
          <w:lang w:val="nl-NL"/>
        </w:rPr>
      </w:pPr>
      <w:r w:rsidRPr="007718B3">
        <w:rPr>
          <w:b/>
          <w:bCs/>
          <w:lang w:val="nl-NL"/>
        </w:rPr>
        <w:t>De “niet gebruiken”-lijst (met voorbeelden + alternatief)</w:t>
      </w:r>
    </w:p>
    <w:p w14:paraId="4713A347" w14:textId="77777777" w:rsidR="005D09BE" w:rsidRDefault="005D09BE" w:rsidP="007718B3">
      <w:pPr>
        <w:spacing w:before="0" w:after="0" w:line="240" w:lineRule="auto"/>
        <w:rPr>
          <w:b/>
          <w:bCs/>
          <w:lang w:val="nl-NL"/>
        </w:rPr>
      </w:pPr>
    </w:p>
    <w:p w14:paraId="43A3E387" w14:textId="4FFA0EB9" w:rsidR="007718B3" w:rsidRPr="007718B3" w:rsidRDefault="007718B3" w:rsidP="007718B3">
      <w:pPr>
        <w:spacing w:before="0" w:after="0" w:line="240" w:lineRule="auto"/>
        <w:rPr>
          <w:b/>
          <w:bCs/>
          <w:lang w:val="nl-NL"/>
        </w:rPr>
      </w:pPr>
      <w:r w:rsidRPr="007718B3">
        <w:rPr>
          <w:b/>
          <w:bCs/>
          <w:lang w:val="nl-NL"/>
        </w:rPr>
        <w:t>A) Niet gebruiken voor: beoordelen en beslissen</w:t>
      </w:r>
    </w:p>
    <w:p w14:paraId="138AD42A" w14:textId="77777777" w:rsidR="005D09BE" w:rsidRDefault="005D09BE" w:rsidP="007718B3">
      <w:pPr>
        <w:spacing w:before="0" w:after="0" w:line="240" w:lineRule="auto"/>
        <w:rPr>
          <w:b/>
          <w:bCs/>
          <w:lang w:val="nl-NL"/>
        </w:rPr>
      </w:pPr>
    </w:p>
    <w:p w14:paraId="015C9746" w14:textId="1CCD8598" w:rsidR="007718B3" w:rsidRPr="007718B3" w:rsidRDefault="007718B3" w:rsidP="007718B3">
      <w:pPr>
        <w:spacing w:before="0" w:after="0" w:line="240" w:lineRule="auto"/>
        <w:rPr>
          <w:lang w:val="nl-NL"/>
        </w:rPr>
      </w:pPr>
      <w:r w:rsidRPr="007718B3">
        <w:rPr>
          <w:b/>
          <w:bCs/>
          <w:lang w:val="nl-NL"/>
        </w:rPr>
        <w:t>Voorbeelden</w:t>
      </w:r>
    </w:p>
    <w:p w14:paraId="58241B1D" w14:textId="77777777" w:rsidR="007718B3" w:rsidRPr="007718B3" w:rsidRDefault="007718B3" w:rsidP="00974A8A">
      <w:pPr>
        <w:numPr>
          <w:ilvl w:val="0"/>
          <w:numId w:val="46"/>
        </w:numPr>
        <w:spacing w:before="0" w:after="0" w:line="240" w:lineRule="auto"/>
        <w:rPr>
          <w:lang w:val="nl-NL"/>
        </w:rPr>
      </w:pPr>
      <w:r w:rsidRPr="007718B3">
        <w:rPr>
          <w:lang w:val="nl-NL"/>
        </w:rPr>
        <w:t>“Geef dit essay een cijfer.”</w:t>
      </w:r>
    </w:p>
    <w:p w14:paraId="7C311AB3" w14:textId="77777777" w:rsidR="007718B3" w:rsidRPr="007718B3" w:rsidRDefault="007718B3" w:rsidP="00974A8A">
      <w:pPr>
        <w:numPr>
          <w:ilvl w:val="0"/>
          <w:numId w:val="46"/>
        </w:numPr>
        <w:spacing w:before="0" w:after="0" w:line="240" w:lineRule="auto"/>
        <w:rPr>
          <w:lang w:val="nl-NL"/>
        </w:rPr>
      </w:pPr>
      <w:r w:rsidRPr="007718B3">
        <w:rPr>
          <w:lang w:val="nl-NL"/>
        </w:rPr>
        <w:t>“Is deze student geslaagd?”</w:t>
      </w:r>
    </w:p>
    <w:p w14:paraId="02DA314E" w14:textId="77777777" w:rsidR="007718B3" w:rsidRPr="007718B3" w:rsidRDefault="007718B3" w:rsidP="00974A8A">
      <w:pPr>
        <w:numPr>
          <w:ilvl w:val="0"/>
          <w:numId w:val="46"/>
        </w:numPr>
        <w:spacing w:before="0" w:after="0" w:line="240" w:lineRule="auto"/>
        <w:rPr>
          <w:lang w:val="nl-NL"/>
        </w:rPr>
      </w:pPr>
      <w:r w:rsidRPr="007718B3">
        <w:rPr>
          <w:lang w:val="nl-NL"/>
        </w:rPr>
        <w:t>“Welke student verdient extra ondersteuning?”</w:t>
      </w:r>
    </w:p>
    <w:p w14:paraId="07A21C96" w14:textId="77777777" w:rsidR="007718B3" w:rsidRPr="007718B3" w:rsidRDefault="007718B3" w:rsidP="007718B3">
      <w:pPr>
        <w:spacing w:before="0" w:after="0" w:line="240" w:lineRule="auto"/>
        <w:rPr>
          <w:lang w:val="nl-NL"/>
        </w:rPr>
      </w:pPr>
      <w:r w:rsidRPr="007718B3">
        <w:rPr>
          <w:b/>
          <w:bCs/>
          <w:lang w:val="nl-NL"/>
        </w:rPr>
        <w:t>Waarom niet</w:t>
      </w:r>
    </w:p>
    <w:p w14:paraId="712F5027" w14:textId="77777777" w:rsidR="007718B3" w:rsidRPr="007718B3" w:rsidRDefault="007718B3" w:rsidP="00974A8A">
      <w:pPr>
        <w:numPr>
          <w:ilvl w:val="0"/>
          <w:numId w:val="47"/>
        </w:numPr>
        <w:spacing w:before="0" w:after="0" w:line="240" w:lineRule="auto"/>
        <w:rPr>
          <w:lang w:val="nl-NL"/>
        </w:rPr>
      </w:pPr>
      <w:r w:rsidRPr="007718B3">
        <w:rPr>
          <w:lang w:val="nl-NL"/>
        </w:rPr>
        <w:t>risico op ongelijkheid en schijnobjectiviteit</w:t>
      </w:r>
    </w:p>
    <w:p w14:paraId="3F22D8B4" w14:textId="77777777" w:rsidR="007718B3" w:rsidRPr="007718B3" w:rsidRDefault="007718B3" w:rsidP="00974A8A">
      <w:pPr>
        <w:numPr>
          <w:ilvl w:val="0"/>
          <w:numId w:val="47"/>
        </w:numPr>
        <w:spacing w:before="0" w:after="0" w:line="240" w:lineRule="auto"/>
        <w:rPr>
          <w:lang w:val="nl-NL"/>
        </w:rPr>
      </w:pPr>
      <w:r w:rsidRPr="007718B3">
        <w:rPr>
          <w:lang w:val="nl-NL"/>
        </w:rPr>
        <w:t>onduidelijke verantwoordelijkheid</w:t>
      </w:r>
    </w:p>
    <w:p w14:paraId="36E0355A" w14:textId="77777777" w:rsidR="007718B3" w:rsidRPr="007718B3" w:rsidRDefault="007718B3" w:rsidP="00974A8A">
      <w:pPr>
        <w:numPr>
          <w:ilvl w:val="0"/>
          <w:numId w:val="47"/>
        </w:numPr>
        <w:spacing w:before="0" w:after="0" w:line="240" w:lineRule="auto"/>
        <w:rPr>
          <w:lang w:val="nl-NL"/>
        </w:rPr>
      </w:pPr>
      <w:r w:rsidRPr="007718B3">
        <w:rPr>
          <w:lang w:val="nl-NL"/>
        </w:rPr>
        <w:t>mogelijk high-</w:t>
      </w:r>
      <w:proofErr w:type="spellStart"/>
      <w:r w:rsidRPr="007718B3">
        <w:rPr>
          <w:lang w:val="nl-NL"/>
        </w:rPr>
        <w:t>stakes</w:t>
      </w:r>
      <w:proofErr w:type="spellEnd"/>
      <w:r w:rsidRPr="007718B3">
        <w:rPr>
          <w:lang w:val="nl-NL"/>
        </w:rPr>
        <w:t xml:space="preserve"> in onderwijs</w:t>
      </w:r>
    </w:p>
    <w:p w14:paraId="526B8DDE" w14:textId="77777777" w:rsidR="007718B3" w:rsidRPr="007718B3" w:rsidRDefault="007718B3" w:rsidP="007718B3">
      <w:pPr>
        <w:spacing w:before="0" w:after="0" w:line="240" w:lineRule="auto"/>
        <w:rPr>
          <w:lang w:val="nl-NL"/>
        </w:rPr>
      </w:pPr>
      <w:r w:rsidRPr="007718B3">
        <w:rPr>
          <w:b/>
          <w:bCs/>
          <w:lang w:val="nl-NL"/>
        </w:rPr>
        <w:t>Wat dan wél</w:t>
      </w:r>
    </w:p>
    <w:p w14:paraId="032E6521" w14:textId="77777777" w:rsidR="007718B3" w:rsidRPr="007718B3" w:rsidRDefault="007718B3" w:rsidP="00974A8A">
      <w:pPr>
        <w:numPr>
          <w:ilvl w:val="0"/>
          <w:numId w:val="48"/>
        </w:numPr>
        <w:spacing w:before="0" w:after="0" w:line="240" w:lineRule="auto"/>
        <w:rPr>
          <w:lang w:val="nl-NL"/>
        </w:rPr>
      </w:pPr>
      <w:r w:rsidRPr="007718B3">
        <w:rPr>
          <w:lang w:val="nl-NL"/>
        </w:rPr>
        <w:t xml:space="preserve">AI laten helpen met </w:t>
      </w:r>
      <w:r w:rsidRPr="007718B3">
        <w:rPr>
          <w:i/>
          <w:iCs/>
          <w:lang w:val="nl-NL"/>
        </w:rPr>
        <w:t>feedbackformuleringen</w:t>
      </w:r>
      <w:r w:rsidRPr="007718B3">
        <w:rPr>
          <w:lang w:val="nl-NL"/>
        </w:rPr>
        <w:t xml:space="preserve"> op basis van jouw </w:t>
      </w:r>
      <w:proofErr w:type="spellStart"/>
      <w:r w:rsidRPr="007718B3">
        <w:rPr>
          <w:lang w:val="nl-NL"/>
        </w:rPr>
        <w:t>rubric</w:t>
      </w:r>
      <w:proofErr w:type="spellEnd"/>
      <w:r w:rsidRPr="007718B3">
        <w:rPr>
          <w:lang w:val="nl-NL"/>
        </w:rPr>
        <w:t>, zonder cijfer</w:t>
      </w:r>
    </w:p>
    <w:p w14:paraId="25EA508C" w14:textId="77777777" w:rsidR="007718B3" w:rsidRPr="007718B3" w:rsidRDefault="007718B3" w:rsidP="00974A8A">
      <w:pPr>
        <w:numPr>
          <w:ilvl w:val="0"/>
          <w:numId w:val="48"/>
        </w:numPr>
        <w:spacing w:before="0" w:after="0" w:line="240" w:lineRule="auto"/>
        <w:rPr>
          <w:lang w:val="nl-NL"/>
        </w:rPr>
      </w:pPr>
      <w:r w:rsidRPr="007718B3">
        <w:rPr>
          <w:lang w:val="nl-NL"/>
        </w:rPr>
        <w:t>AI laten genereren: “3 sterke punten / 3 verbeterpunten” als concept</w:t>
      </w:r>
    </w:p>
    <w:p w14:paraId="2920CF20" w14:textId="088FA944" w:rsidR="007718B3" w:rsidRPr="007718B3" w:rsidRDefault="007718B3" w:rsidP="007718B3">
      <w:pPr>
        <w:spacing w:before="0" w:after="0" w:line="240" w:lineRule="auto"/>
        <w:rPr>
          <w:lang w:val="nl-NL"/>
        </w:rPr>
      </w:pPr>
    </w:p>
    <w:p w14:paraId="6AB6B4F2" w14:textId="77777777" w:rsidR="007718B3" w:rsidRPr="007718B3" w:rsidRDefault="007718B3" w:rsidP="007718B3">
      <w:pPr>
        <w:spacing w:before="0" w:after="0" w:line="240" w:lineRule="auto"/>
        <w:rPr>
          <w:b/>
          <w:bCs/>
          <w:lang w:val="nl-NL"/>
        </w:rPr>
      </w:pPr>
      <w:r w:rsidRPr="007718B3">
        <w:rPr>
          <w:b/>
          <w:bCs/>
          <w:lang w:val="nl-NL"/>
        </w:rPr>
        <w:t>B) Niet gebruiken voor: juridische waarheid zonder broncontrole</w:t>
      </w:r>
    </w:p>
    <w:p w14:paraId="33C80DFE" w14:textId="77777777" w:rsidR="005D09BE" w:rsidRDefault="005D09BE" w:rsidP="007718B3">
      <w:pPr>
        <w:spacing w:before="0" w:after="0" w:line="240" w:lineRule="auto"/>
        <w:rPr>
          <w:b/>
          <w:bCs/>
          <w:lang w:val="nl-NL"/>
        </w:rPr>
      </w:pPr>
    </w:p>
    <w:p w14:paraId="7E489C33" w14:textId="1CC45A47" w:rsidR="007718B3" w:rsidRPr="007718B3" w:rsidRDefault="007718B3" w:rsidP="007718B3">
      <w:pPr>
        <w:spacing w:before="0" w:after="0" w:line="240" w:lineRule="auto"/>
        <w:rPr>
          <w:lang w:val="nl-NL"/>
        </w:rPr>
      </w:pPr>
      <w:r w:rsidRPr="007718B3">
        <w:rPr>
          <w:b/>
          <w:bCs/>
          <w:lang w:val="nl-NL"/>
        </w:rPr>
        <w:t>Voorbeelden</w:t>
      </w:r>
    </w:p>
    <w:p w14:paraId="429D4D22" w14:textId="77777777" w:rsidR="007718B3" w:rsidRPr="007718B3" w:rsidRDefault="007718B3" w:rsidP="00974A8A">
      <w:pPr>
        <w:numPr>
          <w:ilvl w:val="0"/>
          <w:numId w:val="49"/>
        </w:numPr>
        <w:spacing w:before="0" w:after="0" w:line="240" w:lineRule="auto"/>
        <w:rPr>
          <w:lang w:val="nl-NL"/>
        </w:rPr>
      </w:pPr>
      <w:r w:rsidRPr="007718B3">
        <w:rPr>
          <w:lang w:val="nl-NL"/>
        </w:rPr>
        <w:t>“Welke uitspraak zegt precies dit?”</w:t>
      </w:r>
    </w:p>
    <w:p w14:paraId="27A4EDE4" w14:textId="77777777" w:rsidR="007718B3" w:rsidRPr="007718B3" w:rsidRDefault="007718B3" w:rsidP="00974A8A">
      <w:pPr>
        <w:numPr>
          <w:ilvl w:val="0"/>
          <w:numId w:val="49"/>
        </w:numPr>
        <w:spacing w:before="0" w:after="0" w:line="240" w:lineRule="auto"/>
        <w:rPr>
          <w:lang w:val="nl-NL"/>
        </w:rPr>
      </w:pPr>
      <w:r w:rsidRPr="007718B3">
        <w:rPr>
          <w:lang w:val="nl-NL"/>
        </w:rPr>
        <w:t>“Wat is de actuele stand van het recht over X?”</w:t>
      </w:r>
    </w:p>
    <w:p w14:paraId="7D4703D0" w14:textId="77777777" w:rsidR="007718B3" w:rsidRPr="007718B3" w:rsidRDefault="007718B3" w:rsidP="00974A8A">
      <w:pPr>
        <w:numPr>
          <w:ilvl w:val="0"/>
          <w:numId w:val="49"/>
        </w:numPr>
        <w:spacing w:before="0" w:after="0" w:line="240" w:lineRule="auto"/>
        <w:rPr>
          <w:lang w:val="nl-NL"/>
        </w:rPr>
      </w:pPr>
      <w:r w:rsidRPr="007718B3">
        <w:rPr>
          <w:lang w:val="nl-NL"/>
        </w:rPr>
        <w:t xml:space="preserve">“Noem </w:t>
      </w:r>
      <w:proofErr w:type="spellStart"/>
      <w:r w:rsidRPr="007718B3">
        <w:rPr>
          <w:lang w:val="nl-NL"/>
        </w:rPr>
        <w:t>ECLI’s</w:t>
      </w:r>
      <w:proofErr w:type="spellEnd"/>
      <w:r w:rsidRPr="007718B3">
        <w:rPr>
          <w:lang w:val="nl-NL"/>
        </w:rPr>
        <w:t xml:space="preserve"> bij dit onderwerp.”</w:t>
      </w:r>
    </w:p>
    <w:p w14:paraId="286A476A" w14:textId="77777777" w:rsidR="007718B3" w:rsidRPr="007718B3" w:rsidRDefault="007718B3" w:rsidP="007718B3">
      <w:pPr>
        <w:spacing w:before="0" w:after="0" w:line="240" w:lineRule="auto"/>
        <w:rPr>
          <w:lang w:val="nl-NL"/>
        </w:rPr>
      </w:pPr>
      <w:r w:rsidRPr="007718B3">
        <w:rPr>
          <w:b/>
          <w:bCs/>
          <w:lang w:val="nl-NL"/>
        </w:rPr>
        <w:t>Waarom niet</w:t>
      </w:r>
    </w:p>
    <w:p w14:paraId="104262EF" w14:textId="77777777" w:rsidR="007718B3" w:rsidRPr="007718B3" w:rsidRDefault="007718B3" w:rsidP="00974A8A">
      <w:pPr>
        <w:numPr>
          <w:ilvl w:val="0"/>
          <w:numId w:val="50"/>
        </w:numPr>
        <w:spacing w:before="0" w:after="0" w:line="240" w:lineRule="auto"/>
        <w:rPr>
          <w:lang w:val="nl-NL"/>
        </w:rPr>
      </w:pPr>
      <w:r w:rsidRPr="007718B3">
        <w:rPr>
          <w:lang w:val="nl-NL"/>
        </w:rPr>
        <w:t>AI kan overtuigend klinken en toch bronnen verzinnen of fouten maken</w:t>
      </w:r>
    </w:p>
    <w:p w14:paraId="029B63CA" w14:textId="77777777" w:rsidR="001B674A" w:rsidRDefault="001B674A" w:rsidP="007718B3">
      <w:pPr>
        <w:spacing w:before="0" w:after="0" w:line="240" w:lineRule="auto"/>
        <w:rPr>
          <w:b/>
          <w:bCs/>
          <w:lang w:val="nl-NL"/>
        </w:rPr>
      </w:pPr>
    </w:p>
    <w:p w14:paraId="5DDA31DB" w14:textId="294CCE84" w:rsidR="007718B3" w:rsidRPr="007718B3" w:rsidRDefault="007718B3" w:rsidP="007718B3">
      <w:pPr>
        <w:spacing w:before="0" w:after="0" w:line="240" w:lineRule="auto"/>
        <w:rPr>
          <w:lang w:val="nl-NL"/>
        </w:rPr>
      </w:pPr>
      <w:r w:rsidRPr="007718B3">
        <w:rPr>
          <w:b/>
          <w:bCs/>
          <w:lang w:val="nl-NL"/>
        </w:rPr>
        <w:lastRenderedPageBreak/>
        <w:t>Wat dan wél</w:t>
      </w:r>
    </w:p>
    <w:p w14:paraId="16B77FE5" w14:textId="77777777" w:rsidR="007718B3" w:rsidRPr="007718B3" w:rsidRDefault="007718B3" w:rsidP="00974A8A">
      <w:pPr>
        <w:numPr>
          <w:ilvl w:val="0"/>
          <w:numId w:val="51"/>
        </w:numPr>
        <w:spacing w:before="0" w:after="0" w:line="240" w:lineRule="auto"/>
        <w:rPr>
          <w:lang w:val="nl-NL"/>
        </w:rPr>
      </w:pPr>
      <w:r w:rsidRPr="007718B3">
        <w:rPr>
          <w:lang w:val="nl-NL"/>
        </w:rPr>
        <w:t>AI gebruiken om zoektermen/zoekstrategie te maken</w:t>
      </w:r>
    </w:p>
    <w:p w14:paraId="18B225CC" w14:textId="77777777" w:rsidR="007718B3" w:rsidRPr="007718B3" w:rsidRDefault="007718B3" w:rsidP="00974A8A">
      <w:pPr>
        <w:numPr>
          <w:ilvl w:val="0"/>
          <w:numId w:val="51"/>
        </w:numPr>
        <w:spacing w:before="0" w:after="0" w:line="240" w:lineRule="auto"/>
        <w:rPr>
          <w:lang w:val="nl-NL"/>
        </w:rPr>
      </w:pPr>
      <w:r w:rsidRPr="007718B3">
        <w:rPr>
          <w:lang w:val="nl-NL"/>
        </w:rPr>
        <w:t>AI gebruiken om een gevonden bron samen te vatten (met jouw controle)</w:t>
      </w:r>
    </w:p>
    <w:p w14:paraId="0560C008" w14:textId="128161BF" w:rsidR="007718B3" w:rsidRPr="007718B3" w:rsidRDefault="007718B3" w:rsidP="007718B3">
      <w:pPr>
        <w:spacing w:before="0" w:after="0" w:line="240" w:lineRule="auto"/>
        <w:rPr>
          <w:lang w:val="nl-NL"/>
        </w:rPr>
      </w:pPr>
    </w:p>
    <w:p w14:paraId="6BB399DE" w14:textId="576BACFD" w:rsidR="007718B3" w:rsidRPr="007718B3" w:rsidRDefault="007718B3" w:rsidP="007718B3">
      <w:pPr>
        <w:spacing w:before="0" w:after="0" w:line="240" w:lineRule="auto"/>
        <w:rPr>
          <w:b/>
          <w:bCs/>
          <w:lang w:val="nl-NL"/>
        </w:rPr>
      </w:pPr>
      <w:r w:rsidRPr="007718B3">
        <w:rPr>
          <w:b/>
          <w:bCs/>
          <w:lang w:val="nl-NL"/>
        </w:rPr>
        <w:t>C) Niet gebruiken voor: persoonsgegevens of vertrouwelijke casuïstiek</w:t>
      </w:r>
    </w:p>
    <w:p w14:paraId="0D3A9DCC" w14:textId="77777777" w:rsidR="005D09BE" w:rsidRDefault="005D09BE" w:rsidP="007718B3">
      <w:pPr>
        <w:spacing w:before="0" w:after="0" w:line="240" w:lineRule="auto"/>
        <w:rPr>
          <w:b/>
          <w:bCs/>
          <w:lang w:val="nl-NL"/>
        </w:rPr>
      </w:pPr>
    </w:p>
    <w:p w14:paraId="6422C4DE" w14:textId="03D493E6" w:rsidR="007718B3" w:rsidRPr="007718B3" w:rsidRDefault="007718B3" w:rsidP="007718B3">
      <w:pPr>
        <w:spacing w:before="0" w:after="0" w:line="240" w:lineRule="auto"/>
        <w:rPr>
          <w:lang w:val="nl-NL"/>
        </w:rPr>
      </w:pPr>
      <w:r w:rsidRPr="007718B3">
        <w:rPr>
          <w:b/>
          <w:bCs/>
          <w:lang w:val="nl-NL"/>
        </w:rPr>
        <w:t>Voorbeelden</w:t>
      </w:r>
    </w:p>
    <w:p w14:paraId="24E77628" w14:textId="77777777" w:rsidR="007718B3" w:rsidRPr="007718B3" w:rsidRDefault="007718B3" w:rsidP="00974A8A">
      <w:pPr>
        <w:numPr>
          <w:ilvl w:val="0"/>
          <w:numId w:val="52"/>
        </w:numPr>
        <w:spacing w:before="0" w:after="0" w:line="240" w:lineRule="auto"/>
        <w:rPr>
          <w:lang w:val="nl-NL"/>
        </w:rPr>
      </w:pPr>
      <w:r w:rsidRPr="007718B3">
        <w:rPr>
          <w:lang w:val="nl-NL"/>
        </w:rPr>
        <w:t>studenttekst met naam/studentnummer</w:t>
      </w:r>
    </w:p>
    <w:p w14:paraId="5EAC9985" w14:textId="77777777" w:rsidR="007718B3" w:rsidRPr="007718B3" w:rsidRDefault="007718B3" w:rsidP="00974A8A">
      <w:pPr>
        <w:numPr>
          <w:ilvl w:val="0"/>
          <w:numId w:val="52"/>
        </w:numPr>
        <w:spacing w:before="0" w:after="0" w:line="240" w:lineRule="auto"/>
        <w:rPr>
          <w:lang w:val="nl-NL"/>
        </w:rPr>
      </w:pPr>
      <w:r w:rsidRPr="007718B3">
        <w:rPr>
          <w:lang w:val="nl-NL"/>
        </w:rPr>
        <w:t>stagecasus met herkenbare details</w:t>
      </w:r>
    </w:p>
    <w:p w14:paraId="1E8A7DFA" w14:textId="77777777" w:rsidR="007718B3" w:rsidRPr="007718B3" w:rsidRDefault="007718B3" w:rsidP="00974A8A">
      <w:pPr>
        <w:numPr>
          <w:ilvl w:val="0"/>
          <w:numId w:val="52"/>
        </w:numPr>
        <w:spacing w:before="0" w:after="0" w:line="240" w:lineRule="auto"/>
        <w:rPr>
          <w:lang w:val="nl-NL"/>
        </w:rPr>
      </w:pPr>
      <w:r w:rsidRPr="007718B3">
        <w:rPr>
          <w:lang w:val="nl-NL"/>
        </w:rPr>
        <w:t>interne beleidsstukken in publieke tools</w:t>
      </w:r>
    </w:p>
    <w:p w14:paraId="420FA08F" w14:textId="77777777" w:rsidR="007718B3" w:rsidRPr="007718B3" w:rsidRDefault="007718B3" w:rsidP="007718B3">
      <w:pPr>
        <w:spacing w:before="0" w:after="0" w:line="240" w:lineRule="auto"/>
        <w:rPr>
          <w:lang w:val="nl-NL"/>
        </w:rPr>
      </w:pPr>
      <w:r w:rsidRPr="007718B3">
        <w:rPr>
          <w:b/>
          <w:bCs/>
          <w:lang w:val="nl-NL"/>
        </w:rPr>
        <w:t>Waarom niet</w:t>
      </w:r>
    </w:p>
    <w:p w14:paraId="6C8F6563" w14:textId="77777777" w:rsidR="007718B3" w:rsidRPr="007718B3" w:rsidRDefault="007718B3" w:rsidP="00974A8A">
      <w:pPr>
        <w:numPr>
          <w:ilvl w:val="0"/>
          <w:numId w:val="53"/>
        </w:numPr>
        <w:spacing w:before="0" w:after="0" w:line="240" w:lineRule="auto"/>
        <w:rPr>
          <w:lang w:val="nl-NL"/>
        </w:rPr>
      </w:pPr>
      <w:proofErr w:type="spellStart"/>
      <w:r w:rsidRPr="007718B3">
        <w:rPr>
          <w:lang w:val="nl-NL"/>
        </w:rPr>
        <w:t>privacyrisico’s</w:t>
      </w:r>
      <w:proofErr w:type="spellEnd"/>
      <w:r w:rsidRPr="007718B3">
        <w:rPr>
          <w:lang w:val="nl-NL"/>
        </w:rPr>
        <w:t xml:space="preserve"> (AVG) en vertrouwelijkheid</w:t>
      </w:r>
    </w:p>
    <w:p w14:paraId="54318631" w14:textId="77777777" w:rsidR="007718B3" w:rsidRPr="007718B3" w:rsidRDefault="007718B3" w:rsidP="007718B3">
      <w:pPr>
        <w:spacing w:before="0" w:after="0" w:line="240" w:lineRule="auto"/>
        <w:rPr>
          <w:lang w:val="nl-NL"/>
        </w:rPr>
      </w:pPr>
      <w:r w:rsidRPr="007718B3">
        <w:rPr>
          <w:b/>
          <w:bCs/>
          <w:lang w:val="nl-NL"/>
        </w:rPr>
        <w:t>Wat dan wél</w:t>
      </w:r>
    </w:p>
    <w:p w14:paraId="0AF5F021" w14:textId="7A10C8B8" w:rsidR="007718B3" w:rsidRPr="007718B3" w:rsidRDefault="007A2ECA" w:rsidP="00974A8A">
      <w:pPr>
        <w:numPr>
          <w:ilvl w:val="0"/>
          <w:numId w:val="54"/>
        </w:numPr>
        <w:spacing w:before="0" w:after="0" w:line="240" w:lineRule="auto"/>
        <w:rPr>
          <w:lang w:val="nl-NL"/>
        </w:rPr>
      </w:pPr>
      <w:r w:rsidRPr="007718B3">
        <w:rPr>
          <w:lang w:val="nl-NL"/>
        </w:rPr>
        <w:t>anonimiseren</w:t>
      </w:r>
      <w:r w:rsidR="007718B3" w:rsidRPr="007718B3">
        <w:rPr>
          <w:lang w:val="nl-NL"/>
        </w:rPr>
        <w:t xml:space="preserve"> (namen/plaatsen/organisaties verwijderen)</w:t>
      </w:r>
    </w:p>
    <w:p w14:paraId="1809CBCD" w14:textId="77777777" w:rsidR="007718B3" w:rsidRPr="007718B3" w:rsidRDefault="007718B3" w:rsidP="00974A8A">
      <w:pPr>
        <w:numPr>
          <w:ilvl w:val="0"/>
          <w:numId w:val="54"/>
        </w:numPr>
        <w:spacing w:before="0" w:after="0" w:line="240" w:lineRule="auto"/>
        <w:rPr>
          <w:lang w:val="nl-NL"/>
        </w:rPr>
      </w:pPr>
      <w:r w:rsidRPr="007718B3">
        <w:rPr>
          <w:lang w:val="nl-NL"/>
        </w:rPr>
        <w:t>dummy-casus maken</w:t>
      </w:r>
    </w:p>
    <w:p w14:paraId="4ADC3896" w14:textId="77777777" w:rsidR="007718B3" w:rsidRPr="007718B3" w:rsidRDefault="007718B3" w:rsidP="00974A8A">
      <w:pPr>
        <w:numPr>
          <w:ilvl w:val="0"/>
          <w:numId w:val="54"/>
        </w:numPr>
        <w:spacing w:before="0" w:after="0" w:line="240" w:lineRule="auto"/>
        <w:rPr>
          <w:lang w:val="nl-NL"/>
        </w:rPr>
      </w:pPr>
      <w:r w:rsidRPr="007718B3">
        <w:rPr>
          <w:lang w:val="nl-NL"/>
        </w:rPr>
        <w:t xml:space="preserve">institutionele, goedgekeurde </w:t>
      </w:r>
      <w:proofErr w:type="spellStart"/>
      <w:r w:rsidRPr="007718B3">
        <w:rPr>
          <w:lang w:val="nl-NL"/>
        </w:rPr>
        <w:t>tooling</w:t>
      </w:r>
      <w:proofErr w:type="spellEnd"/>
      <w:r w:rsidRPr="007718B3">
        <w:rPr>
          <w:lang w:val="nl-NL"/>
        </w:rPr>
        <w:t xml:space="preserve"> gebruiken</w:t>
      </w:r>
    </w:p>
    <w:p w14:paraId="7D73A669" w14:textId="20F92EB4" w:rsidR="007718B3" w:rsidRPr="007718B3" w:rsidRDefault="007718B3" w:rsidP="007718B3">
      <w:pPr>
        <w:spacing w:before="0" w:after="0" w:line="240" w:lineRule="auto"/>
        <w:rPr>
          <w:lang w:val="nl-NL"/>
        </w:rPr>
      </w:pPr>
    </w:p>
    <w:p w14:paraId="58C3F4C4" w14:textId="77777777" w:rsidR="007718B3" w:rsidRPr="007718B3" w:rsidRDefault="007718B3" w:rsidP="007718B3">
      <w:pPr>
        <w:spacing w:before="0" w:after="0" w:line="240" w:lineRule="auto"/>
        <w:rPr>
          <w:b/>
          <w:bCs/>
          <w:lang w:val="nl-NL"/>
        </w:rPr>
      </w:pPr>
      <w:r w:rsidRPr="007718B3">
        <w:rPr>
          <w:b/>
          <w:bCs/>
          <w:lang w:val="nl-NL"/>
        </w:rPr>
        <w:t>D) Niet gebruiken voor: fraudedetectie of ‘profileren’</w:t>
      </w:r>
    </w:p>
    <w:p w14:paraId="4CA57DB6" w14:textId="77777777" w:rsidR="005D09BE" w:rsidRDefault="005D09BE" w:rsidP="007718B3">
      <w:pPr>
        <w:spacing w:before="0" w:after="0" w:line="240" w:lineRule="auto"/>
        <w:rPr>
          <w:b/>
          <w:bCs/>
          <w:lang w:val="nl-NL"/>
        </w:rPr>
      </w:pPr>
    </w:p>
    <w:p w14:paraId="7091EF52" w14:textId="74286487" w:rsidR="007718B3" w:rsidRPr="007718B3" w:rsidRDefault="007718B3" w:rsidP="007718B3">
      <w:pPr>
        <w:spacing w:before="0" w:after="0" w:line="240" w:lineRule="auto"/>
        <w:rPr>
          <w:lang w:val="nl-NL"/>
        </w:rPr>
      </w:pPr>
      <w:r w:rsidRPr="007718B3">
        <w:rPr>
          <w:b/>
          <w:bCs/>
          <w:lang w:val="nl-NL"/>
        </w:rPr>
        <w:t>Voorbeelden</w:t>
      </w:r>
    </w:p>
    <w:p w14:paraId="2997211D" w14:textId="77777777" w:rsidR="007718B3" w:rsidRPr="007718B3" w:rsidRDefault="007718B3" w:rsidP="00974A8A">
      <w:pPr>
        <w:numPr>
          <w:ilvl w:val="0"/>
          <w:numId w:val="55"/>
        </w:numPr>
        <w:spacing w:before="0" w:after="0" w:line="240" w:lineRule="auto"/>
        <w:rPr>
          <w:lang w:val="nl-NL"/>
        </w:rPr>
      </w:pPr>
      <w:r w:rsidRPr="007718B3">
        <w:rPr>
          <w:lang w:val="nl-NL"/>
        </w:rPr>
        <w:t>“Is deze student aan het frauderen?”</w:t>
      </w:r>
    </w:p>
    <w:p w14:paraId="25DE26FC" w14:textId="77777777" w:rsidR="007718B3" w:rsidRPr="007718B3" w:rsidRDefault="007718B3" w:rsidP="00974A8A">
      <w:pPr>
        <w:numPr>
          <w:ilvl w:val="0"/>
          <w:numId w:val="55"/>
        </w:numPr>
        <w:spacing w:before="0" w:after="0" w:line="240" w:lineRule="auto"/>
        <w:rPr>
          <w:lang w:val="nl-NL"/>
        </w:rPr>
      </w:pPr>
      <w:r w:rsidRPr="007718B3">
        <w:rPr>
          <w:lang w:val="nl-NL"/>
        </w:rPr>
        <w:t>“Wie gebruikt AI waarschijnlijk onterecht?”</w:t>
      </w:r>
    </w:p>
    <w:p w14:paraId="568A5608" w14:textId="77777777" w:rsidR="007718B3" w:rsidRPr="007718B3" w:rsidRDefault="007718B3" w:rsidP="007718B3">
      <w:pPr>
        <w:spacing w:before="0" w:after="0" w:line="240" w:lineRule="auto"/>
        <w:rPr>
          <w:lang w:val="nl-NL"/>
        </w:rPr>
      </w:pPr>
      <w:r w:rsidRPr="007718B3">
        <w:rPr>
          <w:b/>
          <w:bCs/>
          <w:lang w:val="nl-NL"/>
        </w:rPr>
        <w:t>Waarom niet</w:t>
      </w:r>
    </w:p>
    <w:p w14:paraId="14134B7F" w14:textId="77777777" w:rsidR="007718B3" w:rsidRPr="007718B3" w:rsidRDefault="007718B3" w:rsidP="00974A8A">
      <w:pPr>
        <w:numPr>
          <w:ilvl w:val="0"/>
          <w:numId w:val="56"/>
        </w:numPr>
        <w:spacing w:before="0" w:after="0" w:line="240" w:lineRule="auto"/>
        <w:rPr>
          <w:lang w:val="nl-NL"/>
        </w:rPr>
      </w:pPr>
      <w:r w:rsidRPr="007718B3">
        <w:rPr>
          <w:lang w:val="nl-NL"/>
        </w:rPr>
        <w:t xml:space="preserve">grote kans op </w:t>
      </w:r>
      <w:proofErr w:type="spellStart"/>
      <w:r w:rsidRPr="007718B3">
        <w:rPr>
          <w:lang w:val="nl-NL"/>
        </w:rPr>
        <w:t>false</w:t>
      </w:r>
      <w:proofErr w:type="spellEnd"/>
      <w:r w:rsidRPr="007718B3">
        <w:rPr>
          <w:lang w:val="nl-NL"/>
        </w:rPr>
        <w:t xml:space="preserve"> </w:t>
      </w:r>
      <w:proofErr w:type="spellStart"/>
      <w:r w:rsidRPr="007718B3">
        <w:rPr>
          <w:lang w:val="nl-NL"/>
        </w:rPr>
        <w:t>positives</w:t>
      </w:r>
      <w:proofErr w:type="spellEnd"/>
      <w:r w:rsidRPr="007718B3">
        <w:rPr>
          <w:lang w:val="nl-NL"/>
        </w:rPr>
        <w:t xml:space="preserve"> en ongelijkheid</w:t>
      </w:r>
    </w:p>
    <w:p w14:paraId="434411C4" w14:textId="77777777" w:rsidR="007718B3" w:rsidRPr="007718B3" w:rsidRDefault="007718B3" w:rsidP="00974A8A">
      <w:pPr>
        <w:numPr>
          <w:ilvl w:val="0"/>
          <w:numId w:val="56"/>
        </w:numPr>
        <w:spacing w:before="0" w:after="0" w:line="240" w:lineRule="auto"/>
        <w:rPr>
          <w:lang w:val="nl-NL"/>
        </w:rPr>
      </w:pPr>
      <w:r w:rsidRPr="007718B3">
        <w:rPr>
          <w:lang w:val="nl-NL"/>
        </w:rPr>
        <w:t>raakt aan grondrechten en onderwijsvertrouwen</w:t>
      </w:r>
    </w:p>
    <w:p w14:paraId="256A62BF" w14:textId="77777777" w:rsidR="007718B3" w:rsidRPr="007718B3" w:rsidRDefault="007718B3" w:rsidP="007718B3">
      <w:pPr>
        <w:spacing w:before="0" w:after="0" w:line="240" w:lineRule="auto"/>
        <w:rPr>
          <w:lang w:val="nl-NL"/>
        </w:rPr>
      </w:pPr>
      <w:r w:rsidRPr="007718B3">
        <w:rPr>
          <w:b/>
          <w:bCs/>
          <w:lang w:val="nl-NL"/>
        </w:rPr>
        <w:t>Wat dan wél</w:t>
      </w:r>
    </w:p>
    <w:p w14:paraId="7D5B0B5B" w14:textId="77777777" w:rsidR="007718B3" w:rsidRPr="007718B3" w:rsidRDefault="007718B3" w:rsidP="00974A8A">
      <w:pPr>
        <w:numPr>
          <w:ilvl w:val="0"/>
          <w:numId w:val="57"/>
        </w:numPr>
        <w:spacing w:before="0" w:after="0" w:line="240" w:lineRule="auto"/>
        <w:rPr>
          <w:lang w:val="nl-NL"/>
        </w:rPr>
      </w:pPr>
      <w:r w:rsidRPr="007718B3">
        <w:rPr>
          <w:lang w:val="nl-NL"/>
        </w:rPr>
        <w:t xml:space="preserve">focus op </w:t>
      </w:r>
      <w:proofErr w:type="spellStart"/>
      <w:r w:rsidRPr="007718B3">
        <w:rPr>
          <w:lang w:val="nl-NL"/>
        </w:rPr>
        <w:t>toetsontwerp</w:t>
      </w:r>
      <w:proofErr w:type="spellEnd"/>
      <w:r w:rsidRPr="007718B3">
        <w:rPr>
          <w:lang w:val="nl-NL"/>
        </w:rPr>
        <w:t>: procesproducten, mondelinge toelichting, bronnenlogboek</w:t>
      </w:r>
    </w:p>
    <w:p w14:paraId="28CF9753" w14:textId="03319A4D" w:rsidR="007718B3" w:rsidRPr="007718B3" w:rsidRDefault="007718B3" w:rsidP="007718B3">
      <w:pPr>
        <w:spacing w:before="0" w:after="0" w:line="240" w:lineRule="auto"/>
        <w:rPr>
          <w:lang w:val="nl-NL"/>
        </w:rPr>
      </w:pPr>
    </w:p>
    <w:p w14:paraId="3EED08F8" w14:textId="77777777" w:rsidR="007718B3" w:rsidRPr="007718B3" w:rsidRDefault="007718B3" w:rsidP="007718B3">
      <w:pPr>
        <w:spacing w:before="0" w:after="0" w:line="240" w:lineRule="auto"/>
        <w:rPr>
          <w:b/>
          <w:bCs/>
          <w:lang w:val="nl-NL"/>
        </w:rPr>
      </w:pPr>
      <w:r w:rsidRPr="007718B3">
        <w:rPr>
          <w:b/>
          <w:bCs/>
          <w:lang w:val="nl-NL"/>
        </w:rPr>
        <w:t>E) Niet gebruiken voor: persoonlijke of kwetsbare situaties</w:t>
      </w:r>
    </w:p>
    <w:p w14:paraId="2B2CE3B5" w14:textId="77777777" w:rsidR="005D09BE" w:rsidRDefault="005D09BE" w:rsidP="007718B3">
      <w:pPr>
        <w:spacing w:before="0" w:after="0" w:line="240" w:lineRule="auto"/>
        <w:rPr>
          <w:b/>
          <w:bCs/>
          <w:lang w:val="nl-NL"/>
        </w:rPr>
      </w:pPr>
    </w:p>
    <w:p w14:paraId="267DE651" w14:textId="18C726EC" w:rsidR="007718B3" w:rsidRPr="007718B3" w:rsidRDefault="007718B3" w:rsidP="007718B3">
      <w:pPr>
        <w:spacing w:before="0" w:after="0" w:line="240" w:lineRule="auto"/>
        <w:rPr>
          <w:lang w:val="nl-NL"/>
        </w:rPr>
      </w:pPr>
      <w:r w:rsidRPr="007718B3">
        <w:rPr>
          <w:b/>
          <w:bCs/>
          <w:lang w:val="nl-NL"/>
        </w:rPr>
        <w:t>Voorbeelden</w:t>
      </w:r>
    </w:p>
    <w:p w14:paraId="46F96B32" w14:textId="77777777" w:rsidR="007718B3" w:rsidRPr="007718B3" w:rsidRDefault="007718B3" w:rsidP="00974A8A">
      <w:pPr>
        <w:numPr>
          <w:ilvl w:val="0"/>
          <w:numId w:val="58"/>
        </w:numPr>
        <w:spacing w:before="0" w:after="0" w:line="240" w:lineRule="auto"/>
        <w:rPr>
          <w:lang w:val="nl-NL"/>
        </w:rPr>
      </w:pPr>
      <w:r w:rsidRPr="007718B3">
        <w:rPr>
          <w:lang w:val="nl-NL"/>
        </w:rPr>
        <w:t>“Wat moet ik doen met deze student met problemen thuis?”</w:t>
      </w:r>
    </w:p>
    <w:p w14:paraId="699238B9" w14:textId="77777777" w:rsidR="007718B3" w:rsidRPr="007718B3" w:rsidRDefault="007718B3" w:rsidP="00974A8A">
      <w:pPr>
        <w:numPr>
          <w:ilvl w:val="0"/>
          <w:numId w:val="58"/>
        </w:numPr>
        <w:spacing w:before="0" w:after="0" w:line="240" w:lineRule="auto"/>
        <w:rPr>
          <w:lang w:val="nl-NL"/>
        </w:rPr>
      </w:pPr>
      <w:r w:rsidRPr="007718B3">
        <w:rPr>
          <w:lang w:val="nl-NL"/>
        </w:rPr>
        <w:t>“Hoe ga ik om met psychische klachten?”</w:t>
      </w:r>
    </w:p>
    <w:p w14:paraId="29971010" w14:textId="77777777" w:rsidR="007718B3" w:rsidRPr="007718B3" w:rsidRDefault="007718B3" w:rsidP="007718B3">
      <w:pPr>
        <w:spacing w:before="0" w:after="0" w:line="240" w:lineRule="auto"/>
        <w:rPr>
          <w:lang w:val="nl-NL"/>
        </w:rPr>
      </w:pPr>
      <w:r w:rsidRPr="007718B3">
        <w:rPr>
          <w:b/>
          <w:bCs/>
          <w:lang w:val="nl-NL"/>
        </w:rPr>
        <w:t>Waarom niet</w:t>
      </w:r>
    </w:p>
    <w:p w14:paraId="234FFD25" w14:textId="77777777" w:rsidR="007718B3" w:rsidRPr="007718B3" w:rsidRDefault="007718B3" w:rsidP="00974A8A">
      <w:pPr>
        <w:numPr>
          <w:ilvl w:val="0"/>
          <w:numId w:val="59"/>
        </w:numPr>
        <w:spacing w:before="0" w:after="0" w:line="240" w:lineRule="auto"/>
        <w:rPr>
          <w:lang w:val="nl-NL"/>
        </w:rPr>
      </w:pPr>
      <w:r w:rsidRPr="007718B3">
        <w:rPr>
          <w:lang w:val="nl-NL"/>
        </w:rPr>
        <w:t xml:space="preserve">te grote risico’s, geen context, geen professionele </w:t>
      </w:r>
      <w:proofErr w:type="spellStart"/>
      <w:r w:rsidRPr="007718B3">
        <w:rPr>
          <w:lang w:val="nl-NL"/>
        </w:rPr>
        <w:t>zorgrol</w:t>
      </w:r>
      <w:proofErr w:type="spellEnd"/>
    </w:p>
    <w:p w14:paraId="4EAF4B48" w14:textId="77777777" w:rsidR="007718B3" w:rsidRPr="007718B3" w:rsidRDefault="007718B3" w:rsidP="007718B3">
      <w:pPr>
        <w:spacing w:before="0" w:after="0" w:line="240" w:lineRule="auto"/>
        <w:rPr>
          <w:lang w:val="nl-NL"/>
        </w:rPr>
      </w:pPr>
      <w:r w:rsidRPr="007718B3">
        <w:rPr>
          <w:b/>
          <w:bCs/>
          <w:lang w:val="nl-NL"/>
        </w:rPr>
        <w:t>Wat dan wél</w:t>
      </w:r>
    </w:p>
    <w:p w14:paraId="35E7F701" w14:textId="77777777" w:rsidR="007718B3" w:rsidRPr="007718B3" w:rsidRDefault="007718B3" w:rsidP="00974A8A">
      <w:pPr>
        <w:numPr>
          <w:ilvl w:val="0"/>
          <w:numId w:val="60"/>
        </w:numPr>
        <w:spacing w:before="0" w:after="0" w:line="240" w:lineRule="auto"/>
        <w:rPr>
          <w:lang w:val="nl-NL"/>
        </w:rPr>
      </w:pPr>
      <w:r w:rsidRPr="007718B3">
        <w:rPr>
          <w:lang w:val="nl-NL"/>
        </w:rPr>
        <w:t>algemene gespreksstructuren (“welke vragen kan ik stellen?”)</w:t>
      </w:r>
    </w:p>
    <w:p w14:paraId="1EFB9FC8" w14:textId="77777777" w:rsidR="007718B3" w:rsidRPr="007718B3" w:rsidRDefault="007718B3" w:rsidP="00974A8A">
      <w:pPr>
        <w:numPr>
          <w:ilvl w:val="0"/>
          <w:numId w:val="60"/>
        </w:numPr>
        <w:spacing w:before="0" w:after="0" w:line="240" w:lineRule="auto"/>
        <w:rPr>
          <w:lang w:val="nl-NL"/>
        </w:rPr>
      </w:pPr>
      <w:r w:rsidRPr="007718B3">
        <w:rPr>
          <w:lang w:val="nl-NL"/>
        </w:rPr>
        <w:t>doorverwijzen naar juiste route binnen de instelling</w:t>
      </w:r>
    </w:p>
    <w:p w14:paraId="362D7AE6" w14:textId="145E5D65" w:rsidR="007718B3" w:rsidRPr="007718B3" w:rsidRDefault="007718B3" w:rsidP="007718B3">
      <w:pPr>
        <w:spacing w:before="0" w:after="0" w:line="240" w:lineRule="auto"/>
        <w:rPr>
          <w:lang w:val="nl-NL"/>
        </w:rPr>
      </w:pPr>
    </w:p>
    <w:p w14:paraId="09D088B9" w14:textId="77777777" w:rsidR="007718B3" w:rsidRPr="007718B3" w:rsidRDefault="007718B3" w:rsidP="007718B3">
      <w:pPr>
        <w:spacing w:before="0" w:after="0" w:line="240" w:lineRule="auto"/>
        <w:rPr>
          <w:b/>
          <w:bCs/>
          <w:lang w:val="nl-NL"/>
        </w:rPr>
      </w:pPr>
      <w:r w:rsidRPr="007718B3">
        <w:rPr>
          <w:b/>
          <w:bCs/>
          <w:lang w:val="nl-NL"/>
        </w:rPr>
        <w:t>F) Niet gebruiken voor: iets publiceren zonder eindredactie</w:t>
      </w:r>
    </w:p>
    <w:p w14:paraId="75F024F8" w14:textId="77777777" w:rsidR="005D09BE" w:rsidRDefault="005D09BE" w:rsidP="007718B3">
      <w:pPr>
        <w:spacing w:before="0" w:after="0" w:line="240" w:lineRule="auto"/>
        <w:rPr>
          <w:b/>
          <w:bCs/>
          <w:lang w:val="nl-NL"/>
        </w:rPr>
      </w:pPr>
    </w:p>
    <w:p w14:paraId="2019D968" w14:textId="60033409" w:rsidR="007718B3" w:rsidRPr="007718B3" w:rsidRDefault="007718B3" w:rsidP="007718B3">
      <w:pPr>
        <w:spacing w:before="0" w:after="0" w:line="240" w:lineRule="auto"/>
        <w:rPr>
          <w:lang w:val="nl-NL"/>
        </w:rPr>
      </w:pPr>
      <w:r w:rsidRPr="007718B3">
        <w:rPr>
          <w:b/>
          <w:bCs/>
          <w:lang w:val="nl-NL"/>
        </w:rPr>
        <w:t>Voorbeelden</w:t>
      </w:r>
    </w:p>
    <w:p w14:paraId="1AB6271A" w14:textId="77777777" w:rsidR="007718B3" w:rsidRPr="007718B3" w:rsidRDefault="007718B3" w:rsidP="00974A8A">
      <w:pPr>
        <w:numPr>
          <w:ilvl w:val="0"/>
          <w:numId w:val="61"/>
        </w:numPr>
        <w:spacing w:before="0" w:after="0" w:line="240" w:lineRule="auto"/>
        <w:rPr>
          <w:lang w:val="nl-NL"/>
        </w:rPr>
      </w:pPr>
      <w:r w:rsidRPr="007718B3">
        <w:rPr>
          <w:lang w:val="nl-NL"/>
        </w:rPr>
        <w:t>mail naar alle studenten</w:t>
      </w:r>
    </w:p>
    <w:p w14:paraId="5906CC63" w14:textId="77777777" w:rsidR="007718B3" w:rsidRPr="007718B3" w:rsidRDefault="007718B3" w:rsidP="00974A8A">
      <w:pPr>
        <w:numPr>
          <w:ilvl w:val="0"/>
          <w:numId w:val="61"/>
        </w:numPr>
        <w:spacing w:before="0" w:after="0" w:line="240" w:lineRule="auto"/>
        <w:rPr>
          <w:lang w:val="nl-NL"/>
        </w:rPr>
      </w:pPr>
      <w:r w:rsidRPr="007718B3">
        <w:rPr>
          <w:lang w:val="nl-NL"/>
        </w:rPr>
        <w:t>beleidstekst, officiële informatie</w:t>
      </w:r>
    </w:p>
    <w:p w14:paraId="74DBD7CA" w14:textId="77777777" w:rsidR="007718B3" w:rsidRPr="007718B3" w:rsidRDefault="007718B3" w:rsidP="00974A8A">
      <w:pPr>
        <w:numPr>
          <w:ilvl w:val="0"/>
          <w:numId w:val="61"/>
        </w:numPr>
        <w:spacing w:before="0" w:after="0" w:line="240" w:lineRule="auto"/>
        <w:rPr>
          <w:lang w:val="nl-NL"/>
        </w:rPr>
      </w:pPr>
      <w:r w:rsidRPr="007718B3">
        <w:rPr>
          <w:lang w:val="nl-NL"/>
        </w:rPr>
        <w:t>exameneisen of deadlines</w:t>
      </w:r>
    </w:p>
    <w:p w14:paraId="30F25AD1" w14:textId="77777777" w:rsidR="007718B3" w:rsidRPr="007718B3" w:rsidRDefault="007718B3" w:rsidP="007718B3">
      <w:pPr>
        <w:spacing w:before="0" w:after="0" w:line="240" w:lineRule="auto"/>
        <w:rPr>
          <w:lang w:val="nl-NL"/>
        </w:rPr>
      </w:pPr>
      <w:r w:rsidRPr="007718B3">
        <w:rPr>
          <w:b/>
          <w:bCs/>
          <w:lang w:val="nl-NL"/>
        </w:rPr>
        <w:t>Waarom niet</w:t>
      </w:r>
    </w:p>
    <w:p w14:paraId="5C92D645" w14:textId="77777777" w:rsidR="007718B3" w:rsidRPr="007718B3" w:rsidRDefault="007718B3" w:rsidP="00974A8A">
      <w:pPr>
        <w:numPr>
          <w:ilvl w:val="0"/>
          <w:numId w:val="62"/>
        </w:numPr>
        <w:spacing w:before="0" w:after="0" w:line="240" w:lineRule="auto"/>
        <w:rPr>
          <w:lang w:val="nl-NL"/>
        </w:rPr>
      </w:pPr>
      <w:r w:rsidRPr="007718B3">
        <w:rPr>
          <w:lang w:val="nl-NL"/>
        </w:rPr>
        <w:t>risico op onjuistheden, toonfouten, juridische slordigheid</w:t>
      </w:r>
    </w:p>
    <w:p w14:paraId="083306D0" w14:textId="77777777" w:rsidR="007718B3" w:rsidRPr="007718B3" w:rsidRDefault="007718B3" w:rsidP="007718B3">
      <w:pPr>
        <w:spacing w:before="0" w:after="0" w:line="240" w:lineRule="auto"/>
        <w:rPr>
          <w:lang w:val="nl-NL"/>
        </w:rPr>
      </w:pPr>
      <w:r w:rsidRPr="007718B3">
        <w:rPr>
          <w:b/>
          <w:bCs/>
          <w:lang w:val="nl-NL"/>
        </w:rPr>
        <w:t>Wat dan wél</w:t>
      </w:r>
    </w:p>
    <w:p w14:paraId="289902B3" w14:textId="77777777" w:rsidR="007718B3" w:rsidRPr="007718B3" w:rsidRDefault="007718B3" w:rsidP="00974A8A">
      <w:pPr>
        <w:numPr>
          <w:ilvl w:val="0"/>
          <w:numId w:val="63"/>
        </w:numPr>
        <w:spacing w:before="0" w:after="0" w:line="240" w:lineRule="auto"/>
        <w:rPr>
          <w:lang w:val="nl-NL"/>
        </w:rPr>
      </w:pPr>
      <w:r w:rsidRPr="007718B3">
        <w:rPr>
          <w:lang w:val="nl-NL"/>
        </w:rPr>
        <w:t>AI als eerste concept → jij redigeert en verifieert</w:t>
      </w:r>
    </w:p>
    <w:p w14:paraId="11095C28" w14:textId="77777777" w:rsidR="007718B3" w:rsidRPr="007718B3" w:rsidRDefault="007718B3" w:rsidP="00974A8A">
      <w:pPr>
        <w:numPr>
          <w:ilvl w:val="0"/>
          <w:numId w:val="63"/>
        </w:numPr>
        <w:spacing w:before="0" w:after="0" w:line="240" w:lineRule="auto"/>
        <w:rPr>
          <w:lang w:val="nl-NL"/>
        </w:rPr>
      </w:pPr>
      <w:r w:rsidRPr="007718B3">
        <w:rPr>
          <w:lang w:val="nl-NL"/>
        </w:rPr>
        <w:t>laat AI een checklist maken: “wat moet ik nog controleren?”</w:t>
      </w:r>
    </w:p>
    <w:p w14:paraId="2F2116D1" w14:textId="5693852A" w:rsidR="007718B3" w:rsidRPr="007718B3" w:rsidRDefault="007718B3" w:rsidP="007718B3">
      <w:pPr>
        <w:spacing w:before="0" w:after="0" w:line="240" w:lineRule="auto"/>
        <w:rPr>
          <w:lang w:val="nl-NL"/>
        </w:rPr>
      </w:pPr>
    </w:p>
    <w:p w14:paraId="749B4B18" w14:textId="77718C2D" w:rsidR="007718B3" w:rsidRDefault="007718B3" w:rsidP="007718B3">
      <w:pPr>
        <w:spacing w:before="0" w:after="0" w:line="240" w:lineRule="auto"/>
        <w:rPr>
          <w:b/>
          <w:bCs/>
          <w:lang w:val="nl-NL"/>
        </w:rPr>
      </w:pPr>
    </w:p>
    <w:p w14:paraId="6F8DD143" w14:textId="77777777" w:rsidR="00637193" w:rsidRDefault="00637193" w:rsidP="007718B3">
      <w:pPr>
        <w:spacing w:before="0" w:after="0" w:line="240" w:lineRule="auto"/>
        <w:rPr>
          <w:b/>
          <w:bCs/>
          <w:lang w:val="nl-NL"/>
        </w:rPr>
      </w:pPr>
    </w:p>
    <w:p w14:paraId="15FBA8BF" w14:textId="77777777" w:rsidR="00637193" w:rsidRDefault="00637193" w:rsidP="007718B3">
      <w:pPr>
        <w:spacing w:before="0" w:after="0" w:line="240" w:lineRule="auto"/>
        <w:rPr>
          <w:b/>
          <w:bCs/>
          <w:lang w:val="nl-NL"/>
        </w:rPr>
      </w:pPr>
    </w:p>
    <w:p w14:paraId="6F2AF1F4" w14:textId="5AB60804" w:rsidR="00637193" w:rsidRPr="00886F8D" w:rsidRDefault="00637193" w:rsidP="00637193">
      <w:pPr>
        <w:pStyle w:val="Kop2"/>
        <w:spacing w:before="0" w:line="240" w:lineRule="auto"/>
        <w:rPr>
          <w:lang w:val="nl-NL"/>
        </w:rPr>
      </w:pPr>
      <w:r>
        <w:rPr>
          <w:lang w:val="nl-NL"/>
        </w:rPr>
        <w:lastRenderedPageBreak/>
        <w:t>Persoonijk stoplicht</w:t>
      </w:r>
    </w:p>
    <w:p w14:paraId="59845E15" w14:textId="3C61E7B0" w:rsidR="005D09BE" w:rsidRPr="00A11D10" w:rsidRDefault="00A11D10" w:rsidP="007718B3">
      <w:pPr>
        <w:spacing w:before="0" w:after="0" w:line="240" w:lineRule="auto"/>
        <w:rPr>
          <w:lang w:val="nl-NL"/>
        </w:rPr>
      </w:pPr>
      <w:r w:rsidRPr="00A11D10">
        <w:rPr>
          <w:lang w:val="nl-NL"/>
        </w:rPr>
        <w:t>Het kan helpen om een persoonlijk stoplicht checklist te maken</w:t>
      </w:r>
      <w:r>
        <w:rPr>
          <w:lang w:val="nl-NL"/>
        </w:rPr>
        <w:t xml:space="preserve"> waarin je vastlegt </w:t>
      </w:r>
      <w:r w:rsidR="00832393">
        <w:rPr>
          <w:lang w:val="nl-NL"/>
        </w:rPr>
        <w:t xml:space="preserve">wanneer en </w:t>
      </w:r>
      <w:r>
        <w:rPr>
          <w:lang w:val="nl-NL"/>
        </w:rPr>
        <w:t xml:space="preserve">waarvoor je AI wel wilt gebruiken, </w:t>
      </w:r>
      <w:r w:rsidR="00832393">
        <w:rPr>
          <w:lang w:val="nl-NL"/>
        </w:rPr>
        <w:t>wanneer je AI onder bepaalde voorwaarden wilt gebruiken en wanneer en waarvoor je AI niet gaat gebruiken.</w:t>
      </w:r>
    </w:p>
    <w:p w14:paraId="6875426A" w14:textId="77777777" w:rsidR="00A11D10" w:rsidRDefault="00A11D10" w:rsidP="007718B3">
      <w:pPr>
        <w:spacing w:before="0" w:after="0" w:line="240" w:lineRule="auto"/>
        <w:rPr>
          <w:b/>
          <w:bCs/>
          <w:lang w:val="nl-NL"/>
        </w:rPr>
      </w:pPr>
    </w:p>
    <w:p w14:paraId="049CCEC9" w14:textId="49374595" w:rsidR="007718B3" w:rsidRPr="007718B3" w:rsidRDefault="007718B3" w:rsidP="007718B3">
      <w:pPr>
        <w:spacing w:before="0" w:after="0" w:line="240" w:lineRule="auto"/>
        <w:rPr>
          <w:b/>
          <w:bCs/>
          <w:lang w:val="nl-NL"/>
        </w:rPr>
      </w:pPr>
      <w:r w:rsidRPr="007718B3">
        <w:rPr>
          <w:b/>
          <w:bCs/>
          <w:lang w:val="nl-NL"/>
        </w:rPr>
        <w:t>Maak jouw persoonlijke “stoplicht-checklist”</w:t>
      </w:r>
    </w:p>
    <w:p w14:paraId="0EB59A43" w14:textId="77777777" w:rsidR="007718B3" w:rsidRDefault="007718B3" w:rsidP="007718B3">
      <w:pPr>
        <w:spacing w:before="0" w:after="0" w:line="240" w:lineRule="auto"/>
        <w:rPr>
          <w:lang w:val="nl-NL"/>
        </w:rPr>
      </w:pPr>
      <w:r w:rsidRPr="007718B3">
        <w:rPr>
          <w:lang w:val="nl-NL"/>
        </w:rPr>
        <w:t>Schrijf 5 regels voor jezelf:</w:t>
      </w:r>
    </w:p>
    <w:p w14:paraId="71B1BD20" w14:textId="77777777" w:rsidR="007718B3" w:rsidRDefault="007718B3" w:rsidP="007718B3">
      <w:pPr>
        <w:spacing w:before="0" w:after="0" w:line="240" w:lineRule="auto"/>
        <w:rPr>
          <w:lang w:val="nl-NL"/>
        </w:rPr>
      </w:pPr>
    </w:p>
    <w:p w14:paraId="118EA0CA" w14:textId="4E487204" w:rsidR="007718B3" w:rsidRPr="007718B3" w:rsidRDefault="007718B3" w:rsidP="007718B3">
      <w:pPr>
        <w:spacing w:before="0" w:after="0" w:line="240" w:lineRule="auto"/>
        <w:rPr>
          <w:lang w:val="nl-NL"/>
        </w:rPr>
      </w:pPr>
      <w:r>
        <w:rPr>
          <w:noProof/>
          <w:lang w:val="nl-NL"/>
        </w:rPr>
        <mc:AlternateContent>
          <mc:Choice Requires="wps">
            <w:drawing>
              <wp:anchor distT="0" distB="0" distL="114300" distR="114300" simplePos="0" relativeHeight="251660288" behindDoc="0" locked="0" layoutInCell="1" allowOverlap="1" wp14:anchorId="4C4AF57E" wp14:editId="1C5CE82E">
                <wp:simplePos x="0" y="0"/>
                <wp:positionH relativeFrom="column">
                  <wp:posOffset>-89611</wp:posOffset>
                </wp:positionH>
                <wp:positionV relativeFrom="paragraph">
                  <wp:posOffset>66777</wp:posOffset>
                </wp:positionV>
                <wp:extent cx="6195974" cy="2977286"/>
                <wp:effectExtent l="57150" t="19050" r="71755" b="90170"/>
                <wp:wrapNone/>
                <wp:docPr id="1091434023" name="Rechthoek 2"/>
                <wp:cNvGraphicFramePr/>
                <a:graphic xmlns:a="http://schemas.openxmlformats.org/drawingml/2006/main">
                  <a:graphicData uri="http://schemas.microsoft.com/office/word/2010/wordprocessingShape">
                    <wps:wsp>
                      <wps:cNvSpPr/>
                      <wps:spPr>
                        <a:xfrm>
                          <a:off x="0" y="0"/>
                          <a:ext cx="6195974" cy="2977286"/>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50ECC" id="Rechthoek 2" o:spid="_x0000_s1026" style="position:absolute;margin-left:-7.05pt;margin-top:5.25pt;width:487.85pt;height:234.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" filled="f" strokecolor="#4579b8 [3044]">
                <v:shadow on="t" color="black" opacity="22937f" origin=",.5" offset="0,.63889mm"/>
              </v:rect>
            </w:pict>
          </mc:Fallback>
        </mc:AlternateContent>
      </w:r>
    </w:p>
    <w:p w14:paraId="67EBBA61" w14:textId="77777777" w:rsidR="007718B3" w:rsidRPr="007718B3" w:rsidRDefault="007718B3" w:rsidP="007718B3">
      <w:pPr>
        <w:spacing w:before="0" w:after="0" w:line="240" w:lineRule="auto"/>
        <w:rPr>
          <w:lang w:val="nl-NL"/>
        </w:rPr>
      </w:pPr>
      <w:r w:rsidRPr="007718B3">
        <w:rPr>
          <w:rFonts w:ascii="Segoe UI Emoji" w:hAnsi="Segoe UI Emoji" w:cs="Segoe UI Emoji"/>
          <w:lang w:val="nl-NL"/>
        </w:rPr>
        <w:t>✅</w:t>
      </w:r>
      <w:r w:rsidRPr="007718B3">
        <w:rPr>
          <w:lang w:val="nl-NL"/>
        </w:rPr>
        <w:t xml:space="preserve"> </w:t>
      </w:r>
      <w:r w:rsidRPr="007718B3">
        <w:rPr>
          <w:b/>
          <w:bCs/>
          <w:lang w:val="nl-NL"/>
        </w:rPr>
        <w:t>Groen (doe ik wél met AI)</w:t>
      </w:r>
    </w:p>
    <w:p w14:paraId="595A045D" w14:textId="6DA6602E" w:rsidR="007718B3" w:rsidRDefault="007718B3" w:rsidP="00974A8A">
      <w:pPr>
        <w:numPr>
          <w:ilvl w:val="0"/>
          <w:numId w:val="64"/>
        </w:numPr>
        <w:spacing w:before="0" w:after="0" w:line="240" w:lineRule="auto"/>
        <w:rPr>
          <w:lang w:val="nl-NL"/>
        </w:rPr>
      </w:pPr>
      <w:r>
        <w:rPr>
          <w:lang w:val="nl-NL"/>
        </w:rPr>
        <w:t xml:space="preserve"> </w:t>
      </w:r>
    </w:p>
    <w:p w14:paraId="6FC64DB8" w14:textId="25A073B2" w:rsidR="007718B3" w:rsidRDefault="007718B3" w:rsidP="00974A8A">
      <w:pPr>
        <w:numPr>
          <w:ilvl w:val="0"/>
          <w:numId w:val="64"/>
        </w:numPr>
        <w:spacing w:before="0" w:after="0" w:line="240" w:lineRule="auto"/>
        <w:rPr>
          <w:lang w:val="nl-NL"/>
        </w:rPr>
      </w:pPr>
      <w:r>
        <w:rPr>
          <w:lang w:val="nl-NL"/>
        </w:rPr>
        <w:t xml:space="preserve"> </w:t>
      </w:r>
    </w:p>
    <w:p w14:paraId="21DCAF93" w14:textId="2A4859B8" w:rsidR="007718B3" w:rsidRDefault="007718B3" w:rsidP="00974A8A">
      <w:pPr>
        <w:numPr>
          <w:ilvl w:val="0"/>
          <w:numId w:val="64"/>
        </w:numPr>
        <w:spacing w:before="0" w:after="0" w:line="240" w:lineRule="auto"/>
        <w:rPr>
          <w:lang w:val="nl-NL"/>
        </w:rPr>
      </w:pPr>
      <w:r>
        <w:rPr>
          <w:lang w:val="nl-NL"/>
        </w:rPr>
        <w:t xml:space="preserve"> </w:t>
      </w:r>
    </w:p>
    <w:p w14:paraId="796D2A41" w14:textId="6BFB0908" w:rsidR="007718B3" w:rsidRDefault="007718B3" w:rsidP="00974A8A">
      <w:pPr>
        <w:numPr>
          <w:ilvl w:val="0"/>
          <w:numId w:val="64"/>
        </w:numPr>
        <w:spacing w:before="0" w:after="0" w:line="240" w:lineRule="auto"/>
        <w:rPr>
          <w:lang w:val="nl-NL"/>
        </w:rPr>
      </w:pPr>
      <w:r>
        <w:rPr>
          <w:lang w:val="nl-NL"/>
        </w:rPr>
        <w:t xml:space="preserve"> </w:t>
      </w:r>
    </w:p>
    <w:p w14:paraId="5A8E5557" w14:textId="77777777" w:rsidR="007718B3" w:rsidRPr="007718B3" w:rsidRDefault="007718B3" w:rsidP="00974A8A">
      <w:pPr>
        <w:numPr>
          <w:ilvl w:val="0"/>
          <w:numId w:val="64"/>
        </w:numPr>
        <w:spacing w:before="0" w:after="0" w:line="240" w:lineRule="auto"/>
        <w:rPr>
          <w:lang w:val="nl-NL"/>
        </w:rPr>
      </w:pPr>
    </w:p>
    <w:p w14:paraId="6D66378D" w14:textId="77777777" w:rsidR="007718B3" w:rsidRPr="007718B3" w:rsidRDefault="007718B3" w:rsidP="007718B3">
      <w:pPr>
        <w:spacing w:before="0" w:after="0" w:line="240" w:lineRule="auto"/>
        <w:rPr>
          <w:lang w:val="nl-NL"/>
        </w:rPr>
      </w:pPr>
      <w:r w:rsidRPr="007718B3">
        <w:rPr>
          <w:rFonts w:ascii="Segoe UI Emoji" w:hAnsi="Segoe UI Emoji" w:cs="Segoe UI Emoji"/>
          <w:lang w:val="nl-NL"/>
        </w:rPr>
        <w:t>⚠️</w:t>
      </w:r>
      <w:r w:rsidRPr="007718B3">
        <w:rPr>
          <w:lang w:val="nl-NL"/>
        </w:rPr>
        <w:t xml:space="preserve"> </w:t>
      </w:r>
      <w:r w:rsidRPr="007718B3">
        <w:rPr>
          <w:b/>
          <w:bCs/>
          <w:lang w:val="nl-NL"/>
        </w:rPr>
        <w:t>Oranje (alleen onder voorwaarden)</w:t>
      </w:r>
    </w:p>
    <w:p w14:paraId="056E1F47" w14:textId="6B8E2D44" w:rsidR="007718B3" w:rsidRDefault="007718B3" w:rsidP="00974A8A">
      <w:pPr>
        <w:numPr>
          <w:ilvl w:val="0"/>
          <w:numId w:val="65"/>
        </w:numPr>
        <w:spacing w:before="0" w:after="0" w:line="240" w:lineRule="auto"/>
        <w:rPr>
          <w:lang w:val="nl-NL"/>
        </w:rPr>
      </w:pPr>
      <w:r>
        <w:rPr>
          <w:lang w:val="nl-NL"/>
        </w:rPr>
        <w:t xml:space="preserve"> </w:t>
      </w:r>
    </w:p>
    <w:p w14:paraId="5B6C1684" w14:textId="5CA8B632" w:rsidR="007718B3" w:rsidRDefault="007718B3" w:rsidP="00974A8A">
      <w:pPr>
        <w:numPr>
          <w:ilvl w:val="0"/>
          <w:numId w:val="65"/>
        </w:numPr>
        <w:spacing w:before="0" w:after="0" w:line="240" w:lineRule="auto"/>
        <w:rPr>
          <w:lang w:val="nl-NL"/>
        </w:rPr>
      </w:pPr>
      <w:r>
        <w:rPr>
          <w:lang w:val="nl-NL"/>
        </w:rPr>
        <w:t xml:space="preserve"> </w:t>
      </w:r>
    </w:p>
    <w:p w14:paraId="0FE58F92" w14:textId="74C19F30" w:rsidR="007718B3" w:rsidRDefault="007718B3" w:rsidP="00974A8A">
      <w:pPr>
        <w:numPr>
          <w:ilvl w:val="0"/>
          <w:numId w:val="65"/>
        </w:numPr>
        <w:spacing w:before="0" w:after="0" w:line="240" w:lineRule="auto"/>
        <w:rPr>
          <w:lang w:val="nl-NL"/>
        </w:rPr>
      </w:pPr>
      <w:r>
        <w:rPr>
          <w:lang w:val="nl-NL"/>
        </w:rPr>
        <w:t xml:space="preserve"> </w:t>
      </w:r>
    </w:p>
    <w:p w14:paraId="313B1D1D" w14:textId="1896910D" w:rsidR="007718B3" w:rsidRDefault="007718B3" w:rsidP="00974A8A">
      <w:pPr>
        <w:numPr>
          <w:ilvl w:val="0"/>
          <w:numId w:val="65"/>
        </w:numPr>
        <w:spacing w:before="0" w:after="0" w:line="240" w:lineRule="auto"/>
        <w:rPr>
          <w:lang w:val="nl-NL"/>
        </w:rPr>
      </w:pPr>
      <w:r>
        <w:rPr>
          <w:lang w:val="nl-NL"/>
        </w:rPr>
        <w:t xml:space="preserve">   </w:t>
      </w:r>
    </w:p>
    <w:p w14:paraId="44C800BF" w14:textId="77777777" w:rsidR="007718B3" w:rsidRPr="007718B3" w:rsidRDefault="007718B3" w:rsidP="00974A8A">
      <w:pPr>
        <w:numPr>
          <w:ilvl w:val="0"/>
          <w:numId w:val="65"/>
        </w:numPr>
        <w:spacing w:before="0" w:after="0" w:line="240" w:lineRule="auto"/>
        <w:rPr>
          <w:lang w:val="nl-NL"/>
        </w:rPr>
      </w:pPr>
    </w:p>
    <w:p w14:paraId="6CB28E6D" w14:textId="77777777" w:rsidR="007718B3" w:rsidRPr="007718B3" w:rsidRDefault="007718B3" w:rsidP="007718B3">
      <w:pPr>
        <w:spacing w:before="0" w:after="0" w:line="240" w:lineRule="auto"/>
        <w:rPr>
          <w:lang w:val="nl-NL"/>
        </w:rPr>
      </w:pPr>
      <w:r w:rsidRPr="007718B3">
        <w:rPr>
          <w:rFonts w:ascii="Segoe UI Emoji" w:hAnsi="Segoe UI Emoji" w:cs="Segoe UI Emoji"/>
          <w:lang w:val="nl-NL"/>
        </w:rPr>
        <w:t>⛔</w:t>
      </w:r>
      <w:r w:rsidRPr="007718B3">
        <w:rPr>
          <w:lang w:val="nl-NL"/>
        </w:rPr>
        <w:t xml:space="preserve"> </w:t>
      </w:r>
      <w:r w:rsidRPr="007718B3">
        <w:rPr>
          <w:b/>
          <w:bCs/>
          <w:lang w:val="nl-NL"/>
        </w:rPr>
        <w:t>Rood (doe ik níet met AI)</w:t>
      </w:r>
    </w:p>
    <w:p w14:paraId="5A21D583" w14:textId="77777777" w:rsidR="007718B3" w:rsidRDefault="007718B3" w:rsidP="00974A8A">
      <w:pPr>
        <w:numPr>
          <w:ilvl w:val="0"/>
          <w:numId w:val="66"/>
        </w:numPr>
        <w:spacing w:before="0" w:after="0" w:line="240" w:lineRule="auto"/>
        <w:rPr>
          <w:lang w:val="nl-NL"/>
        </w:rPr>
      </w:pPr>
      <w:r>
        <w:rPr>
          <w:lang w:val="nl-NL"/>
        </w:rPr>
        <w:t xml:space="preserve"> </w:t>
      </w:r>
    </w:p>
    <w:p w14:paraId="476F58AC" w14:textId="77777777" w:rsidR="007718B3" w:rsidRDefault="007718B3" w:rsidP="00974A8A">
      <w:pPr>
        <w:numPr>
          <w:ilvl w:val="0"/>
          <w:numId w:val="66"/>
        </w:numPr>
        <w:spacing w:before="0" w:after="0" w:line="240" w:lineRule="auto"/>
        <w:rPr>
          <w:lang w:val="nl-NL"/>
        </w:rPr>
      </w:pPr>
      <w:r>
        <w:rPr>
          <w:lang w:val="nl-NL"/>
        </w:rPr>
        <w:t xml:space="preserve"> </w:t>
      </w:r>
    </w:p>
    <w:p w14:paraId="5446511B" w14:textId="77777777" w:rsidR="007718B3" w:rsidRDefault="007718B3" w:rsidP="00974A8A">
      <w:pPr>
        <w:numPr>
          <w:ilvl w:val="0"/>
          <w:numId w:val="66"/>
        </w:numPr>
        <w:spacing w:before="0" w:after="0" w:line="240" w:lineRule="auto"/>
        <w:rPr>
          <w:lang w:val="nl-NL"/>
        </w:rPr>
      </w:pPr>
      <w:r>
        <w:rPr>
          <w:lang w:val="nl-NL"/>
        </w:rPr>
        <w:t xml:space="preserve"> </w:t>
      </w:r>
    </w:p>
    <w:p w14:paraId="4106567A" w14:textId="77777777" w:rsidR="007718B3" w:rsidRDefault="007718B3" w:rsidP="00974A8A">
      <w:pPr>
        <w:numPr>
          <w:ilvl w:val="0"/>
          <w:numId w:val="66"/>
        </w:numPr>
        <w:spacing w:before="0" w:after="0" w:line="240" w:lineRule="auto"/>
        <w:rPr>
          <w:lang w:val="nl-NL"/>
        </w:rPr>
      </w:pPr>
      <w:r>
        <w:rPr>
          <w:lang w:val="nl-NL"/>
        </w:rPr>
        <w:t xml:space="preserve"> </w:t>
      </w:r>
    </w:p>
    <w:p w14:paraId="190EEF2D" w14:textId="2B305E10" w:rsidR="007718B3" w:rsidRPr="007718B3" w:rsidRDefault="007718B3" w:rsidP="00974A8A">
      <w:pPr>
        <w:numPr>
          <w:ilvl w:val="0"/>
          <w:numId w:val="66"/>
        </w:numPr>
        <w:spacing w:before="0" w:after="0" w:line="240" w:lineRule="auto"/>
        <w:rPr>
          <w:lang w:val="nl-NL"/>
        </w:rPr>
      </w:pPr>
    </w:p>
    <w:p w14:paraId="6CFA4353" w14:textId="4B14C90B" w:rsidR="007718B3" w:rsidRDefault="007718B3" w:rsidP="007718B3">
      <w:pPr>
        <w:spacing w:before="0" w:after="0" w:line="240" w:lineRule="auto"/>
        <w:rPr>
          <w:lang w:val="nl-NL"/>
        </w:rPr>
      </w:pPr>
    </w:p>
    <w:p w14:paraId="7D4DDF85" w14:textId="77777777" w:rsidR="00832393" w:rsidRPr="007718B3" w:rsidRDefault="00832393" w:rsidP="007718B3">
      <w:pPr>
        <w:spacing w:before="0" w:after="0" w:line="240" w:lineRule="auto"/>
        <w:rPr>
          <w:lang w:val="nl-NL"/>
        </w:rPr>
      </w:pPr>
    </w:p>
    <w:p w14:paraId="5FD7E704" w14:textId="77777777" w:rsidR="00832393" w:rsidRPr="00C63EF8" w:rsidRDefault="00832393" w:rsidP="00832393">
      <w:pPr>
        <w:pStyle w:val="Kop2"/>
        <w:spacing w:before="0" w:line="240" w:lineRule="auto"/>
        <w:rPr>
          <w:lang w:val="nl-NL"/>
        </w:rPr>
      </w:pPr>
      <w:r w:rsidRPr="00C63EF8">
        <w:rPr>
          <w:lang w:val="nl-NL"/>
        </w:rPr>
        <w:t>Reflectie</w:t>
      </w:r>
    </w:p>
    <w:p w14:paraId="58CDE768" w14:textId="77777777" w:rsidR="007718B3" w:rsidRPr="007718B3" w:rsidRDefault="007718B3" w:rsidP="00974A8A">
      <w:pPr>
        <w:numPr>
          <w:ilvl w:val="0"/>
          <w:numId w:val="67"/>
        </w:numPr>
        <w:spacing w:before="0" w:after="0" w:line="240" w:lineRule="auto"/>
        <w:rPr>
          <w:lang w:val="nl-NL"/>
        </w:rPr>
      </w:pPr>
      <w:r w:rsidRPr="007718B3">
        <w:rPr>
          <w:lang w:val="nl-NL"/>
        </w:rPr>
        <w:t>Wat ga je vanaf morgen anders doen?</w:t>
      </w:r>
    </w:p>
    <w:p w14:paraId="6E33645C" w14:textId="77777777" w:rsidR="007718B3" w:rsidRPr="007718B3" w:rsidRDefault="007718B3" w:rsidP="00974A8A">
      <w:pPr>
        <w:numPr>
          <w:ilvl w:val="0"/>
          <w:numId w:val="67"/>
        </w:numPr>
        <w:spacing w:before="0" w:after="0" w:line="240" w:lineRule="auto"/>
        <w:rPr>
          <w:lang w:val="nl-NL"/>
        </w:rPr>
      </w:pPr>
      <w:r w:rsidRPr="007718B3">
        <w:rPr>
          <w:lang w:val="nl-NL"/>
        </w:rPr>
        <w:t>Wat wil je hierover afspreken met collega’s in je team?</w:t>
      </w:r>
    </w:p>
    <w:p w14:paraId="3902B534" w14:textId="29BC84A8" w:rsidR="00FE28F2" w:rsidRDefault="00FE28F2" w:rsidP="00833BF3">
      <w:pPr>
        <w:spacing w:before="0" w:after="0" w:line="240" w:lineRule="auto"/>
        <w:rPr>
          <w:lang w:val="nl-NL"/>
        </w:rPr>
      </w:pPr>
      <w:r>
        <w:rPr>
          <w:lang w:val="nl-NL"/>
        </w:rPr>
        <w:br w:type="page"/>
      </w:r>
    </w:p>
    <w:p w14:paraId="1289B68D" w14:textId="24542647" w:rsidR="00FE28F2" w:rsidRPr="00862DF4" w:rsidRDefault="00FE28F2" w:rsidP="00936394">
      <w:pPr>
        <w:pStyle w:val="Kop1"/>
        <w:spacing w:before="0" w:line="240" w:lineRule="auto"/>
        <w:rPr>
          <w:lang w:val="nl-NL"/>
        </w:rPr>
      </w:pPr>
      <w:bookmarkStart w:id="16" w:name="_Werkblad_15_–"/>
      <w:bookmarkEnd w:id="16"/>
      <w:r w:rsidRPr="00862DF4">
        <w:rPr>
          <w:lang w:val="nl-NL"/>
        </w:rPr>
        <w:lastRenderedPageBreak/>
        <w:t>Werkblad 1</w:t>
      </w:r>
      <w:r w:rsidR="0000516C">
        <w:rPr>
          <w:lang w:val="nl-NL"/>
        </w:rPr>
        <w:t>5</w:t>
      </w:r>
      <w:r w:rsidRPr="00862DF4">
        <w:rPr>
          <w:lang w:val="nl-NL"/>
        </w:rPr>
        <w:t xml:space="preserve"> – </w:t>
      </w:r>
      <w:r w:rsidR="00354D0F">
        <w:rPr>
          <w:lang w:val="nl-NL"/>
        </w:rPr>
        <w:t xml:space="preserve">Ik wil leren wat ik na vandaag kan doen om </w:t>
      </w:r>
      <w:r w:rsidR="0054122E">
        <w:rPr>
          <w:lang w:val="nl-NL"/>
        </w:rPr>
        <w:t>m</w:t>
      </w:r>
      <w:r w:rsidR="00354D0F">
        <w:rPr>
          <w:lang w:val="nl-NL"/>
        </w:rPr>
        <w:t>e verder te ontwikkelen in AI</w:t>
      </w:r>
    </w:p>
    <w:p w14:paraId="482CF2D9" w14:textId="77777777" w:rsidR="00FE28F2" w:rsidRDefault="00FE28F2" w:rsidP="00936394">
      <w:pPr>
        <w:spacing w:before="0" w:after="0" w:line="240" w:lineRule="auto"/>
      </w:pPr>
      <w:r w:rsidRPr="00862DF4">
        <w:rPr>
          <w:b/>
          <w:lang w:val="nl-NL"/>
        </w:rPr>
        <w:t xml:space="preserve">Belangrijk: </w:t>
      </w:r>
      <w:r w:rsidRPr="00862DF4">
        <w:rPr>
          <w:lang w:val="nl-NL"/>
        </w:rPr>
        <w:t xml:space="preserve">Je hoeft dit werkblad niet ‘af’ te maken. Je mag stappen overslaan, aanpassen of verdiepen. </w:t>
      </w:r>
      <w:r>
        <w:t xml:space="preserve">Het </w:t>
      </w:r>
      <w:proofErr w:type="spellStart"/>
      <w:r>
        <w:t>doel</w:t>
      </w:r>
      <w:proofErr w:type="spellEnd"/>
      <w:r>
        <w:t xml:space="preserve"> is </w:t>
      </w:r>
      <w:proofErr w:type="spellStart"/>
      <w:r>
        <w:t>leren</w:t>
      </w:r>
      <w:proofErr w:type="spellEnd"/>
      <w:r>
        <w:t xml:space="preserve">, </w:t>
      </w:r>
      <w:proofErr w:type="spellStart"/>
      <w:r>
        <w:t>niet</w:t>
      </w:r>
      <w:proofErr w:type="spellEnd"/>
      <w:r>
        <w:t xml:space="preserve"> </w:t>
      </w:r>
      <w:proofErr w:type="spellStart"/>
      <w:r>
        <w:t>presteren</w:t>
      </w:r>
      <w:proofErr w:type="spellEnd"/>
      <w:r>
        <w:t>.</w:t>
      </w:r>
    </w:p>
    <w:tbl>
      <w:tblPr>
        <w:tblW w:w="0" w:type="auto"/>
        <w:tblBorders>
          <w:top w:val="single" w:sz="6" w:space="0" w:color="C9C9C9"/>
          <w:left w:val="single" w:sz="6" w:space="0" w:color="C9C9C9"/>
          <w:bottom w:val="single" w:sz="6" w:space="0" w:color="C9C9C9"/>
          <w:right w:val="single" w:sz="6" w:space="0" w:color="C9C9C9"/>
          <w:insideH w:val="single" w:sz="6" w:space="0" w:color="C9C9C9"/>
          <w:insideV w:val="single" w:sz="6" w:space="0" w:color="C9C9C9"/>
        </w:tblBorders>
        <w:tblLook w:val="04A0" w:firstRow="1" w:lastRow="0" w:firstColumn="1" w:lastColumn="0" w:noHBand="0" w:noVBand="1"/>
      </w:tblPr>
      <w:tblGrid>
        <w:gridCol w:w="4308"/>
        <w:gridCol w:w="4316"/>
      </w:tblGrid>
      <w:tr w:rsidR="00FE28F2" w:rsidRPr="00862DF4" w14:paraId="50CB7193" w14:textId="77777777" w:rsidTr="00E6527B">
        <w:tc>
          <w:tcPr>
            <w:tcW w:w="4308" w:type="dxa"/>
            <w:tcBorders>
              <w:top w:val="single" w:sz="6" w:space="0" w:color="C9C9C9"/>
              <w:left w:val="single" w:sz="6" w:space="0" w:color="C9C9C9"/>
              <w:bottom w:val="single" w:sz="6" w:space="0" w:color="C9C9C9"/>
              <w:right w:val="single" w:sz="6" w:space="0" w:color="C9C9C9"/>
            </w:tcBorders>
          </w:tcPr>
          <w:p w14:paraId="7F6D4E70" w14:textId="77777777" w:rsidR="00FE28F2" w:rsidRDefault="00FE28F2" w:rsidP="00936394">
            <w:pPr>
              <w:spacing w:before="0" w:after="0" w:line="240" w:lineRule="auto"/>
              <w:rPr>
                <w:b/>
              </w:rPr>
            </w:pPr>
            <w:proofErr w:type="spellStart"/>
            <w:r>
              <w:rPr>
                <w:b/>
              </w:rPr>
              <w:t>Doelgroep</w:t>
            </w:r>
            <w:proofErr w:type="spellEnd"/>
          </w:p>
        </w:tc>
        <w:tc>
          <w:tcPr>
            <w:tcW w:w="4316" w:type="dxa"/>
            <w:tcBorders>
              <w:top w:val="single" w:sz="6" w:space="0" w:color="C9C9C9"/>
              <w:left w:val="single" w:sz="6" w:space="0" w:color="C9C9C9"/>
              <w:bottom w:val="single" w:sz="6" w:space="0" w:color="C9C9C9"/>
              <w:right w:val="single" w:sz="6" w:space="0" w:color="C9C9C9"/>
            </w:tcBorders>
          </w:tcPr>
          <w:p w14:paraId="1F671633" w14:textId="77777777" w:rsidR="00FE28F2" w:rsidRPr="00862DF4" w:rsidRDefault="00FE28F2" w:rsidP="00936394">
            <w:pPr>
              <w:spacing w:before="0" w:after="0" w:line="240" w:lineRule="auto"/>
              <w:rPr>
                <w:lang w:val="nl-NL"/>
              </w:rPr>
            </w:pPr>
            <w:r>
              <w:rPr>
                <w:lang w:val="nl-NL"/>
              </w:rPr>
              <w:t>OP + OOP</w:t>
            </w:r>
          </w:p>
        </w:tc>
      </w:tr>
      <w:tr w:rsidR="00FE28F2" w:rsidRPr="00B07954" w14:paraId="71DCFC3C" w14:textId="77777777" w:rsidTr="00E6527B">
        <w:tc>
          <w:tcPr>
            <w:tcW w:w="4308" w:type="dxa"/>
          </w:tcPr>
          <w:p w14:paraId="27D10672" w14:textId="77777777" w:rsidR="00FE28F2" w:rsidRDefault="00FE28F2" w:rsidP="00936394">
            <w:pPr>
              <w:spacing w:before="0" w:after="0" w:line="240" w:lineRule="auto"/>
            </w:pPr>
            <w:r>
              <w:rPr>
                <w:b/>
              </w:rPr>
              <w:t>Doel</w:t>
            </w:r>
          </w:p>
        </w:tc>
        <w:tc>
          <w:tcPr>
            <w:tcW w:w="4316" w:type="dxa"/>
          </w:tcPr>
          <w:p w14:paraId="18F1086D" w14:textId="0DBF8141" w:rsidR="00FE28F2" w:rsidRPr="00862DF4" w:rsidRDefault="00AE66A6" w:rsidP="00936394">
            <w:pPr>
              <w:spacing w:before="0" w:after="0" w:line="240" w:lineRule="auto"/>
              <w:rPr>
                <w:lang w:val="nl-NL"/>
              </w:rPr>
            </w:pPr>
            <w:r>
              <w:rPr>
                <w:lang w:val="nl-NL"/>
              </w:rPr>
              <w:t>Jezelf blijven ontwikkel</w:t>
            </w:r>
            <w:r w:rsidR="00C51F60">
              <w:rPr>
                <w:lang w:val="nl-NL"/>
              </w:rPr>
              <w:t>en in het gebruik van AI</w:t>
            </w:r>
          </w:p>
        </w:tc>
      </w:tr>
      <w:tr w:rsidR="00FE28F2" w14:paraId="2DEB570E" w14:textId="77777777" w:rsidTr="00E6527B">
        <w:tc>
          <w:tcPr>
            <w:tcW w:w="4308" w:type="dxa"/>
          </w:tcPr>
          <w:p w14:paraId="45C5844E" w14:textId="77777777" w:rsidR="00FE28F2" w:rsidRDefault="00FE28F2" w:rsidP="00936394">
            <w:pPr>
              <w:spacing w:before="0" w:after="0" w:line="240" w:lineRule="auto"/>
            </w:pPr>
            <w:proofErr w:type="spellStart"/>
            <w:r>
              <w:rPr>
                <w:b/>
              </w:rPr>
              <w:t>Niveau</w:t>
            </w:r>
            <w:proofErr w:type="spellEnd"/>
          </w:p>
        </w:tc>
        <w:tc>
          <w:tcPr>
            <w:tcW w:w="4316" w:type="dxa"/>
          </w:tcPr>
          <w:p w14:paraId="45717D93" w14:textId="5D366C61" w:rsidR="00FE28F2" w:rsidRDefault="00C51F60" w:rsidP="00936394">
            <w:pPr>
              <w:spacing w:before="0" w:after="0" w:line="240" w:lineRule="auto"/>
            </w:pPr>
            <w:r>
              <w:t xml:space="preserve">Beginners / </w:t>
            </w:r>
            <w:proofErr w:type="spellStart"/>
            <w:r w:rsidR="00FE28F2">
              <w:t>Gevorderd</w:t>
            </w:r>
            <w:proofErr w:type="spellEnd"/>
            <w:r w:rsidR="00FE28F2">
              <w:t xml:space="preserve"> / Expert</w:t>
            </w:r>
          </w:p>
        </w:tc>
      </w:tr>
      <w:tr w:rsidR="00FE28F2" w14:paraId="5AD9B17C" w14:textId="77777777" w:rsidTr="00E6527B">
        <w:tc>
          <w:tcPr>
            <w:tcW w:w="4308" w:type="dxa"/>
          </w:tcPr>
          <w:p w14:paraId="38778815" w14:textId="77777777" w:rsidR="00FE28F2" w:rsidRDefault="00FE28F2" w:rsidP="00936394">
            <w:pPr>
              <w:spacing w:before="0" w:after="0" w:line="240" w:lineRule="auto"/>
            </w:pPr>
            <w:proofErr w:type="spellStart"/>
            <w:r>
              <w:rPr>
                <w:b/>
              </w:rPr>
              <w:t>Tijd</w:t>
            </w:r>
            <w:proofErr w:type="spellEnd"/>
          </w:p>
        </w:tc>
        <w:tc>
          <w:tcPr>
            <w:tcW w:w="4316" w:type="dxa"/>
          </w:tcPr>
          <w:p w14:paraId="5CAC58DB" w14:textId="1014D805" w:rsidR="00FE28F2" w:rsidRDefault="00C51F60" w:rsidP="00936394">
            <w:pPr>
              <w:spacing w:before="0" w:after="0" w:line="240" w:lineRule="auto"/>
            </w:pPr>
            <w:r>
              <w:t xml:space="preserve">Kort / </w:t>
            </w:r>
            <w:r w:rsidR="00FE28F2">
              <w:t>Medium / lang</w:t>
            </w:r>
          </w:p>
        </w:tc>
      </w:tr>
      <w:tr w:rsidR="00FE28F2" w:rsidRPr="00B07954" w14:paraId="053202CB" w14:textId="77777777" w:rsidTr="00E6527B">
        <w:tc>
          <w:tcPr>
            <w:tcW w:w="4308" w:type="dxa"/>
          </w:tcPr>
          <w:p w14:paraId="6C7AB969" w14:textId="77777777" w:rsidR="00FE28F2" w:rsidRDefault="00FE28F2" w:rsidP="00936394">
            <w:pPr>
              <w:spacing w:before="0" w:after="0" w:line="240" w:lineRule="auto"/>
            </w:pPr>
            <w:proofErr w:type="spellStart"/>
            <w:r>
              <w:rPr>
                <w:b/>
              </w:rPr>
              <w:t>Resultaat</w:t>
            </w:r>
            <w:proofErr w:type="spellEnd"/>
          </w:p>
        </w:tc>
        <w:tc>
          <w:tcPr>
            <w:tcW w:w="4316" w:type="dxa"/>
          </w:tcPr>
          <w:p w14:paraId="3B27E968" w14:textId="67EC3DC9" w:rsidR="00FE28F2" w:rsidRPr="00862DF4" w:rsidRDefault="00C51F60" w:rsidP="00936394">
            <w:pPr>
              <w:spacing w:before="0" w:after="0" w:line="240" w:lineRule="auto"/>
              <w:rPr>
                <w:lang w:val="nl-NL"/>
              </w:rPr>
            </w:pPr>
            <w:r>
              <w:rPr>
                <w:lang w:val="nl-NL"/>
              </w:rPr>
              <w:t>Je blijft permanent AI-geletterd</w:t>
            </w:r>
          </w:p>
        </w:tc>
      </w:tr>
      <w:tr w:rsidR="00FE28F2" w:rsidRPr="009539C9" w14:paraId="725E4A72" w14:textId="77777777" w:rsidTr="00E6527B">
        <w:tc>
          <w:tcPr>
            <w:tcW w:w="4308" w:type="dxa"/>
          </w:tcPr>
          <w:p w14:paraId="6AA1C836" w14:textId="77777777" w:rsidR="00FE28F2" w:rsidRDefault="00FE28F2" w:rsidP="00936394">
            <w:pPr>
              <w:spacing w:before="0" w:after="0" w:line="240" w:lineRule="auto"/>
            </w:pPr>
            <w:r>
              <w:rPr>
                <w:b/>
              </w:rPr>
              <w:t xml:space="preserve">Tools / </w:t>
            </w:r>
            <w:proofErr w:type="spellStart"/>
            <w:r>
              <w:rPr>
                <w:b/>
              </w:rPr>
              <w:t>kaders</w:t>
            </w:r>
            <w:proofErr w:type="spellEnd"/>
          </w:p>
        </w:tc>
        <w:tc>
          <w:tcPr>
            <w:tcW w:w="4316" w:type="dxa"/>
          </w:tcPr>
          <w:p w14:paraId="5B8AAEBC" w14:textId="298E12D9" w:rsidR="00FE28F2" w:rsidRPr="00862DF4" w:rsidRDefault="00C51F60" w:rsidP="00936394">
            <w:pPr>
              <w:spacing w:before="0" w:after="0" w:line="240" w:lineRule="auto"/>
              <w:rPr>
                <w:lang w:val="nl-NL"/>
              </w:rPr>
            </w:pPr>
            <w:r>
              <w:rPr>
                <w:lang w:val="nl-NL"/>
              </w:rPr>
              <w:t>Ontelbare mogelijkheden</w:t>
            </w:r>
          </w:p>
        </w:tc>
      </w:tr>
    </w:tbl>
    <w:p w14:paraId="265AE3B0" w14:textId="77777777" w:rsidR="00FE28F2" w:rsidRDefault="00FE28F2" w:rsidP="00936394">
      <w:pPr>
        <w:spacing w:before="0" w:after="0" w:line="240" w:lineRule="auto"/>
        <w:rPr>
          <w:lang w:val="nl-NL"/>
        </w:rPr>
      </w:pPr>
    </w:p>
    <w:p w14:paraId="0E077B5A" w14:textId="732F4CEF" w:rsidR="0001558E" w:rsidRPr="00695662" w:rsidRDefault="0001558E" w:rsidP="00936394">
      <w:pPr>
        <w:spacing w:before="0" w:after="0" w:line="240" w:lineRule="auto"/>
        <w:rPr>
          <w:b/>
          <w:bCs/>
          <w:lang w:val="nl-NL"/>
        </w:rPr>
      </w:pPr>
      <w:r w:rsidRPr="00695662">
        <w:rPr>
          <w:b/>
          <w:bCs/>
          <w:lang w:val="nl-NL"/>
        </w:rPr>
        <w:t>Inhoudsopgave werkbla</w:t>
      </w:r>
      <w:r w:rsidR="00B70701" w:rsidRPr="00695662">
        <w:rPr>
          <w:b/>
          <w:bCs/>
          <w:lang w:val="nl-NL"/>
        </w:rPr>
        <w:t>d 15</w:t>
      </w:r>
    </w:p>
    <w:p w14:paraId="492E4160" w14:textId="633E2953" w:rsidR="00B70701" w:rsidRPr="00695662" w:rsidRDefault="00B70701" w:rsidP="00936394">
      <w:pPr>
        <w:spacing w:before="0" w:after="0" w:line="240" w:lineRule="auto"/>
        <w:rPr>
          <w:b/>
          <w:bCs/>
          <w:lang w:val="nl-NL"/>
        </w:rPr>
      </w:pPr>
      <w:r w:rsidRPr="00695662">
        <w:rPr>
          <w:b/>
          <w:bCs/>
          <w:lang w:val="nl-NL"/>
        </w:rPr>
        <w:t>Permanent AI-geletterd</w:t>
      </w:r>
    </w:p>
    <w:p w14:paraId="1DF4D94C" w14:textId="4F933FB8" w:rsidR="00B70701" w:rsidRPr="00695662" w:rsidRDefault="00B70701" w:rsidP="00936394">
      <w:pPr>
        <w:spacing w:before="0" w:after="0" w:line="240" w:lineRule="auto"/>
        <w:rPr>
          <w:b/>
          <w:bCs/>
          <w:lang w:val="nl-NL"/>
        </w:rPr>
      </w:pPr>
      <w:r w:rsidRPr="00695662">
        <w:rPr>
          <w:b/>
          <w:bCs/>
          <w:lang w:val="nl-NL"/>
        </w:rPr>
        <w:t>Bronnen</w:t>
      </w:r>
    </w:p>
    <w:p w14:paraId="2D6A76CE" w14:textId="275BDFFB" w:rsidR="00B70701" w:rsidRPr="00695662" w:rsidRDefault="00B70701" w:rsidP="00936394">
      <w:pPr>
        <w:spacing w:before="0" w:after="0" w:line="240" w:lineRule="auto"/>
        <w:rPr>
          <w:b/>
          <w:bCs/>
        </w:rPr>
      </w:pPr>
      <w:r w:rsidRPr="00695662">
        <w:rPr>
          <w:b/>
          <w:bCs/>
        </w:rPr>
        <w:t xml:space="preserve">AI-community Avans </w:t>
      </w:r>
      <w:proofErr w:type="spellStart"/>
      <w:r w:rsidRPr="00695662">
        <w:rPr>
          <w:b/>
          <w:bCs/>
        </w:rPr>
        <w:t>Hogeschool</w:t>
      </w:r>
      <w:proofErr w:type="spellEnd"/>
      <w:r w:rsidRPr="00695662">
        <w:rPr>
          <w:b/>
          <w:bCs/>
        </w:rPr>
        <w:t xml:space="preserve"> </w:t>
      </w:r>
    </w:p>
    <w:p w14:paraId="14C6B5E2" w14:textId="04990BD6" w:rsidR="00B70701" w:rsidRPr="00695662" w:rsidRDefault="00B70701" w:rsidP="00936394">
      <w:pPr>
        <w:spacing w:before="0" w:after="0" w:line="240" w:lineRule="auto"/>
        <w:rPr>
          <w:b/>
          <w:bCs/>
        </w:rPr>
      </w:pPr>
      <w:r w:rsidRPr="00695662">
        <w:rPr>
          <w:b/>
          <w:bCs/>
        </w:rPr>
        <w:t>Boeken</w:t>
      </w:r>
    </w:p>
    <w:p w14:paraId="6BF3E021" w14:textId="69518C14" w:rsidR="00B70701" w:rsidRPr="00695662" w:rsidRDefault="00B70701" w:rsidP="00936394">
      <w:pPr>
        <w:spacing w:before="0" w:after="0" w:line="240" w:lineRule="auto"/>
        <w:rPr>
          <w:b/>
          <w:bCs/>
        </w:rPr>
      </w:pPr>
      <w:r w:rsidRPr="00695662">
        <w:rPr>
          <w:b/>
          <w:bCs/>
        </w:rPr>
        <w:t>Podcasts</w:t>
      </w:r>
    </w:p>
    <w:p w14:paraId="259C2544" w14:textId="06762133" w:rsidR="00B70701" w:rsidRPr="00695662" w:rsidRDefault="00B70701" w:rsidP="00936394">
      <w:pPr>
        <w:spacing w:before="0" w:after="0" w:line="240" w:lineRule="auto"/>
        <w:rPr>
          <w:b/>
          <w:bCs/>
          <w:lang w:val="nl-NL"/>
        </w:rPr>
      </w:pPr>
      <w:r w:rsidRPr="00695662">
        <w:rPr>
          <w:b/>
          <w:bCs/>
          <w:lang w:val="nl-NL"/>
        </w:rPr>
        <w:t>Ai-nieuwbrieven</w:t>
      </w:r>
    </w:p>
    <w:p w14:paraId="55D16E83" w14:textId="4B5C99B8" w:rsidR="00B70701" w:rsidRPr="00695662" w:rsidRDefault="00B70701" w:rsidP="00936394">
      <w:pPr>
        <w:spacing w:before="0" w:after="0" w:line="240" w:lineRule="auto"/>
        <w:rPr>
          <w:b/>
          <w:bCs/>
          <w:lang w:val="nl-NL"/>
        </w:rPr>
      </w:pPr>
      <w:r w:rsidRPr="00695662">
        <w:rPr>
          <w:b/>
          <w:bCs/>
          <w:lang w:val="nl-NL"/>
        </w:rPr>
        <w:t xml:space="preserve">Personen om te volgen via </w:t>
      </w:r>
      <w:proofErr w:type="spellStart"/>
      <w:r w:rsidRPr="00695662">
        <w:rPr>
          <w:b/>
          <w:bCs/>
          <w:lang w:val="nl-NL"/>
        </w:rPr>
        <w:t>Linkedin</w:t>
      </w:r>
      <w:proofErr w:type="spellEnd"/>
    </w:p>
    <w:p w14:paraId="2AE02D38" w14:textId="69A66ABE" w:rsidR="00B70701" w:rsidRPr="004833D5" w:rsidRDefault="00B70701" w:rsidP="00936394">
      <w:pPr>
        <w:spacing w:before="0" w:after="0" w:line="240" w:lineRule="auto"/>
        <w:rPr>
          <w:b/>
          <w:bCs/>
          <w:lang w:val="nl-NL"/>
        </w:rPr>
      </w:pPr>
      <w:r w:rsidRPr="004833D5">
        <w:rPr>
          <w:b/>
          <w:bCs/>
          <w:lang w:val="nl-NL"/>
        </w:rPr>
        <w:t>Researchpaper</w:t>
      </w:r>
    </w:p>
    <w:p w14:paraId="2CC4C91E" w14:textId="742B1007" w:rsidR="00B70701" w:rsidRPr="00695662" w:rsidRDefault="00695662" w:rsidP="00936394">
      <w:pPr>
        <w:spacing w:before="0" w:after="0" w:line="240" w:lineRule="auto"/>
        <w:rPr>
          <w:b/>
          <w:bCs/>
          <w:lang w:val="nl-NL"/>
        </w:rPr>
      </w:pPr>
      <w:r w:rsidRPr="00695662">
        <w:rPr>
          <w:b/>
          <w:bCs/>
          <w:lang w:val="nl-NL"/>
        </w:rPr>
        <w:t>Overzicht Legal AI-tools in de Benelux</w:t>
      </w:r>
    </w:p>
    <w:p w14:paraId="263D02F5" w14:textId="77777777" w:rsidR="0001558E" w:rsidRPr="00695662" w:rsidRDefault="0001558E" w:rsidP="00936394">
      <w:pPr>
        <w:spacing w:before="0" w:after="0" w:line="240" w:lineRule="auto"/>
        <w:rPr>
          <w:lang w:val="nl-NL"/>
        </w:rPr>
      </w:pPr>
    </w:p>
    <w:p w14:paraId="02FDF4A4" w14:textId="61D73ACF" w:rsidR="00C51F60" w:rsidRPr="00886F8D" w:rsidRDefault="00C51F60" w:rsidP="00936394">
      <w:pPr>
        <w:pStyle w:val="Kop2"/>
        <w:spacing w:before="0" w:line="240" w:lineRule="auto"/>
        <w:rPr>
          <w:lang w:val="nl-NL"/>
        </w:rPr>
      </w:pPr>
      <w:r>
        <w:rPr>
          <w:lang w:val="nl-NL"/>
        </w:rPr>
        <w:t>Permanent AI-geletterd</w:t>
      </w:r>
    </w:p>
    <w:p w14:paraId="5BCB76E2" w14:textId="0BA10177" w:rsidR="00FE28F2" w:rsidRDefault="00C51F60" w:rsidP="00614863">
      <w:pPr>
        <w:spacing w:before="0" w:after="0" w:line="240" w:lineRule="auto"/>
        <w:rPr>
          <w:lang w:val="nl-NL"/>
        </w:rPr>
      </w:pPr>
      <w:r>
        <w:rPr>
          <w:lang w:val="nl-NL"/>
        </w:rPr>
        <w:t xml:space="preserve">AI </w:t>
      </w:r>
      <w:r w:rsidR="00540AC3">
        <w:rPr>
          <w:lang w:val="nl-NL"/>
        </w:rPr>
        <w:t xml:space="preserve">is momenteel nog maar moeilijk weg te denken uit het onderwijs. Uit ons eigen onderzoek blijkt ook dat haast alle </w:t>
      </w:r>
      <w:r w:rsidR="00EC0197">
        <w:rPr>
          <w:lang w:val="nl-NL"/>
        </w:rPr>
        <w:t xml:space="preserve">praktijkpartners AI op enige wijze hebben omarmd in hun werkpraktijk. Wij leiden op voor deze praktijk dus </w:t>
      </w:r>
      <w:r w:rsidR="00E17708">
        <w:rPr>
          <w:lang w:val="nl-NL"/>
        </w:rPr>
        <w:t>heeft AI een plek binnen onze opleiding. Vanuit de AI-verordening zijn er vervolgens verschillende verplicht</w:t>
      </w:r>
      <w:r w:rsidR="00316CB2">
        <w:rPr>
          <w:lang w:val="nl-NL"/>
        </w:rPr>
        <w:t xml:space="preserve">ingen en daarom </w:t>
      </w:r>
      <w:r w:rsidR="00491B08">
        <w:rPr>
          <w:lang w:val="nl-NL"/>
        </w:rPr>
        <w:t>hebben w</w:t>
      </w:r>
      <w:r w:rsidR="00316CB2">
        <w:rPr>
          <w:lang w:val="nl-NL"/>
        </w:rPr>
        <w:t>ij</w:t>
      </w:r>
      <w:r w:rsidR="00491B08">
        <w:rPr>
          <w:lang w:val="nl-NL"/>
        </w:rPr>
        <w:t xml:space="preserve"> beleid ontwikkeld en zijn w</w:t>
      </w:r>
      <w:r w:rsidR="00316CB2">
        <w:rPr>
          <w:lang w:val="nl-NL"/>
        </w:rPr>
        <w:t>ij</w:t>
      </w:r>
      <w:r w:rsidR="00491B08">
        <w:rPr>
          <w:lang w:val="nl-NL"/>
        </w:rPr>
        <w:t xml:space="preserve"> bezig met het AI-geletterd maken van de alle collega’s en </w:t>
      </w:r>
      <w:r w:rsidR="00316CB2">
        <w:rPr>
          <w:lang w:val="nl-NL"/>
        </w:rPr>
        <w:t xml:space="preserve">hopelijk op korte termijn ook al </w:t>
      </w:r>
      <w:r w:rsidR="00491B08">
        <w:rPr>
          <w:lang w:val="nl-NL"/>
        </w:rPr>
        <w:t xml:space="preserve">onze studenten. </w:t>
      </w:r>
      <w:r w:rsidR="00316CB2">
        <w:rPr>
          <w:lang w:val="nl-NL"/>
        </w:rPr>
        <w:br/>
      </w:r>
      <w:r w:rsidR="00316CB2">
        <w:rPr>
          <w:lang w:val="nl-NL"/>
        </w:rPr>
        <w:br/>
        <w:t>AI ontwikkeld zich nog steeds heel erg snel. Er komen steeds meer toepassingen bij, en meer AI-tools</w:t>
      </w:r>
      <w:r w:rsidR="005129C3">
        <w:rPr>
          <w:lang w:val="nl-NL"/>
        </w:rPr>
        <w:t xml:space="preserve">, niet alleen algemene tools, maar ook specifieke tools voor het juridisch werkveld. Dat maakt ook dat het </w:t>
      </w:r>
      <w:r w:rsidR="00E231D1">
        <w:rPr>
          <w:lang w:val="nl-NL"/>
        </w:rPr>
        <w:t xml:space="preserve">advies is om niet na vandaag te stoppen met je eigen AI-geletterdheid. Je zult deze moeten onderhouden. </w:t>
      </w:r>
      <w:r w:rsidR="00E21554">
        <w:rPr>
          <w:lang w:val="nl-NL"/>
        </w:rPr>
        <w:t xml:space="preserve">We kunnen ons voorstellen dat het soms lastig om te bepalen hoe je dat doet, want je moet al zoveel doen vanuit school, je studenten begeleiden, je vakgebied bijhouden en dan moet je nu ook nog </w:t>
      </w:r>
      <w:r w:rsidR="00490067">
        <w:rPr>
          <w:lang w:val="nl-NL"/>
        </w:rPr>
        <w:t xml:space="preserve">de ontwikkelingen rond AI bijhouden. </w:t>
      </w:r>
    </w:p>
    <w:p w14:paraId="45F24F78" w14:textId="77777777" w:rsidR="00614863" w:rsidRDefault="00614863" w:rsidP="00614863">
      <w:pPr>
        <w:spacing w:before="0" w:after="0" w:line="240" w:lineRule="auto"/>
        <w:rPr>
          <w:lang w:val="nl-NL"/>
        </w:rPr>
      </w:pPr>
    </w:p>
    <w:p w14:paraId="4A4B12F1" w14:textId="3029B24A" w:rsidR="00614863" w:rsidRDefault="00614863" w:rsidP="00614863">
      <w:pPr>
        <w:spacing w:before="0" w:after="0" w:line="240" w:lineRule="auto"/>
        <w:rPr>
          <w:lang w:val="nl-NL"/>
        </w:rPr>
      </w:pPr>
      <w:r>
        <w:rPr>
          <w:lang w:val="nl-NL"/>
        </w:rPr>
        <w:t>Om je verder te ontwikkelen in AI kun je natuurlijk dit werkboek gebruiken. Deze is van jou e</w:t>
      </w:r>
      <w:r w:rsidR="009D2241">
        <w:rPr>
          <w:lang w:val="nl-NL"/>
        </w:rPr>
        <w:t xml:space="preserve">n je kunt deze blijven gebruiken, als naslagwerk en/of als werkboek om een volgend thema </w:t>
      </w:r>
      <w:r w:rsidR="00C47C56">
        <w:rPr>
          <w:lang w:val="nl-NL"/>
        </w:rPr>
        <w:t xml:space="preserve">te ontdekken en je daar verder in te bekwamen. </w:t>
      </w:r>
    </w:p>
    <w:p w14:paraId="05C4E81C" w14:textId="77777777" w:rsidR="002E7649" w:rsidRDefault="002E7649" w:rsidP="00614863">
      <w:pPr>
        <w:spacing w:before="0" w:after="0" w:line="240" w:lineRule="auto"/>
        <w:rPr>
          <w:lang w:val="nl-NL"/>
        </w:rPr>
      </w:pPr>
    </w:p>
    <w:p w14:paraId="001B6444" w14:textId="4FCD38DD" w:rsidR="00490067" w:rsidRPr="00886F8D" w:rsidRDefault="00317BA1" w:rsidP="00936394">
      <w:pPr>
        <w:pStyle w:val="Kop2"/>
        <w:spacing w:before="0" w:line="240" w:lineRule="auto"/>
        <w:rPr>
          <w:lang w:val="nl-NL"/>
        </w:rPr>
      </w:pPr>
      <w:r>
        <w:rPr>
          <w:lang w:val="nl-NL"/>
        </w:rPr>
        <w:t xml:space="preserve">Bronnen </w:t>
      </w:r>
    </w:p>
    <w:p w14:paraId="33615167" w14:textId="2755A0F5" w:rsidR="00490067" w:rsidRDefault="00C47C56" w:rsidP="00936394">
      <w:pPr>
        <w:spacing w:before="0" w:after="0" w:line="240" w:lineRule="auto"/>
        <w:rPr>
          <w:lang w:val="nl-NL"/>
        </w:rPr>
      </w:pPr>
      <w:r>
        <w:rPr>
          <w:lang w:val="nl-NL"/>
        </w:rPr>
        <w:t xml:space="preserve">We </w:t>
      </w:r>
      <w:r w:rsidR="00317BA1">
        <w:rPr>
          <w:lang w:val="nl-NL"/>
        </w:rPr>
        <w:t xml:space="preserve">hebben op dit werkblad een aantal bronnen opgenomen die je kan </w:t>
      </w:r>
      <w:r w:rsidR="00BE0F17">
        <w:rPr>
          <w:lang w:val="nl-NL"/>
        </w:rPr>
        <w:t xml:space="preserve">gebruiken en personen die je kan </w:t>
      </w:r>
      <w:r w:rsidR="00317BA1">
        <w:rPr>
          <w:lang w:val="nl-NL"/>
        </w:rPr>
        <w:t xml:space="preserve">volgen om </w:t>
      </w:r>
      <w:r w:rsidR="00BE0F17">
        <w:rPr>
          <w:lang w:val="nl-NL"/>
        </w:rPr>
        <w:t>bij te blijven op het gebied van AI.</w:t>
      </w:r>
    </w:p>
    <w:p w14:paraId="5F6A42C7" w14:textId="77777777" w:rsidR="00D4168B" w:rsidRDefault="00D4168B" w:rsidP="00936394">
      <w:pPr>
        <w:spacing w:before="0" w:after="0" w:line="240" w:lineRule="auto"/>
        <w:rPr>
          <w:lang w:val="nl-NL"/>
        </w:rPr>
      </w:pPr>
    </w:p>
    <w:p w14:paraId="49554ACD" w14:textId="7BF031DA" w:rsidR="00BE0F17" w:rsidRDefault="00BE0F17" w:rsidP="00936394">
      <w:pPr>
        <w:spacing w:before="0" w:after="0" w:line="240" w:lineRule="auto"/>
        <w:rPr>
          <w:lang w:val="nl-NL"/>
        </w:rPr>
      </w:pPr>
      <w:r>
        <w:rPr>
          <w:lang w:val="nl-NL"/>
        </w:rPr>
        <w:t>En uiteraard hoef je niet ieder</w:t>
      </w:r>
      <w:r w:rsidR="000148AA">
        <w:rPr>
          <w:lang w:val="nl-NL"/>
        </w:rPr>
        <w:t>e kennisclip te bekijken, ieder</w:t>
      </w:r>
      <w:r>
        <w:rPr>
          <w:lang w:val="nl-NL"/>
        </w:rPr>
        <w:t xml:space="preserve"> boek te kopen en niet iedere podcast te luisteren</w:t>
      </w:r>
      <w:r w:rsidR="000148AA">
        <w:rPr>
          <w:lang w:val="nl-NL"/>
        </w:rPr>
        <w:t xml:space="preserve">. En je hoeft ook </w:t>
      </w:r>
      <w:r>
        <w:rPr>
          <w:lang w:val="nl-NL"/>
        </w:rPr>
        <w:t>iedereen te volgen op Linked</w:t>
      </w:r>
      <w:r w:rsidR="005C5F14">
        <w:rPr>
          <w:lang w:val="nl-NL"/>
        </w:rPr>
        <w:t>I</w:t>
      </w:r>
      <w:r>
        <w:rPr>
          <w:lang w:val="nl-NL"/>
        </w:rPr>
        <w:t>n</w:t>
      </w:r>
      <w:r w:rsidR="00CD721B">
        <w:rPr>
          <w:lang w:val="nl-NL"/>
        </w:rPr>
        <w:t xml:space="preserve"> of via een nieuwsbrief</w:t>
      </w:r>
      <w:r w:rsidR="000148AA">
        <w:rPr>
          <w:lang w:val="nl-NL"/>
        </w:rPr>
        <w:t>.</w:t>
      </w:r>
      <w:r w:rsidR="00CD721B">
        <w:rPr>
          <w:lang w:val="nl-NL"/>
        </w:rPr>
        <w:t xml:space="preserve"> </w:t>
      </w:r>
      <w:r w:rsidR="000148AA">
        <w:rPr>
          <w:lang w:val="nl-NL"/>
        </w:rPr>
        <w:t>M</w:t>
      </w:r>
      <w:r w:rsidR="00CD721B">
        <w:rPr>
          <w:lang w:val="nl-NL"/>
        </w:rPr>
        <w:t xml:space="preserve">aar </w:t>
      </w:r>
      <w:r w:rsidR="0055670E">
        <w:rPr>
          <w:lang w:val="nl-NL"/>
        </w:rPr>
        <w:t xml:space="preserve">neem </w:t>
      </w:r>
      <w:r w:rsidR="000148AA">
        <w:rPr>
          <w:lang w:val="nl-NL"/>
        </w:rPr>
        <w:t xml:space="preserve">deze week ergens even 10 minuten </w:t>
      </w:r>
      <w:r w:rsidR="0055670E">
        <w:rPr>
          <w:lang w:val="nl-NL"/>
        </w:rPr>
        <w:t>de tijd om te bekijken of er</w:t>
      </w:r>
      <w:r w:rsidR="000148AA">
        <w:rPr>
          <w:lang w:val="nl-NL"/>
        </w:rPr>
        <w:t xml:space="preserve"> </w:t>
      </w:r>
      <w:r w:rsidR="0055670E">
        <w:rPr>
          <w:lang w:val="nl-NL"/>
        </w:rPr>
        <w:t xml:space="preserve">een </w:t>
      </w:r>
      <w:r w:rsidR="00FA6A8A">
        <w:rPr>
          <w:lang w:val="nl-NL"/>
        </w:rPr>
        <w:t xml:space="preserve">persoon of nieuwbrief </w:t>
      </w:r>
      <w:r w:rsidR="0055670E">
        <w:rPr>
          <w:lang w:val="nl-NL"/>
        </w:rPr>
        <w:t>bij zit die jou aanspreekt</w:t>
      </w:r>
      <w:r w:rsidR="00CD721B">
        <w:rPr>
          <w:lang w:val="nl-NL"/>
        </w:rPr>
        <w:t xml:space="preserve"> </w:t>
      </w:r>
      <w:r w:rsidR="0055670E">
        <w:rPr>
          <w:lang w:val="nl-NL"/>
        </w:rPr>
        <w:t xml:space="preserve">en </w:t>
      </w:r>
      <w:r w:rsidR="00FA6A8A">
        <w:rPr>
          <w:lang w:val="nl-NL"/>
        </w:rPr>
        <w:t xml:space="preserve">die je kunt </w:t>
      </w:r>
      <w:r w:rsidR="000E7C97">
        <w:rPr>
          <w:lang w:val="nl-NL"/>
        </w:rPr>
        <w:t xml:space="preserve">gaan </w:t>
      </w:r>
      <w:r w:rsidR="00FA6A8A">
        <w:rPr>
          <w:lang w:val="nl-NL"/>
        </w:rPr>
        <w:t>volgen.</w:t>
      </w:r>
      <w:r w:rsidR="006E58AB">
        <w:rPr>
          <w:lang w:val="nl-NL"/>
        </w:rPr>
        <w:t xml:space="preserve"> </w:t>
      </w:r>
      <w:r w:rsidR="00FA6A8A">
        <w:rPr>
          <w:lang w:val="nl-NL"/>
        </w:rPr>
        <w:t>O</w:t>
      </w:r>
      <w:r w:rsidR="006E58AB">
        <w:rPr>
          <w:lang w:val="nl-NL"/>
        </w:rPr>
        <w:t xml:space="preserve">f kijk bij de </w:t>
      </w:r>
      <w:r w:rsidR="00D8348F">
        <w:rPr>
          <w:lang w:val="nl-NL"/>
        </w:rPr>
        <w:t xml:space="preserve">video’s of </w:t>
      </w:r>
      <w:r w:rsidR="006E58AB">
        <w:rPr>
          <w:lang w:val="nl-NL"/>
        </w:rPr>
        <w:t xml:space="preserve">podcasts en zoek één aflevering die aansluit bij wat je vandaag gedaan hebt </w:t>
      </w:r>
      <w:r w:rsidR="00367F37">
        <w:rPr>
          <w:lang w:val="nl-NL"/>
        </w:rPr>
        <w:t>of die gaat over een onderwerp dat je interessant vindt</w:t>
      </w:r>
      <w:r w:rsidR="00A117C3">
        <w:rPr>
          <w:lang w:val="nl-NL"/>
        </w:rPr>
        <w:t xml:space="preserve"> en </w:t>
      </w:r>
      <w:r w:rsidR="00D8348F">
        <w:rPr>
          <w:lang w:val="nl-NL"/>
        </w:rPr>
        <w:t xml:space="preserve">kijk en </w:t>
      </w:r>
      <w:r w:rsidR="00A117C3">
        <w:rPr>
          <w:lang w:val="nl-NL"/>
        </w:rPr>
        <w:t>luister die op een moment dat voor jou uitkomt</w:t>
      </w:r>
      <w:r w:rsidR="00CD721B">
        <w:rPr>
          <w:lang w:val="nl-NL"/>
        </w:rPr>
        <w:t>.</w:t>
      </w:r>
      <w:r w:rsidR="00C0545C">
        <w:rPr>
          <w:lang w:val="nl-NL"/>
        </w:rPr>
        <w:t xml:space="preserve"> </w:t>
      </w:r>
      <w:r w:rsidR="00D8348F">
        <w:rPr>
          <w:lang w:val="nl-NL"/>
        </w:rPr>
        <w:t xml:space="preserve">Of beter nog, doe dat samen met een collega </w:t>
      </w:r>
      <w:r w:rsidR="009D2241">
        <w:rPr>
          <w:lang w:val="nl-NL"/>
        </w:rPr>
        <w:t>en/</w:t>
      </w:r>
      <w:r w:rsidR="00D8348F">
        <w:rPr>
          <w:lang w:val="nl-NL"/>
        </w:rPr>
        <w:t>of met je studenten.</w:t>
      </w:r>
    </w:p>
    <w:p w14:paraId="6C30A1C7" w14:textId="77777777" w:rsidR="00D4168B" w:rsidRDefault="00D4168B" w:rsidP="00936394">
      <w:pPr>
        <w:spacing w:before="0" w:after="0" w:line="240" w:lineRule="auto"/>
        <w:rPr>
          <w:lang w:val="nl-NL"/>
        </w:rPr>
      </w:pPr>
    </w:p>
    <w:p w14:paraId="6C387A7B" w14:textId="0A90B306" w:rsidR="00463F83" w:rsidRDefault="00C0545C" w:rsidP="00936394">
      <w:pPr>
        <w:spacing w:before="0" w:after="0" w:line="240" w:lineRule="auto"/>
        <w:rPr>
          <w:lang w:val="nl-NL"/>
        </w:rPr>
      </w:pPr>
      <w:r>
        <w:rPr>
          <w:lang w:val="nl-NL"/>
        </w:rPr>
        <w:t>Dit is een overigens maar een selectie</w:t>
      </w:r>
      <w:r w:rsidR="00367F37">
        <w:rPr>
          <w:lang w:val="nl-NL"/>
        </w:rPr>
        <w:t xml:space="preserve"> van bronnen</w:t>
      </w:r>
      <w:r>
        <w:rPr>
          <w:lang w:val="nl-NL"/>
        </w:rPr>
        <w:t xml:space="preserve">. Er zijn </w:t>
      </w:r>
      <w:r w:rsidR="00367F37">
        <w:rPr>
          <w:lang w:val="nl-NL"/>
        </w:rPr>
        <w:t xml:space="preserve">uiteraard </w:t>
      </w:r>
      <w:r>
        <w:rPr>
          <w:lang w:val="nl-NL"/>
        </w:rPr>
        <w:t>nog veel meer bronnen over AI</w:t>
      </w:r>
      <w:r w:rsidR="00A45826">
        <w:rPr>
          <w:lang w:val="nl-NL"/>
        </w:rPr>
        <w:t xml:space="preserve">. </w:t>
      </w:r>
      <w:r w:rsidR="00463F83">
        <w:rPr>
          <w:lang w:val="nl-NL"/>
        </w:rPr>
        <w:t xml:space="preserve"> </w:t>
      </w:r>
    </w:p>
    <w:p w14:paraId="1DD50B9D" w14:textId="77777777" w:rsidR="005D18BD" w:rsidRDefault="005D18BD" w:rsidP="00936394">
      <w:pPr>
        <w:spacing w:before="0" w:after="0" w:line="240" w:lineRule="auto"/>
        <w:rPr>
          <w:lang w:val="nl-NL"/>
        </w:rPr>
      </w:pPr>
    </w:p>
    <w:p w14:paraId="0A5EE224" w14:textId="1950501C" w:rsidR="005D18BD" w:rsidRPr="007E25E4" w:rsidRDefault="005D18BD" w:rsidP="005D18BD">
      <w:pPr>
        <w:pStyle w:val="Kop2"/>
        <w:spacing w:before="0" w:line="240" w:lineRule="auto"/>
        <w:rPr>
          <w:lang w:val="nl-NL"/>
        </w:rPr>
      </w:pPr>
      <w:r w:rsidRPr="007E25E4">
        <w:rPr>
          <w:lang w:val="nl-NL"/>
        </w:rPr>
        <w:t>AI-communit</w:t>
      </w:r>
      <w:r w:rsidR="00093B02" w:rsidRPr="007E25E4">
        <w:rPr>
          <w:lang w:val="nl-NL"/>
        </w:rPr>
        <w:t>Y Avans</w:t>
      </w:r>
      <w:r w:rsidRPr="007E25E4">
        <w:rPr>
          <w:lang w:val="nl-NL"/>
        </w:rPr>
        <w:t xml:space="preserve"> </w:t>
      </w:r>
    </w:p>
    <w:p w14:paraId="032054B9" w14:textId="3290F2B1" w:rsidR="005D18BD" w:rsidRPr="00093B02" w:rsidRDefault="00093B02" w:rsidP="00936394">
      <w:pPr>
        <w:spacing w:before="0" w:after="0" w:line="240" w:lineRule="auto"/>
        <w:rPr>
          <w:lang w:val="nl-NL"/>
        </w:rPr>
      </w:pPr>
      <w:r w:rsidRPr="00093B02">
        <w:rPr>
          <w:lang w:val="nl-NL"/>
        </w:rPr>
        <w:t xml:space="preserve">Via deze link vind je </w:t>
      </w:r>
      <w:r>
        <w:rPr>
          <w:lang w:val="nl-NL"/>
        </w:rPr>
        <w:t xml:space="preserve">meer informatie van </w:t>
      </w:r>
      <w:proofErr w:type="spellStart"/>
      <w:r>
        <w:rPr>
          <w:lang w:val="nl-NL"/>
        </w:rPr>
        <w:t>Avans</w:t>
      </w:r>
      <w:proofErr w:type="spellEnd"/>
      <w:r>
        <w:rPr>
          <w:lang w:val="nl-NL"/>
        </w:rPr>
        <w:t xml:space="preserve"> over AI. Let op </w:t>
      </w:r>
      <w:proofErr w:type="spellStart"/>
      <w:r>
        <w:rPr>
          <w:lang w:val="nl-NL"/>
        </w:rPr>
        <w:t>Avans</w:t>
      </w:r>
      <w:proofErr w:type="spellEnd"/>
      <w:r>
        <w:rPr>
          <w:lang w:val="nl-NL"/>
        </w:rPr>
        <w:t xml:space="preserve"> heeft een eigen </w:t>
      </w:r>
      <w:r w:rsidR="00FC3557">
        <w:rPr>
          <w:lang w:val="nl-NL"/>
        </w:rPr>
        <w:t>beleid dat op onderdelen afwijkt van ons beleid.</w:t>
      </w:r>
    </w:p>
    <w:p w14:paraId="4A3FD36F" w14:textId="4E1BC024" w:rsidR="005D18BD" w:rsidRPr="00093B02" w:rsidRDefault="00006DCB" w:rsidP="00936394">
      <w:pPr>
        <w:spacing w:before="0" w:after="0" w:line="240" w:lineRule="auto"/>
        <w:rPr>
          <w:lang w:val="nl-NL"/>
        </w:rPr>
      </w:pPr>
      <w:r>
        <w:rPr>
          <w:lang w:val="nl-NL"/>
        </w:rPr>
        <w:br/>
        <w:t xml:space="preserve">Via deze link kom je op de </w:t>
      </w:r>
      <w:proofErr w:type="spellStart"/>
      <w:r>
        <w:rPr>
          <w:lang w:val="nl-NL"/>
        </w:rPr>
        <w:t>Avans</w:t>
      </w:r>
      <w:proofErr w:type="spellEnd"/>
      <w:r>
        <w:rPr>
          <w:lang w:val="nl-NL"/>
        </w:rPr>
        <w:t xml:space="preserve"> </w:t>
      </w:r>
      <w:proofErr w:type="spellStart"/>
      <w:r w:rsidR="00A33578">
        <w:rPr>
          <w:lang w:val="nl-NL"/>
        </w:rPr>
        <w:t>Mymediapagina</w:t>
      </w:r>
      <w:proofErr w:type="spellEnd"/>
      <w:r w:rsidR="00A33578">
        <w:rPr>
          <w:lang w:val="nl-NL"/>
        </w:rPr>
        <w:t xml:space="preserve"> met</w:t>
      </w:r>
      <w:r w:rsidR="009F0227">
        <w:rPr>
          <w:lang w:val="nl-NL"/>
        </w:rPr>
        <w:t xml:space="preserve"> video</w:t>
      </w:r>
      <w:r w:rsidR="00130371">
        <w:rPr>
          <w:lang w:val="nl-NL"/>
        </w:rPr>
        <w:t>’</w:t>
      </w:r>
      <w:r w:rsidR="009F0227">
        <w:rPr>
          <w:lang w:val="nl-NL"/>
        </w:rPr>
        <w:t xml:space="preserve">s met </w:t>
      </w:r>
      <w:r w:rsidR="00A33578">
        <w:rPr>
          <w:lang w:val="nl-NL"/>
        </w:rPr>
        <w:t xml:space="preserve">voorbeelden </w:t>
      </w:r>
      <w:r w:rsidR="009F0227">
        <w:rPr>
          <w:lang w:val="nl-NL"/>
        </w:rPr>
        <w:t>van AI-toepassing in het onderwijs</w:t>
      </w:r>
      <w:r w:rsidR="00130371">
        <w:rPr>
          <w:lang w:val="nl-NL"/>
        </w:rPr>
        <w:t xml:space="preserve">: </w:t>
      </w:r>
      <w:hyperlink r:id="rId46" w:history="1">
        <w:r w:rsidR="00130371" w:rsidRPr="00130371">
          <w:rPr>
            <w:rStyle w:val="Hyperlink"/>
            <w:lang w:val="nl-NL"/>
          </w:rPr>
          <w:t xml:space="preserve">Praktijkvoorbeelden Gebruik van AI - </w:t>
        </w:r>
        <w:proofErr w:type="spellStart"/>
        <w:r w:rsidR="00130371" w:rsidRPr="00130371">
          <w:rPr>
            <w:rStyle w:val="Hyperlink"/>
            <w:lang w:val="nl-NL"/>
          </w:rPr>
          <w:t>Avans</w:t>
        </w:r>
        <w:proofErr w:type="spellEnd"/>
        <w:r w:rsidR="00130371" w:rsidRPr="00130371">
          <w:rPr>
            <w:rStyle w:val="Hyperlink"/>
            <w:lang w:val="nl-NL"/>
          </w:rPr>
          <w:t xml:space="preserve"> Hogeschool - </w:t>
        </w:r>
        <w:proofErr w:type="spellStart"/>
        <w:r w:rsidR="00130371" w:rsidRPr="00130371">
          <w:rPr>
            <w:rStyle w:val="Hyperlink"/>
            <w:lang w:val="nl-NL"/>
          </w:rPr>
          <w:t>MyMedia</w:t>
        </w:r>
        <w:proofErr w:type="spellEnd"/>
        <w:r w:rsidR="00130371" w:rsidRPr="00130371">
          <w:rPr>
            <w:rStyle w:val="Hyperlink"/>
            <w:lang w:val="nl-NL"/>
          </w:rPr>
          <w:t xml:space="preserve"> </w:t>
        </w:r>
        <w:proofErr w:type="spellStart"/>
        <w:r w:rsidR="00130371" w:rsidRPr="00130371">
          <w:rPr>
            <w:rStyle w:val="Hyperlink"/>
            <w:lang w:val="nl-NL"/>
          </w:rPr>
          <w:t>Prod</w:t>
        </w:r>
        <w:proofErr w:type="spellEnd"/>
      </w:hyperlink>
      <w:r w:rsidR="009F0227">
        <w:rPr>
          <w:lang w:val="nl-NL"/>
        </w:rPr>
        <w:t xml:space="preserve"> </w:t>
      </w:r>
      <w:r>
        <w:rPr>
          <w:lang w:val="nl-NL"/>
        </w:rPr>
        <w:br/>
      </w:r>
    </w:p>
    <w:p w14:paraId="2C685BB1" w14:textId="773144B6" w:rsidR="005D18BD" w:rsidRDefault="00FC3557" w:rsidP="00936394">
      <w:pPr>
        <w:spacing w:before="0" w:after="0" w:line="240" w:lineRule="auto"/>
        <w:rPr>
          <w:lang w:val="nl-NL"/>
        </w:rPr>
      </w:pPr>
      <w:r w:rsidRPr="00FC3557">
        <w:rPr>
          <w:lang w:val="nl-NL"/>
        </w:rPr>
        <w:t xml:space="preserve">Er is </w:t>
      </w:r>
      <w:r>
        <w:rPr>
          <w:lang w:val="nl-NL"/>
        </w:rPr>
        <w:t xml:space="preserve">een </w:t>
      </w:r>
      <w:proofErr w:type="spellStart"/>
      <w:r>
        <w:rPr>
          <w:lang w:val="nl-NL"/>
        </w:rPr>
        <w:t>teamskanaal</w:t>
      </w:r>
      <w:proofErr w:type="spellEnd"/>
      <w:r>
        <w:rPr>
          <w:lang w:val="nl-NL"/>
        </w:rPr>
        <w:t xml:space="preserve"> voor de </w:t>
      </w:r>
      <w:proofErr w:type="spellStart"/>
      <w:r>
        <w:rPr>
          <w:lang w:val="nl-NL"/>
        </w:rPr>
        <w:t>Avans</w:t>
      </w:r>
      <w:proofErr w:type="spellEnd"/>
      <w:r>
        <w:rPr>
          <w:lang w:val="nl-NL"/>
        </w:rPr>
        <w:t xml:space="preserve"> AI-community, je kunt via de volgende link lid worden: </w:t>
      </w:r>
      <w:hyperlink r:id="rId47" w:history="1">
        <w:r>
          <w:rPr>
            <w:rStyle w:val="Hyperlink"/>
            <w:lang w:val="nl-NL"/>
          </w:rPr>
          <w:t xml:space="preserve">Lid worden van AI community van </w:t>
        </w:r>
        <w:proofErr w:type="spellStart"/>
        <w:r>
          <w:rPr>
            <w:rStyle w:val="Hyperlink"/>
            <w:lang w:val="nl-NL"/>
          </w:rPr>
          <w:t>Avans</w:t>
        </w:r>
        <w:proofErr w:type="spellEnd"/>
        <w:r>
          <w:rPr>
            <w:rStyle w:val="Hyperlink"/>
            <w:lang w:val="nl-NL"/>
          </w:rPr>
          <w:t xml:space="preserve"> op teams</w:t>
        </w:r>
      </w:hyperlink>
    </w:p>
    <w:p w14:paraId="32F4EA3D" w14:textId="1DE1A735" w:rsidR="00C0545C" w:rsidRDefault="00C0545C" w:rsidP="00936394">
      <w:pPr>
        <w:spacing w:before="0" w:after="0" w:line="240" w:lineRule="auto"/>
        <w:rPr>
          <w:lang w:val="nl-NL"/>
        </w:rPr>
      </w:pPr>
    </w:p>
    <w:p w14:paraId="278BC182" w14:textId="3C094F9B" w:rsidR="00D8348F" w:rsidRDefault="00301F2E" w:rsidP="00936394">
      <w:pPr>
        <w:spacing w:before="0" w:after="0" w:line="240" w:lineRule="auto"/>
        <w:rPr>
          <w:lang w:val="nl-NL"/>
        </w:rPr>
      </w:pPr>
      <w:r>
        <w:rPr>
          <w:lang w:val="nl-NL"/>
        </w:rPr>
        <w:t xml:space="preserve">En wil je zelf meer experimenteren met collega’s van </w:t>
      </w:r>
      <w:proofErr w:type="spellStart"/>
      <w:r>
        <w:rPr>
          <w:lang w:val="nl-NL"/>
        </w:rPr>
        <w:t>Avans</w:t>
      </w:r>
      <w:proofErr w:type="spellEnd"/>
      <w:r>
        <w:rPr>
          <w:lang w:val="nl-NL"/>
        </w:rPr>
        <w:t xml:space="preserve"> en ook andere onderwijsinstellingen</w:t>
      </w:r>
      <w:r w:rsidR="00210B55">
        <w:rPr>
          <w:lang w:val="nl-NL"/>
        </w:rPr>
        <w:t xml:space="preserve"> </w:t>
      </w:r>
      <w:r>
        <w:rPr>
          <w:lang w:val="nl-NL"/>
        </w:rPr>
        <w:t xml:space="preserve"> </w:t>
      </w:r>
      <w:r w:rsidR="00210B55">
        <w:rPr>
          <w:lang w:val="nl-NL"/>
        </w:rPr>
        <w:t>=</w:t>
      </w:r>
      <w:r>
        <w:rPr>
          <w:lang w:val="nl-NL"/>
        </w:rPr>
        <w:t>en daar ook uren voor krijgen</w:t>
      </w:r>
      <w:r w:rsidR="00210B55">
        <w:rPr>
          <w:lang w:val="nl-NL"/>
        </w:rPr>
        <w:t xml:space="preserve">!) dan kun je je aanmelden voor het AI Learning Lab van </w:t>
      </w:r>
      <w:proofErr w:type="spellStart"/>
      <w:r w:rsidR="00210B55">
        <w:rPr>
          <w:lang w:val="nl-NL"/>
        </w:rPr>
        <w:t>Avans</w:t>
      </w:r>
      <w:proofErr w:type="spellEnd"/>
      <w:r w:rsidR="00210B55">
        <w:rPr>
          <w:lang w:val="nl-NL"/>
        </w:rPr>
        <w:t xml:space="preserve">. </w:t>
      </w:r>
    </w:p>
    <w:p w14:paraId="436C29A3" w14:textId="20E77F98" w:rsidR="00210B55" w:rsidRDefault="00210B55" w:rsidP="00936394">
      <w:pPr>
        <w:spacing w:before="0" w:after="0" w:line="240" w:lineRule="auto"/>
        <w:rPr>
          <w:lang w:val="nl-NL"/>
        </w:rPr>
      </w:pPr>
      <w:r>
        <w:rPr>
          <w:lang w:val="nl-NL"/>
        </w:rPr>
        <w:t xml:space="preserve">Meer informatie hierover kun je vinden via de volgende link: </w:t>
      </w:r>
      <w:hyperlink r:id="rId48" w:history="1">
        <w:r w:rsidRPr="00210B55">
          <w:rPr>
            <w:rStyle w:val="Hyperlink"/>
            <w:lang w:val="nl-NL"/>
          </w:rPr>
          <w:t>AI Learning Lab voorjaar 2026 - Breda</w:t>
        </w:r>
      </w:hyperlink>
      <w:r>
        <w:rPr>
          <w:lang w:val="nl-NL"/>
        </w:rPr>
        <w:t xml:space="preserve"> en </w:t>
      </w:r>
      <w:r w:rsidR="006F2A8C">
        <w:rPr>
          <w:lang w:val="nl-NL"/>
        </w:rPr>
        <w:t xml:space="preserve">krijgen bij Vivian, Bart en Marcel die hier allemaal aan mee hebben gedaan. Overleg het uiteraard </w:t>
      </w:r>
      <w:r w:rsidR="00493649">
        <w:rPr>
          <w:lang w:val="nl-NL"/>
        </w:rPr>
        <w:t xml:space="preserve">ook </w:t>
      </w:r>
      <w:r w:rsidR="006F2A8C">
        <w:rPr>
          <w:lang w:val="nl-NL"/>
        </w:rPr>
        <w:t>even met je leidinggevende</w:t>
      </w:r>
      <w:r w:rsidR="00493649">
        <w:rPr>
          <w:lang w:val="nl-NL"/>
        </w:rPr>
        <w:t>.</w:t>
      </w:r>
    </w:p>
    <w:p w14:paraId="7A8CF464" w14:textId="77777777" w:rsidR="00D8348F" w:rsidRDefault="00D8348F" w:rsidP="00936394">
      <w:pPr>
        <w:spacing w:before="0" w:after="0" w:line="240" w:lineRule="auto"/>
        <w:rPr>
          <w:lang w:val="nl-NL"/>
        </w:rPr>
      </w:pPr>
    </w:p>
    <w:p w14:paraId="65AE30A6" w14:textId="0A18D13C" w:rsidR="00CD721B" w:rsidRDefault="00CD721B" w:rsidP="00936394">
      <w:pPr>
        <w:pStyle w:val="Kop2"/>
        <w:spacing w:before="0" w:line="240" w:lineRule="auto"/>
        <w:rPr>
          <w:lang w:val="nl-NL"/>
        </w:rPr>
      </w:pPr>
      <w:r>
        <w:rPr>
          <w:lang w:val="nl-NL"/>
        </w:rPr>
        <w:t xml:space="preserve">Boeken </w:t>
      </w:r>
    </w:p>
    <w:p w14:paraId="01FD95D6" w14:textId="385E607F" w:rsidR="0086081E" w:rsidRPr="0086081E" w:rsidRDefault="0086081E" w:rsidP="0086081E">
      <w:pPr>
        <w:spacing w:before="0" w:after="0" w:line="240" w:lineRule="auto"/>
        <w:rPr>
          <w:lang w:val="nl-NL"/>
        </w:rPr>
      </w:pPr>
      <w:r w:rsidRPr="0086081E">
        <w:rPr>
          <w:b/>
          <w:bCs/>
          <w:lang w:val="nl-NL"/>
        </w:rPr>
        <w:t>De AI basisgids voor leraren: Minder werkdruk, meer werkgeluk, betere lessen</w:t>
      </w:r>
      <w:r w:rsidRPr="0086081E">
        <w:rPr>
          <w:lang w:val="nl-NL"/>
        </w:rPr>
        <w:t xml:space="preserve"> </w:t>
      </w:r>
    </w:p>
    <w:p w14:paraId="7869E430" w14:textId="77777777" w:rsidR="0086081E" w:rsidRPr="0086081E" w:rsidRDefault="0086081E" w:rsidP="0086081E">
      <w:pPr>
        <w:spacing w:before="0" w:after="0" w:line="240" w:lineRule="auto"/>
        <w:rPr>
          <w:lang w:val="nl-NL"/>
        </w:rPr>
      </w:pPr>
      <w:r w:rsidRPr="0086081E">
        <w:rPr>
          <w:lang w:val="nl-NL"/>
        </w:rPr>
        <w:t xml:space="preserve">Dieter </w:t>
      </w:r>
      <w:proofErr w:type="spellStart"/>
      <w:r w:rsidRPr="0086081E">
        <w:rPr>
          <w:lang w:val="nl-NL"/>
        </w:rPr>
        <w:t>Möckelmann</w:t>
      </w:r>
      <w:proofErr w:type="spellEnd"/>
      <w:r w:rsidRPr="0086081E">
        <w:rPr>
          <w:lang w:val="nl-NL"/>
        </w:rPr>
        <w:t xml:space="preserve"> (auteur), Olaf de Groot (auteur), Robbert van Empel (auteur)</w:t>
      </w:r>
    </w:p>
    <w:p w14:paraId="1163F985" w14:textId="77777777" w:rsidR="0086081E" w:rsidRPr="0086081E" w:rsidRDefault="0086081E" w:rsidP="0086081E">
      <w:pPr>
        <w:spacing w:before="0" w:after="0" w:line="240" w:lineRule="auto"/>
        <w:rPr>
          <w:lang w:val="nl-NL"/>
        </w:rPr>
      </w:pPr>
    </w:p>
    <w:p w14:paraId="43682C39" w14:textId="17A8BE28" w:rsidR="0086081E" w:rsidRPr="0086081E" w:rsidRDefault="0086081E" w:rsidP="0086081E">
      <w:pPr>
        <w:spacing w:before="0" w:after="0" w:line="240" w:lineRule="auto"/>
        <w:rPr>
          <w:b/>
          <w:bCs/>
          <w:lang w:val="nl-NL"/>
        </w:rPr>
      </w:pPr>
      <w:r w:rsidRPr="0086081E">
        <w:rPr>
          <w:b/>
          <w:bCs/>
          <w:lang w:val="nl-NL"/>
        </w:rPr>
        <w:t>Chatten met Napoleon (2e editie)</w:t>
      </w:r>
      <w:r>
        <w:rPr>
          <w:b/>
          <w:bCs/>
          <w:lang w:val="nl-NL"/>
        </w:rPr>
        <w:t xml:space="preserve"> </w:t>
      </w:r>
      <w:r w:rsidRPr="0086081E">
        <w:rPr>
          <w:b/>
          <w:bCs/>
          <w:lang w:val="nl-NL"/>
        </w:rPr>
        <w:t>Werken met generatieve AI in het onderwijs</w:t>
      </w:r>
    </w:p>
    <w:p w14:paraId="0E75566F" w14:textId="77777777" w:rsidR="0086081E" w:rsidRPr="0086081E" w:rsidRDefault="0086081E" w:rsidP="0086081E">
      <w:pPr>
        <w:spacing w:before="0" w:after="0" w:line="240" w:lineRule="auto"/>
        <w:rPr>
          <w:lang w:val="nl-NL"/>
        </w:rPr>
      </w:pPr>
      <w:r w:rsidRPr="0086081E">
        <w:rPr>
          <w:lang w:val="nl-NL"/>
        </w:rPr>
        <w:t>Auteur: Barend Last</w:t>
      </w:r>
    </w:p>
    <w:p w14:paraId="46819DFD" w14:textId="77777777" w:rsidR="0086081E" w:rsidRPr="0086081E" w:rsidRDefault="0086081E" w:rsidP="0086081E">
      <w:pPr>
        <w:spacing w:before="0" w:after="0" w:line="240" w:lineRule="auto"/>
        <w:rPr>
          <w:lang w:val="nl-NL"/>
        </w:rPr>
      </w:pPr>
    </w:p>
    <w:p w14:paraId="7596DF8E" w14:textId="77777777" w:rsidR="0086081E" w:rsidRPr="0086081E" w:rsidRDefault="0086081E" w:rsidP="0086081E">
      <w:pPr>
        <w:spacing w:before="0" w:after="0" w:line="240" w:lineRule="auto"/>
        <w:rPr>
          <w:b/>
          <w:bCs/>
          <w:lang w:val="nl-NL"/>
        </w:rPr>
      </w:pPr>
      <w:r w:rsidRPr="0086081E">
        <w:rPr>
          <w:b/>
          <w:bCs/>
          <w:lang w:val="nl-NL"/>
        </w:rPr>
        <w:t>AI in het onderwijs Historische perspectieven en nieuwe mogelijkheden</w:t>
      </w:r>
    </w:p>
    <w:p w14:paraId="380B32F6" w14:textId="77777777" w:rsidR="0086081E" w:rsidRPr="0086081E" w:rsidRDefault="0086081E" w:rsidP="0086081E">
      <w:pPr>
        <w:spacing w:before="0" w:after="0" w:line="240" w:lineRule="auto"/>
        <w:rPr>
          <w:lang w:val="nl-NL"/>
        </w:rPr>
      </w:pPr>
      <w:r w:rsidRPr="0086081E">
        <w:rPr>
          <w:lang w:val="nl-NL"/>
        </w:rPr>
        <w:t>Auteur: Wouter van der Horst</w:t>
      </w:r>
    </w:p>
    <w:p w14:paraId="20AEE242" w14:textId="77777777" w:rsidR="0086081E" w:rsidRDefault="0086081E" w:rsidP="0086081E">
      <w:pPr>
        <w:spacing w:before="0" w:after="0" w:line="240" w:lineRule="auto"/>
        <w:rPr>
          <w:lang w:val="nl-NL"/>
        </w:rPr>
      </w:pPr>
    </w:p>
    <w:p w14:paraId="6F384113" w14:textId="77777777" w:rsidR="0086081E" w:rsidRPr="0086081E" w:rsidRDefault="0086081E" w:rsidP="0086081E">
      <w:pPr>
        <w:spacing w:before="0" w:after="0" w:line="240" w:lineRule="auto"/>
        <w:rPr>
          <w:b/>
          <w:bCs/>
          <w:lang w:val="nl-NL"/>
        </w:rPr>
      </w:pPr>
      <w:r w:rsidRPr="0086081E">
        <w:rPr>
          <w:b/>
          <w:bCs/>
          <w:lang w:val="nl-NL"/>
        </w:rPr>
        <w:t>AI voor iedereen</w:t>
      </w:r>
      <w:r w:rsidRPr="0086081E">
        <w:rPr>
          <w:lang w:val="nl-NL"/>
        </w:rPr>
        <w:t xml:space="preserve"> </w:t>
      </w:r>
      <w:r>
        <w:rPr>
          <w:lang w:val="nl-NL"/>
        </w:rPr>
        <w:t xml:space="preserve">- </w:t>
      </w:r>
      <w:r w:rsidRPr="0086081E">
        <w:rPr>
          <w:b/>
          <w:bCs/>
          <w:lang w:val="nl-NL"/>
        </w:rPr>
        <w:t>AI ontwerpen die eerlijk, transparant en verantwoord is</w:t>
      </w:r>
    </w:p>
    <w:p w14:paraId="5C2564F2" w14:textId="77777777" w:rsidR="0086081E" w:rsidRPr="0086081E" w:rsidRDefault="0086081E" w:rsidP="0086081E">
      <w:pPr>
        <w:spacing w:before="0" w:after="0" w:line="240" w:lineRule="auto"/>
        <w:rPr>
          <w:lang w:val="nl-NL"/>
        </w:rPr>
      </w:pPr>
      <w:proofErr w:type="spellStart"/>
      <w:r w:rsidRPr="0086081E">
        <w:rPr>
          <w:lang w:val="nl-NL"/>
        </w:rPr>
        <w:t>Erdinç</w:t>
      </w:r>
      <w:proofErr w:type="spellEnd"/>
      <w:r w:rsidRPr="0086081E">
        <w:rPr>
          <w:lang w:val="nl-NL"/>
        </w:rPr>
        <w:t xml:space="preserve"> </w:t>
      </w:r>
      <w:proofErr w:type="spellStart"/>
      <w:r w:rsidRPr="0086081E">
        <w:rPr>
          <w:lang w:val="nl-NL"/>
        </w:rPr>
        <w:t>Saçan</w:t>
      </w:r>
      <w:proofErr w:type="spellEnd"/>
    </w:p>
    <w:p w14:paraId="0D9D865C" w14:textId="77777777" w:rsidR="0086081E" w:rsidRPr="0086081E" w:rsidRDefault="0086081E" w:rsidP="0086081E">
      <w:pPr>
        <w:spacing w:before="0" w:after="0" w:line="240" w:lineRule="auto"/>
        <w:rPr>
          <w:lang w:val="nl-NL"/>
        </w:rPr>
      </w:pPr>
    </w:p>
    <w:p w14:paraId="702ABE1D" w14:textId="77777777" w:rsidR="0086081E" w:rsidRPr="0086081E" w:rsidRDefault="0086081E" w:rsidP="0086081E">
      <w:pPr>
        <w:spacing w:before="0" w:after="0" w:line="240" w:lineRule="auto"/>
        <w:rPr>
          <w:b/>
          <w:bCs/>
          <w:lang w:val="nl-NL"/>
        </w:rPr>
      </w:pPr>
      <w:r w:rsidRPr="0086081E">
        <w:rPr>
          <w:b/>
          <w:bCs/>
          <w:lang w:val="nl-NL"/>
        </w:rPr>
        <w:t>Co-intelligentie, slimmer werken met Ai</w:t>
      </w:r>
    </w:p>
    <w:p w14:paraId="32CC4AF5" w14:textId="77777777" w:rsidR="0086081E" w:rsidRDefault="0086081E" w:rsidP="0086081E">
      <w:pPr>
        <w:spacing w:before="0" w:after="0" w:line="240" w:lineRule="auto"/>
        <w:rPr>
          <w:lang w:val="nl-NL"/>
        </w:rPr>
      </w:pPr>
      <w:r w:rsidRPr="0086081E">
        <w:rPr>
          <w:lang w:val="nl-NL"/>
        </w:rPr>
        <w:t xml:space="preserve">Alexander </w:t>
      </w:r>
      <w:proofErr w:type="spellStart"/>
      <w:r w:rsidRPr="0086081E">
        <w:rPr>
          <w:lang w:val="nl-NL"/>
        </w:rPr>
        <w:t>Klöpping</w:t>
      </w:r>
      <w:proofErr w:type="spellEnd"/>
      <w:r w:rsidRPr="0086081E">
        <w:rPr>
          <w:lang w:val="nl-NL"/>
        </w:rPr>
        <w:t xml:space="preserve">, Ethan </w:t>
      </w:r>
      <w:proofErr w:type="spellStart"/>
      <w:r w:rsidRPr="0086081E">
        <w:rPr>
          <w:lang w:val="nl-NL"/>
        </w:rPr>
        <w:t>Mollick</w:t>
      </w:r>
      <w:proofErr w:type="spellEnd"/>
    </w:p>
    <w:p w14:paraId="3A844926" w14:textId="77777777" w:rsidR="00493649" w:rsidRPr="0086081E" w:rsidRDefault="00493649" w:rsidP="0086081E">
      <w:pPr>
        <w:spacing w:before="0" w:after="0" w:line="240" w:lineRule="auto"/>
        <w:rPr>
          <w:lang w:val="nl-NL"/>
        </w:rPr>
      </w:pPr>
    </w:p>
    <w:p w14:paraId="55060C07" w14:textId="7D7F53B3" w:rsidR="00CD721B" w:rsidRDefault="00CD721B" w:rsidP="00936394">
      <w:pPr>
        <w:pStyle w:val="Kop2"/>
        <w:spacing w:before="0" w:line="240" w:lineRule="auto"/>
        <w:rPr>
          <w:lang w:val="nl-NL"/>
        </w:rPr>
      </w:pPr>
      <w:r>
        <w:rPr>
          <w:lang w:val="nl-NL"/>
        </w:rPr>
        <w:t xml:space="preserve">Podcasts </w:t>
      </w:r>
    </w:p>
    <w:p w14:paraId="56493519" w14:textId="41A5103B" w:rsidR="00487886" w:rsidRPr="00487886" w:rsidRDefault="00646544" w:rsidP="00936394">
      <w:pPr>
        <w:spacing w:before="0" w:after="0" w:line="240" w:lineRule="auto"/>
        <w:rPr>
          <w:b/>
          <w:bCs/>
          <w:lang w:val="nl-NL"/>
        </w:rPr>
      </w:pPr>
      <w:r w:rsidRPr="008E2EE6">
        <w:rPr>
          <w:lang w:val="nl-NL"/>
        </w:rPr>
        <w:t xml:space="preserve">Te vinden via </w:t>
      </w:r>
      <w:proofErr w:type="spellStart"/>
      <w:r w:rsidRPr="008E2EE6">
        <w:rPr>
          <w:lang w:val="nl-NL"/>
        </w:rPr>
        <w:t>Spot</w:t>
      </w:r>
      <w:r w:rsidR="008E2EE6" w:rsidRPr="008E2EE6">
        <w:rPr>
          <w:lang w:val="nl-NL"/>
        </w:rPr>
        <w:t>ify</w:t>
      </w:r>
      <w:proofErr w:type="spellEnd"/>
      <w:r w:rsidR="008E2EE6" w:rsidRPr="008E2EE6">
        <w:rPr>
          <w:lang w:val="nl-NL"/>
        </w:rPr>
        <w:t xml:space="preserve"> of je favoriete podcastapp.</w:t>
      </w:r>
      <w:r w:rsidR="00C30ACF">
        <w:rPr>
          <w:lang w:val="nl-NL"/>
        </w:rPr>
        <w:t xml:space="preserve"> </w:t>
      </w:r>
      <w:r w:rsidR="00F71316">
        <w:rPr>
          <w:lang w:val="nl-NL"/>
        </w:rPr>
        <w:br/>
      </w:r>
      <w:r w:rsidR="00F71316">
        <w:rPr>
          <w:lang w:val="nl-NL"/>
        </w:rPr>
        <w:br/>
      </w:r>
      <w:r w:rsidR="00C30ACF" w:rsidRPr="00F71316">
        <w:rPr>
          <w:b/>
          <w:bCs/>
          <w:lang w:val="nl-NL"/>
        </w:rPr>
        <w:t xml:space="preserve">Eerst volgen </w:t>
      </w:r>
      <w:r w:rsidR="00F71316" w:rsidRPr="00F71316">
        <w:rPr>
          <w:b/>
          <w:bCs/>
          <w:lang w:val="nl-NL"/>
        </w:rPr>
        <w:t>de podcastsreeksen die geheel gaan over AI en onderwijs</w:t>
      </w:r>
      <w:r w:rsidR="002071F0">
        <w:rPr>
          <w:b/>
          <w:bCs/>
          <w:lang w:val="nl-NL"/>
        </w:rPr>
        <w:t>:</w:t>
      </w:r>
      <w:r>
        <w:rPr>
          <w:b/>
          <w:bCs/>
          <w:lang w:val="nl-NL"/>
        </w:rPr>
        <w:br/>
      </w:r>
      <w:r>
        <w:rPr>
          <w:b/>
          <w:bCs/>
          <w:lang w:val="nl-NL"/>
        </w:rPr>
        <w:br/>
      </w:r>
      <w:r w:rsidR="00EA5AA7" w:rsidRPr="00EA5AA7">
        <w:rPr>
          <w:b/>
          <w:bCs/>
          <w:lang w:val="nl-NL"/>
        </w:rPr>
        <w:t>AI-tussenuurtje</w:t>
      </w:r>
    </w:p>
    <w:p w14:paraId="40FE17F4" w14:textId="778EBACE" w:rsidR="00EA5AA7" w:rsidRDefault="00514F42" w:rsidP="00936394">
      <w:pPr>
        <w:spacing w:before="0" w:after="0" w:line="240" w:lineRule="auto"/>
        <w:rPr>
          <w:lang w:val="nl-NL"/>
        </w:rPr>
      </w:pPr>
      <w:proofErr w:type="spellStart"/>
      <w:r>
        <w:rPr>
          <w:lang w:val="nl-NL"/>
        </w:rPr>
        <w:t>Hosts</w:t>
      </w:r>
      <w:proofErr w:type="spellEnd"/>
      <w:r>
        <w:rPr>
          <w:lang w:val="nl-NL"/>
        </w:rPr>
        <w:t xml:space="preserve">: </w:t>
      </w:r>
      <w:r w:rsidR="00487886" w:rsidRPr="00487886">
        <w:rPr>
          <w:lang w:val="nl-NL"/>
        </w:rPr>
        <w:t xml:space="preserve">Tom </w:t>
      </w:r>
      <w:proofErr w:type="spellStart"/>
      <w:r w:rsidR="00487886" w:rsidRPr="00487886">
        <w:rPr>
          <w:lang w:val="nl-NL"/>
        </w:rPr>
        <w:t>Naberink</w:t>
      </w:r>
      <w:proofErr w:type="spellEnd"/>
      <w:r w:rsidR="00487886" w:rsidRPr="00487886">
        <w:rPr>
          <w:lang w:val="nl-NL"/>
        </w:rPr>
        <w:t xml:space="preserve"> en Marcel Mutsaarts</w:t>
      </w:r>
      <w:r w:rsidR="00487886">
        <w:rPr>
          <w:lang w:val="nl-NL"/>
        </w:rPr>
        <w:t>, twee docenten van de HAN</w:t>
      </w:r>
    </w:p>
    <w:p w14:paraId="37E219BD" w14:textId="257EDA44" w:rsidR="00487886" w:rsidRPr="00EA5AA7" w:rsidRDefault="00487886" w:rsidP="00936394">
      <w:pPr>
        <w:spacing w:before="0" w:after="0" w:line="240" w:lineRule="auto"/>
        <w:rPr>
          <w:lang w:val="nl-NL"/>
        </w:rPr>
      </w:pPr>
      <w:r>
        <w:rPr>
          <w:lang w:val="nl-NL"/>
        </w:rPr>
        <w:t xml:space="preserve">Hebben ook de website </w:t>
      </w:r>
      <w:r w:rsidR="00F1027E">
        <w:rPr>
          <w:lang w:val="nl-NL"/>
        </w:rPr>
        <w:t xml:space="preserve">en (gratis) leergang </w:t>
      </w:r>
      <w:r>
        <w:rPr>
          <w:lang w:val="nl-NL"/>
        </w:rPr>
        <w:t xml:space="preserve">AI voor studenten en de website en </w:t>
      </w:r>
      <w:r w:rsidR="00F1027E">
        <w:rPr>
          <w:lang w:val="nl-NL"/>
        </w:rPr>
        <w:t xml:space="preserve">(betaalde) </w:t>
      </w:r>
      <w:r>
        <w:rPr>
          <w:lang w:val="nl-NL"/>
        </w:rPr>
        <w:t>leergang AI voor docenten ontwikkeld.</w:t>
      </w:r>
    </w:p>
    <w:p w14:paraId="20BB57E6" w14:textId="77777777" w:rsidR="00E922ED" w:rsidRDefault="00E922ED" w:rsidP="00936394">
      <w:pPr>
        <w:spacing w:before="0" w:after="0" w:line="240" w:lineRule="auto"/>
        <w:rPr>
          <w:lang w:val="nl-NL"/>
        </w:rPr>
      </w:pPr>
    </w:p>
    <w:p w14:paraId="53A732D5" w14:textId="4CF37599" w:rsidR="00487886" w:rsidRDefault="002B638F" w:rsidP="00936394">
      <w:pPr>
        <w:spacing w:before="0" w:after="0" w:line="240" w:lineRule="auto"/>
        <w:rPr>
          <w:b/>
          <w:bCs/>
          <w:lang w:val="nl-NL"/>
        </w:rPr>
      </w:pPr>
      <w:r w:rsidRPr="002B638F">
        <w:rPr>
          <w:b/>
          <w:bCs/>
          <w:lang w:val="nl-NL"/>
        </w:rPr>
        <w:t>AI en onderwijs</w:t>
      </w:r>
    </w:p>
    <w:p w14:paraId="3B8CD921" w14:textId="05F2D4A7" w:rsidR="002B638F" w:rsidRDefault="00514F42" w:rsidP="00936394">
      <w:pPr>
        <w:spacing w:before="0" w:after="0" w:line="240" w:lineRule="auto"/>
        <w:rPr>
          <w:lang w:val="nl-NL"/>
        </w:rPr>
      </w:pPr>
      <w:proofErr w:type="spellStart"/>
      <w:r>
        <w:rPr>
          <w:lang w:val="nl-NL"/>
        </w:rPr>
        <w:t>Hosts</w:t>
      </w:r>
      <w:proofErr w:type="spellEnd"/>
      <w:r>
        <w:rPr>
          <w:lang w:val="nl-NL"/>
        </w:rPr>
        <w:t xml:space="preserve">: </w:t>
      </w:r>
      <w:r w:rsidRPr="00514F42">
        <w:rPr>
          <w:lang w:val="nl-NL"/>
        </w:rPr>
        <w:t xml:space="preserve">Peter </w:t>
      </w:r>
      <w:proofErr w:type="spellStart"/>
      <w:r w:rsidRPr="00514F42">
        <w:rPr>
          <w:lang w:val="nl-NL"/>
        </w:rPr>
        <w:t>Loonen</w:t>
      </w:r>
      <w:proofErr w:type="spellEnd"/>
      <w:r w:rsidRPr="00514F42">
        <w:rPr>
          <w:lang w:val="nl-NL"/>
        </w:rPr>
        <w:t xml:space="preserve"> </w:t>
      </w:r>
      <w:r>
        <w:rPr>
          <w:lang w:val="nl-NL"/>
        </w:rPr>
        <w:t xml:space="preserve">(onderwijskundige bij </w:t>
      </w:r>
      <w:proofErr w:type="spellStart"/>
      <w:r>
        <w:rPr>
          <w:lang w:val="nl-NL"/>
        </w:rPr>
        <w:t>Metis</w:t>
      </w:r>
      <w:proofErr w:type="spellEnd"/>
      <w:r>
        <w:rPr>
          <w:lang w:val="nl-NL"/>
        </w:rPr>
        <w:t xml:space="preserve"> Onderwijsadvies), </w:t>
      </w:r>
      <w:r w:rsidR="00DE063C" w:rsidRPr="00514F42">
        <w:rPr>
          <w:lang w:val="nl-NL"/>
        </w:rPr>
        <w:t xml:space="preserve">Thijs Wesselink </w:t>
      </w:r>
      <w:r>
        <w:rPr>
          <w:lang w:val="nl-NL"/>
        </w:rPr>
        <w:t xml:space="preserve">(onderwijskundige bij Koning Willem I college) </w:t>
      </w:r>
      <w:r w:rsidR="00DE063C" w:rsidRPr="00514F42">
        <w:rPr>
          <w:lang w:val="nl-NL"/>
        </w:rPr>
        <w:t xml:space="preserve">en </w:t>
      </w:r>
      <w:r w:rsidRPr="00514F42">
        <w:rPr>
          <w:lang w:val="nl-NL"/>
        </w:rPr>
        <w:t>Liza Peeters</w:t>
      </w:r>
      <w:r>
        <w:rPr>
          <w:lang w:val="nl-NL"/>
        </w:rPr>
        <w:t xml:space="preserve"> (onderwijskundige bij </w:t>
      </w:r>
      <w:proofErr w:type="spellStart"/>
      <w:r w:rsidR="00246940">
        <w:rPr>
          <w:lang w:val="nl-NL"/>
        </w:rPr>
        <w:t>Avans</w:t>
      </w:r>
      <w:proofErr w:type="spellEnd"/>
      <w:r w:rsidR="00246940">
        <w:rPr>
          <w:lang w:val="nl-NL"/>
        </w:rPr>
        <w:t>).</w:t>
      </w:r>
    </w:p>
    <w:p w14:paraId="2EBD8C8E" w14:textId="77777777" w:rsidR="00246940" w:rsidRDefault="00246940" w:rsidP="00936394">
      <w:pPr>
        <w:spacing w:before="0" w:after="0" w:line="240" w:lineRule="auto"/>
        <w:rPr>
          <w:lang w:val="nl-NL"/>
        </w:rPr>
      </w:pPr>
    </w:p>
    <w:p w14:paraId="1D9DFB86" w14:textId="71F61640" w:rsidR="00246940" w:rsidRPr="00F645B4" w:rsidRDefault="00F645B4" w:rsidP="00936394">
      <w:pPr>
        <w:spacing w:before="0" w:after="0" w:line="240" w:lineRule="auto"/>
        <w:rPr>
          <w:b/>
          <w:bCs/>
          <w:lang w:val="nl-NL"/>
        </w:rPr>
      </w:pPr>
      <w:proofErr w:type="spellStart"/>
      <w:r w:rsidRPr="00F645B4">
        <w:rPr>
          <w:b/>
          <w:bCs/>
          <w:lang w:val="nl-NL"/>
        </w:rPr>
        <w:t>Fontys</w:t>
      </w:r>
      <w:proofErr w:type="spellEnd"/>
      <w:r w:rsidRPr="00F645B4">
        <w:rPr>
          <w:b/>
          <w:bCs/>
          <w:lang w:val="nl-NL"/>
        </w:rPr>
        <w:t xml:space="preserve"> AI garage</w:t>
      </w:r>
    </w:p>
    <w:p w14:paraId="5E0A4222" w14:textId="18856B9B" w:rsidR="00F645B4" w:rsidRDefault="00F645B4" w:rsidP="00936394">
      <w:pPr>
        <w:spacing w:before="0" w:after="0" w:line="240" w:lineRule="auto"/>
        <w:rPr>
          <w:lang w:val="nl-NL"/>
        </w:rPr>
      </w:pPr>
      <w:r>
        <w:rPr>
          <w:lang w:val="nl-NL"/>
        </w:rPr>
        <w:t>Host</w:t>
      </w:r>
      <w:r w:rsidR="00E95064" w:rsidRPr="006E58AB">
        <w:rPr>
          <w:rFonts w:ascii="Arial" w:hAnsi="Arial" w:cs="Arial"/>
          <w:color w:val="333333"/>
          <w:sz w:val="23"/>
          <w:szCs w:val="23"/>
          <w:shd w:val="clear" w:color="auto" w:fill="FEFEFE"/>
          <w:lang w:val="nl-NL"/>
        </w:rPr>
        <w:t xml:space="preserve"> </w:t>
      </w:r>
      <w:proofErr w:type="spellStart"/>
      <w:r w:rsidR="00E95064" w:rsidRPr="006E58AB">
        <w:rPr>
          <w:lang w:val="nl-NL"/>
        </w:rPr>
        <w:t>Erdinç</w:t>
      </w:r>
      <w:proofErr w:type="spellEnd"/>
      <w:r w:rsidR="00E95064" w:rsidRPr="006E58AB">
        <w:rPr>
          <w:lang w:val="nl-NL"/>
        </w:rPr>
        <w:t xml:space="preserve"> </w:t>
      </w:r>
      <w:proofErr w:type="spellStart"/>
      <w:r w:rsidR="00E95064" w:rsidRPr="006E58AB">
        <w:rPr>
          <w:lang w:val="nl-NL"/>
        </w:rPr>
        <w:t>Saçan</w:t>
      </w:r>
      <w:proofErr w:type="spellEnd"/>
      <w:r w:rsidR="006E58AB" w:rsidRPr="006E58AB">
        <w:rPr>
          <w:lang w:val="nl-NL"/>
        </w:rPr>
        <w:t xml:space="preserve">, docent bij </w:t>
      </w:r>
      <w:proofErr w:type="spellStart"/>
      <w:r w:rsidR="006E58AB" w:rsidRPr="006E58AB">
        <w:rPr>
          <w:lang w:val="nl-NL"/>
        </w:rPr>
        <w:t>Fontys</w:t>
      </w:r>
      <w:proofErr w:type="spellEnd"/>
      <w:r w:rsidR="006E58AB">
        <w:rPr>
          <w:lang w:val="nl-NL"/>
        </w:rPr>
        <w:br/>
      </w:r>
    </w:p>
    <w:p w14:paraId="7FB7B1B7" w14:textId="5FFF61B7" w:rsidR="00455234" w:rsidRDefault="00455234" w:rsidP="00936394">
      <w:pPr>
        <w:spacing w:before="0" w:after="0" w:line="240" w:lineRule="auto"/>
        <w:rPr>
          <w:b/>
          <w:bCs/>
          <w:lang w:val="nl-NL"/>
        </w:rPr>
      </w:pPr>
      <w:r w:rsidRPr="00455234">
        <w:rPr>
          <w:b/>
          <w:bCs/>
          <w:lang w:val="nl-NL"/>
        </w:rPr>
        <w:t xml:space="preserve">AI: Het Pedagogisch </w:t>
      </w:r>
      <w:proofErr w:type="spellStart"/>
      <w:r w:rsidRPr="00455234">
        <w:rPr>
          <w:b/>
          <w:bCs/>
          <w:lang w:val="nl-NL"/>
        </w:rPr>
        <w:t>Appèl</w:t>
      </w:r>
      <w:proofErr w:type="spellEnd"/>
    </w:p>
    <w:p w14:paraId="40B6BEFD" w14:textId="0F15C5BC" w:rsidR="00455234" w:rsidRPr="00D868FE" w:rsidRDefault="00455234" w:rsidP="00936394">
      <w:pPr>
        <w:spacing w:before="0" w:after="0" w:line="240" w:lineRule="auto"/>
        <w:rPr>
          <w:lang w:val="nl-NL"/>
        </w:rPr>
      </w:pPr>
      <w:r w:rsidRPr="00455234">
        <w:rPr>
          <w:lang w:val="nl-NL"/>
        </w:rPr>
        <w:t xml:space="preserve">Host </w:t>
      </w:r>
      <w:r w:rsidR="00D868FE" w:rsidRPr="00D868FE">
        <w:rPr>
          <w:lang w:val="nl-NL"/>
        </w:rPr>
        <w:t xml:space="preserve">Jan Jaap </w:t>
      </w:r>
      <w:proofErr w:type="spellStart"/>
      <w:r w:rsidR="00D868FE" w:rsidRPr="00D868FE">
        <w:rPr>
          <w:lang w:val="nl-NL"/>
        </w:rPr>
        <w:t>Hubeek</w:t>
      </w:r>
      <w:proofErr w:type="spellEnd"/>
      <w:r w:rsidR="00D868FE" w:rsidRPr="00D868FE">
        <w:rPr>
          <w:lang w:val="nl-NL"/>
        </w:rPr>
        <w:t xml:space="preserve"> is directeur-bestuurder van stichting NIVOZ</w:t>
      </w:r>
    </w:p>
    <w:p w14:paraId="02A68CE8" w14:textId="77777777" w:rsidR="00455234" w:rsidRPr="00455234" w:rsidRDefault="00455234" w:rsidP="00936394">
      <w:pPr>
        <w:spacing w:before="0" w:after="0" w:line="240" w:lineRule="auto"/>
        <w:rPr>
          <w:b/>
          <w:bCs/>
          <w:lang w:val="nl-NL"/>
        </w:rPr>
      </w:pPr>
    </w:p>
    <w:p w14:paraId="2B5FDFDC" w14:textId="58292A30" w:rsidR="00367F37" w:rsidRPr="00EA0A69" w:rsidRDefault="000F2D83" w:rsidP="00936394">
      <w:pPr>
        <w:spacing w:before="0" w:after="0" w:line="240" w:lineRule="auto"/>
        <w:rPr>
          <w:b/>
          <w:bCs/>
          <w:lang w:val="nl-NL"/>
        </w:rPr>
      </w:pPr>
      <w:r w:rsidRPr="00EA0A69">
        <w:rPr>
          <w:b/>
          <w:bCs/>
          <w:lang w:val="nl-NL"/>
        </w:rPr>
        <w:lastRenderedPageBreak/>
        <w:t>Legal AI Lab</w:t>
      </w:r>
    </w:p>
    <w:p w14:paraId="60326D7C" w14:textId="50610640" w:rsidR="000F2D83" w:rsidRPr="00492794" w:rsidRDefault="00EA0A69" w:rsidP="00936394">
      <w:pPr>
        <w:spacing w:before="0" w:after="0" w:line="240" w:lineRule="auto"/>
        <w:rPr>
          <w:lang w:val="nl-NL"/>
        </w:rPr>
      </w:pPr>
      <w:r>
        <w:rPr>
          <w:lang w:val="nl-NL"/>
        </w:rPr>
        <w:t xml:space="preserve">Host </w:t>
      </w:r>
      <w:r w:rsidRPr="00492794">
        <w:rPr>
          <w:lang w:val="nl-NL"/>
        </w:rPr>
        <w:t>Hidde Bruinsma</w:t>
      </w:r>
      <w:r w:rsidR="00492794" w:rsidRPr="00492794">
        <w:rPr>
          <w:lang w:val="nl-NL"/>
        </w:rPr>
        <w:t>,  juridisch podcastmaker. Hij is host van de Tuchtcast, Juridisch Geneuzel, Jong Juridisch en Legal AI Lab</w:t>
      </w:r>
      <w:r w:rsidR="00492794">
        <w:rPr>
          <w:lang w:val="nl-NL"/>
        </w:rPr>
        <w:t>.</w:t>
      </w:r>
    </w:p>
    <w:p w14:paraId="7C14CD29" w14:textId="77777777" w:rsidR="00367F37" w:rsidRDefault="00367F37" w:rsidP="00936394">
      <w:pPr>
        <w:spacing w:before="0" w:after="0" w:line="240" w:lineRule="auto"/>
        <w:rPr>
          <w:lang w:val="nl-NL"/>
        </w:rPr>
      </w:pPr>
    </w:p>
    <w:p w14:paraId="4F419011" w14:textId="56E355C6" w:rsidR="00F71316" w:rsidRDefault="00F71316" w:rsidP="00936394">
      <w:pPr>
        <w:spacing w:before="0" w:after="0" w:line="240" w:lineRule="auto"/>
        <w:rPr>
          <w:b/>
          <w:bCs/>
          <w:lang w:val="nl-NL"/>
        </w:rPr>
      </w:pPr>
      <w:r w:rsidRPr="00F71316">
        <w:rPr>
          <w:b/>
          <w:bCs/>
          <w:lang w:val="nl-NL"/>
        </w:rPr>
        <w:t xml:space="preserve">Losse afleveringen van onderwijspodcasts </w:t>
      </w:r>
      <w:r w:rsidR="002071F0">
        <w:rPr>
          <w:b/>
          <w:bCs/>
          <w:lang w:val="nl-NL"/>
        </w:rPr>
        <w:t xml:space="preserve">die een aflevering hebben gemaakt </w:t>
      </w:r>
      <w:r w:rsidRPr="00F71316">
        <w:rPr>
          <w:b/>
          <w:bCs/>
          <w:lang w:val="nl-NL"/>
        </w:rPr>
        <w:t>over AI</w:t>
      </w:r>
      <w:r w:rsidR="002071F0">
        <w:rPr>
          <w:b/>
          <w:bCs/>
          <w:lang w:val="nl-NL"/>
        </w:rPr>
        <w:t>:</w:t>
      </w:r>
    </w:p>
    <w:p w14:paraId="4E1D0063" w14:textId="77777777" w:rsidR="00F71316" w:rsidRDefault="00F71316" w:rsidP="00936394">
      <w:pPr>
        <w:spacing w:before="0" w:after="0" w:line="240" w:lineRule="auto"/>
        <w:rPr>
          <w:lang w:val="nl-NL"/>
        </w:rPr>
      </w:pPr>
    </w:p>
    <w:p w14:paraId="2E71AABF" w14:textId="77777777" w:rsidR="00B71CFC" w:rsidRDefault="00B71CFC" w:rsidP="00936394">
      <w:pPr>
        <w:spacing w:before="0" w:after="0" w:line="240" w:lineRule="auto"/>
        <w:rPr>
          <w:lang w:val="nl-NL"/>
        </w:rPr>
      </w:pPr>
      <w:r w:rsidRPr="00F7718B">
        <w:rPr>
          <w:b/>
          <w:bCs/>
          <w:lang w:val="nl-NL"/>
        </w:rPr>
        <w:t>LLEARN Podcast</w:t>
      </w:r>
      <w:r>
        <w:rPr>
          <w:lang w:val="nl-NL"/>
        </w:rPr>
        <w:t xml:space="preserve">, aflevering 60 (van de makers van </w:t>
      </w:r>
      <w:proofErr w:type="spellStart"/>
      <w:r>
        <w:rPr>
          <w:lang w:val="nl-NL"/>
        </w:rPr>
        <w:t>Toetsrevolutie</w:t>
      </w:r>
      <w:proofErr w:type="spellEnd"/>
      <w:r>
        <w:rPr>
          <w:lang w:val="nl-NL"/>
        </w:rPr>
        <w:t>)</w:t>
      </w:r>
    </w:p>
    <w:p w14:paraId="59B03D53" w14:textId="77777777" w:rsidR="00B71CFC" w:rsidRDefault="00B71CFC" w:rsidP="00936394">
      <w:pPr>
        <w:spacing w:before="0" w:after="0" w:line="240" w:lineRule="auto"/>
        <w:rPr>
          <w:lang w:val="nl-NL"/>
        </w:rPr>
      </w:pPr>
    </w:p>
    <w:p w14:paraId="592D6E1F" w14:textId="77777777" w:rsidR="00B71CFC" w:rsidRPr="00514F42" w:rsidRDefault="00B71CFC" w:rsidP="00936394">
      <w:pPr>
        <w:spacing w:before="0" w:after="0" w:line="240" w:lineRule="auto"/>
        <w:rPr>
          <w:lang w:val="nl-NL"/>
        </w:rPr>
      </w:pPr>
      <w:r w:rsidRPr="00B71CFC">
        <w:rPr>
          <w:b/>
          <w:bCs/>
          <w:lang w:val="nl-NL"/>
        </w:rPr>
        <w:t>De Wijsneuzen</w:t>
      </w:r>
      <w:r>
        <w:rPr>
          <w:lang w:val="nl-NL"/>
        </w:rPr>
        <w:t xml:space="preserve">, aflevering S3 E20 (van de makers van </w:t>
      </w:r>
      <w:proofErr w:type="spellStart"/>
      <w:r>
        <w:rPr>
          <w:lang w:val="nl-NL"/>
        </w:rPr>
        <w:t>Vernieuwenderwijs</w:t>
      </w:r>
      <w:proofErr w:type="spellEnd"/>
      <w:r>
        <w:rPr>
          <w:lang w:val="nl-NL"/>
        </w:rPr>
        <w:t>)</w:t>
      </w:r>
    </w:p>
    <w:p w14:paraId="3D2E25EC" w14:textId="77777777" w:rsidR="00B71CFC" w:rsidRDefault="00B71CFC" w:rsidP="00936394">
      <w:pPr>
        <w:spacing w:before="0" w:after="0" w:line="240" w:lineRule="auto"/>
        <w:rPr>
          <w:b/>
          <w:bCs/>
          <w:lang w:val="nl-NL"/>
        </w:rPr>
      </w:pPr>
    </w:p>
    <w:p w14:paraId="3746F2D2" w14:textId="0A9CD1ED" w:rsidR="00A64FBD" w:rsidRDefault="00A64FBD" w:rsidP="00936394">
      <w:pPr>
        <w:spacing w:before="0" w:after="0" w:line="240" w:lineRule="auto"/>
        <w:rPr>
          <w:b/>
          <w:bCs/>
          <w:lang w:val="nl-NL"/>
        </w:rPr>
      </w:pPr>
      <w:r>
        <w:rPr>
          <w:b/>
          <w:bCs/>
          <w:lang w:val="nl-NL"/>
        </w:rPr>
        <w:t>Mag ik uw aandacht</w:t>
      </w:r>
      <w:r w:rsidR="007D4FFC">
        <w:rPr>
          <w:b/>
          <w:bCs/>
          <w:lang w:val="nl-NL"/>
        </w:rPr>
        <w:t xml:space="preserve">, </w:t>
      </w:r>
      <w:r w:rsidR="007D4FFC" w:rsidRPr="007D4FFC">
        <w:rPr>
          <w:lang w:val="nl-NL"/>
        </w:rPr>
        <w:t>aflevering 5 en 6.</w:t>
      </w:r>
      <w:r w:rsidR="007D4FFC">
        <w:rPr>
          <w:b/>
          <w:bCs/>
          <w:lang w:val="nl-NL"/>
        </w:rPr>
        <w:t xml:space="preserve"> </w:t>
      </w:r>
    </w:p>
    <w:p w14:paraId="1B9F3675" w14:textId="5AA8CA31" w:rsidR="007D4FFC" w:rsidRPr="00F71316" w:rsidRDefault="003C499B" w:rsidP="00936394">
      <w:pPr>
        <w:spacing w:before="0" w:after="0" w:line="240" w:lineRule="auto"/>
        <w:rPr>
          <w:b/>
          <w:bCs/>
          <w:lang w:val="nl-NL"/>
        </w:rPr>
      </w:pPr>
      <w:r>
        <w:rPr>
          <w:b/>
          <w:bCs/>
          <w:lang w:val="nl-NL"/>
        </w:rPr>
        <w:t>Ai, Mens</w:t>
      </w:r>
      <w:r w:rsidR="00E03D63">
        <w:rPr>
          <w:b/>
          <w:bCs/>
          <w:lang w:val="nl-NL"/>
        </w:rPr>
        <w:t xml:space="preserve"> en technologie, </w:t>
      </w:r>
      <w:r w:rsidR="00E03D63" w:rsidRPr="00E03D63">
        <w:rPr>
          <w:lang w:val="nl-NL"/>
        </w:rPr>
        <w:t>aflevering 12</w:t>
      </w:r>
    </w:p>
    <w:p w14:paraId="73449492" w14:textId="77777777" w:rsidR="00A64FBD" w:rsidRDefault="00A64FBD" w:rsidP="00936394">
      <w:pPr>
        <w:spacing w:before="0" w:after="0" w:line="240" w:lineRule="auto"/>
        <w:rPr>
          <w:lang w:val="nl-NL"/>
        </w:rPr>
      </w:pPr>
    </w:p>
    <w:p w14:paraId="73E25B4E" w14:textId="3F71AC86" w:rsidR="00E03D63" w:rsidRDefault="004F3F13" w:rsidP="00936394">
      <w:pPr>
        <w:spacing w:before="0" w:after="0" w:line="240" w:lineRule="auto"/>
        <w:rPr>
          <w:lang w:val="nl-NL"/>
        </w:rPr>
      </w:pPr>
      <w:r w:rsidRPr="003C280E">
        <w:rPr>
          <w:b/>
          <w:bCs/>
          <w:lang w:val="nl-NL"/>
        </w:rPr>
        <w:t>Stop de sloop</w:t>
      </w:r>
      <w:r>
        <w:rPr>
          <w:lang w:val="nl-NL"/>
        </w:rPr>
        <w:t>, afl</w:t>
      </w:r>
      <w:r w:rsidR="00F81962">
        <w:rPr>
          <w:lang w:val="nl-NL"/>
        </w:rPr>
        <w:t>e</w:t>
      </w:r>
      <w:r>
        <w:rPr>
          <w:lang w:val="nl-NL"/>
        </w:rPr>
        <w:t xml:space="preserve">vering </w:t>
      </w:r>
      <w:r w:rsidR="003C280E">
        <w:rPr>
          <w:lang w:val="nl-NL"/>
        </w:rPr>
        <w:t>3</w:t>
      </w:r>
    </w:p>
    <w:p w14:paraId="1A8FC164" w14:textId="77777777" w:rsidR="003C280E" w:rsidRDefault="003C280E" w:rsidP="00936394">
      <w:pPr>
        <w:spacing w:before="0" w:after="0" w:line="240" w:lineRule="auto"/>
        <w:rPr>
          <w:lang w:val="nl-NL"/>
        </w:rPr>
      </w:pPr>
    </w:p>
    <w:p w14:paraId="5E1CD984" w14:textId="16A87107" w:rsidR="00A117C3" w:rsidRDefault="00A117C3" w:rsidP="00936394">
      <w:pPr>
        <w:spacing w:before="0" w:after="0" w:line="240" w:lineRule="auto"/>
        <w:rPr>
          <w:b/>
          <w:bCs/>
          <w:lang w:val="nl-NL"/>
        </w:rPr>
      </w:pPr>
      <w:r>
        <w:rPr>
          <w:b/>
          <w:bCs/>
          <w:lang w:val="nl-NL"/>
        </w:rPr>
        <w:t xml:space="preserve">Algemene podcast over </w:t>
      </w:r>
      <w:r w:rsidRPr="00F71316">
        <w:rPr>
          <w:b/>
          <w:bCs/>
          <w:lang w:val="nl-NL"/>
        </w:rPr>
        <w:t>AI</w:t>
      </w:r>
      <w:r>
        <w:rPr>
          <w:b/>
          <w:bCs/>
          <w:lang w:val="nl-NL"/>
        </w:rPr>
        <w:t>:</w:t>
      </w:r>
    </w:p>
    <w:p w14:paraId="572DD5A9" w14:textId="77777777" w:rsidR="009B168B" w:rsidRDefault="009B168B" w:rsidP="00936394">
      <w:pPr>
        <w:spacing w:before="0" w:after="0" w:line="240" w:lineRule="auto"/>
        <w:rPr>
          <w:b/>
          <w:bCs/>
          <w:lang w:val="nl-NL"/>
        </w:rPr>
      </w:pPr>
    </w:p>
    <w:p w14:paraId="564FABEF" w14:textId="4669DA21" w:rsidR="009B168B" w:rsidRDefault="009B168B" w:rsidP="00936394">
      <w:pPr>
        <w:spacing w:before="0" w:after="0" w:line="240" w:lineRule="auto"/>
        <w:rPr>
          <w:b/>
          <w:bCs/>
          <w:lang w:val="nl-NL"/>
        </w:rPr>
      </w:pPr>
      <w:r>
        <w:rPr>
          <w:b/>
          <w:bCs/>
          <w:lang w:val="nl-NL"/>
        </w:rPr>
        <w:t>AI-report</w:t>
      </w:r>
    </w:p>
    <w:p w14:paraId="37A6F0C9" w14:textId="77777777" w:rsidR="00362BA0" w:rsidRDefault="0087353A" w:rsidP="00936394">
      <w:pPr>
        <w:spacing w:before="0" w:after="0" w:line="240" w:lineRule="auto"/>
        <w:rPr>
          <w:lang w:val="nl-NL"/>
        </w:rPr>
      </w:pPr>
      <w:proofErr w:type="spellStart"/>
      <w:r w:rsidRPr="0087353A">
        <w:rPr>
          <w:lang w:val="nl-NL"/>
        </w:rPr>
        <w:t>Hosts</w:t>
      </w:r>
      <w:proofErr w:type="spellEnd"/>
      <w:r w:rsidRPr="0087353A">
        <w:rPr>
          <w:lang w:val="nl-NL"/>
        </w:rPr>
        <w:t xml:space="preserve"> Alexander </w:t>
      </w:r>
      <w:proofErr w:type="spellStart"/>
      <w:r w:rsidRPr="0087353A">
        <w:rPr>
          <w:lang w:val="nl-NL"/>
        </w:rPr>
        <w:t>Klöpping</w:t>
      </w:r>
      <w:proofErr w:type="spellEnd"/>
      <w:r w:rsidRPr="0087353A">
        <w:rPr>
          <w:lang w:val="nl-NL"/>
        </w:rPr>
        <w:t xml:space="preserve"> </w:t>
      </w:r>
      <w:proofErr w:type="spellStart"/>
      <w:r w:rsidRPr="0087353A">
        <w:rPr>
          <w:lang w:val="nl-NL"/>
        </w:rPr>
        <w:t>and</w:t>
      </w:r>
      <w:proofErr w:type="spellEnd"/>
      <w:r w:rsidRPr="0087353A">
        <w:rPr>
          <w:lang w:val="nl-NL"/>
        </w:rPr>
        <w:t xml:space="preserve"> Wietse Hage, </w:t>
      </w:r>
      <w:proofErr w:type="spellStart"/>
      <w:r w:rsidRPr="0087353A">
        <w:rPr>
          <w:lang w:val="nl-NL"/>
        </w:rPr>
        <w:t>tech</w:t>
      </w:r>
      <w:proofErr w:type="spellEnd"/>
      <w:r w:rsidRPr="0087353A">
        <w:rPr>
          <w:lang w:val="nl-NL"/>
        </w:rPr>
        <w:t xml:space="preserve">-nerds die de </w:t>
      </w:r>
      <w:r>
        <w:rPr>
          <w:lang w:val="nl-NL"/>
        </w:rPr>
        <w:t>laatste (internationale) ontwikkelingen bijhouden op het gebied van AI.</w:t>
      </w:r>
    </w:p>
    <w:p w14:paraId="2BB949D5" w14:textId="6CA95822" w:rsidR="0087353A" w:rsidRPr="0087353A" w:rsidRDefault="0087353A" w:rsidP="00936394">
      <w:pPr>
        <w:spacing w:before="0" w:after="0" w:line="240" w:lineRule="auto"/>
        <w:rPr>
          <w:lang w:val="nl-NL"/>
        </w:rPr>
      </w:pPr>
      <w:r>
        <w:rPr>
          <w:lang w:val="nl-NL"/>
        </w:rPr>
        <w:t xml:space="preserve"> </w:t>
      </w:r>
    </w:p>
    <w:p w14:paraId="54FEA323" w14:textId="5AB1E400" w:rsidR="00CD721B" w:rsidRDefault="00493649" w:rsidP="00936394">
      <w:pPr>
        <w:pStyle w:val="Kop2"/>
        <w:spacing w:before="0" w:line="240" w:lineRule="auto"/>
        <w:rPr>
          <w:lang w:val="nl-NL"/>
        </w:rPr>
      </w:pPr>
      <w:r>
        <w:rPr>
          <w:lang w:val="nl-NL"/>
        </w:rPr>
        <w:t>AI-</w:t>
      </w:r>
      <w:r w:rsidR="00CD721B">
        <w:rPr>
          <w:lang w:val="nl-NL"/>
        </w:rPr>
        <w:t xml:space="preserve">Nieuwsbrieven </w:t>
      </w:r>
    </w:p>
    <w:p w14:paraId="1E3E3EDF" w14:textId="7584C1D8" w:rsidR="00CD721B" w:rsidRDefault="007F50CE" w:rsidP="00936394">
      <w:pPr>
        <w:spacing w:before="0" w:after="0" w:line="240" w:lineRule="auto"/>
        <w:rPr>
          <w:lang w:val="nl-NL"/>
        </w:rPr>
      </w:pPr>
      <w:r w:rsidRPr="007F50CE">
        <w:rPr>
          <w:b/>
          <w:bCs/>
          <w:lang w:val="nl-NL"/>
        </w:rPr>
        <w:t>AI-spiekbriefje</w:t>
      </w:r>
      <w:r>
        <w:rPr>
          <w:lang w:val="nl-NL"/>
        </w:rPr>
        <w:t xml:space="preserve">, </w:t>
      </w:r>
      <w:r w:rsidRPr="007F50CE">
        <w:rPr>
          <w:lang w:val="nl-NL"/>
        </w:rPr>
        <w:t>https://aivoordocenten.nl/ai-spiekbriefje/</w:t>
      </w:r>
    </w:p>
    <w:p w14:paraId="2AA39935" w14:textId="77777777" w:rsidR="007B53BF" w:rsidRPr="00EF4A8A" w:rsidRDefault="007B53BF" w:rsidP="00936394">
      <w:pPr>
        <w:spacing w:before="0" w:after="0" w:line="240" w:lineRule="auto"/>
        <w:rPr>
          <w:b/>
          <w:bCs/>
          <w:lang w:val="nl-NL"/>
        </w:rPr>
      </w:pPr>
    </w:p>
    <w:p w14:paraId="610F393C" w14:textId="3338F1DE" w:rsidR="00367F37" w:rsidRPr="00600378" w:rsidRDefault="00E52275" w:rsidP="00936394">
      <w:pPr>
        <w:spacing w:before="0" w:after="0" w:line="240" w:lineRule="auto"/>
        <w:rPr>
          <w:b/>
          <w:bCs/>
        </w:rPr>
      </w:pPr>
      <w:r w:rsidRPr="00600378">
        <w:rPr>
          <w:b/>
          <w:bCs/>
        </w:rPr>
        <w:t>AI-</w:t>
      </w:r>
      <w:proofErr w:type="spellStart"/>
      <w:r w:rsidRPr="00600378">
        <w:rPr>
          <w:b/>
          <w:bCs/>
        </w:rPr>
        <w:t>raport</w:t>
      </w:r>
      <w:proofErr w:type="spellEnd"/>
      <w:r w:rsidR="00600378" w:rsidRPr="00600378">
        <w:rPr>
          <w:b/>
          <w:bCs/>
        </w:rPr>
        <w:t xml:space="preserve">, </w:t>
      </w:r>
      <w:r w:rsidR="00600378" w:rsidRPr="00600378">
        <w:t>https://www.aireport.email/</w:t>
      </w:r>
    </w:p>
    <w:p w14:paraId="6E178DB2" w14:textId="77777777" w:rsidR="007B53BF" w:rsidRPr="00EF4A8A" w:rsidRDefault="007B53BF" w:rsidP="00936394">
      <w:pPr>
        <w:spacing w:before="0" w:after="0" w:line="240" w:lineRule="auto"/>
        <w:rPr>
          <w:b/>
          <w:bCs/>
        </w:rPr>
      </w:pPr>
    </w:p>
    <w:p w14:paraId="1B642220" w14:textId="00FBC094" w:rsidR="007F50CE" w:rsidRDefault="005C3707" w:rsidP="00936394">
      <w:pPr>
        <w:spacing w:before="0" w:after="0" w:line="240" w:lineRule="auto"/>
        <w:rPr>
          <w:lang w:val="nl-NL"/>
        </w:rPr>
      </w:pPr>
      <w:proofErr w:type="spellStart"/>
      <w:r w:rsidRPr="005C5F14">
        <w:rPr>
          <w:b/>
          <w:bCs/>
          <w:lang w:val="nl-NL"/>
        </w:rPr>
        <w:t>Felienne</w:t>
      </w:r>
      <w:proofErr w:type="spellEnd"/>
      <w:r w:rsidRPr="005C5F14">
        <w:rPr>
          <w:b/>
          <w:bCs/>
          <w:lang w:val="nl-NL"/>
        </w:rPr>
        <w:t xml:space="preserve"> Hermans nieuwsbrief</w:t>
      </w:r>
      <w:r w:rsidRPr="005C5F14">
        <w:rPr>
          <w:lang w:val="nl-NL"/>
        </w:rPr>
        <w:t xml:space="preserve">, </w:t>
      </w:r>
      <w:hyperlink r:id="rId49" w:history="1">
        <w:r w:rsidR="00493649" w:rsidRPr="004757B7">
          <w:rPr>
            <w:rStyle w:val="Hyperlink"/>
            <w:lang w:val="nl-NL"/>
          </w:rPr>
          <w:t>https://www.felienne.com/nl/nieuwsbrief</w:t>
        </w:r>
      </w:hyperlink>
    </w:p>
    <w:p w14:paraId="0337D2D3" w14:textId="77777777" w:rsidR="00493649" w:rsidRPr="005C5F14" w:rsidRDefault="00493649" w:rsidP="00936394">
      <w:pPr>
        <w:spacing w:before="0" w:after="0" w:line="240" w:lineRule="auto"/>
        <w:rPr>
          <w:lang w:val="nl-NL"/>
        </w:rPr>
      </w:pPr>
    </w:p>
    <w:p w14:paraId="2F1AB66B" w14:textId="289C7D16" w:rsidR="00CD721B" w:rsidRDefault="00CD721B" w:rsidP="00936394">
      <w:pPr>
        <w:pStyle w:val="Kop2"/>
        <w:spacing w:before="0" w:line="240" w:lineRule="auto"/>
        <w:rPr>
          <w:lang w:val="nl-NL"/>
        </w:rPr>
      </w:pPr>
      <w:r>
        <w:rPr>
          <w:lang w:val="nl-NL"/>
        </w:rPr>
        <w:t>Personen om te volgen</w:t>
      </w:r>
      <w:r w:rsidR="005C5F14">
        <w:rPr>
          <w:lang w:val="nl-NL"/>
        </w:rPr>
        <w:t xml:space="preserve"> </w:t>
      </w:r>
      <w:r w:rsidR="00492794">
        <w:rPr>
          <w:lang w:val="nl-NL"/>
        </w:rPr>
        <w:t xml:space="preserve">via </w:t>
      </w:r>
      <w:r w:rsidR="002E7649">
        <w:rPr>
          <w:lang w:val="nl-NL"/>
        </w:rPr>
        <w:t>L</w:t>
      </w:r>
      <w:r w:rsidR="00492794">
        <w:rPr>
          <w:lang w:val="nl-NL"/>
        </w:rPr>
        <w:t>inke</w:t>
      </w:r>
      <w:r w:rsidR="005C5F14">
        <w:rPr>
          <w:lang w:val="nl-NL"/>
        </w:rPr>
        <w:t>dIn</w:t>
      </w:r>
    </w:p>
    <w:p w14:paraId="21303A75" w14:textId="371F03AA" w:rsidR="00492794" w:rsidRPr="00182584" w:rsidRDefault="00492794" w:rsidP="00936394">
      <w:pPr>
        <w:spacing w:before="0" w:after="0" w:line="240" w:lineRule="auto"/>
        <w:rPr>
          <w:lang w:val="nl-NL"/>
        </w:rPr>
      </w:pPr>
      <w:r w:rsidRPr="00BC2A40">
        <w:rPr>
          <w:b/>
          <w:bCs/>
          <w:lang w:val="nl-NL"/>
        </w:rPr>
        <w:t xml:space="preserve">Tom </w:t>
      </w:r>
      <w:proofErr w:type="spellStart"/>
      <w:r w:rsidRPr="00BC2A40">
        <w:rPr>
          <w:b/>
          <w:bCs/>
          <w:lang w:val="nl-NL"/>
        </w:rPr>
        <w:t>Naberink</w:t>
      </w:r>
      <w:proofErr w:type="spellEnd"/>
      <w:r w:rsidRPr="00182584">
        <w:rPr>
          <w:lang w:val="nl-NL"/>
        </w:rPr>
        <w:t xml:space="preserve">, </w:t>
      </w:r>
      <w:r w:rsidR="00182584" w:rsidRPr="00182584">
        <w:rPr>
          <w:lang w:val="nl-NL"/>
        </w:rPr>
        <w:t>d</w:t>
      </w:r>
      <w:r w:rsidRPr="00182584">
        <w:rPr>
          <w:lang w:val="nl-NL"/>
        </w:rPr>
        <w:t xml:space="preserve">ocent HAN, </w:t>
      </w:r>
      <w:r w:rsidR="00182584" w:rsidRPr="00182584">
        <w:rPr>
          <w:lang w:val="nl-NL"/>
        </w:rPr>
        <w:t>host A</w:t>
      </w:r>
      <w:r w:rsidR="00182584">
        <w:rPr>
          <w:lang w:val="nl-NL"/>
        </w:rPr>
        <w:t>I-tussenuurtje</w:t>
      </w:r>
    </w:p>
    <w:p w14:paraId="4CEE485C" w14:textId="77777777" w:rsidR="002E7649" w:rsidRDefault="002E7649" w:rsidP="00936394">
      <w:pPr>
        <w:spacing w:after="0" w:line="240" w:lineRule="auto"/>
        <w:rPr>
          <w:b/>
          <w:bCs/>
          <w:lang w:val="nl-NL"/>
        </w:rPr>
      </w:pPr>
    </w:p>
    <w:p w14:paraId="04A7EBA0" w14:textId="6F4BE071" w:rsidR="00CD721B" w:rsidRDefault="00492794" w:rsidP="00936394">
      <w:pPr>
        <w:spacing w:before="0" w:after="0" w:line="240" w:lineRule="auto"/>
        <w:rPr>
          <w:lang w:val="nl-NL"/>
        </w:rPr>
      </w:pPr>
      <w:r w:rsidRPr="00BC2A40">
        <w:rPr>
          <w:b/>
          <w:bCs/>
          <w:lang w:val="nl-NL"/>
        </w:rPr>
        <w:t>Marcel Mutsaarts</w:t>
      </w:r>
      <w:r w:rsidR="00182584" w:rsidRPr="00182584">
        <w:rPr>
          <w:lang w:val="nl-NL"/>
        </w:rPr>
        <w:t>, docent HAN, host A</w:t>
      </w:r>
      <w:r w:rsidR="00182584">
        <w:rPr>
          <w:lang w:val="nl-NL"/>
        </w:rPr>
        <w:t>I-tussenuurtje</w:t>
      </w:r>
    </w:p>
    <w:p w14:paraId="72A795D6" w14:textId="77777777" w:rsidR="002E7649" w:rsidRDefault="002E7649" w:rsidP="00936394">
      <w:pPr>
        <w:spacing w:after="0" w:line="240" w:lineRule="auto"/>
        <w:rPr>
          <w:b/>
          <w:bCs/>
          <w:lang w:val="nl-NL"/>
        </w:rPr>
      </w:pPr>
    </w:p>
    <w:p w14:paraId="5E72017F" w14:textId="6C5ACE41" w:rsidR="00CD721B" w:rsidRDefault="00182584" w:rsidP="00936394">
      <w:pPr>
        <w:spacing w:before="0" w:after="0" w:line="240" w:lineRule="auto"/>
        <w:rPr>
          <w:lang w:val="nl-NL"/>
        </w:rPr>
      </w:pPr>
      <w:r w:rsidRPr="00BC2A40">
        <w:rPr>
          <w:b/>
          <w:bCs/>
          <w:lang w:val="nl-NL"/>
        </w:rPr>
        <w:t>Barend Last</w:t>
      </w:r>
      <w:r>
        <w:rPr>
          <w:lang w:val="nl-NL"/>
        </w:rPr>
        <w:t xml:space="preserve">, </w:t>
      </w:r>
      <w:r w:rsidR="00A10152">
        <w:rPr>
          <w:lang w:val="nl-NL"/>
        </w:rPr>
        <w:t xml:space="preserve">onderwijskundige, </w:t>
      </w:r>
      <w:r>
        <w:rPr>
          <w:lang w:val="nl-NL"/>
        </w:rPr>
        <w:t>publi</w:t>
      </w:r>
      <w:r w:rsidR="00A10152">
        <w:rPr>
          <w:lang w:val="nl-NL"/>
        </w:rPr>
        <w:t>ceert over AI, zelfregulatie, motivatie</w:t>
      </w:r>
      <w:r w:rsidR="002B4C5D">
        <w:rPr>
          <w:lang w:val="nl-NL"/>
        </w:rPr>
        <w:t>, schrijver Chatten met Napoleon</w:t>
      </w:r>
    </w:p>
    <w:p w14:paraId="12EAD3D7" w14:textId="77777777" w:rsidR="002E7649" w:rsidRDefault="002E7649" w:rsidP="00936394">
      <w:pPr>
        <w:spacing w:after="0" w:line="240" w:lineRule="auto"/>
        <w:rPr>
          <w:b/>
          <w:bCs/>
          <w:lang w:val="nl-NL"/>
        </w:rPr>
      </w:pPr>
    </w:p>
    <w:p w14:paraId="33D78C2F" w14:textId="222C2742" w:rsidR="00002206" w:rsidRPr="00DD02AE" w:rsidRDefault="00002206" w:rsidP="00936394">
      <w:pPr>
        <w:spacing w:before="0" w:after="0" w:line="240" w:lineRule="auto"/>
        <w:rPr>
          <w:lang w:val="nl-NL"/>
        </w:rPr>
      </w:pPr>
      <w:r w:rsidRPr="00F1027E">
        <w:rPr>
          <w:b/>
          <w:bCs/>
          <w:lang w:val="nl-NL"/>
        </w:rPr>
        <w:t xml:space="preserve">Dr. David L.R. </w:t>
      </w:r>
      <w:proofErr w:type="spellStart"/>
      <w:r w:rsidRPr="00F1027E">
        <w:rPr>
          <w:b/>
          <w:bCs/>
          <w:lang w:val="nl-NL"/>
        </w:rPr>
        <w:t>Maij</w:t>
      </w:r>
      <w:proofErr w:type="spellEnd"/>
      <w:r w:rsidR="00DD02AE" w:rsidRPr="00DD02AE">
        <w:rPr>
          <w:lang w:val="nl-NL"/>
        </w:rPr>
        <w:t>, van</w:t>
      </w:r>
      <w:r w:rsidR="00DD02AE">
        <w:rPr>
          <w:lang w:val="nl-NL"/>
        </w:rPr>
        <w:t xml:space="preserve"> leergewoonte, publiceert </w:t>
      </w:r>
      <w:r w:rsidR="000752A9">
        <w:rPr>
          <w:lang w:val="nl-NL"/>
        </w:rPr>
        <w:t xml:space="preserve">onder andere </w:t>
      </w:r>
      <w:r w:rsidR="00DD02AE">
        <w:rPr>
          <w:lang w:val="nl-NL"/>
        </w:rPr>
        <w:t>over onderwijs</w:t>
      </w:r>
      <w:r w:rsidR="000752A9">
        <w:rPr>
          <w:lang w:val="nl-NL"/>
        </w:rPr>
        <w:t>, motivatie</w:t>
      </w:r>
      <w:r w:rsidR="00DD02AE">
        <w:rPr>
          <w:lang w:val="nl-NL"/>
        </w:rPr>
        <w:t xml:space="preserve"> en </w:t>
      </w:r>
      <w:r w:rsidR="000752A9">
        <w:rPr>
          <w:lang w:val="nl-NL"/>
        </w:rPr>
        <w:t xml:space="preserve">over AI. Initiatiefnemer </w:t>
      </w:r>
      <w:r w:rsidR="00F1027E">
        <w:rPr>
          <w:lang w:val="nl-NL"/>
        </w:rPr>
        <w:t>van onderwijs-ai.nl, een (betaalde) leergang voor onderwijsprofessionals.</w:t>
      </w:r>
    </w:p>
    <w:p w14:paraId="4A12D496" w14:textId="77777777" w:rsidR="002E7649" w:rsidRDefault="002E7649" w:rsidP="00936394">
      <w:pPr>
        <w:spacing w:after="0" w:line="240" w:lineRule="auto"/>
        <w:rPr>
          <w:b/>
          <w:bCs/>
          <w:lang w:val="nl-NL"/>
        </w:rPr>
      </w:pPr>
    </w:p>
    <w:p w14:paraId="31E0D10C" w14:textId="55CD8FCF" w:rsidR="002B4C5D" w:rsidRPr="00182584" w:rsidRDefault="00550D1F" w:rsidP="00936394">
      <w:pPr>
        <w:spacing w:before="0" w:after="0" w:line="240" w:lineRule="auto"/>
        <w:rPr>
          <w:lang w:val="nl-NL"/>
        </w:rPr>
      </w:pPr>
      <w:r w:rsidRPr="00002206">
        <w:rPr>
          <w:b/>
          <w:bCs/>
          <w:lang w:val="nl-NL"/>
        </w:rPr>
        <w:t>Douwe Groeneveld</w:t>
      </w:r>
      <w:r>
        <w:rPr>
          <w:lang w:val="nl-NL"/>
        </w:rPr>
        <w:t xml:space="preserve">, </w:t>
      </w:r>
      <w:r w:rsidR="00A92B3F">
        <w:rPr>
          <w:lang w:val="nl-NL"/>
        </w:rPr>
        <w:t xml:space="preserve">voormalig </w:t>
      </w:r>
      <w:proofErr w:type="spellStart"/>
      <w:r w:rsidR="00A92B3F">
        <w:rPr>
          <w:lang w:val="nl-NL"/>
        </w:rPr>
        <w:t>general</w:t>
      </w:r>
      <w:proofErr w:type="spellEnd"/>
      <w:r w:rsidR="00A92B3F">
        <w:rPr>
          <w:lang w:val="nl-NL"/>
        </w:rPr>
        <w:t xml:space="preserve"> </w:t>
      </w:r>
      <w:proofErr w:type="spellStart"/>
      <w:r w:rsidR="00A92B3F">
        <w:rPr>
          <w:lang w:val="nl-NL"/>
        </w:rPr>
        <w:t>councel</w:t>
      </w:r>
      <w:proofErr w:type="spellEnd"/>
      <w:r w:rsidR="00A92B3F">
        <w:rPr>
          <w:lang w:val="nl-NL"/>
        </w:rPr>
        <w:t xml:space="preserve"> ASML, </w:t>
      </w:r>
      <w:r w:rsidR="00C77692">
        <w:rPr>
          <w:lang w:val="nl-NL"/>
        </w:rPr>
        <w:t xml:space="preserve">publiceert over AI, mede-initiatiefnemer </w:t>
      </w:r>
      <w:r w:rsidR="00B503BB">
        <w:rPr>
          <w:lang w:val="nl-NL"/>
        </w:rPr>
        <w:t>AI-verfilming klassieke arresten</w:t>
      </w:r>
    </w:p>
    <w:p w14:paraId="707CE901" w14:textId="77777777" w:rsidR="002E7649" w:rsidRDefault="002E7649" w:rsidP="00936394">
      <w:pPr>
        <w:spacing w:after="0" w:line="240" w:lineRule="auto"/>
        <w:rPr>
          <w:b/>
          <w:bCs/>
          <w:lang w:val="nl-NL"/>
        </w:rPr>
      </w:pPr>
    </w:p>
    <w:p w14:paraId="37FC761E" w14:textId="4F7256E8" w:rsidR="00A85E8B" w:rsidRDefault="00986B58" w:rsidP="00936394">
      <w:pPr>
        <w:spacing w:before="0" w:after="0" w:line="240" w:lineRule="auto"/>
        <w:rPr>
          <w:lang w:val="nl-NL"/>
        </w:rPr>
      </w:pPr>
      <w:r w:rsidRPr="00EA1DD5">
        <w:rPr>
          <w:b/>
          <w:bCs/>
          <w:lang w:val="nl-NL"/>
        </w:rPr>
        <w:t xml:space="preserve">Pascal </w:t>
      </w:r>
      <w:proofErr w:type="spellStart"/>
      <w:r w:rsidRPr="00EA1DD5">
        <w:rPr>
          <w:b/>
          <w:bCs/>
          <w:lang w:val="nl-NL"/>
        </w:rPr>
        <w:t>Mariany</w:t>
      </w:r>
      <w:proofErr w:type="spellEnd"/>
      <w:r>
        <w:rPr>
          <w:lang w:val="nl-NL"/>
        </w:rPr>
        <w:t xml:space="preserve">, docent </w:t>
      </w:r>
      <w:r w:rsidR="00EA1DD5">
        <w:rPr>
          <w:lang w:val="nl-NL"/>
        </w:rPr>
        <w:t xml:space="preserve">Hogeschool Utrecht, mede-ontwikkelaar </w:t>
      </w:r>
      <w:proofErr w:type="spellStart"/>
      <w:r w:rsidR="00EA1DD5">
        <w:rPr>
          <w:lang w:val="nl-NL"/>
        </w:rPr>
        <w:t>EduGPT</w:t>
      </w:r>
      <w:proofErr w:type="spellEnd"/>
      <w:r w:rsidR="00EA1DD5">
        <w:rPr>
          <w:lang w:val="nl-NL"/>
        </w:rPr>
        <w:t xml:space="preserve">, een </w:t>
      </w:r>
      <w:r w:rsidR="00A85E8B">
        <w:rPr>
          <w:lang w:val="nl-NL"/>
        </w:rPr>
        <w:t>AI-tools speciaal ontwikkeld voor het onderwijs, publiceert onder andere over AI</w:t>
      </w:r>
    </w:p>
    <w:p w14:paraId="552CEE89" w14:textId="77777777" w:rsidR="00D85221" w:rsidRDefault="00D85221" w:rsidP="00936394">
      <w:pPr>
        <w:spacing w:before="0" w:after="0" w:line="240" w:lineRule="auto"/>
        <w:rPr>
          <w:lang w:val="nl-NL"/>
        </w:rPr>
      </w:pPr>
    </w:p>
    <w:p w14:paraId="0A0CC032" w14:textId="7C5B49D8" w:rsidR="002D30DD" w:rsidRPr="00667B23" w:rsidRDefault="00A85E8B" w:rsidP="00936394">
      <w:pPr>
        <w:spacing w:before="0" w:after="0" w:line="240" w:lineRule="auto"/>
        <w:rPr>
          <w:b/>
          <w:bCs/>
          <w:lang w:val="nl-NL"/>
        </w:rPr>
      </w:pPr>
      <w:proofErr w:type="spellStart"/>
      <w:r w:rsidRPr="00D85221">
        <w:rPr>
          <w:b/>
          <w:bCs/>
          <w:lang w:val="nl-NL"/>
        </w:rPr>
        <w:t>Er</w:t>
      </w:r>
      <w:r w:rsidR="002D30DD" w:rsidRPr="00D85221">
        <w:rPr>
          <w:b/>
          <w:bCs/>
          <w:lang w:val="nl-NL"/>
        </w:rPr>
        <w:t>dinc</w:t>
      </w:r>
      <w:proofErr w:type="spellEnd"/>
      <w:r w:rsidR="002D30DD" w:rsidRPr="00D85221">
        <w:rPr>
          <w:b/>
          <w:bCs/>
          <w:lang w:val="nl-NL"/>
        </w:rPr>
        <w:t xml:space="preserve"> </w:t>
      </w:r>
      <w:proofErr w:type="spellStart"/>
      <w:r w:rsidR="002D30DD" w:rsidRPr="00D85221">
        <w:rPr>
          <w:b/>
          <w:bCs/>
          <w:lang w:val="nl-NL"/>
        </w:rPr>
        <w:t>Sacan</w:t>
      </w:r>
      <w:proofErr w:type="spellEnd"/>
      <w:r w:rsidR="002D30DD" w:rsidRPr="00667B23">
        <w:rPr>
          <w:lang w:val="nl-NL"/>
        </w:rPr>
        <w:t xml:space="preserve">, docent </w:t>
      </w:r>
      <w:proofErr w:type="spellStart"/>
      <w:r w:rsidR="002D30DD" w:rsidRPr="00667B23">
        <w:rPr>
          <w:lang w:val="nl-NL"/>
        </w:rPr>
        <w:t>Fontys</w:t>
      </w:r>
      <w:proofErr w:type="spellEnd"/>
      <w:r w:rsidR="00667B23" w:rsidRPr="00667B23">
        <w:rPr>
          <w:lang w:val="nl-NL"/>
        </w:rPr>
        <w:t>, vakgebied AI</w:t>
      </w:r>
      <w:r w:rsidR="002D30DD" w:rsidRPr="00667B23">
        <w:rPr>
          <w:lang w:val="nl-NL"/>
        </w:rPr>
        <w:t xml:space="preserve">, host </w:t>
      </w:r>
      <w:proofErr w:type="spellStart"/>
      <w:r w:rsidR="002D30DD" w:rsidRPr="00667B23">
        <w:rPr>
          <w:lang w:val="nl-NL"/>
        </w:rPr>
        <w:t>Fontys</w:t>
      </w:r>
      <w:proofErr w:type="spellEnd"/>
      <w:r w:rsidR="002D30DD" w:rsidRPr="00667B23">
        <w:rPr>
          <w:lang w:val="nl-NL"/>
        </w:rPr>
        <w:t xml:space="preserve"> AI garage, publ</w:t>
      </w:r>
      <w:r w:rsidR="00667B23">
        <w:rPr>
          <w:lang w:val="nl-NL"/>
        </w:rPr>
        <w:t>iceert over AI</w:t>
      </w:r>
    </w:p>
    <w:p w14:paraId="43D0698F" w14:textId="77777777" w:rsidR="002E7649" w:rsidRPr="008830E5" w:rsidRDefault="002E7649" w:rsidP="00936394">
      <w:pPr>
        <w:spacing w:after="0" w:line="240" w:lineRule="auto"/>
        <w:rPr>
          <w:b/>
          <w:bCs/>
          <w:lang w:val="nl-NL"/>
        </w:rPr>
      </w:pPr>
    </w:p>
    <w:p w14:paraId="724F2127" w14:textId="0303CCB2" w:rsidR="00FE4470" w:rsidRPr="008830E5" w:rsidRDefault="00667B23" w:rsidP="00936394">
      <w:pPr>
        <w:spacing w:before="0" w:after="0" w:line="240" w:lineRule="auto"/>
        <w:rPr>
          <w:lang w:val="nl-NL"/>
        </w:rPr>
      </w:pPr>
      <w:r w:rsidRPr="008830E5">
        <w:rPr>
          <w:b/>
          <w:bCs/>
          <w:lang w:val="nl-NL"/>
        </w:rPr>
        <w:t>Feline</w:t>
      </w:r>
      <w:r w:rsidR="00FE4470" w:rsidRPr="008830E5">
        <w:rPr>
          <w:b/>
          <w:bCs/>
          <w:lang w:val="nl-NL"/>
        </w:rPr>
        <w:t xml:space="preserve"> Hermans</w:t>
      </w:r>
      <w:r w:rsidR="00FE4470" w:rsidRPr="008830E5">
        <w:rPr>
          <w:lang w:val="nl-NL"/>
        </w:rPr>
        <w:t xml:space="preserve">, professor of computer </w:t>
      </w:r>
      <w:proofErr w:type="spellStart"/>
      <w:r w:rsidR="00FE4470" w:rsidRPr="008830E5">
        <w:rPr>
          <w:lang w:val="nl-NL"/>
        </w:rPr>
        <w:t>science</w:t>
      </w:r>
      <w:proofErr w:type="spellEnd"/>
      <w:r w:rsidR="00FE4470" w:rsidRPr="008830E5">
        <w:rPr>
          <w:lang w:val="nl-NL"/>
        </w:rPr>
        <w:t xml:space="preserve"> VU Amsterdam, publiceert over AI</w:t>
      </w:r>
    </w:p>
    <w:p w14:paraId="7ED21B41" w14:textId="77777777" w:rsidR="002E7649" w:rsidRDefault="002E7649" w:rsidP="00936394">
      <w:pPr>
        <w:spacing w:after="0" w:line="240" w:lineRule="auto"/>
        <w:rPr>
          <w:b/>
          <w:bCs/>
          <w:lang w:val="nl-NL"/>
        </w:rPr>
      </w:pPr>
    </w:p>
    <w:p w14:paraId="0ABF6AF4" w14:textId="77777777" w:rsidR="00BF6181" w:rsidRDefault="00FC6619" w:rsidP="00936394">
      <w:pPr>
        <w:spacing w:before="0" w:after="0" w:line="240" w:lineRule="auto"/>
        <w:rPr>
          <w:lang w:val="nl-NL"/>
        </w:rPr>
      </w:pPr>
      <w:r w:rsidRPr="00F71316">
        <w:rPr>
          <w:b/>
          <w:bCs/>
          <w:lang w:val="nl-NL"/>
        </w:rPr>
        <w:t xml:space="preserve">Ilona van de Kooi-Van </w:t>
      </w:r>
      <w:proofErr w:type="spellStart"/>
      <w:r w:rsidRPr="00F71316">
        <w:rPr>
          <w:b/>
          <w:bCs/>
          <w:lang w:val="nl-NL"/>
        </w:rPr>
        <w:t>Opdorp</w:t>
      </w:r>
      <w:proofErr w:type="spellEnd"/>
      <w:r w:rsidRPr="00F71316">
        <w:rPr>
          <w:lang w:val="nl-NL"/>
        </w:rPr>
        <w:t xml:space="preserve">, </w:t>
      </w:r>
      <w:r w:rsidR="00F71316">
        <w:rPr>
          <w:lang w:val="nl-NL"/>
        </w:rPr>
        <w:t xml:space="preserve">researcher center </w:t>
      </w:r>
      <w:proofErr w:type="spellStart"/>
      <w:r w:rsidR="00F71316">
        <w:rPr>
          <w:lang w:val="nl-NL"/>
        </w:rPr>
        <w:t>for</w:t>
      </w:r>
      <w:proofErr w:type="spellEnd"/>
      <w:r w:rsidR="00F71316">
        <w:rPr>
          <w:lang w:val="nl-NL"/>
        </w:rPr>
        <w:t xml:space="preserve"> </w:t>
      </w:r>
      <w:proofErr w:type="spellStart"/>
      <w:r w:rsidR="00F71316">
        <w:rPr>
          <w:lang w:val="nl-NL"/>
        </w:rPr>
        <w:t>law</w:t>
      </w:r>
      <w:proofErr w:type="spellEnd"/>
      <w:r w:rsidR="00F71316">
        <w:rPr>
          <w:lang w:val="nl-NL"/>
        </w:rPr>
        <w:t>, design &amp; AI</w:t>
      </w:r>
      <w:r w:rsidR="00F71316" w:rsidRPr="008830E5">
        <w:rPr>
          <w:lang w:val="nl-NL"/>
        </w:rPr>
        <w:t>, publiceert over AI</w:t>
      </w:r>
      <w:r w:rsidR="00F71316" w:rsidRPr="00FC6619">
        <w:rPr>
          <w:lang w:val="nl-NL"/>
        </w:rPr>
        <w:t xml:space="preserve"> </w:t>
      </w:r>
    </w:p>
    <w:p w14:paraId="26A35BA7" w14:textId="77777777" w:rsidR="00BF6181" w:rsidRDefault="00BF6181" w:rsidP="00936394">
      <w:pPr>
        <w:spacing w:before="0" w:after="0" w:line="240" w:lineRule="auto"/>
        <w:rPr>
          <w:lang w:val="nl-NL"/>
        </w:rPr>
      </w:pPr>
    </w:p>
    <w:p w14:paraId="6C7D20EE" w14:textId="77777777" w:rsidR="00BF6181" w:rsidRDefault="00BF6181" w:rsidP="00BF6181">
      <w:pPr>
        <w:pStyle w:val="Kop2"/>
        <w:spacing w:before="0" w:line="240" w:lineRule="auto"/>
        <w:rPr>
          <w:lang w:val="nl-NL"/>
        </w:rPr>
      </w:pPr>
      <w:r>
        <w:rPr>
          <w:lang w:val="nl-NL"/>
        </w:rPr>
        <w:lastRenderedPageBreak/>
        <w:t xml:space="preserve">researchpaper </w:t>
      </w:r>
    </w:p>
    <w:p w14:paraId="176544D2" w14:textId="77777777" w:rsidR="00BF6181" w:rsidRDefault="00BF6181" w:rsidP="00BF6181">
      <w:pPr>
        <w:spacing w:before="0" w:after="0" w:line="240" w:lineRule="auto"/>
        <w:rPr>
          <w:lang w:val="nl-NL"/>
        </w:rPr>
      </w:pPr>
    </w:p>
    <w:p w14:paraId="230DF798" w14:textId="77777777" w:rsidR="00BF6181" w:rsidRDefault="00BF6181" w:rsidP="00BF6181">
      <w:pPr>
        <w:spacing w:before="0" w:after="0" w:line="240" w:lineRule="auto"/>
        <w:rPr>
          <w:lang w:val="nl-NL"/>
        </w:rPr>
      </w:pPr>
      <w:r w:rsidRPr="00164560">
        <w:rPr>
          <w:b/>
          <w:bCs/>
          <w:lang w:val="nl-NL"/>
        </w:rPr>
        <w:t>Het hbo in transformatie de doorwerking van AI naar onderwijs</w:t>
      </w:r>
      <w:r>
        <w:rPr>
          <w:lang w:val="nl-NL"/>
        </w:rPr>
        <w:br/>
      </w:r>
    </w:p>
    <w:p w14:paraId="69E04ABF" w14:textId="77777777" w:rsidR="00BF6181" w:rsidRPr="00164560" w:rsidRDefault="00BF6181" w:rsidP="00BF6181">
      <w:pPr>
        <w:spacing w:before="0" w:after="0" w:line="240" w:lineRule="auto"/>
        <w:rPr>
          <w:lang w:val="nl-NL"/>
        </w:rPr>
      </w:pPr>
      <w:r w:rsidRPr="00164560">
        <w:rPr>
          <w:lang w:val="nl-NL"/>
        </w:rPr>
        <w:t>Abstract</w:t>
      </w:r>
    </w:p>
    <w:p w14:paraId="5CA07AFE" w14:textId="77777777" w:rsidR="00BF6181" w:rsidRPr="00164560" w:rsidRDefault="00BF6181" w:rsidP="00BF6181">
      <w:pPr>
        <w:spacing w:before="0" w:after="0" w:line="240" w:lineRule="auto"/>
        <w:rPr>
          <w:lang w:val="nl-NL"/>
        </w:rPr>
      </w:pPr>
      <w:r w:rsidRPr="00164560">
        <w:rPr>
          <w:lang w:val="nl-NL"/>
        </w:rPr>
        <w:t xml:space="preserve">Hoe blijft het hbo relevant in een wereld waarin AI cognitieve taken overneemt en beroepen in hoog tempo veranderen? In dit </w:t>
      </w:r>
      <w:proofErr w:type="spellStart"/>
      <w:r w:rsidRPr="00164560">
        <w:rPr>
          <w:lang w:val="nl-NL"/>
        </w:rPr>
        <w:t>position</w:t>
      </w:r>
      <w:proofErr w:type="spellEnd"/>
      <w:r w:rsidRPr="00164560">
        <w:rPr>
          <w:lang w:val="nl-NL"/>
        </w:rPr>
        <w:t xml:space="preserve"> paper (december 2025) schetsen Mario van Rijn en René van der </w:t>
      </w:r>
      <w:proofErr w:type="spellStart"/>
      <w:r w:rsidRPr="00164560">
        <w:rPr>
          <w:lang w:val="nl-NL"/>
        </w:rPr>
        <w:t>Burgt</w:t>
      </w:r>
      <w:proofErr w:type="spellEnd"/>
      <w:r w:rsidRPr="00164560">
        <w:rPr>
          <w:lang w:val="nl-NL"/>
        </w:rPr>
        <w:t xml:space="preserve"> een urgente toekomstvisie. Ze waarschuwen voor strategische irrelevantie als het hbo vasthoudt aan de klassieke rol van kennisinstituut.</w:t>
      </w:r>
    </w:p>
    <w:p w14:paraId="2D25EC35" w14:textId="77777777" w:rsidR="0001558E" w:rsidRPr="004833D5" w:rsidRDefault="00BF6181" w:rsidP="00BF6181">
      <w:pPr>
        <w:spacing w:before="0" w:after="0" w:line="240" w:lineRule="auto"/>
        <w:rPr>
          <w:lang w:val="nl-NL"/>
        </w:rPr>
      </w:pPr>
      <w:r>
        <w:rPr>
          <w:lang w:val="nl-NL"/>
        </w:rPr>
        <w:br/>
        <w:t xml:space="preserve">Link: </w:t>
      </w:r>
      <w:hyperlink r:id="rId50" w:history="1">
        <w:r w:rsidRPr="00B31C05">
          <w:rPr>
            <w:rStyle w:val="Hyperlink"/>
            <w:lang w:val="nl-NL"/>
          </w:rPr>
          <w:t>https://www.researchgate.net/publication/398773643_Het_hbo_in_transformatie_de_doorwerking_van_AI_naar_onderwijs/link/694298a20c98040d481e7444/download?_tp=eyJjb250ZXh0Ijp7ImZpcnN0UGFnZSI6InB1YmxpY2F0aW9uIiwicGFnZSI6InB1YmxpY2F0aW9uIn19</w:t>
        </w:r>
      </w:hyperlink>
    </w:p>
    <w:p w14:paraId="64CF95E0" w14:textId="77777777" w:rsidR="0001558E" w:rsidRPr="004833D5" w:rsidRDefault="0001558E" w:rsidP="00BF6181">
      <w:pPr>
        <w:spacing w:before="0" w:after="0" w:line="240" w:lineRule="auto"/>
        <w:rPr>
          <w:lang w:val="nl-NL"/>
        </w:rPr>
      </w:pPr>
    </w:p>
    <w:p w14:paraId="63F09B97" w14:textId="6BB7D011" w:rsidR="0001558E" w:rsidRDefault="0001558E" w:rsidP="0001558E">
      <w:pPr>
        <w:pStyle w:val="Kop2"/>
        <w:spacing w:before="0" w:line="240" w:lineRule="auto"/>
        <w:rPr>
          <w:lang w:val="nl-NL"/>
        </w:rPr>
      </w:pPr>
      <w:r>
        <w:rPr>
          <w:lang w:val="nl-NL"/>
        </w:rPr>
        <w:t>Overzicht LEgal Ai-tools in de benelux</w:t>
      </w:r>
    </w:p>
    <w:p w14:paraId="2F86E905" w14:textId="77777777" w:rsidR="00B33B15" w:rsidRDefault="0001558E" w:rsidP="0001558E">
      <w:pPr>
        <w:rPr>
          <w:lang w:val="nl-NL"/>
        </w:rPr>
      </w:pPr>
      <w:r w:rsidRPr="0001558E">
        <w:rPr>
          <w:lang w:val="nl-NL"/>
        </w:rPr>
        <w:t> </w:t>
      </w:r>
      <w:r w:rsidR="00695662">
        <w:rPr>
          <w:lang w:val="nl-NL"/>
        </w:rPr>
        <w:t xml:space="preserve">Hierbij het overzicht van de </w:t>
      </w:r>
      <w:proofErr w:type="spellStart"/>
      <w:r w:rsidR="00695662">
        <w:rPr>
          <w:lang w:val="nl-NL"/>
        </w:rPr>
        <w:t>legal</w:t>
      </w:r>
      <w:proofErr w:type="spellEnd"/>
      <w:r w:rsidR="00695662">
        <w:rPr>
          <w:lang w:val="nl-NL"/>
        </w:rPr>
        <w:t xml:space="preserve"> AI-tools die beschikbaar zijn in de Benelux. Dit is ook geen uitputtend overzicht. De meeste </w:t>
      </w:r>
      <w:proofErr w:type="spellStart"/>
      <w:r w:rsidR="00695662">
        <w:rPr>
          <w:lang w:val="nl-NL"/>
        </w:rPr>
        <w:t>legal</w:t>
      </w:r>
      <w:proofErr w:type="spellEnd"/>
      <w:r w:rsidR="00695662">
        <w:rPr>
          <w:lang w:val="nl-NL"/>
        </w:rPr>
        <w:t xml:space="preserve"> AI-tools zijn overigens betaald</w:t>
      </w:r>
      <w:r w:rsidR="00B33B15">
        <w:rPr>
          <w:lang w:val="nl-NL"/>
        </w:rPr>
        <w:t xml:space="preserve">e tools. Soms kun je een gratis proefperiode afnemen. </w:t>
      </w:r>
    </w:p>
    <w:p w14:paraId="493DCD3A" w14:textId="16755D3F" w:rsidR="00B27D7D" w:rsidRPr="00695662" w:rsidRDefault="0001558E" w:rsidP="0001558E">
      <w:pPr>
        <w:rPr>
          <w:lang w:val="nl-NL"/>
        </w:rPr>
      </w:pPr>
      <w:r w:rsidRPr="0001558E">
        <w:rPr>
          <w:noProof/>
        </w:rPr>
        <w:drawing>
          <wp:inline distT="0" distB="0" distL="0" distR="0" wp14:anchorId="7FA958E9" wp14:editId="0B739E21">
            <wp:extent cx="5486400" cy="3879850"/>
            <wp:effectExtent l="0" t="0" r="0" b="6350"/>
            <wp:docPr id="1686489286" name="Afbeelding 11" descr="Afbeelding met tekst, schermopname, roze, creativite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89286" name="Afbeelding 11" descr="Afbeelding met tekst, schermopname, roze, creativiteit&#10;&#10;Door AI gegenereerde inhoud is mogelijk onjui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879850"/>
                    </a:xfrm>
                    <a:prstGeom prst="rect">
                      <a:avLst/>
                    </a:prstGeom>
                    <a:noFill/>
                    <a:ln>
                      <a:noFill/>
                    </a:ln>
                  </pic:spPr>
                </pic:pic>
              </a:graphicData>
            </a:graphic>
          </wp:inline>
        </w:drawing>
      </w:r>
      <w:r w:rsidR="00B27D7D">
        <w:rPr>
          <w:lang w:val="nl-NL"/>
        </w:rPr>
        <w:br w:type="page"/>
      </w:r>
    </w:p>
    <w:p w14:paraId="5D02ED3D" w14:textId="77777777" w:rsidR="00EA453E" w:rsidRPr="00EA453E" w:rsidRDefault="00EA453E" w:rsidP="00EA453E">
      <w:pPr>
        <w:pStyle w:val="Titel"/>
        <w:spacing w:line="240" w:lineRule="auto"/>
        <w:jc w:val="center"/>
        <w:rPr>
          <w:b/>
          <w:bCs/>
          <w:color w:val="000000" w:themeColor="text1"/>
          <w:lang w:val="nl-NL"/>
        </w:rPr>
      </w:pPr>
      <w:r w:rsidRPr="00EA453E">
        <w:rPr>
          <w:b/>
          <w:bCs/>
          <w:color w:val="000000" w:themeColor="text1"/>
          <w:lang w:val="nl-NL"/>
        </w:rPr>
        <w:lastRenderedPageBreak/>
        <w:t>Deel 2 Naslagdeel AI-geletterdheid – kaders en risico’s</w:t>
      </w:r>
    </w:p>
    <w:p w14:paraId="070A26AB" w14:textId="54541832" w:rsidR="00EA453E" w:rsidRDefault="00EA453E" w:rsidP="00EA453E">
      <w:pPr>
        <w:jc w:val="center"/>
        <w:rPr>
          <w:rFonts w:asciiTheme="majorHAnsi" w:eastAsiaTheme="majorEastAsia" w:hAnsiTheme="majorHAnsi" w:cstheme="majorBidi"/>
          <w:caps/>
          <w:color w:val="000000" w:themeColor="text1"/>
          <w:spacing w:val="10"/>
          <w:sz w:val="52"/>
          <w:szCs w:val="52"/>
          <w:lang w:val="nl-NL"/>
        </w:rPr>
      </w:pPr>
      <w:r>
        <w:rPr>
          <w:color w:val="000000" w:themeColor="text1"/>
          <w:lang w:val="nl-NL"/>
        </w:rPr>
        <w:br w:type="page"/>
      </w:r>
    </w:p>
    <w:p w14:paraId="3746C97D" w14:textId="7A0E0607" w:rsidR="00B27D7D" w:rsidRPr="006332C1" w:rsidRDefault="00B27D7D" w:rsidP="00936394">
      <w:pPr>
        <w:pStyle w:val="Titel"/>
        <w:spacing w:line="240" w:lineRule="auto"/>
        <w:jc w:val="center"/>
        <w:rPr>
          <w:color w:val="000000" w:themeColor="text1"/>
          <w:lang w:val="nl-NL"/>
        </w:rPr>
      </w:pPr>
      <w:r w:rsidRPr="006332C1">
        <w:rPr>
          <w:color w:val="000000" w:themeColor="text1"/>
          <w:lang w:val="nl-NL"/>
        </w:rPr>
        <w:lastRenderedPageBreak/>
        <w:t>Naslagdeel AI-geletterdheid – kaders en risico’s</w:t>
      </w:r>
    </w:p>
    <w:p w14:paraId="31AC8619" w14:textId="77777777" w:rsidR="00B27D7D" w:rsidRPr="006332C1" w:rsidRDefault="00B27D7D" w:rsidP="00936394">
      <w:pPr>
        <w:spacing w:before="0" w:after="0" w:line="240" w:lineRule="auto"/>
        <w:jc w:val="center"/>
        <w:rPr>
          <w:color w:val="000000" w:themeColor="text1"/>
          <w:lang w:val="nl-NL"/>
        </w:rPr>
      </w:pPr>
      <w:r w:rsidRPr="006332C1">
        <w:rPr>
          <w:color w:val="000000" w:themeColor="text1"/>
          <w:lang w:val="nl-NL"/>
        </w:rPr>
        <w:t xml:space="preserve">Dit naslagdeel hoort bij de professionaliseringsbijeenkomst </w:t>
      </w:r>
      <w:r>
        <w:rPr>
          <w:color w:val="000000" w:themeColor="text1"/>
          <w:lang w:val="nl-NL"/>
        </w:rPr>
        <w:t>AI</w:t>
      </w:r>
      <w:r w:rsidRPr="006332C1">
        <w:rPr>
          <w:color w:val="000000" w:themeColor="text1"/>
          <w:lang w:val="nl-NL"/>
        </w:rPr>
        <w:t>.</w:t>
      </w:r>
    </w:p>
    <w:p w14:paraId="42A12B93" w14:textId="77777777" w:rsidR="00B27D7D" w:rsidRPr="00011A9C" w:rsidRDefault="00B27D7D" w:rsidP="00936394">
      <w:pPr>
        <w:pStyle w:val="Kop1"/>
        <w:spacing w:before="0" w:line="240" w:lineRule="auto"/>
        <w:rPr>
          <w:color w:val="000000" w:themeColor="text1"/>
          <w:sz w:val="16"/>
          <w:szCs w:val="16"/>
          <w:lang w:val="nl-NL"/>
        </w:rPr>
      </w:pPr>
      <w:r w:rsidRPr="00011A9C">
        <w:rPr>
          <w:color w:val="000000" w:themeColor="text1"/>
          <w:sz w:val="16"/>
          <w:szCs w:val="16"/>
          <w:lang w:val="nl-NL"/>
        </w:rPr>
        <w:t>Deel 2 – Naslag</w:t>
      </w:r>
    </w:p>
    <w:p w14:paraId="535D6C44" w14:textId="77777777" w:rsidR="00820A2F" w:rsidRPr="00011A9C" w:rsidRDefault="00820A2F" w:rsidP="00936394">
      <w:pPr>
        <w:pStyle w:val="Kop1"/>
        <w:spacing w:before="0" w:line="240" w:lineRule="auto"/>
        <w:rPr>
          <w:color w:val="000000" w:themeColor="text1"/>
          <w:sz w:val="16"/>
          <w:szCs w:val="16"/>
          <w:lang w:val="nl-NL"/>
        </w:rPr>
      </w:pPr>
    </w:p>
    <w:p w14:paraId="7ACF7AD2" w14:textId="7BDC740F" w:rsidR="00820A2F" w:rsidRPr="00011A9C" w:rsidRDefault="00820A2F" w:rsidP="00936394">
      <w:pPr>
        <w:pStyle w:val="Kop1"/>
        <w:spacing w:before="0" w:line="240" w:lineRule="auto"/>
        <w:rPr>
          <w:color w:val="000000" w:themeColor="text1"/>
          <w:sz w:val="16"/>
          <w:szCs w:val="16"/>
          <w:lang w:val="nl-NL"/>
        </w:rPr>
      </w:pPr>
      <w:r w:rsidRPr="00011A9C">
        <w:rPr>
          <w:color w:val="000000" w:themeColor="text1"/>
          <w:sz w:val="16"/>
          <w:szCs w:val="16"/>
          <w:lang w:val="nl-NL"/>
        </w:rPr>
        <w:t>Inhoudsopgave</w:t>
      </w:r>
    </w:p>
    <w:p w14:paraId="2233D295" w14:textId="77777777" w:rsidR="00820A2F" w:rsidRDefault="00820A2F" w:rsidP="00936394">
      <w:pPr>
        <w:pStyle w:val="Kop1"/>
        <w:spacing w:before="0" w:line="240" w:lineRule="auto"/>
        <w:rPr>
          <w:color w:val="000000" w:themeColor="text1"/>
          <w:lang w:val="nl-NL"/>
        </w:rPr>
      </w:pPr>
    </w:p>
    <w:p w14:paraId="6A309750" w14:textId="65EF238D" w:rsidR="00820A2F" w:rsidRPr="00011A9C" w:rsidRDefault="00820A2F" w:rsidP="00936394">
      <w:pPr>
        <w:pStyle w:val="Kop1"/>
        <w:spacing w:before="0" w:line="240" w:lineRule="auto"/>
        <w:rPr>
          <w:color w:val="000000" w:themeColor="text1"/>
          <w:sz w:val="16"/>
          <w:szCs w:val="16"/>
          <w:lang w:val="nl-NL"/>
        </w:rPr>
      </w:pPr>
      <w:r w:rsidRPr="00011A9C">
        <w:rPr>
          <w:color w:val="000000" w:themeColor="text1"/>
          <w:sz w:val="16"/>
          <w:szCs w:val="16"/>
          <w:lang w:val="nl-NL"/>
        </w:rPr>
        <w:t>Hoofdstuk 1 – Wat is AI-geletterdheid en waarom is het relevant?</w:t>
      </w:r>
    </w:p>
    <w:p w14:paraId="651EB413" w14:textId="77777777" w:rsidR="00820A2F" w:rsidRPr="00011A9C" w:rsidRDefault="00820A2F" w:rsidP="00936394">
      <w:pPr>
        <w:pStyle w:val="Kop1"/>
        <w:spacing w:before="0" w:line="240" w:lineRule="auto"/>
        <w:rPr>
          <w:color w:val="000000" w:themeColor="text1"/>
          <w:sz w:val="16"/>
          <w:szCs w:val="16"/>
          <w:lang w:val="nl-NL"/>
        </w:rPr>
      </w:pPr>
    </w:p>
    <w:p w14:paraId="1FFB1107" w14:textId="05172CCF" w:rsidR="00820A2F" w:rsidRPr="00011A9C" w:rsidRDefault="00820A2F" w:rsidP="00936394">
      <w:pPr>
        <w:pStyle w:val="Kop1"/>
        <w:spacing w:before="0" w:line="240" w:lineRule="auto"/>
        <w:rPr>
          <w:color w:val="000000" w:themeColor="text1"/>
          <w:sz w:val="16"/>
          <w:szCs w:val="16"/>
          <w:lang w:val="nl-NL"/>
        </w:rPr>
      </w:pPr>
      <w:r w:rsidRPr="00011A9C">
        <w:rPr>
          <w:color w:val="000000" w:themeColor="text1"/>
          <w:sz w:val="16"/>
          <w:szCs w:val="16"/>
          <w:lang w:val="nl-NL"/>
        </w:rPr>
        <w:t>Hoofdstuk 2 – Wettelijk- en beleidskader: wat mag wel en niet?</w:t>
      </w:r>
    </w:p>
    <w:p w14:paraId="257A0099"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2.1 Instellingsbeleid</w:t>
      </w:r>
    </w:p>
    <w:p w14:paraId="4B47C69F"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2.2 EU AI Act in hoofdlijnen</w:t>
      </w:r>
    </w:p>
    <w:p w14:paraId="7830AFFB" w14:textId="77777777" w:rsidR="00820A2F" w:rsidRPr="00011A9C" w:rsidRDefault="00820A2F" w:rsidP="00936394">
      <w:pPr>
        <w:pStyle w:val="Kop1"/>
        <w:spacing w:before="0" w:line="240" w:lineRule="auto"/>
        <w:rPr>
          <w:color w:val="000000" w:themeColor="text1"/>
          <w:sz w:val="16"/>
          <w:szCs w:val="16"/>
          <w:lang w:val="nl-NL"/>
        </w:rPr>
      </w:pPr>
    </w:p>
    <w:p w14:paraId="5A7C55C3" w14:textId="3922695C" w:rsidR="00820A2F" w:rsidRPr="00011A9C" w:rsidRDefault="00820A2F" w:rsidP="00936394">
      <w:pPr>
        <w:pStyle w:val="Kop1"/>
        <w:spacing w:before="0" w:line="240" w:lineRule="auto"/>
        <w:rPr>
          <w:color w:val="000000" w:themeColor="text1"/>
          <w:sz w:val="16"/>
          <w:szCs w:val="16"/>
          <w:lang w:val="nl-NL"/>
        </w:rPr>
      </w:pPr>
      <w:r w:rsidRPr="00011A9C">
        <w:rPr>
          <w:color w:val="000000" w:themeColor="text1"/>
          <w:sz w:val="16"/>
          <w:szCs w:val="16"/>
          <w:lang w:val="nl-NL"/>
        </w:rPr>
        <w:t>Hoofdstuk 3 – Privacy en AVG: veilig omgaan met persoonsgegevens</w:t>
      </w:r>
    </w:p>
    <w:p w14:paraId="340CBE10"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3.1 Verwerkersafspraken en veilige tooling</w:t>
      </w:r>
    </w:p>
    <w:p w14:paraId="6F18E65A"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3.2 Praktische privacy-vuistregels</w:t>
      </w:r>
    </w:p>
    <w:p w14:paraId="43F132BE" w14:textId="77777777" w:rsidR="00820A2F" w:rsidRPr="00011A9C" w:rsidRDefault="00820A2F" w:rsidP="00936394">
      <w:pPr>
        <w:pStyle w:val="Kop1"/>
        <w:spacing w:before="0" w:line="240" w:lineRule="auto"/>
        <w:rPr>
          <w:color w:val="000000" w:themeColor="text1"/>
          <w:sz w:val="16"/>
          <w:szCs w:val="16"/>
          <w:lang w:val="nl-NL"/>
        </w:rPr>
      </w:pPr>
    </w:p>
    <w:p w14:paraId="353FF86B" w14:textId="01D0D7BE" w:rsidR="00820A2F" w:rsidRPr="00011A9C" w:rsidRDefault="00820A2F" w:rsidP="00936394">
      <w:pPr>
        <w:pStyle w:val="Kop1"/>
        <w:spacing w:before="0" w:line="240" w:lineRule="auto"/>
        <w:rPr>
          <w:color w:val="000000" w:themeColor="text1"/>
          <w:sz w:val="16"/>
          <w:szCs w:val="16"/>
          <w:lang w:val="nl-NL"/>
        </w:rPr>
      </w:pPr>
      <w:r w:rsidRPr="00011A9C">
        <w:rPr>
          <w:color w:val="000000" w:themeColor="text1"/>
          <w:sz w:val="16"/>
          <w:szCs w:val="16"/>
          <w:lang w:val="nl-NL"/>
        </w:rPr>
        <w:t>Hoofdstuk 4 – Auteursrecht en AI: wat mag je uploaden en hergebruiken?</w:t>
      </w:r>
    </w:p>
    <w:p w14:paraId="0AB3DC46"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4.1 Studentwerk en beroepsproducten</w:t>
      </w:r>
    </w:p>
    <w:p w14:paraId="6FB65BED"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4.2 AI-output: let op</w:t>
      </w:r>
    </w:p>
    <w:p w14:paraId="2EDA689A"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4.3 Transparantie bij AI-content</w:t>
      </w:r>
    </w:p>
    <w:p w14:paraId="7EA8C8AD"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4.4 leermaterialen van uitgevers</w:t>
      </w:r>
    </w:p>
    <w:p w14:paraId="6108A1EB" w14:textId="77777777" w:rsidR="00820A2F" w:rsidRPr="00011A9C" w:rsidRDefault="00820A2F" w:rsidP="00936394">
      <w:pPr>
        <w:pStyle w:val="Kop1"/>
        <w:spacing w:before="0" w:line="240" w:lineRule="auto"/>
        <w:rPr>
          <w:color w:val="000000" w:themeColor="text1"/>
          <w:sz w:val="16"/>
          <w:szCs w:val="16"/>
          <w:lang w:val="nl-NL"/>
        </w:rPr>
      </w:pPr>
    </w:p>
    <w:p w14:paraId="568833B1" w14:textId="02506393" w:rsidR="00820A2F" w:rsidRPr="00011A9C" w:rsidRDefault="00820A2F" w:rsidP="00936394">
      <w:pPr>
        <w:pStyle w:val="Kop1"/>
        <w:spacing w:before="0" w:line="240" w:lineRule="auto"/>
        <w:rPr>
          <w:color w:val="000000" w:themeColor="text1"/>
          <w:sz w:val="16"/>
          <w:szCs w:val="16"/>
          <w:lang w:val="nl-NL"/>
        </w:rPr>
      </w:pPr>
      <w:r w:rsidRPr="00011A9C">
        <w:rPr>
          <w:color w:val="000000" w:themeColor="text1"/>
          <w:sz w:val="16"/>
          <w:szCs w:val="16"/>
          <w:lang w:val="nl-NL"/>
        </w:rPr>
        <w:t>Hoofdstuk 5 – Waar kan het misgaan met AI en hoe voorkom je dat?</w:t>
      </w:r>
    </w:p>
    <w:p w14:paraId="383DE8ED"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5.1 Hallucinaties: verzonnen feiten, bronnen en jurisprudentie</w:t>
      </w:r>
    </w:p>
    <w:p w14:paraId="40F673F3"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5.2 Over-zekerheid en ‘juridische toon’</w:t>
      </w:r>
    </w:p>
    <w:p w14:paraId="092076E2"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5.3 Vleierij en bevestigingsbias</w:t>
      </w:r>
    </w:p>
    <w:p w14:paraId="47623459"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5.4 Bias en oneerlijkheid</w:t>
      </w:r>
    </w:p>
    <w:p w14:paraId="6DFD70AD"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5.5 Privacy en vertrouwelijkheid</w:t>
      </w:r>
    </w:p>
    <w:p w14:paraId="2CC90221"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5.6 Academische integriteit</w:t>
      </w:r>
    </w:p>
    <w:p w14:paraId="3A562866"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5.7 Mini-checklist: veilig en verstandig AI-gebruik in 60 seconden</w:t>
      </w:r>
    </w:p>
    <w:p w14:paraId="78563F3B" w14:textId="77777777" w:rsidR="00820A2F" w:rsidRPr="00011A9C" w:rsidRDefault="00820A2F" w:rsidP="00936394">
      <w:pPr>
        <w:pStyle w:val="Kop2"/>
        <w:spacing w:before="0" w:line="240" w:lineRule="auto"/>
        <w:rPr>
          <w:color w:val="000000" w:themeColor="text1"/>
          <w:sz w:val="16"/>
          <w:szCs w:val="16"/>
          <w:lang w:val="nl-NL"/>
        </w:rPr>
      </w:pPr>
      <w:r w:rsidRPr="00011A9C">
        <w:rPr>
          <w:color w:val="000000" w:themeColor="text1"/>
          <w:sz w:val="16"/>
          <w:szCs w:val="16"/>
          <w:lang w:val="nl-NL"/>
        </w:rPr>
        <w:t>5.8 Rode vlaggen: signalen dat je moet stoppen en checken</w:t>
      </w:r>
    </w:p>
    <w:p w14:paraId="3C116C9C" w14:textId="77777777" w:rsidR="00B27D7D" w:rsidRDefault="00B27D7D" w:rsidP="00936394">
      <w:pPr>
        <w:spacing w:before="0" w:after="0" w:line="240" w:lineRule="auto"/>
        <w:rPr>
          <w:rFonts w:asciiTheme="majorHAnsi" w:eastAsiaTheme="majorEastAsia" w:hAnsiTheme="majorHAnsi" w:cstheme="majorBidi"/>
          <w:b/>
          <w:bCs/>
          <w:color w:val="000000" w:themeColor="text1"/>
          <w:sz w:val="32"/>
          <w:szCs w:val="28"/>
          <w:lang w:val="nl-NL"/>
        </w:rPr>
      </w:pPr>
      <w:r>
        <w:rPr>
          <w:color w:val="000000" w:themeColor="text1"/>
          <w:lang w:val="nl-NL"/>
        </w:rPr>
        <w:br w:type="page"/>
      </w:r>
    </w:p>
    <w:p w14:paraId="03807E15" w14:textId="77777777" w:rsidR="00B27D7D" w:rsidRPr="00371B3A" w:rsidRDefault="00B27D7D" w:rsidP="00936394">
      <w:pPr>
        <w:pStyle w:val="Kop1"/>
        <w:spacing w:before="0" w:line="240" w:lineRule="auto"/>
        <w:rPr>
          <w:color w:val="000000" w:themeColor="text1"/>
          <w:sz w:val="28"/>
          <w:szCs w:val="28"/>
          <w:lang w:val="nl-NL"/>
        </w:rPr>
      </w:pPr>
      <w:r w:rsidRPr="00371B3A">
        <w:rPr>
          <w:color w:val="000000" w:themeColor="text1"/>
          <w:sz w:val="28"/>
          <w:szCs w:val="28"/>
          <w:lang w:val="nl-NL"/>
        </w:rPr>
        <w:lastRenderedPageBreak/>
        <w:t>Hoofdstuk 1 – Wat is AI-geletterdheid en waarom is het relevant?</w:t>
      </w:r>
    </w:p>
    <w:p w14:paraId="7371A432"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AI-geletterdheid is het vermogen om AI-systemen te begrijpen, te gebruiken en kritisch te beoordelen. Het gaat om technische basiskennis, praktische vaardigheden en bewustzijn van ethische, sociale en juridische risico’s.</w:t>
      </w:r>
    </w:p>
    <w:p w14:paraId="69B517AF" w14:textId="77777777" w:rsidR="00B27D7D" w:rsidRDefault="00B27D7D" w:rsidP="00936394">
      <w:pPr>
        <w:spacing w:before="0" w:after="0" w:line="240" w:lineRule="auto"/>
        <w:rPr>
          <w:color w:val="000000" w:themeColor="text1"/>
          <w:lang w:val="nl-NL"/>
        </w:rPr>
      </w:pPr>
      <w:r w:rsidRPr="006332C1">
        <w:rPr>
          <w:color w:val="000000" w:themeColor="text1"/>
          <w:lang w:val="nl-NL"/>
        </w:rPr>
        <w:t>De EU AI Act bevat een bepaling over AI-geletterdheid: organisaties die AI aanbieden of inzetten moeten maatregelen nemen om een passend niveau van AI-geletterdheid te waarborgen bij personeel en anderen die namens hen met AI werken (afhankelijk van kennis, ervaring en de context van gebruik).</w:t>
      </w:r>
    </w:p>
    <w:p w14:paraId="7E246D92" w14:textId="77777777" w:rsidR="00371B3A" w:rsidRPr="006332C1" w:rsidRDefault="00371B3A" w:rsidP="00936394">
      <w:pPr>
        <w:spacing w:before="0" w:after="0" w:line="240" w:lineRule="auto"/>
        <w:rPr>
          <w:color w:val="000000" w:themeColor="text1"/>
          <w:lang w:val="nl-NL"/>
        </w:rPr>
      </w:pPr>
    </w:p>
    <w:p w14:paraId="635A88C9" w14:textId="77777777" w:rsidR="00B27D7D" w:rsidRPr="006332C1" w:rsidRDefault="00B27D7D" w:rsidP="00936394">
      <w:pPr>
        <w:pStyle w:val="Kop2"/>
        <w:spacing w:before="0" w:line="240" w:lineRule="auto"/>
        <w:rPr>
          <w:color w:val="000000" w:themeColor="text1"/>
          <w:lang w:val="nl-NL"/>
        </w:rPr>
      </w:pPr>
      <w:r w:rsidRPr="006332C1">
        <w:rPr>
          <w:color w:val="000000" w:themeColor="text1"/>
          <w:lang w:val="nl-NL"/>
        </w:rPr>
        <w:t>De vier bouwstenen</w:t>
      </w:r>
    </w:p>
    <w:p w14:paraId="233E7CA9"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Technisch begrip: weten wat een taalmodel ongeveer doet en waarom uitkomsten kunnen variëren of fout kunnen zijn.</w:t>
      </w:r>
    </w:p>
    <w:p w14:paraId="2F41199D"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Ethisch en sociaal bewustzijn: zien waar AI kan raken aan grondrechten, discriminatie, privacy en ongelijkheid.</w:t>
      </w:r>
    </w:p>
    <w:p w14:paraId="6F807B0B"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Praktisch gebruik: AI effectief inzetten (heldere prompts, itereren, passend taakgebruik).</w:t>
      </w:r>
    </w:p>
    <w:p w14:paraId="2EFD3B20"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Kritische beoordeling: output kunnen checken en in context plaatsen (zeker bij juridische inhoud: broncontrole)</w:t>
      </w:r>
      <w:r>
        <w:rPr>
          <w:color w:val="000000" w:themeColor="text1"/>
          <w:lang w:val="nl-NL"/>
        </w:rPr>
        <w:t>.</w:t>
      </w:r>
    </w:p>
    <w:p w14:paraId="53224C3C" w14:textId="77777777" w:rsidR="00371B3A" w:rsidRPr="00BB63BA" w:rsidRDefault="00371B3A" w:rsidP="000B0F97">
      <w:pPr>
        <w:pStyle w:val="Lijstopsomteken"/>
        <w:numPr>
          <w:ilvl w:val="0"/>
          <w:numId w:val="0"/>
        </w:numPr>
        <w:spacing w:before="0" w:after="0" w:line="240" w:lineRule="auto"/>
        <w:ind w:left="360"/>
        <w:rPr>
          <w:color w:val="000000" w:themeColor="text1"/>
          <w:lang w:val="nl-NL"/>
        </w:rPr>
      </w:pPr>
    </w:p>
    <w:p w14:paraId="43D20448" w14:textId="289C7C0E" w:rsidR="00B27D7D" w:rsidRPr="006332C1" w:rsidRDefault="00B27D7D" w:rsidP="00936394">
      <w:pPr>
        <w:pStyle w:val="Kop1"/>
        <w:spacing w:before="0" w:line="240" w:lineRule="auto"/>
        <w:rPr>
          <w:color w:val="000000" w:themeColor="text1"/>
          <w:lang w:val="nl-NL"/>
        </w:rPr>
      </w:pPr>
      <w:r w:rsidRPr="006332C1">
        <w:rPr>
          <w:color w:val="000000" w:themeColor="text1"/>
          <w:lang w:val="nl-NL"/>
        </w:rPr>
        <w:t xml:space="preserve">Hoofdstuk </w:t>
      </w:r>
      <w:r>
        <w:rPr>
          <w:color w:val="000000" w:themeColor="text1"/>
          <w:lang w:val="nl-NL"/>
        </w:rPr>
        <w:t>2</w:t>
      </w:r>
      <w:r w:rsidRPr="006332C1">
        <w:rPr>
          <w:color w:val="000000" w:themeColor="text1"/>
          <w:lang w:val="nl-NL"/>
        </w:rPr>
        <w:t xml:space="preserve"> – Wettelijk</w:t>
      </w:r>
      <w:r w:rsidR="00AA4EC2">
        <w:rPr>
          <w:color w:val="000000" w:themeColor="text1"/>
          <w:lang w:val="nl-NL"/>
        </w:rPr>
        <w:t>-</w:t>
      </w:r>
      <w:r w:rsidRPr="006332C1">
        <w:rPr>
          <w:color w:val="000000" w:themeColor="text1"/>
          <w:lang w:val="nl-NL"/>
        </w:rPr>
        <w:t xml:space="preserve"> en beleidskader: wat mag wel en niet?</w:t>
      </w:r>
    </w:p>
    <w:p w14:paraId="6AFB06D6" w14:textId="77777777" w:rsidR="00B27D7D" w:rsidRDefault="00B27D7D" w:rsidP="00936394">
      <w:pPr>
        <w:spacing w:before="0" w:after="0" w:line="240" w:lineRule="auto"/>
        <w:rPr>
          <w:color w:val="000000" w:themeColor="text1"/>
          <w:lang w:val="nl-NL"/>
        </w:rPr>
      </w:pPr>
      <w:r w:rsidRPr="006332C1">
        <w:rPr>
          <w:color w:val="000000" w:themeColor="text1"/>
          <w:lang w:val="nl-NL"/>
        </w:rPr>
        <w:t>In de praktijk zijn vooral deze kaders relevant: instellingsbeleid, de EU AI Act, de AVG en het auteursrecht. Daarnaast gelden in onderwijs context-specifieke zorgplichten rondom een veilige leeromgeving en zorgvuldige digitale ondersteuning.</w:t>
      </w:r>
    </w:p>
    <w:p w14:paraId="561BB0FA" w14:textId="77777777" w:rsidR="00371B3A" w:rsidRPr="006332C1" w:rsidRDefault="00371B3A" w:rsidP="00936394">
      <w:pPr>
        <w:spacing w:before="0" w:after="0" w:line="240" w:lineRule="auto"/>
        <w:rPr>
          <w:color w:val="000000" w:themeColor="text1"/>
          <w:lang w:val="nl-NL"/>
        </w:rPr>
      </w:pPr>
    </w:p>
    <w:p w14:paraId="3B4220ED" w14:textId="77777777" w:rsidR="00B27D7D" w:rsidRPr="006332C1" w:rsidRDefault="00B27D7D" w:rsidP="00936394">
      <w:pPr>
        <w:pStyle w:val="Kop2"/>
        <w:spacing w:before="0" w:line="240" w:lineRule="auto"/>
        <w:rPr>
          <w:color w:val="000000" w:themeColor="text1"/>
          <w:lang w:val="nl-NL"/>
        </w:rPr>
      </w:pPr>
      <w:r>
        <w:rPr>
          <w:color w:val="000000" w:themeColor="text1"/>
          <w:lang w:val="nl-NL"/>
        </w:rPr>
        <w:t>2</w:t>
      </w:r>
      <w:r w:rsidRPr="006332C1">
        <w:rPr>
          <w:color w:val="000000" w:themeColor="text1"/>
          <w:lang w:val="nl-NL"/>
        </w:rPr>
        <w:t>.1 Instellingsbeleid</w:t>
      </w:r>
    </w:p>
    <w:p w14:paraId="72F5EE33" w14:textId="77777777" w:rsidR="00B27D7D" w:rsidRPr="006332C1" w:rsidRDefault="00B27D7D" w:rsidP="00936394">
      <w:pPr>
        <w:spacing w:before="0" w:after="0" w:line="240" w:lineRule="auto"/>
        <w:rPr>
          <w:color w:val="000000" w:themeColor="text1"/>
        </w:rPr>
      </w:pPr>
      <w:r w:rsidRPr="006332C1">
        <w:rPr>
          <w:color w:val="000000" w:themeColor="text1"/>
          <w:lang w:val="nl-NL"/>
        </w:rPr>
        <w:t xml:space="preserve">Instellingen kunnen AI-gebruik toestaan of beperken via beleid, en soms ‘veilige’ tools aanwijzen (bijvoorbeeld </w:t>
      </w:r>
      <w:proofErr w:type="spellStart"/>
      <w:r w:rsidRPr="006332C1">
        <w:rPr>
          <w:color w:val="000000" w:themeColor="text1"/>
          <w:lang w:val="nl-NL"/>
        </w:rPr>
        <w:t>enterprise</w:t>
      </w:r>
      <w:proofErr w:type="spellEnd"/>
      <w:r w:rsidRPr="006332C1">
        <w:rPr>
          <w:color w:val="000000" w:themeColor="text1"/>
          <w:lang w:val="nl-NL"/>
        </w:rPr>
        <w:t xml:space="preserve">-varianten met afspraken over gegevensverwerking). </w:t>
      </w:r>
      <w:proofErr w:type="spellStart"/>
      <w:r w:rsidRPr="006332C1">
        <w:rPr>
          <w:color w:val="000000" w:themeColor="text1"/>
        </w:rPr>
        <w:t>Volg</w:t>
      </w:r>
      <w:proofErr w:type="spellEnd"/>
      <w:r w:rsidRPr="006332C1">
        <w:rPr>
          <w:color w:val="000000" w:themeColor="text1"/>
        </w:rPr>
        <w:t xml:space="preserve"> </w:t>
      </w:r>
      <w:proofErr w:type="spellStart"/>
      <w:r w:rsidRPr="006332C1">
        <w:rPr>
          <w:color w:val="000000" w:themeColor="text1"/>
        </w:rPr>
        <w:t>altijd</w:t>
      </w:r>
      <w:proofErr w:type="spellEnd"/>
      <w:r w:rsidRPr="006332C1">
        <w:rPr>
          <w:color w:val="000000" w:themeColor="text1"/>
        </w:rPr>
        <w:t>:</w:t>
      </w:r>
    </w:p>
    <w:p w14:paraId="5FC00D04"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 xml:space="preserve">het actuele AI-beleid en de aangewezen </w:t>
      </w:r>
      <w:proofErr w:type="spellStart"/>
      <w:r w:rsidRPr="006332C1">
        <w:rPr>
          <w:color w:val="000000" w:themeColor="text1"/>
          <w:lang w:val="nl-NL"/>
        </w:rPr>
        <w:t>tooling</w:t>
      </w:r>
      <w:proofErr w:type="spellEnd"/>
      <w:r w:rsidRPr="006332C1">
        <w:rPr>
          <w:color w:val="000000" w:themeColor="text1"/>
          <w:lang w:val="nl-NL"/>
        </w:rPr>
        <w:t>;</w:t>
      </w:r>
    </w:p>
    <w:p w14:paraId="65C04145"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de afgesproken inlogroutes (bijv. instellingsaccount);</w:t>
      </w:r>
    </w:p>
    <w:p w14:paraId="1B94E6B6"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de afspraken over dataverwerking, opslag en bewaartermijnen.</w:t>
      </w:r>
    </w:p>
    <w:p w14:paraId="3A638426" w14:textId="77777777" w:rsidR="00B27D7D" w:rsidRPr="006332C1" w:rsidRDefault="00B27D7D" w:rsidP="00936394">
      <w:pPr>
        <w:pStyle w:val="Lijstopsomteken"/>
        <w:numPr>
          <w:ilvl w:val="0"/>
          <w:numId w:val="0"/>
        </w:numPr>
        <w:spacing w:before="0" w:after="0" w:line="240" w:lineRule="auto"/>
        <w:ind w:left="360" w:hanging="360"/>
        <w:rPr>
          <w:color w:val="000000" w:themeColor="text1"/>
          <w:lang w:val="nl-NL"/>
        </w:rPr>
      </w:pPr>
    </w:p>
    <w:p w14:paraId="16D169D8" w14:textId="67A5D5DB" w:rsidR="00B27D7D" w:rsidRPr="006332C1" w:rsidRDefault="00B27D7D" w:rsidP="00936394">
      <w:pPr>
        <w:pStyle w:val="Lijstopsomteken"/>
        <w:numPr>
          <w:ilvl w:val="0"/>
          <w:numId w:val="0"/>
        </w:numPr>
        <w:spacing w:before="0" w:after="0" w:line="240" w:lineRule="auto"/>
        <w:rPr>
          <w:color w:val="000000" w:themeColor="text1"/>
          <w:lang w:val="nl-NL"/>
        </w:rPr>
      </w:pPr>
      <w:r w:rsidRPr="006332C1">
        <w:rPr>
          <w:color w:val="000000" w:themeColor="text1"/>
          <w:lang w:val="nl-NL"/>
        </w:rPr>
        <w:t xml:space="preserve">Binnen de JHS is het gebruik van generatieve AI toegestaan. Dat geldt zowel voor studenten als docenten. Er zijn er enkele beperkingen. Zo moet een student toestemming vragen aan een externe opdrachtgever (of de werkgever bij de deeltijdstudent) als hij generatieve AI wil inzetten bij het maken van de opdracht. Ook kan het gebruik van generatieve AI worden uitgesloten bij een bepaalde opdracht, denk aan de </w:t>
      </w:r>
      <w:r w:rsidR="008F2DA7">
        <w:rPr>
          <w:color w:val="000000" w:themeColor="text1"/>
          <w:lang w:val="nl-NL"/>
        </w:rPr>
        <w:t>kennis</w:t>
      </w:r>
      <w:r w:rsidRPr="006332C1">
        <w:rPr>
          <w:color w:val="000000" w:themeColor="text1"/>
          <w:lang w:val="nl-NL"/>
        </w:rPr>
        <w:t xml:space="preserve">toets in de propedeuse en het invullen van de verantwoording van de </w:t>
      </w:r>
      <w:proofErr w:type="spellStart"/>
      <w:r w:rsidRPr="006332C1">
        <w:rPr>
          <w:color w:val="000000" w:themeColor="text1"/>
          <w:lang w:val="nl-NL"/>
        </w:rPr>
        <w:t>rubric</w:t>
      </w:r>
      <w:proofErr w:type="spellEnd"/>
      <w:r w:rsidRPr="006332C1">
        <w:rPr>
          <w:color w:val="000000" w:themeColor="text1"/>
          <w:lang w:val="nl-NL"/>
        </w:rPr>
        <w:t xml:space="preserve">. </w:t>
      </w:r>
    </w:p>
    <w:p w14:paraId="7AD6343E" w14:textId="77777777" w:rsidR="00B27D7D" w:rsidRPr="006332C1" w:rsidRDefault="00B27D7D" w:rsidP="00936394">
      <w:pPr>
        <w:pStyle w:val="Lijstopsomteken"/>
        <w:numPr>
          <w:ilvl w:val="0"/>
          <w:numId w:val="0"/>
        </w:numPr>
        <w:spacing w:before="0" w:after="0" w:line="240" w:lineRule="auto"/>
        <w:rPr>
          <w:color w:val="000000" w:themeColor="text1"/>
          <w:lang w:val="nl-NL"/>
        </w:rPr>
      </w:pPr>
    </w:p>
    <w:p w14:paraId="069F383F" w14:textId="77777777" w:rsidR="00B27D7D" w:rsidRDefault="00B27D7D" w:rsidP="00936394">
      <w:pPr>
        <w:pStyle w:val="Lijstopsomteken"/>
        <w:numPr>
          <w:ilvl w:val="0"/>
          <w:numId w:val="0"/>
        </w:numPr>
        <w:spacing w:before="0" w:after="0" w:line="240" w:lineRule="auto"/>
        <w:rPr>
          <w:color w:val="000000" w:themeColor="text1"/>
          <w:lang w:val="nl-NL"/>
        </w:rPr>
      </w:pPr>
      <w:r w:rsidRPr="006332C1">
        <w:rPr>
          <w:color w:val="000000" w:themeColor="text1"/>
          <w:lang w:val="nl-NL"/>
        </w:rPr>
        <w:t xml:space="preserve">Het beleid van de JHS is te vinden op </w:t>
      </w:r>
      <w:proofErr w:type="spellStart"/>
      <w:r w:rsidRPr="006332C1">
        <w:rPr>
          <w:color w:val="000000" w:themeColor="text1"/>
          <w:lang w:val="nl-NL"/>
        </w:rPr>
        <w:t>Brightspace</w:t>
      </w:r>
      <w:proofErr w:type="spellEnd"/>
      <w:r w:rsidRPr="006332C1">
        <w:rPr>
          <w:color w:val="000000" w:themeColor="text1"/>
          <w:lang w:val="nl-NL"/>
        </w:rPr>
        <w:t xml:space="preserve"> op het Academieplein</w:t>
      </w:r>
      <w:r>
        <w:rPr>
          <w:color w:val="000000" w:themeColor="text1"/>
          <w:lang w:val="nl-NL"/>
        </w:rPr>
        <w:t xml:space="preserve"> onder de tegel AI</w:t>
      </w:r>
      <w:r w:rsidRPr="006332C1">
        <w:rPr>
          <w:color w:val="000000" w:themeColor="text1"/>
          <w:lang w:val="nl-NL"/>
        </w:rPr>
        <w:t>.</w:t>
      </w:r>
    </w:p>
    <w:p w14:paraId="0E193A18" w14:textId="77777777" w:rsidR="00371B3A" w:rsidRPr="006332C1" w:rsidRDefault="00371B3A" w:rsidP="00936394">
      <w:pPr>
        <w:pStyle w:val="Lijstopsomteken"/>
        <w:numPr>
          <w:ilvl w:val="0"/>
          <w:numId w:val="0"/>
        </w:numPr>
        <w:spacing w:before="0" w:after="0" w:line="240" w:lineRule="auto"/>
        <w:rPr>
          <w:color w:val="000000" w:themeColor="text1"/>
          <w:lang w:val="nl-NL"/>
        </w:rPr>
      </w:pPr>
    </w:p>
    <w:p w14:paraId="253D76F8" w14:textId="77777777" w:rsidR="00B27D7D" w:rsidRPr="006332C1" w:rsidRDefault="00B27D7D" w:rsidP="00936394">
      <w:pPr>
        <w:pStyle w:val="Kop2"/>
        <w:spacing w:before="0" w:line="240" w:lineRule="auto"/>
        <w:rPr>
          <w:color w:val="000000" w:themeColor="text1"/>
          <w:lang w:val="nl-NL"/>
        </w:rPr>
      </w:pPr>
      <w:r>
        <w:rPr>
          <w:color w:val="000000" w:themeColor="text1"/>
          <w:lang w:val="nl-NL"/>
        </w:rPr>
        <w:t>2</w:t>
      </w:r>
      <w:r w:rsidRPr="006332C1">
        <w:rPr>
          <w:color w:val="000000" w:themeColor="text1"/>
          <w:lang w:val="nl-NL"/>
        </w:rPr>
        <w:t>.2 EU AI Act in hoofdlijnen</w:t>
      </w:r>
    </w:p>
    <w:p w14:paraId="4209D6C5" w14:textId="77777777" w:rsidR="00B27D7D" w:rsidRDefault="00B27D7D" w:rsidP="00936394">
      <w:pPr>
        <w:spacing w:before="0" w:after="0" w:line="240" w:lineRule="auto"/>
        <w:rPr>
          <w:color w:val="000000" w:themeColor="text1"/>
          <w:lang w:val="nl-NL"/>
        </w:rPr>
      </w:pPr>
      <w:r w:rsidRPr="006332C1">
        <w:rPr>
          <w:color w:val="000000" w:themeColor="text1"/>
          <w:lang w:val="nl-NL"/>
        </w:rPr>
        <w:t xml:space="preserve">De EU AI Act werkt </w:t>
      </w:r>
      <w:proofErr w:type="spellStart"/>
      <w:r w:rsidRPr="006332C1">
        <w:rPr>
          <w:color w:val="000000" w:themeColor="text1"/>
          <w:lang w:val="nl-NL"/>
        </w:rPr>
        <w:t>risicogebaseerd</w:t>
      </w:r>
      <w:proofErr w:type="spellEnd"/>
      <w:r w:rsidRPr="006332C1">
        <w:rPr>
          <w:color w:val="000000" w:themeColor="text1"/>
          <w:lang w:val="nl-NL"/>
        </w:rPr>
        <w:t>: hoe groter het risico voor veiligheid en fundamentele rechten, hoe zwaarder de verplichtingen.</w:t>
      </w:r>
    </w:p>
    <w:p w14:paraId="4E59E4A5" w14:textId="77777777" w:rsidR="001843FE" w:rsidRDefault="001843FE" w:rsidP="00936394">
      <w:pPr>
        <w:spacing w:before="0" w:after="0" w:line="240" w:lineRule="auto"/>
        <w:rPr>
          <w:color w:val="000000" w:themeColor="text1"/>
          <w:lang w:val="nl-NL"/>
        </w:rPr>
      </w:pPr>
    </w:p>
    <w:p w14:paraId="0D344B2C" w14:textId="77777777" w:rsidR="001843FE" w:rsidRDefault="001843FE" w:rsidP="00936394">
      <w:pPr>
        <w:spacing w:before="0" w:after="0" w:line="240" w:lineRule="auto"/>
        <w:rPr>
          <w:color w:val="000000" w:themeColor="text1"/>
          <w:lang w:val="nl-NL"/>
        </w:rPr>
      </w:pPr>
    </w:p>
    <w:p w14:paraId="0E8112C5" w14:textId="69A58034" w:rsidR="00B27D7D" w:rsidRDefault="00B27D7D" w:rsidP="00936394">
      <w:pPr>
        <w:spacing w:before="0" w:after="0" w:line="240" w:lineRule="auto"/>
        <w:rPr>
          <w:color w:val="000000" w:themeColor="text1"/>
          <w:lang w:val="nl-NL"/>
        </w:rPr>
      </w:pPr>
      <w:r w:rsidRPr="00A25ED7">
        <w:rPr>
          <w:color w:val="000000" w:themeColor="text1"/>
          <w:lang w:val="nl-NL"/>
        </w:rPr>
        <w:t>De AI Act onderscheidt drie hoofdcategorieën die voor onderwijs relevant zijn: verboden praktijken (die je helemaal niet mag toepassen), hoog-risico toepassingen (met zware verplichtingen rond transparantie, documentatie en menselijk toezicht), en transparantieplichten (die gelden voor alle AI-systemen die interactie met mensen hebben of content genereren). Hieronder lichten we per categorie toe wat dit betekent voor jouw werk als docent.</w:t>
      </w:r>
    </w:p>
    <w:p w14:paraId="5B83FC31" w14:textId="77777777" w:rsidR="000B0F97" w:rsidRPr="00A25ED7" w:rsidRDefault="000B0F97" w:rsidP="00936394">
      <w:pPr>
        <w:spacing w:before="0" w:after="0" w:line="240" w:lineRule="auto"/>
        <w:rPr>
          <w:color w:val="000000" w:themeColor="text1"/>
          <w:lang w:val="nl-NL"/>
        </w:rPr>
      </w:pPr>
    </w:p>
    <w:p w14:paraId="08B9C2D2" w14:textId="77777777" w:rsidR="00B27D7D" w:rsidRPr="006332C1" w:rsidRDefault="00B27D7D" w:rsidP="00936394">
      <w:pPr>
        <w:pStyle w:val="Kop3"/>
        <w:spacing w:before="0" w:line="240" w:lineRule="auto"/>
        <w:rPr>
          <w:color w:val="000000" w:themeColor="text1"/>
          <w:lang w:val="nl-NL"/>
        </w:rPr>
      </w:pPr>
      <w:r w:rsidRPr="006332C1">
        <w:rPr>
          <w:color w:val="000000" w:themeColor="text1"/>
          <w:lang w:val="nl-NL"/>
        </w:rPr>
        <w:lastRenderedPageBreak/>
        <w:t>Verboden praktijken (relevant voor onderwijs)</w:t>
      </w:r>
    </w:p>
    <w:p w14:paraId="5973AF0E"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Emotieherkenning in onderwijsinstellingen is in beginsel verboden, met beperkte uitzonderingen (bijv. medische of veiligheidsdoeleinden).</w:t>
      </w:r>
    </w:p>
    <w:p w14:paraId="126464C5" w14:textId="46A7CFE9" w:rsidR="00AA4EC2" w:rsidRDefault="00B27D7D" w:rsidP="000B0F97">
      <w:pPr>
        <w:pStyle w:val="Lijstopsomteken"/>
        <w:spacing w:before="0" w:after="0" w:line="240" w:lineRule="auto"/>
        <w:rPr>
          <w:color w:val="000000" w:themeColor="text1"/>
          <w:lang w:val="nl-NL"/>
        </w:rPr>
      </w:pPr>
      <w:r w:rsidRPr="006332C1">
        <w:rPr>
          <w:color w:val="000000" w:themeColor="text1"/>
          <w:lang w:val="nl-NL"/>
        </w:rPr>
        <w:t xml:space="preserve">Andere verboden praktijken kunnen spelen bij manipulatie of het uitbuiten van kwetsbaarheden. Een applicatie met als doel om een student zo lang mogelijk online te houden kan onder omstandigheden bijvoorbeeld worden aangemerkt als </w:t>
      </w:r>
      <w:r>
        <w:rPr>
          <w:color w:val="000000" w:themeColor="text1"/>
          <w:lang w:val="nl-NL"/>
        </w:rPr>
        <w:t xml:space="preserve">een </w:t>
      </w:r>
      <w:r w:rsidRPr="006332C1">
        <w:rPr>
          <w:color w:val="000000" w:themeColor="text1"/>
          <w:lang w:val="nl-NL"/>
        </w:rPr>
        <w:t>verboden praktijk.</w:t>
      </w:r>
    </w:p>
    <w:p w14:paraId="63D242F0" w14:textId="77777777" w:rsidR="000B0F97" w:rsidRPr="000B0F97" w:rsidRDefault="000B0F97" w:rsidP="000B0F97">
      <w:pPr>
        <w:pStyle w:val="Lijstopsomteken"/>
        <w:numPr>
          <w:ilvl w:val="0"/>
          <w:numId w:val="0"/>
        </w:numPr>
        <w:spacing w:before="0" w:after="0" w:line="240" w:lineRule="auto"/>
        <w:ind w:left="360"/>
        <w:rPr>
          <w:color w:val="000000" w:themeColor="text1"/>
          <w:lang w:val="nl-NL"/>
        </w:rPr>
      </w:pPr>
    </w:p>
    <w:p w14:paraId="5E5AB235" w14:textId="77777777" w:rsidR="00B27D7D" w:rsidRPr="006332C1" w:rsidRDefault="00B27D7D" w:rsidP="00936394">
      <w:pPr>
        <w:pStyle w:val="Kop3"/>
        <w:spacing w:before="0" w:line="240" w:lineRule="auto"/>
        <w:rPr>
          <w:color w:val="000000" w:themeColor="text1"/>
          <w:lang w:val="nl-NL"/>
        </w:rPr>
      </w:pPr>
      <w:r w:rsidRPr="006332C1">
        <w:rPr>
          <w:color w:val="000000" w:themeColor="text1"/>
          <w:lang w:val="nl-NL"/>
        </w:rPr>
        <w:t>Hoog-risico toepassingen in onderwijs</w:t>
      </w:r>
    </w:p>
    <w:p w14:paraId="58737192"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AI voor toelating/plaatsing of toewijzing aan onderwijsprogramma’s.</w:t>
      </w:r>
    </w:p>
    <w:p w14:paraId="5FD8D178"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AI voor het evalueren van leeruitkomsten (zeker als dit de leerroute stuurt).</w:t>
      </w:r>
    </w:p>
    <w:p w14:paraId="1BE8C3DC"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AI voor monitoring en detectie van verboden gedrag tijdens toetsen (</w:t>
      </w:r>
      <w:proofErr w:type="spellStart"/>
      <w:r w:rsidRPr="006332C1">
        <w:rPr>
          <w:color w:val="000000" w:themeColor="text1"/>
          <w:lang w:val="nl-NL"/>
        </w:rPr>
        <w:t>proctoring</w:t>
      </w:r>
      <w:proofErr w:type="spellEnd"/>
      <w:r w:rsidRPr="006332C1">
        <w:rPr>
          <w:color w:val="000000" w:themeColor="text1"/>
          <w:lang w:val="nl-NL"/>
        </w:rPr>
        <w:t>-achtige toepassingen).</w:t>
      </w:r>
    </w:p>
    <w:p w14:paraId="68BE0DF3" w14:textId="77777777" w:rsidR="00AA4EC2" w:rsidRPr="006332C1" w:rsidRDefault="00AA4EC2" w:rsidP="00936394">
      <w:pPr>
        <w:pStyle w:val="Lijstopsomteken"/>
        <w:numPr>
          <w:ilvl w:val="0"/>
          <w:numId w:val="0"/>
        </w:numPr>
        <w:spacing w:before="0" w:after="0" w:line="240" w:lineRule="auto"/>
        <w:ind w:left="360"/>
        <w:rPr>
          <w:color w:val="000000" w:themeColor="text1"/>
          <w:lang w:val="nl-NL"/>
        </w:rPr>
      </w:pPr>
    </w:p>
    <w:p w14:paraId="4BAE8B8A" w14:textId="77777777" w:rsidR="00B27D7D" w:rsidRPr="006332C1" w:rsidRDefault="00B27D7D" w:rsidP="00936394">
      <w:pPr>
        <w:pStyle w:val="Kop3"/>
        <w:spacing w:before="0" w:line="240" w:lineRule="auto"/>
        <w:rPr>
          <w:color w:val="000000" w:themeColor="text1"/>
          <w:lang w:val="nl-NL"/>
        </w:rPr>
      </w:pPr>
      <w:r w:rsidRPr="006332C1">
        <w:rPr>
          <w:color w:val="000000" w:themeColor="text1"/>
          <w:lang w:val="nl-NL"/>
        </w:rPr>
        <w:t>Transparantieplichten (chatbots en AI-content)</w:t>
      </w:r>
    </w:p>
    <w:p w14:paraId="022C04F4"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 xml:space="preserve">Als je een </w:t>
      </w:r>
      <w:proofErr w:type="spellStart"/>
      <w:r w:rsidRPr="006332C1">
        <w:rPr>
          <w:color w:val="000000" w:themeColor="text1"/>
          <w:lang w:val="nl-NL"/>
        </w:rPr>
        <w:t>chatbot</w:t>
      </w:r>
      <w:proofErr w:type="spellEnd"/>
      <w:r w:rsidRPr="006332C1">
        <w:rPr>
          <w:color w:val="000000" w:themeColor="text1"/>
          <w:lang w:val="nl-NL"/>
        </w:rPr>
        <w:t xml:space="preserve"> inzet richting studenten, moet duidelijk zijn dat men met AI interacteert.</w:t>
      </w:r>
    </w:p>
    <w:p w14:paraId="6DC6B39E"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 xml:space="preserve">Bij AI-gegenereerde of gemanipuleerde content (bijv. </w:t>
      </w:r>
      <w:proofErr w:type="spellStart"/>
      <w:r w:rsidRPr="006332C1">
        <w:rPr>
          <w:color w:val="000000" w:themeColor="text1"/>
          <w:lang w:val="nl-NL"/>
        </w:rPr>
        <w:t>deepfakes</w:t>
      </w:r>
      <w:proofErr w:type="spellEnd"/>
      <w:r w:rsidRPr="006332C1">
        <w:rPr>
          <w:color w:val="000000" w:themeColor="text1"/>
          <w:lang w:val="nl-NL"/>
        </w:rPr>
        <w:t>) gelden transparantie-eisen; vermeld dus dat AI is gebruikt waar dat relevant is.</w:t>
      </w:r>
    </w:p>
    <w:p w14:paraId="2BD5B637" w14:textId="77777777" w:rsidR="00371B3A" w:rsidRPr="006332C1" w:rsidRDefault="00371B3A" w:rsidP="00936394">
      <w:pPr>
        <w:pStyle w:val="Lijstopsomteken"/>
        <w:numPr>
          <w:ilvl w:val="0"/>
          <w:numId w:val="0"/>
        </w:numPr>
        <w:spacing w:before="0" w:after="0" w:line="240" w:lineRule="auto"/>
        <w:ind w:left="360"/>
        <w:rPr>
          <w:color w:val="000000" w:themeColor="text1"/>
          <w:lang w:val="nl-NL"/>
        </w:rPr>
      </w:pPr>
    </w:p>
    <w:p w14:paraId="7AE5B054" w14:textId="77777777" w:rsidR="00B27D7D" w:rsidRPr="006332C1" w:rsidRDefault="00B27D7D" w:rsidP="00936394">
      <w:pPr>
        <w:pStyle w:val="Kop1"/>
        <w:spacing w:before="0" w:line="240" w:lineRule="auto"/>
        <w:rPr>
          <w:color w:val="000000" w:themeColor="text1"/>
          <w:lang w:val="nl-NL"/>
        </w:rPr>
      </w:pPr>
      <w:r w:rsidRPr="006332C1">
        <w:rPr>
          <w:color w:val="000000" w:themeColor="text1"/>
          <w:lang w:val="nl-NL"/>
        </w:rPr>
        <w:t xml:space="preserve">Hoofdstuk </w:t>
      </w:r>
      <w:r>
        <w:rPr>
          <w:color w:val="000000" w:themeColor="text1"/>
          <w:lang w:val="nl-NL"/>
        </w:rPr>
        <w:t>3</w:t>
      </w:r>
      <w:r w:rsidRPr="006332C1">
        <w:rPr>
          <w:color w:val="000000" w:themeColor="text1"/>
          <w:lang w:val="nl-NL"/>
        </w:rPr>
        <w:t xml:space="preserve"> – Privacy en AVG: veilig omgaan met persoonsgegevens</w:t>
      </w:r>
    </w:p>
    <w:p w14:paraId="58AA8811" w14:textId="77777777" w:rsidR="00B27D7D" w:rsidRDefault="00B27D7D" w:rsidP="00936394">
      <w:pPr>
        <w:spacing w:before="0" w:after="0" w:line="240" w:lineRule="auto"/>
        <w:rPr>
          <w:color w:val="000000" w:themeColor="text1"/>
          <w:lang w:val="nl-NL"/>
        </w:rPr>
      </w:pPr>
      <w:r w:rsidRPr="006332C1">
        <w:rPr>
          <w:color w:val="000000" w:themeColor="text1"/>
          <w:lang w:val="nl-NL"/>
        </w:rPr>
        <w:t>Bij AI-tools worden vaak persoonsgegevens verwerkt, zoals accountgegevens, IP-adressen en inhoud van prompts of uploads. Ook ‘ogenschijnlijk anonieme’ casussen kunnen soms herleidbaar zijn door unieke details.</w:t>
      </w:r>
      <w:r>
        <w:rPr>
          <w:color w:val="000000" w:themeColor="text1"/>
          <w:lang w:val="nl-NL"/>
        </w:rPr>
        <w:t xml:space="preserve"> </w:t>
      </w:r>
    </w:p>
    <w:p w14:paraId="3DCD5689" w14:textId="77777777" w:rsidR="000B0F97" w:rsidRPr="006332C1" w:rsidRDefault="000B0F97" w:rsidP="00936394">
      <w:pPr>
        <w:spacing w:before="0" w:after="0" w:line="240" w:lineRule="auto"/>
        <w:rPr>
          <w:color w:val="000000" w:themeColor="text1"/>
          <w:lang w:val="nl-NL"/>
        </w:rPr>
      </w:pPr>
    </w:p>
    <w:p w14:paraId="2132D044" w14:textId="3DF161A6" w:rsidR="00B27D7D" w:rsidRPr="006332C1" w:rsidRDefault="00B27D7D" w:rsidP="00936394">
      <w:pPr>
        <w:pStyle w:val="Kop2"/>
        <w:spacing w:before="0" w:line="240" w:lineRule="auto"/>
        <w:rPr>
          <w:color w:val="000000" w:themeColor="text1"/>
          <w:lang w:val="nl-NL"/>
        </w:rPr>
      </w:pPr>
      <w:r>
        <w:rPr>
          <w:color w:val="000000" w:themeColor="text1"/>
          <w:lang w:val="nl-NL"/>
        </w:rPr>
        <w:t>3</w:t>
      </w:r>
      <w:r w:rsidRPr="006332C1">
        <w:rPr>
          <w:color w:val="000000" w:themeColor="text1"/>
          <w:lang w:val="nl-NL"/>
        </w:rPr>
        <w:t>.</w:t>
      </w:r>
      <w:r>
        <w:rPr>
          <w:color w:val="000000" w:themeColor="text1"/>
          <w:lang w:val="nl-NL"/>
        </w:rPr>
        <w:t>1</w:t>
      </w:r>
      <w:r w:rsidRPr="006332C1">
        <w:rPr>
          <w:color w:val="000000" w:themeColor="text1"/>
          <w:lang w:val="nl-NL"/>
        </w:rPr>
        <w:t xml:space="preserve"> Verwerkersafspraken en veilige tooling</w:t>
      </w:r>
    </w:p>
    <w:p w14:paraId="356C7D3F" w14:textId="77777777" w:rsidR="00B27D7D" w:rsidRPr="00137420" w:rsidRDefault="00B27D7D" w:rsidP="00936394">
      <w:pPr>
        <w:spacing w:before="0" w:after="0" w:line="240" w:lineRule="auto"/>
        <w:rPr>
          <w:color w:val="000000" w:themeColor="text1"/>
          <w:lang w:val="nl-NL"/>
        </w:rPr>
      </w:pPr>
      <w:r w:rsidRPr="00137420">
        <w:rPr>
          <w:color w:val="000000" w:themeColor="text1"/>
          <w:lang w:val="nl-NL"/>
        </w:rPr>
        <w:t>Onderwijsinstellingen hebben zorgplicht en plicht tot veilige IT en scholen moeten veilige leeromgeving bieden.​</w:t>
      </w:r>
    </w:p>
    <w:p w14:paraId="4ADE4AD8" w14:textId="77777777" w:rsidR="00164AD9" w:rsidRDefault="00164AD9" w:rsidP="00936394">
      <w:pPr>
        <w:spacing w:before="0" w:after="0" w:line="240" w:lineRule="auto"/>
        <w:rPr>
          <w:color w:val="000000" w:themeColor="text1"/>
          <w:lang w:val="nl-NL"/>
        </w:rPr>
      </w:pPr>
    </w:p>
    <w:p w14:paraId="0D5BC7C4" w14:textId="6F750FE1" w:rsidR="00B27D7D" w:rsidRPr="00137420" w:rsidRDefault="00164AD9" w:rsidP="00936394">
      <w:pPr>
        <w:spacing w:before="0" w:after="0" w:line="240" w:lineRule="auto"/>
        <w:rPr>
          <w:color w:val="000000" w:themeColor="text1"/>
          <w:lang w:val="nl-NL"/>
        </w:rPr>
      </w:pPr>
      <w:r>
        <w:rPr>
          <w:color w:val="000000" w:themeColor="text1"/>
          <w:lang w:val="nl-NL"/>
        </w:rPr>
        <w:t>S</w:t>
      </w:r>
      <w:r w:rsidR="00B27D7D" w:rsidRPr="00137420">
        <w:rPr>
          <w:color w:val="000000" w:themeColor="text1"/>
          <w:lang w:val="nl-NL"/>
        </w:rPr>
        <w:t xml:space="preserve">tudenten </w:t>
      </w:r>
      <w:r>
        <w:rPr>
          <w:color w:val="000000" w:themeColor="text1"/>
          <w:lang w:val="nl-NL"/>
        </w:rPr>
        <w:t xml:space="preserve">mogen </w:t>
      </w:r>
      <w:r w:rsidR="00B27D7D" w:rsidRPr="00137420">
        <w:rPr>
          <w:color w:val="000000" w:themeColor="text1"/>
          <w:lang w:val="nl-NL"/>
        </w:rPr>
        <w:t>niet verplicht</w:t>
      </w:r>
      <w:r>
        <w:rPr>
          <w:color w:val="000000" w:themeColor="text1"/>
          <w:lang w:val="nl-NL"/>
        </w:rPr>
        <w:t xml:space="preserve"> worden </w:t>
      </w:r>
      <w:r w:rsidR="00B27D7D" w:rsidRPr="00137420">
        <w:rPr>
          <w:color w:val="000000" w:themeColor="text1"/>
          <w:lang w:val="nl-NL"/>
        </w:rPr>
        <w:t>tot gebruik van software waarvan de privacy niet kan worden gewaarborgd.​</w:t>
      </w:r>
      <w:r w:rsidR="00B27D7D">
        <w:rPr>
          <w:color w:val="000000" w:themeColor="text1"/>
          <w:lang w:val="nl-NL"/>
        </w:rPr>
        <w:t xml:space="preserve"> </w:t>
      </w:r>
      <w:r w:rsidR="00B27D7D" w:rsidRPr="00137420">
        <w:rPr>
          <w:color w:val="000000" w:themeColor="text1"/>
          <w:lang w:val="nl-NL"/>
        </w:rPr>
        <w:t>Verwerking van persoonsgegevens moet voorzienbaar, transparant en veilig zijn.</w:t>
      </w:r>
      <w:r>
        <w:rPr>
          <w:color w:val="000000" w:themeColor="text1"/>
          <w:lang w:val="nl-NL"/>
        </w:rPr>
        <w:t xml:space="preserve"> </w:t>
      </w:r>
      <w:r w:rsidR="00B27D7D" w:rsidRPr="00137420">
        <w:rPr>
          <w:color w:val="000000" w:themeColor="text1"/>
          <w:lang w:val="nl-NL"/>
        </w:rPr>
        <w:t>Een publieke AI-tool waar de school geen regie over heeft voldoet daar niet aan.​</w:t>
      </w:r>
    </w:p>
    <w:p w14:paraId="0713568C" w14:textId="77777777" w:rsidR="00164AD9" w:rsidRDefault="00164AD9" w:rsidP="00936394">
      <w:pPr>
        <w:spacing w:before="0" w:after="0" w:line="240" w:lineRule="auto"/>
        <w:rPr>
          <w:color w:val="000000" w:themeColor="text1"/>
          <w:lang w:val="nl-NL"/>
        </w:rPr>
      </w:pPr>
    </w:p>
    <w:p w14:paraId="150B5909" w14:textId="78EF155C" w:rsidR="00B27D7D" w:rsidRPr="006332C1" w:rsidRDefault="00B27D7D" w:rsidP="00936394">
      <w:pPr>
        <w:spacing w:before="0" w:after="0" w:line="240" w:lineRule="auto"/>
        <w:rPr>
          <w:color w:val="000000" w:themeColor="text1"/>
          <w:lang w:val="nl-NL"/>
        </w:rPr>
      </w:pPr>
      <w:r w:rsidRPr="006332C1">
        <w:rPr>
          <w:color w:val="000000" w:themeColor="text1"/>
          <w:lang w:val="nl-NL"/>
        </w:rPr>
        <w:t xml:space="preserve">Als een leverancier namens de instelling persoonsgegevens verwerkt, zijn meestal duidelijke contractuele afspraken nodig (zoals een verwerkersovereenkomst), inclusief beveiliging, </w:t>
      </w:r>
      <w:proofErr w:type="spellStart"/>
      <w:r w:rsidRPr="006332C1">
        <w:rPr>
          <w:color w:val="000000" w:themeColor="text1"/>
          <w:lang w:val="nl-NL"/>
        </w:rPr>
        <w:t>subverwerkers</w:t>
      </w:r>
      <w:proofErr w:type="spellEnd"/>
      <w:r w:rsidRPr="006332C1">
        <w:rPr>
          <w:color w:val="000000" w:themeColor="text1"/>
          <w:lang w:val="nl-NL"/>
        </w:rPr>
        <w:t xml:space="preserve">, doorgifte buiten de EER en bewaartermijnen. </w:t>
      </w:r>
      <w:r>
        <w:rPr>
          <w:color w:val="000000" w:themeColor="text1"/>
          <w:lang w:val="nl-NL"/>
        </w:rPr>
        <w:t xml:space="preserve">Door het gebruik van digitale systemen zoals AI-tools waarbij moet worden ingelogd door een student is al snel sprake van de verwerking van persoonsgegevens. </w:t>
      </w:r>
    </w:p>
    <w:p w14:paraId="4C143977" w14:textId="77777777" w:rsidR="00164AD9" w:rsidRDefault="00164AD9" w:rsidP="00936394">
      <w:pPr>
        <w:spacing w:before="0" w:after="0" w:line="240" w:lineRule="auto"/>
        <w:rPr>
          <w:color w:val="000000" w:themeColor="text1"/>
          <w:lang w:val="nl-NL"/>
        </w:rPr>
      </w:pPr>
    </w:p>
    <w:p w14:paraId="6F6375E6" w14:textId="4CEA1AD5" w:rsidR="00B27D7D" w:rsidRDefault="00B27D7D" w:rsidP="00936394">
      <w:pPr>
        <w:spacing w:before="0" w:after="0" w:line="240" w:lineRule="auto"/>
        <w:rPr>
          <w:color w:val="000000" w:themeColor="text1"/>
          <w:lang w:val="nl-NL"/>
        </w:rPr>
      </w:pPr>
      <w:r w:rsidRPr="006332C1">
        <w:rPr>
          <w:color w:val="000000" w:themeColor="text1"/>
          <w:lang w:val="nl-NL"/>
        </w:rPr>
        <w:t xml:space="preserve">Binnen </w:t>
      </w:r>
      <w:proofErr w:type="spellStart"/>
      <w:r w:rsidRPr="006332C1">
        <w:rPr>
          <w:color w:val="000000" w:themeColor="text1"/>
          <w:lang w:val="nl-NL"/>
        </w:rPr>
        <w:t>Avans</w:t>
      </w:r>
      <w:proofErr w:type="spellEnd"/>
      <w:r w:rsidRPr="006332C1">
        <w:rPr>
          <w:color w:val="000000" w:themeColor="text1"/>
          <w:lang w:val="nl-NL"/>
        </w:rPr>
        <w:t xml:space="preserve"> zijn voor de volgende tools verwerkersafspraken gemaakt: </w:t>
      </w:r>
      <w:proofErr w:type="spellStart"/>
      <w:r w:rsidRPr="006332C1">
        <w:rPr>
          <w:color w:val="000000" w:themeColor="text1"/>
          <w:lang w:val="nl-NL"/>
        </w:rPr>
        <w:t>Copilot</w:t>
      </w:r>
      <w:proofErr w:type="spellEnd"/>
      <w:r w:rsidRPr="006332C1">
        <w:rPr>
          <w:color w:val="000000" w:themeColor="text1"/>
          <w:lang w:val="nl-NL"/>
        </w:rPr>
        <w:t xml:space="preserve"> en </w:t>
      </w:r>
      <w:proofErr w:type="spellStart"/>
      <w:r w:rsidRPr="006332C1">
        <w:rPr>
          <w:color w:val="000000" w:themeColor="text1"/>
          <w:lang w:val="nl-NL"/>
        </w:rPr>
        <w:t>Genial</w:t>
      </w:r>
      <w:proofErr w:type="spellEnd"/>
      <w:r w:rsidRPr="006332C1">
        <w:rPr>
          <w:color w:val="000000" w:themeColor="text1"/>
          <w:lang w:val="nl-NL"/>
        </w:rPr>
        <w:t xml:space="preserve">. </w:t>
      </w:r>
      <w:r>
        <w:rPr>
          <w:color w:val="000000" w:themeColor="text1"/>
          <w:lang w:val="nl-NL"/>
        </w:rPr>
        <w:t xml:space="preserve">Met de meeste algemene tools, zoals </w:t>
      </w:r>
      <w:proofErr w:type="spellStart"/>
      <w:r>
        <w:rPr>
          <w:color w:val="000000" w:themeColor="text1"/>
          <w:lang w:val="nl-NL"/>
        </w:rPr>
        <w:t>ChatGPT</w:t>
      </w:r>
      <w:proofErr w:type="spellEnd"/>
      <w:r>
        <w:rPr>
          <w:color w:val="000000" w:themeColor="text1"/>
          <w:lang w:val="nl-NL"/>
        </w:rPr>
        <w:t xml:space="preserve">, Google Gemini, Claude en </w:t>
      </w:r>
      <w:proofErr w:type="spellStart"/>
      <w:r>
        <w:rPr>
          <w:color w:val="000000" w:themeColor="text1"/>
          <w:lang w:val="nl-NL"/>
        </w:rPr>
        <w:t>Grok</w:t>
      </w:r>
      <w:proofErr w:type="spellEnd"/>
      <w:r>
        <w:rPr>
          <w:color w:val="000000" w:themeColor="text1"/>
          <w:lang w:val="nl-NL"/>
        </w:rPr>
        <w:t xml:space="preserve"> zijn dergelijke afspraken niet gemaakt. Daarom mag een student niet verplicht worden om gebruik te maken van deze AI-tools.</w:t>
      </w:r>
    </w:p>
    <w:p w14:paraId="3E17E55F" w14:textId="77777777" w:rsidR="000B0F97" w:rsidRPr="006332C1" w:rsidRDefault="000B0F97" w:rsidP="00936394">
      <w:pPr>
        <w:spacing w:before="0" w:after="0" w:line="240" w:lineRule="auto"/>
        <w:rPr>
          <w:color w:val="000000" w:themeColor="text1"/>
          <w:lang w:val="nl-NL"/>
        </w:rPr>
      </w:pPr>
    </w:p>
    <w:p w14:paraId="55AEEB45" w14:textId="464046BA" w:rsidR="00B27D7D" w:rsidRPr="006332C1" w:rsidRDefault="00B27D7D" w:rsidP="00936394">
      <w:pPr>
        <w:pStyle w:val="Kop2"/>
        <w:spacing w:before="0" w:line="240" w:lineRule="auto"/>
        <w:rPr>
          <w:color w:val="000000" w:themeColor="text1"/>
          <w:lang w:val="nl-NL"/>
        </w:rPr>
      </w:pPr>
      <w:r>
        <w:rPr>
          <w:color w:val="000000" w:themeColor="text1"/>
          <w:lang w:val="nl-NL"/>
        </w:rPr>
        <w:t>3</w:t>
      </w:r>
      <w:r w:rsidRPr="006332C1">
        <w:rPr>
          <w:color w:val="000000" w:themeColor="text1"/>
          <w:lang w:val="nl-NL"/>
        </w:rPr>
        <w:t>.</w:t>
      </w:r>
      <w:r>
        <w:rPr>
          <w:color w:val="000000" w:themeColor="text1"/>
          <w:lang w:val="nl-NL"/>
        </w:rPr>
        <w:t>2</w:t>
      </w:r>
      <w:r w:rsidRPr="006332C1">
        <w:rPr>
          <w:color w:val="000000" w:themeColor="text1"/>
          <w:lang w:val="nl-NL"/>
        </w:rPr>
        <w:t xml:space="preserve"> Praktische privacy-vuistregels</w:t>
      </w:r>
    </w:p>
    <w:p w14:paraId="32849381"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Deel geen gevoelige of onnodig herleidbare informatie in prompts of uploads.</w:t>
      </w:r>
    </w:p>
    <w:p w14:paraId="231B82BF"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Anonimiseer: verwijder namen, plaatsen, organisaties, rol- of casusdetails die herleidbaar zijn.</w:t>
      </w:r>
    </w:p>
    <w:p w14:paraId="7173ACC7"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 xml:space="preserve">Gebruik bij voorkeur institutionele </w:t>
      </w:r>
      <w:proofErr w:type="spellStart"/>
      <w:r w:rsidRPr="006332C1">
        <w:rPr>
          <w:color w:val="000000" w:themeColor="text1"/>
          <w:lang w:val="nl-NL"/>
        </w:rPr>
        <w:t>tooling</w:t>
      </w:r>
      <w:proofErr w:type="spellEnd"/>
      <w:r w:rsidRPr="006332C1">
        <w:rPr>
          <w:color w:val="000000" w:themeColor="text1"/>
          <w:lang w:val="nl-NL"/>
        </w:rPr>
        <w:t xml:space="preserve"> en accounts.</w:t>
      </w:r>
    </w:p>
    <w:p w14:paraId="7DB854DC"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Controleer privacy-instellingen (bijv. chatgeschiedenis, training/</w:t>
      </w:r>
      <w:proofErr w:type="spellStart"/>
      <w:r w:rsidRPr="006332C1">
        <w:rPr>
          <w:color w:val="000000" w:themeColor="text1"/>
          <w:lang w:val="nl-NL"/>
        </w:rPr>
        <w:t>learning</w:t>
      </w:r>
      <w:proofErr w:type="spellEnd"/>
      <w:r w:rsidRPr="006332C1">
        <w:rPr>
          <w:color w:val="000000" w:themeColor="text1"/>
          <w:lang w:val="nl-NL"/>
        </w:rPr>
        <w:t>, geheugen) voor zover beschikbaar.</w:t>
      </w:r>
    </w:p>
    <w:p w14:paraId="239C84D1" w14:textId="77777777" w:rsidR="00B27D7D" w:rsidRDefault="00B27D7D" w:rsidP="00936394">
      <w:pPr>
        <w:pStyle w:val="Lijstopsomteken"/>
        <w:spacing w:before="0" w:after="0" w:line="240" w:lineRule="auto"/>
        <w:rPr>
          <w:color w:val="000000" w:themeColor="text1"/>
          <w:lang w:val="nl-NL"/>
        </w:rPr>
      </w:pPr>
      <w:r w:rsidRPr="005D19FE">
        <w:rPr>
          <w:color w:val="000000" w:themeColor="text1"/>
          <w:lang w:val="nl-NL"/>
        </w:rPr>
        <w:t>Wees alert op wijzigingen in het privacy-beleid van de tool die je gebruikt.</w:t>
      </w:r>
    </w:p>
    <w:p w14:paraId="46A01A5F" w14:textId="77777777" w:rsidR="00B27D7D" w:rsidRPr="006332C1" w:rsidRDefault="00B27D7D" w:rsidP="00936394">
      <w:pPr>
        <w:pStyle w:val="Lijstopsomteken"/>
        <w:spacing w:before="0" w:after="0" w:line="240" w:lineRule="auto"/>
        <w:rPr>
          <w:color w:val="000000" w:themeColor="text1"/>
          <w:lang w:val="nl-NL"/>
        </w:rPr>
      </w:pPr>
      <w:r w:rsidRPr="00284B48">
        <w:rPr>
          <w:color w:val="000000" w:themeColor="text1"/>
          <w:lang w:val="nl-NL"/>
        </w:rPr>
        <w:t>Log het liefst in met een anoniem e-mailadres dat niet te herleiden is naar jou.</w:t>
      </w:r>
    </w:p>
    <w:p w14:paraId="07207D31" w14:textId="52B74F09" w:rsidR="000B0F97" w:rsidRDefault="00B27D7D" w:rsidP="00936394">
      <w:pPr>
        <w:pStyle w:val="Lijstopsomteken"/>
        <w:spacing w:before="0" w:after="0" w:line="240" w:lineRule="auto"/>
        <w:rPr>
          <w:color w:val="000000" w:themeColor="text1"/>
          <w:lang w:val="nl-NL"/>
        </w:rPr>
      </w:pPr>
      <w:r w:rsidRPr="006332C1">
        <w:rPr>
          <w:color w:val="000000" w:themeColor="text1"/>
          <w:lang w:val="nl-NL"/>
        </w:rPr>
        <w:t>Documenteer bij ‘spannende’ toepassingen kort: doel, data, tool, checks, alternatief.</w:t>
      </w:r>
    </w:p>
    <w:p w14:paraId="5D5FDCE4" w14:textId="77777777" w:rsidR="000B0F97" w:rsidRDefault="000B0F97">
      <w:pPr>
        <w:rPr>
          <w:color w:val="000000" w:themeColor="text1"/>
          <w:lang w:val="nl-NL"/>
        </w:rPr>
      </w:pPr>
      <w:r>
        <w:rPr>
          <w:color w:val="000000" w:themeColor="text1"/>
          <w:lang w:val="nl-NL"/>
        </w:rPr>
        <w:br w:type="page"/>
      </w:r>
    </w:p>
    <w:p w14:paraId="046F69A4" w14:textId="3CADB609" w:rsidR="00B27D7D" w:rsidRPr="006332C1" w:rsidRDefault="00B27D7D" w:rsidP="00936394">
      <w:pPr>
        <w:pStyle w:val="Kop1"/>
        <w:spacing w:before="0" w:line="240" w:lineRule="auto"/>
        <w:rPr>
          <w:color w:val="000000" w:themeColor="text1"/>
          <w:lang w:val="nl-NL"/>
        </w:rPr>
      </w:pPr>
      <w:r w:rsidRPr="006332C1">
        <w:rPr>
          <w:color w:val="000000" w:themeColor="text1"/>
          <w:lang w:val="nl-NL"/>
        </w:rPr>
        <w:lastRenderedPageBreak/>
        <w:t xml:space="preserve">Hoofdstuk </w:t>
      </w:r>
      <w:r>
        <w:rPr>
          <w:color w:val="000000" w:themeColor="text1"/>
          <w:lang w:val="nl-NL"/>
        </w:rPr>
        <w:t>4</w:t>
      </w:r>
      <w:r w:rsidRPr="006332C1">
        <w:rPr>
          <w:color w:val="000000" w:themeColor="text1"/>
          <w:lang w:val="nl-NL"/>
        </w:rPr>
        <w:t xml:space="preserve"> – Auteursrecht en AI: wat mag je uploaden en hergebruiken?</w:t>
      </w:r>
    </w:p>
    <w:p w14:paraId="41346BD4" w14:textId="77777777" w:rsidR="00B27D7D" w:rsidRDefault="00B27D7D" w:rsidP="00936394">
      <w:pPr>
        <w:spacing w:before="0" w:after="0" w:line="240" w:lineRule="auto"/>
        <w:rPr>
          <w:color w:val="000000" w:themeColor="text1"/>
          <w:lang w:val="nl-NL"/>
        </w:rPr>
      </w:pPr>
      <w:r w:rsidRPr="006332C1">
        <w:rPr>
          <w:color w:val="000000" w:themeColor="text1"/>
          <w:lang w:val="nl-NL"/>
        </w:rPr>
        <w:t>Teksten of beelden in een AI-tool plakken of uploaden kan juridisch gelden als verveelvoudigen (kopiëren). Of dat mag hangt af van je licentie/gebruikersvoorwaarden, wettelijke uitzonderingen en de manier waarop de tool de inhoud verwerkt.</w:t>
      </w:r>
    </w:p>
    <w:p w14:paraId="7D07124E" w14:textId="77777777" w:rsidR="00371B3A" w:rsidRPr="006332C1" w:rsidRDefault="00371B3A" w:rsidP="00936394">
      <w:pPr>
        <w:spacing w:before="0" w:after="0" w:line="240" w:lineRule="auto"/>
        <w:rPr>
          <w:color w:val="000000" w:themeColor="text1"/>
          <w:lang w:val="nl-NL"/>
        </w:rPr>
      </w:pPr>
    </w:p>
    <w:p w14:paraId="13198726" w14:textId="361ACD0A" w:rsidR="00B27D7D" w:rsidRPr="006332C1" w:rsidRDefault="00B27D7D" w:rsidP="00936394">
      <w:pPr>
        <w:pStyle w:val="Kop2"/>
        <w:spacing w:before="0" w:line="240" w:lineRule="auto"/>
        <w:rPr>
          <w:color w:val="000000" w:themeColor="text1"/>
          <w:lang w:val="nl-NL"/>
        </w:rPr>
      </w:pPr>
      <w:r>
        <w:rPr>
          <w:color w:val="000000" w:themeColor="text1"/>
          <w:lang w:val="nl-NL"/>
        </w:rPr>
        <w:t>4</w:t>
      </w:r>
      <w:r w:rsidRPr="006332C1">
        <w:rPr>
          <w:color w:val="000000" w:themeColor="text1"/>
          <w:lang w:val="nl-NL"/>
        </w:rPr>
        <w:t>.1 Studentwerk en beroepsproducten</w:t>
      </w:r>
    </w:p>
    <w:p w14:paraId="55627C31" w14:textId="77777777" w:rsidR="00B27D7D" w:rsidRDefault="00B27D7D" w:rsidP="00936394">
      <w:pPr>
        <w:spacing w:before="0" w:after="0" w:line="240" w:lineRule="auto"/>
        <w:rPr>
          <w:color w:val="000000" w:themeColor="text1"/>
          <w:lang w:val="nl-NL"/>
        </w:rPr>
      </w:pPr>
      <w:r w:rsidRPr="006332C1">
        <w:rPr>
          <w:color w:val="000000" w:themeColor="text1"/>
          <w:lang w:val="nl-NL"/>
        </w:rPr>
        <w:t>Bij studentwerk spelen vaak meerdere regimes tegelijk: auteursrecht, privacy en soms vertrouwelijkheid (stage/werkveld). Stukken van studenten mogen niet worden ingevoerd in een AI-tool omdat het auteursrecht bij de student ligt. Een veilige lijn is om studentwerk alleen te gebruiken binnen institutioneel geborgde omgevingen en waar mogelijk te werken met geanonimiseerde fragmenten of fictieve casussen.</w:t>
      </w:r>
    </w:p>
    <w:p w14:paraId="6D9AB741" w14:textId="77777777" w:rsidR="00371B3A" w:rsidRPr="006332C1" w:rsidRDefault="00371B3A" w:rsidP="00936394">
      <w:pPr>
        <w:spacing w:before="0" w:after="0" w:line="240" w:lineRule="auto"/>
        <w:rPr>
          <w:color w:val="000000" w:themeColor="text1"/>
          <w:lang w:val="nl-NL"/>
        </w:rPr>
      </w:pPr>
    </w:p>
    <w:p w14:paraId="3E435744" w14:textId="77777777" w:rsidR="00B27D7D" w:rsidRPr="006332C1" w:rsidRDefault="00B27D7D" w:rsidP="00936394">
      <w:pPr>
        <w:pStyle w:val="Kop2"/>
        <w:spacing w:before="0" w:line="240" w:lineRule="auto"/>
        <w:rPr>
          <w:color w:val="000000" w:themeColor="text1"/>
          <w:lang w:val="nl-NL"/>
        </w:rPr>
      </w:pPr>
      <w:r>
        <w:rPr>
          <w:color w:val="000000" w:themeColor="text1"/>
          <w:lang w:val="nl-NL"/>
        </w:rPr>
        <w:t>4</w:t>
      </w:r>
      <w:r w:rsidRPr="006332C1">
        <w:rPr>
          <w:color w:val="000000" w:themeColor="text1"/>
          <w:lang w:val="nl-NL"/>
        </w:rPr>
        <w:t>.2 AI-output: let op</w:t>
      </w:r>
    </w:p>
    <w:p w14:paraId="3877A205" w14:textId="169EB33A" w:rsidR="00B27D7D" w:rsidRDefault="00B27D7D" w:rsidP="00936394">
      <w:pPr>
        <w:spacing w:before="0" w:after="0" w:line="240" w:lineRule="auto"/>
        <w:rPr>
          <w:color w:val="000000" w:themeColor="text1"/>
          <w:lang w:val="nl-NL"/>
        </w:rPr>
      </w:pPr>
      <w:r w:rsidRPr="006332C1">
        <w:rPr>
          <w:color w:val="000000" w:themeColor="text1"/>
          <w:lang w:val="nl-NL"/>
        </w:rPr>
        <w:t>In beginsel mag de output van een A</w:t>
      </w:r>
      <w:r w:rsidR="00406A35">
        <w:rPr>
          <w:color w:val="000000" w:themeColor="text1"/>
          <w:lang w:val="nl-NL"/>
        </w:rPr>
        <w:t>I</w:t>
      </w:r>
      <w:r w:rsidRPr="006332C1">
        <w:rPr>
          <w:color w:val="000000" w:themeColor="text1"/>
          <w:lang w:val="nl-NL"/>
        </w:rPr>
        <w:t>-tool gebruikt worden voor publicatie. Let wel op want AI-output kan onbedoeld lijken op bestaande beschermde werken; hergebruik kan dan alsnog risico’s geven.</w:t>
      </w:r>
    </w:p>
    <w:p w14:paraId="21AA2BEA" w14:textId="77777777" w:rsidR="00371B3A" w:rsidRPr="006332C1" w:rsidRDefault="00371B3A" w:rsidP="00936394">
      <w:pPr>
        <w:spacing w:before="0" w:after="0" w:line="240" w:lineRule="auto"/>
        <w:rPr>
          <w:color w:val="000000" w:themeColor="text1"/>
          <w:lang w:val="nl-NL"/>
        </w:rPr>
      </w:pPr>
    </w:p>
    <w:p w14:paraId="608F7D3F" w14:textId="77777777" w:rsidR="00B27D7D" w:rsidRPr="006332C1" w:rsidRDefault="00B27D7D" w:rsidP="00936394">
      <w:pPr>
        <w:pStyle w:val="Kop2"/>
        <w:spacing w:before="0" w:line="240" w:lineRule="auto"/>
        <w:rPr>
          <w:color w:val="000000" w:themeColor="text1"/>
          <w:lang w:val="nl-NL"/>
        </w:rPr>
      </w:pPr>
      <w:r>
        <w:rPr>
          <w:color w:val="000000" w:themeColor="text1"/>
          <w:lang w:val="nl-NL"/>
        </w:rPr>
        <w:t>4</w:t>
      </w:r>
      <w:r w:rsidRPr="006332C1">
        <w:rPr>
          <w:color w:val="000000" w:themeColor="text1"/>
          <w:lang w:val="nl-NL"/>
        </w:rPr>
        <w:t>.3 Transparantie bij AI-content</w:t>
      </w:r>
    </w:p>
    <w:p w14:paraId="7BC4B525" w14:textId="77777777" w:rsidR="00B27D7D" w:rsidRDefault="00B27D7D" w:rsidP="00936394">
      <w:pPr>
        <w:spacing w:before="0" w:after="0" w:line="240" w:lineRule="auto"/>
        <w:rPr>
          <w:color w:val="000000" w:themeColor="text1"/>
          <w:lang w:val="nl-NL"/>
        </w:rPr>
      </w:pPr>
      <w:r w:rsidRPr="006332C1">
        <w:rPr>
          <w:color w:val="000000" w:themeColor="text1"/>
          <w:lang w:val="nl-NL"/>
        </w:rPr>
        <w:t>Vermeld bij onderwijs- of communicatiemateriaal waar relevant dat AI is gebruikt (zeker bij beeld, audio of video). Dit ondersteunt transparantie en academische integriteit.</w:t>
      </w:r>
    </w:p>
    <w:p w14:paraId="3C674A1E" w14:textId="77777777" w:rsidR="00371B3A" w:rsidRDefault="00371B3A" w:rsidP="00936394">
      <w:pPr>
        <w:spacing w:before="0" w:after="0" w:line="240" w:lineRule="auto"/>
        <w:rPr>
          <w:color w:val="000000" w:themeColor="text1"/>
          <w:lang w:val="nl-NL"/>
        </w:rPr>
      </w:pPr>
    </w:p>
    <w:p w14:paraId="446655C9" w14:textId="77777777" w:rsidR="00B27D7D" w:rsidRPr="006332C1" w:rsidRDefault="00B27D7D" w:rsidP="00936394">
      <w:pPr>
        <w:pStyle w:val="Kop2"/>
        <w:spacing w:before="0" w:line="240" w:lineRule="auto"/>
        <w:rPr>
          <w:color w:val="000000" w:themeColor="text1"/>
          <w:lang w:val="nl-NL"/>
        </w:rPr>
      </w:pPr>
      <w:r>
        <w:rPr>
          <w:color w:val="000000" w:themeColor="text1"/>
          <w:lang w:val="nl-NL"/>
        </w:rPr>
        <w:t>4</w:t>
      </w:r>
      <w:r w:rsidRPr="006332C1">
        <w:rPr>
          <w:color w:val="000000" w:themeColor="text1"/>
          <w:lang w:val="nl-NL"/>
        </w:rPr>
        <w:t>.</w:t>
      </w:r>
      <w:r>
        <w:rPr>
          <w:color w:val="000000" w:themeColor="text1"/>
          <w:lang w:val="nl-NL"/>
        </w:rPr>
        <w:t>4</w:t>
      </w:r>
      <w:r w:rsidRPr="006332C1">
        <w:rPr>
          <w:color w:val="000000" w:themeColor="text1"/>
          <w:lang w:val="nl-NL"/>
        </w:rPr>
        <w:t xml:space="preserve"> </w:t>
      </w:r>
      <w:r>
        <w:rPr>
          <w:color w:val="000000" w:themeColor="text1"/>
          <w:lang w:val="nl-NL"/>
        </w:rPr>
        <w:t>leermaterialen van uitgevers</w:t>
      </w:r>
    </w:p>
    <w:p w14:paraId="24F5D7EA" w14:textId="77777777" w:rsidR="00B27D7D" w:rsidRPr="000F3B6D" w:rsidRDefault="00B27D7D" w:rsidP="00936394">
      <w:pPr>
        <w:spacing w:before="0" w:after="0" w:line="240" w:lineRule="auto"/>
        <w:rPr>
          <w:color w:val="000000" w:themeColor="text1"/>
          <w:lang w:val="nl-NL"/>
        </w:rPr>
      </w:pPr>
      <w:r w:rsidRPr="000F3B6D">
        <w:rPr>
          <w:color w:val="000000" w:themeColor="text1"/>
          <w:lang w:val="nl-NL"/>
        </w:rPr>
        <w:t>Veel docenten willen leermaterialen (tekstboeken, casussen uit handboeken, oefenopgaven) gebruiken als input voor AI. Let hierbij op:</w:t>
      </w:r>
    </w:p>
    <w:p w14:paraId="0668E1F6" w14:textId="77777777" w:rsidR="00B27D7D" w:rsidRPr="000F3B6D" w:rsidRDefault="00B27D7D" w:rsidP="00936394">
      <w:pPr>
        <w:spacing w:before="0" w:after="0" w:line="240" w:lineRule="auto"/>
        <w:rPr>
          <w:color w:val="000000" w:themeColor="text1"/>
          <w:lang w:val="nl-NL"/>
        </w:rPr>
      </w:pPr>
      <w:r w:rsidRPr="000F3B6D">
        <w:rPr>
          <w:color w:val="000000" w:themeColor="text1"/>
          <w:lang w:val="nl-NL"/>
        </w:rPr>
        <w:t xml:space="preserve">Auteursrecht uitgever: De uitgever heeft doorgaans het auteursrecht op het leermateriaal. Het uploaden in een AI-tool kan gelden als verveelvoudigen en valt meestal niet onder het </w:t>
      </w:r>
      <w:proofErr w:type="spellStart"/>
      <w:r w:rsidRPr="000F3B6D">
        <w:rPr>
          <w:color w:val="000000" w:themeColor="text1"/>
          <w:lang w:val="nl-NL"/>
        </w:rPr>
        <w:t>onderwijscitatrecht</w:t>
      </w:r>
      <w:proofErr w:type="spellEnd"/>
      <w:r w:rsidRPr="000F3B6D">
        <w:rPr>
          <w:color w:val="000000" w:themeColor="text1"/>
          <w:lang w:val="nl-NL"/>
        </w:rPr>
        <w:t>.</w:t>
      </w:r>
    </w:p>
    <w:p w14:paraId="00B14575" w14:textId="77777777" w:rsidR="00B27D7D" w:rsidRPr="000F3B6D" w:rsidRDefault="00B27D7D" w:rsidP="00936394">
      <w:pPr>
        <w:spacing w:before="0" w:after="0" w:line="240" w:lineRule="auto"/>
        <w:rPr>
          <w:color w:val="000000" w:themeColor="text1"/>
          <w:lang w:val="nl-NL"/>
        </w:rPr>
      </w:pPr>
      <w:r w:rsidRPr="000F3B6D">
        <w:rPr>
          <w:color w:val="000000" w:themeColor="text1"/>
          <w:lang w:val="nl-NL"/>
        </w:rPr>
        <w:t>Licentievoorwaarden: Sommige digitale leeromgevingen verbieden expliciet het uploaden van content naar externe tools. Controleer de voorwaarden.</w:t>
      </w:r>
    </w:p>
    <w:p w14:paraId="2BC237A0" w14:textId="77777777" w:rsidR="00B27D7D" w:rsidRPr="000F3B6D" w:rsidRDefault="00B27D7D" w:rsidP="00936394">
      <w:pPr>
        <w:spacing w:before="0" w:after="0" w:line="240" w:lineRule="auto"/>
        <w:rPr>
          <w:color w:val="000000" w:themeColor="text1"/>
          <w:lang w:val="nl-NL"/>
        </w:rPr>
      </w:pPr>
      <w:r w:rsidRPr="000F3B6D">
        <w:rPr>
          <w:color w:val="000000" w:themeColor="text1"/>
          <w:lang w:val="nl-NL"/>
        </w:rPr>
        <w:t>Praktische vuistregel:</w:t>
      </w:r>
    </w:p>
    <w:p w14:paraId="54DCCFB7" w14:textId="77777777" w:rsidR="00B27D7D" w:rsidRPr="000F3B6D" w:rsidRDefault="00B27D7D" w:rsidP="00974A8A">
      <w:pPr>
        <w:numPr>
          <w:ilvl w:val="0"/>
          <w:numId w:val="27"/>
        </w:numPr>
        <w:spacing w:before="0" w:after="0" w:line="240" w:lineRule="auto"/>
        <w:rPr>
          <w:color w:val="000000" w:themeColor="text1"/>
          <w:lang w:val="nl-NL"/>
        </w:rPr>
      </w:pPr>
      <w:r w:rsidRPr="000F3B6D">
        <w:rPr>
          <w:color w:val="000000" w:themeColor="text1"/>
          <w:lang w:val="nl-NL"/>
        </w:rPr>
        <w:t>Gebruik bij voorkeur eigen samengevatte versies of geparafraseerde fragmenten.</w:t>
      </w:r>
    </w:p>
    <w:p w14:paraId="3619759D" w14:textId="77777777" w:rsidR="00B27D7D" w:rsidRPr="000F3B6D" w:rsidRDefault="00B27D7D" w:rsidP="00974A8A">
      <w:pPr>
        <w:numPr>
          <w:ilvl w:val="0"/>
          <w:numId w:val="27"/>
        </w:numPr>
        <w:spacing w:before="0" w:after="0" w:line="240" w:lineRule="auto"/>
        <w:rPr>
          <w:color w:val="000000" w:themeColor="text1"/>
          <w:lang w:val="nl-NL"/>
        </w:rPr>
      </w:pPr>
      <w:r w:rsidRPr="000F3B6D">
        <w:rPr>
          <w:color w:val="000000" w:themeColor="text1"/>
          <w:lang w:val="nl-NL"/>
        </w:rPr>
        <w:t>Maak eigen casussen of oefeningen aan de hand van de structuur, niet door letterlijk te kopiëren.</w:t>
      </w:r>
    </w:p>
    <w:p w14:paraId="09C1C6D4" w14:textId="77777777" w:rsidR="00B27D7D" w:rsidRPr="000F3B6D" w:rsidRDefault="00B27D7D" w:rsidP="00974A8A">
      <w:pPr>
        <w:numPr>
          <w:ilvl w:val="0"/>
          <w:numId w:val="27"/>
        </w:numPr>
        <w:spacing w:before="0" w:after="0" w:line="240" w:lineRule="auto"/>
        <w:rPr>
          <w:color w:val="000000" w:themeColor="text1"/>
          <w:lang w:val="nl-NL"/>
        </w:rPr>
      </w:pPr>
      <w:r w:rsidRPr="000F3B6D">
        <w:rPr>
          <w:color w:val="000000" w:themeColor="text1"/>
          <w:lang w:val="nl-NL"/>
        </w:rPr>
        <w:t>Bij twijfel: neem contact op met de uitgever of gebruik alleen materiaal dat je zelf hebt gemaakt.</w:t>
      </w:r>
    </w:p>
    <w:p w14:paraId="69F56EBB" w14:textId="77777777" w:rsidR="00B27D7D" w:rsidRPr="006332C1" w:rsidRDefault="00B27D7D" w:rsidP="00936394">
      <w:pPr>
        <w:spacing w:before="0" w:after="0" w:line="240" w:lineRule="auto"/>
        <w:rPr>
          <w:color w:val="000000" w:themeColor="text1"/>
          <w:lang w:val="nl-NL"/>
        </w:rPr>
      </w:pPr>
    </w:p>
    <w:p w14:paraId="68FC0DEC" w14:textId="77777777" w:rsidR="00371B3A" w:rsidRDefault="00371B3A" w:rsidP="00936394">
      <w:pPr>
        <w:spacing w:before="0" w:after="0" w:line="240" w:lineRule="auto"/>
        <w:rPr>
          <w:rFonts w:asciiTheme="majorHAnsi" w:eastAsiaTheme="majorEastAsia" w:hAnsiTheme="majorHAnsi" w:cstheme="majorBidi"/>
          <w:b/>
          <w:bCs/>
          <w:color w:val="000000" w:themeColor="text1"/>
          <w:sz w:val="28"/>
          <w:szCs w:val="28"/>
          <w:lang w:val="nl-NL"/>
        </w:rPr>
      </w:pPr>
      <w:r>
        <w:rPr>
          <w:color w:val="000000" w:themeColor="text1"/>
          <w:lang w:val="nl-NL"/>
        </w:rPr>
        <w:br w:type="page"/>
      </w:r>
    </w:p>
    <w:p w14:paraId="07A5F339" w14:textId="61933F9B" w:rsidR="00B27D7D" w:rsidRPr="006332C1" w:rsidRDefault="00B27D7D" w:rsidP="00936394">
      <w:pPr>
        <w:pStyle w:val="Kop1"/>
        <w:spacing w:before="0" w:line="240" w:lineRule="auto"/>
        <w:rPr>
          <w:color w:val="000000" w:themeColor="text1"/>
          <w:lang w:val="nl-NL"/>
        </w:rPr>
      </w:pPr>
      <w:r w:rsidRPr="006332C1">
        <w:rPr>
          <w:color w:val="000000" w:themeColor="text1"/>
          <w:lang w:val="nl-NL"/>
        </w:rPr>
        <w:lastRenderedPageBreak/>
        <w:t xml:space="preserve">Hoofdstuk </w:t>
      </w:r>
      <w:r>
        <w:rPr>
          <w:color w:val="000000" w:themeColor="text1"/>
          <w:lang w:val="nl-NL"/>
        </w:rPr>
        <w:t>5</w:t>
      </w:r>
      <w:r w:rsidRPr="006332C1">
        <w:rPr>
          <w:color w:val="000000" w:themeColor="text1"/>
          <w:lang w:val="nl-NL"/>
        </w:rPr>
        <w:t xml:space="preserve"> – Waar kan het misgaan met AI en hoe voorkom je dat?</w:t>
      </w:r>
    </w:p>
    <w:p w14:paraId="04708BC8" w14:textId="77777777" w:rsidR="00B27D7D" w:rsidRDefault="00B27D7D" w:rsidP="00936394">
      <w:pPr>
        <w:spacing w:before="0" w:after="0" w:line="240" w:lineRule="auto"/>
        <w:rPr>
          <w:color w:val="000000" w:themeColor="text1"/>
          <w:lang w:val="nl-NL"/>
        </w:rPr>
      </w:pPr>
      <w:r w:rsidRPr="006332C1">
        <w:rPr>
          <w:color w:val="000000" w:themeColor="text1"/>
          <w:lang w:val="nl-NL"/>
        </w:rPr>
        <w:t xml:space="preserve">AI kan veel versnellen, maar het kan ook op overtuigende wijze fouten maken of risico’s vergroten. In een juridische en onderwijscontext is dat extra relevant, omdat fouten kunnen leiden tot onjuiste informatie, onveilige beslissingen, </w:t>
      </w:r>
      <w:proofErr w:type="spellStart"/>
      <w:r w:rsidRPr="006332C1">
        <w:rPr>
          <w:color w:val="000000" w:themeColor="text1"/>
          <w:lang w:val="nl-NL"/>
        </w:rPr>
        <w:t>privacyproblemen</w:t>
      </w:r>
      <w:proofErr w:type="spellEnd"/>
      <w:r w:rsidRPr="006332C1">
        <w:rPr>
          <w:color w:val="000000" w:themeColor="text1"/>
          <w:lang w:val="nl-NL"/>
        </w:rPr>
        <w:t xml:space="preserve"> of onduidelijkheid over integriteit.</w:t>
      </w:r>
    </w:p>
    <w:p w14:paraId="7C9F39E8" w14:textId="77777777" w:rsidR="00371B3A" w:rsidRPr="006332C1" w:rsidRDefault="00371B3A" w:rsidP="00936394">
      <w:pPr>
        <w:spacing w:before="0" w:after="0" w:line="240" w:lineRule="auto"/>
        <w:rPr>
          <w:color w:val="000000" w:themeColor="text1"/>
          <w:lang w:val="nl-NL"/>
        </w:rPr>
      </w:pPr>
    </w:p>
    <w:p w14:paraId="6CAF225D" w14:textId="28AF172A" w:rsidR="00B27D7D" w:rsidRPr="006332C1" w:rsidRDefault="00B27D7D" w:rsidP="00936394">
      <w:pPr>
        <w:pStyle w:val="Kop2"/>
        <w:spacing w:before="0" w:line="240" w:lineRule="auto"/>
        <w:rPr>
          <w:color w:val="000000" w:themeColor="text1"/>
          <w:lang w:val="nl-NL"/>
        </w:rPr>
      </w:pPr>
      <w:r>
        <w:rPr>
          <w:color w:val="000000" w:themeColor="text1"/>
          <w:lang w:val="nl-NL"/>
        </w:rPr>
        <w:t>5</w:t>
      </w:r>
      <w:r w:rsidRPr="006332C1">
        <w:rPr>
          <w:color w:val="000000" w:themeColor="text1"/>
          <w:lang w:val="nl-NL"/>
        </w:rPr>
        <w:t>.1 Hallucinaties: verzonnen feiten, bronnen en jurisprudentie</w:t>
      </w:r>
    </w:p>
    <w:p w14:paraId="15C63828"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Generatieve AI kan ‘hallucineren’: het geeft antwoorden die logisch klinken, maar feitelijk onjuist zijn. Dit gebeurt vaker bij specifieke of actuele vragen, niche-jurisprudentie en bronnenlijsten.</w:t>
      </w:r>
    </w:p>
    <w:tbl>
      <w:tblPr>
        <w:tblW w:w="0" w:type="auto"/>
        <w:tblLook w:val="04A0" w:firstRow="1" w:lastRow="0" w:firstColumn="1" w:lastColumn="0" w:noHBand="0" w:noVBand="1"/>
      </w:tblPr>
      <w:tblGrid>
        <w:gridCol w:w="8640"/>
      </w:tblGrid>
      <w:tr w:rsidR="00B27D7D" w:rsidRPr="00B07954" w14:paraId="7EDF97B4" w14:textId="77777777" w:rsidTr="00596175">
        <w:tc>
          <w:tcPr>
            <w:tcW w:w="9746" w:type="dxa"/>
            <w:shd w:val="clear" w:color="auto" w:fill="F2F2F2"/>
          </w:tcPr>
          <w:p w14:paraId="70651F6F"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Praktijkvoorbeeld (docent)</w:t>
            </w:r>
          </w:p>
          <w:p w14:paraId="7273DB69"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Je vraagt: “Geef 5 recente uitspraken over onderwerp X met ECLI.”</w:t>
            </w:r>
          </w:p>
          <w:p w14:paraId="61B52F2C"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 xml:space="preserve">De AI geeft een nette lijst, maar bij controle blijken </w:t>
            </w:r>
            <w:proofErr w:type="spellStart"/>
            <w:r w:rsidRPr="006332C1">
              <w:rPr>
                <w:color w:val="000000" w:themeColor="text1"/>
                <w:lang w:val="nl-NL"/>
              </w:rPr>
              <w:t>ECLI’s</w:t>
            </w:r>
            <w:proofErr w:type="spellEnd"/>
            <w:r w:rsidRPr="006332C1">
              <w:rPr>
                <w:color w:val="000000" w:themeColor="text1"/>
                <w:lang w:val="nl-NL"/>
              </w:rPr>
              <w:t xml:space="preserve"> niet te bestaan of naar een andere zaak te verwijzen.</w:t>
            </w:r>
          </w:p>
        </w:tc>
      </w:tr>
    </w:tbl>
    <w:p w14:paraId="62CBC3BB" w14:textId="77777777" w:rsidR="00B27D7D" w:rsidRPr="006332C1" w:rsidRDefault="00B27D7D" w:rsidP="00936394">
      <w:pPr>
        <w:spacing w:before="0" w:after="0" w:line="240" w:lineRule="auto"/>
        <w:rPr>
          <w:color w:val="000000" w:themeColor="text1"/>
          <w:lang w:val="nl-NL"/>
        </w:rPr>
      </w:pPr>
    </w:p>
    <w:tbl>
      <w:tblPr>
        <w:tblW w:w="0" w:type="auto"/>
        <w:tblLook w:val="04A0" w:firstRow="1" w:lastRow="0" w:firstColumn="1" w:lastColumn="0" w:noHBand="0" w:noVBand="1"/>
      </w:tblPr>
      <w:tblGrid>
        <w:gridCol w:w="8640"/>
      </w:tblGrid>
      <w:tr w:rsidR="00B27D7D" w:rsidRPr="00B07954" w14:paraId="1D815D2D" w14:textId="77777777" w:rsidTr="00596175">
        <w:tc>
          <w:tcPr>
            <w:tcW w:w="9746" w:type="dxa"/>
            <w:shd w:val="clear" w:color="auto" w:fill="F2F2F2"/>
          </w:tcPr>
          <w:p w14:paraId="3E20DA24"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Praktijkvoorbeeld (student)</w:t>
            </w:r>
          </w:p>
          <w:p w14:paraId="0D5D5E90"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Een student levert een paper in met bronverwijzingen die niet vindbaar zijn.</w:t>
            </w:r>
          </w:p>
          <w:p w14:paraId="520178BA"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De student zegt: “De AI gaf ze.” Dit vraagt om uitleg over broncontrole en verantwoordelijkheid.</w:t>
            </w:r>
          </w:p>
        </w:tc>
      </w:tr>
    </w:tbl>
    <w:p w14:paraId="06E04684" w14:textId="77777777" w:rsidR="00B27D7D" w:rsidRPr="006332C1" w:rsidRDefault="00B27D7D" w:rsidP="00936394">
      <w:pPr>
        <w:spacing w:before="0" w:after="0" w:line="240" w:lineRule="auto"/>
        <w:rPr>
          <w:color w:val="000000" w:themeColor="text1"/>
          <w:lang w:val="nl-NL"/>
        </w:rPr>
      </w:pPr>
    </w:p>
    <w:p w14:paraId="64FDEE26" w14:textId="77777777" w:rsidR="00B27D7D" w:rsidRPr="006332C1" w:rsidRDefault="00B27D7D" w:rsidP="00936394">
      <w:pPr>
        <w:pStyle w:val="Kop3"/>
        <w:spacing w:before="0" w:line="240" w:lineRule="auto"/>
        <w:rPr>
          <w:color w:val="000000" w:themeColor="text1"/>
          <w:lang w:val="nl-NL"/>
        </w:rPr>
      </w:pPr>
      <w:r w:rsidRPr="006332C1">
        <w:rPr>
          <w:color w:val="000000" w:themeColor="text1"/>
          <w:lang w:val="nl-NL"/>
        </w:rPr>
        <w:t>Wat helpt in de praktijk:</w:t>
      </w:r>
    </w:p>
    <w:p w14:paraId="7CA60A7B"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Gebruik AI voor structuur, taal en ideeën; niet als enige bron van waarheid.</w:t>
      </w:r>
    </w:p>
    <w:p w14:paraId="08ED195B"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Vraag om bronnen en onzekerheden, en controleer in primaire databanken.</w:t>
      </w:r>
    </w:p>
    <w:p w14:paraId="0AF27787"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Als je het niet kunt verifiëren: gebruik het niet in onderwijs of beoordeling.</w:t>
      </w:r>
    </w:p>
    <w:p w14:paraId="019025DE" w14:textId="77777777" w:rsidR="00371B3A" w:rsidRPr="006332C1" w:rsidRDefault="00371B3A" w:rsidP="00B670D6">
      <w:pPr>
        <w:pStyle w:val="Lijstopsomteken"/>
        <w:numPr>
          <w:ilvl w:val="0"/>
          <w:numId w:val="0"/>
        </w:numPr>
        <w:spacing w:before="0" w:after="0" w:line="240" w:lineRule="auto"/>
        <w:ind w:left="360"/>
        <w:rPr>
          <w:color w:val="000000" w:themeColor="text1"/>
          <w:lang w:val="nl-NL"/>
        </w:rPr>
      </w:pPr>
    </w:p>
    <w:tbl>
      <w:tblPr>
        <w:tblW w:w="0" w:type="auto"/>
        <w:tblLook w:val="04A0" w:firstRow="1" w:lastRow="0" w:firstColumn="1" w:lastColumn="0" w:noHBand="0" w:noVBand="1"/>
      </w:tblPr>
      <w:tblGrid>
        <w:gridCol w:w="8640"/>
      </w:tblGrid>
      <w:tr w:rsidR="00B27D7D" w:rsidRPr="00B07954" w14:paraId="0E897DB9" w14:textId="77777777" w:rsidTr="00596175">
        <w:tc>
          <w:tcPr>
            <w:tcW w:w="9746" w:type="dxa"/>
            <w:shd w:val="clear" w:color="auto" w:fill="F2F2F2"/>
          </w:tcPr>
          <w:p w14:paraId="12E023C1"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Voorbeeldprompt (anti-hallucinatie)</w:t>
            </w:r>
          </w:p>
          <w:p w14:paraId="3BC84EF2"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 xml:space="preserve">“Geef een antwoord in </w:t>
            </w:r>
            <w:proofErr w:type="spellStart"/>
            <w:r w:rsidRPr="006332C1">
              <w:rPr>
                <w:color w:val="000000" w:themeColor="text1"/>
                <w:lang w:val="nl-NL"/>
              </w:rPr>
              <w:t>bullets</w:t>
            </w:r>
            <w:proofErr w:type="spellEnd"/>
            <w:r w:rsidRPr="006332C1">
              <w:rPr>
                <w:color w:val="000000" w:themeColor="text1"/>
                <w:lang w:val="nl-NL"/>
              </w:rPr>
              <w:t>. Voeg alleen bronnen toe die je met titel/instantie/datum kunt onderbouwen. Als je het niet zeker weet, zeg ‘onzeker’ en geef zoektermen en databanken om dit te controleren.”</w:t>
            </w:r>
          </w:p>
        </w:tc>
      </w:tr>
    </w:tbl>
    <w:p w14:paraId="4BA8D396" w14:textId="77777777" w:rsidR="00B27D7D" w:rsidRPr="006332C1" w:rsidRDefault="00B27D7D" w:rsidP="00936394">
      <w:pPr>
        <w:spacing w:before="0" w:after="0" w:line="240" w:lineRule="auto"/>
        <w:rPr>
          <w:color w:val="000000" w:themeColor="text1"/>
          <w:lang w:val="nl-NL"/>
        </w:rPr>
      </w:pPr>
    </w:p>
    <w:p w14:paraId="26C9EFDE" w14:textId="77777777" w:rsidR="00B27D7D" w:rsidRPr="006332C1" w:rsidRDefault="00B27D7D" w:rsidP="00936394">
      <w:pPr>
        <w:pStyle w:val="Kop2"/>
        <w:spacing w:before="0" w:line="240" w:lineRule="auto"/>
        <w:rPr>
          <w:color w:val="000000" w:themeColor="text1"/>
          <w:lang w:val="nl-NL"/>
        </w:rPr>
      </w:pPr>
      <w:r>
        <w:rPr>
          <w:color w:val="000000" w:themeColor="text1"/>
          <w:lang w:val="nl-NL"/>
        </w:rPr>
        <w:t>5</w:t>
      </w:r>
      <w:r w:rsidRPr="006332C1">
        <w:rPr>
          <w:color w:val="000000" w:themeColor="text1"/>
          <w:lang w:val="nl-NL"/>
        </w:rPr>
        <w:t>.2 Over-zekerheid en ‘juridische toon’</w:t>
      </w:r>
    </w:p>
    <w:p w14:paraId="2C03F157" w14:textId="77777777" w:rsidR="00B27D7D" w:rsidRDefault="00B27D7D" w:rsidP="00936394">
      <w:pPr>
        <w:spacing w:before="0" w:after="0" w:line="240" w:lineRule="auto"/>
        <w:rPr>
          <w:color w:val="000000" w:themeColor="text1"/>
          <w:lang w:val="nl-NL"/>
        </w:rPr>
      </w:pPr>
      <w:r w:rsidRPr="006332C1">
        <w:rPr>
          <w:color w:val="000000" w:themeColor="text1"/>
          <w:lang w:val="nl-NL"/>
        </w:rPr>
        <w:t>AI formuleert vaak stellig, ook wanneer het fout zit. Juridische formuleringen kunnen extra overtuigend klinken (bijv. ‘op grond van art. X’), terwijl nuance of context ontbreekt.</w:t>
      </w:r>
    </w:p>
    <w:p w14:paraId="0D1E6D4B" w14:textId="77777777" w:rsidR="00371B3A" w:rsidRPr="006332C1" w:rsidRDefault="00371B3A" w:rsidP="00936394">
      <w:pPr>
        <w:spacing w:before="0" w:after="0" w:line="240" w:lineRule="auto"/>
        <w:rPr>
          <w:color w:val="000000" w:themeColor="text1"/>
          <w:lang w:val="nl-NL"/>
        </w:rPr>
      </w:pPr>
    </w:p>
    <w:tbl>
      <w:tblPr>
        <w:tblW w:w="0" w:type="auto"/>
        <w:tblLook w:val="04A0" w:firstRow="1" w:lastRow="0" w:firstColumn="1" w:lastColumn="0" w:noHBand="0" w:noVBand="1"/>
      </w:tblPr>
      <w:tblGrid>
        <w:gridCol w:w="8640"/>
      </w:tblGrid>
      <w:tr w:rsidR="00B27D7D" w:rsidRPr="00B07954" w14:paraId="3E941203" w14:textId="77777777" w:rsidTr="00596175">
        <w:tc>
          <w:tcPr>
            <w:tcW w:w="9746" w:type="dxa"/>
            <w:shd w:val="clear" w:color="auto" w:fill="F2F2F2"/>
          </w:tcPr>
          <w:p w14:paraId="2E4E5A58"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Praktijkvoorbeeld</w:t>
            </w:r>
          </w:p>
          <w:p w14:paraId="0EEC9D3E"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Je laat AI een beleidsnotitie maken over ‘wat de AI Act betekent voor toetsing’.</w:t>
            </w:r>
          </w:p>
          <w:p w14:paraId="2658FAA3"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Het leest strak, maar plichten worden door elkaar gehaald en conclusies zijn te hard geformuleerd zonder context.</w:t>
            </w:r>
          </w:p>
        </w:tc>
      </w:tr>
    </w:tbl>
    <w:p w14:paraId="5183CBEA" w14:textId="77777777" w:rsidR="00B27D7D" w:rsidRPr="006332C1" w:rsidRDefault="00B27D7D" w:rsidP="00936394">
      <w:pPr>
        <w:spacing w:before="0" w:after="0" w:line="240" w:lineRule="auto"/>
        <w:rPr>
          <w:color w:val="000000" w:themeColor="text1"/>
          <w:lang w:val="nl-NL"/>
        </w:rPr>
      </w:pPr>
    </w:p>
    <w:p w14:paraId="4832AD25" w14:textId="77777777" w:rsidR="00B27D7D" w:rsidRPr="006332C1" w:rsidRDefault="00B27D7D" w:rsidP="00936394">
      <w:pPr>
        <w:pStyle w:val="Kop3"/>
        <w:spacing w:before="0" w:line="240" w:lineRule="auto"/>
        <w:rPr>
          <w:color w:val="000000" w:themeColor="text1"/>
        </w:rPr>
      </w:pPr>
      <w:r w:rsidRPr="006332C1">
        <w:rPr>
          <w:color w:val="000000" w:themeColor="text1"/>
        </w:rPr>
        <w:t>Wat helpt:</w:t>
      </w:r>
    </w:p>
    <w:p w14:paraId="5B2935D0"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Vraag expliciet om aannames en onzekerheden.</w:t>
      </w:r>
    </w:p>
    <w:p w14:paraId="57025071"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Laat AI het antwoord ‘reviewen’ vanuit een kritische rol.</w:t>
      </w:r>
    </w:p>
    <w:p w14:paraId="0ED4DDC3"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 xml:space="preserve">Gebruik AI bij juridische vragen vooral voor structureren, samenvatten en </w:t>
      </w:r>
      <w:proofErr w:type="spellStart"/>
      <w:r w:rsidRPr="006332C1">
        <w:rPr>
          <w:color w:val="000000" w:themeColor="text1"/>
          <w:lang w:val="nl-NL"/>
        </w:rPr>
        <w:t>checklisten</w:t>
      </w:r>
      <w:proofErr w:type="spellEnd"/>
      <w:r w:rsidRPr="006332C1">
        <w:rPr>
          <w:color w:val="000000" w:themeColor="text1"/>
          <w:lang w:val="nl-NL"/>
        </w:rPr>
        <w:t>, niet voor definitieve interpretaties.</w:t>
      </w:r>
    </w:p>
    <w:p w14:paraId="193FE424" w14:textId="77777777" w:rsidR="00371B3A" w:rsidRPr="006332C1" w:rsidRDefault="00371B3A" w:rsidP="00936394">
      <w:pPr>
        <w:pStyle w:val="Lijstopsomteken"/>
        <w:numPr>
          <w:ilvl w:val="0"/>
          <w:numId w:val="0"/>
        </w:numPr>
        <w:spacing w:before="0" w:after="0" w:line="240" w:lineRule="auto"/>
        <w:ind w:left="360"/>
        <w:rPr>
          <w:color w:val="000000" w:themeColor="text1"/>
          <w:lang w:val="nl-NL"/>
        </w:rPr>
      </w:pPr>
    </w:p>
    <w:tbl>
      <w:tblPr>
        <w:tblW w:w="0" w:type="auto"/>
        <w:tblLook w:val="04A0" w:firstRow="1" w:lastRow="0" w:firstColumn="1" w:lastColumn="0" w:noHBand="0" w:noVBand="1"/>
      </w:tblPr>
      <w:tblGrid>
        <w:gridCol w:w="8640"/>
      </w:tblGrid>
      <w:tr w:rsidR="00B27D7D" w:rsidRPr="00B07954" w14:paraId="3413F53C" w14:textId="77777777" w:rsidTr="00596175">
        <w:tc>
          <w:tcPr>
            <w:tcW w:w="9746" w:type="dxa"/>
            <w:shd w:val="clear" w:color="auto" w:fill="F2F2F2"/>
          </w:tcPr>
          <w:p w14:paraId="174C4C19"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Voorbeeldprompt</w:t>
            </w:r>
          </w:p>
          <w:p w14:paraId="65100EC8"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“Schrijf dit als concept. Markeer met [CHECK] alle zinnen die juridische verificatie vereisen (wet, jurisprudentie, beleid). Voeg bij elke [CHECK] twee vragen toe die ik moet uitzoeken.”</w:t>
            </w:r>
          </w:p>
        </w:tc>
      </w:tr>
    </w:tbl>
    <w:p w14:paraId="7CB3CBD2" w14:textId="77777777" w:rsidR="00B27D7D" w:rsidRPr="006332C1" w:rsidRDefault="00B27D7D" w:rsidP="00936394">
      <w:pPr>
        <w:spacing w:before="0" w:after="0" w:line="240" w:lineRule="auto"/>
        <w:rPr>
          <w:color w:val="000000" w:themeColor="text1"/>
          <w:lang w:val="nl-NL"/>
        </w:rPr>
      </w:pPr>
    </w:p>
    <w:p w14:paraId="189F2D01" w14:textId="77777777" w:rsidR="00B27D7D" w:rsidRPr="006332C1" w:rsidRDefault="00B27D7D" w:rsidP="00936394">
      <w:pPr>
        <w:pStyle w:val="Kop2"/>
        <w:spacing w:before="0" w:line="240" w:lineRule="auto"/>
        <w:rPr>
          <w:color w:val="000000" w:themeColor="text1"/>
          <w:lang w:val="nl-NL"/>
        </w:rPr>
      </w:pPr>
      <w:r>
        <w:rPr>
          <w:color w:val="000000" w:themeColor="text1"/>
          <w:lang w:val="nl-NL"/>
        </w:rPr>
        <w:t>5</w:t>
      </w:r>
      <w:r w:rsidRPr="006332C1">
        <w:rPr>
          <w:color w:val="000000" w:themeColor="text1"/>
          <w:lang w:val="nl-NL"/>
        </w:rPr>
        <w:t>.3 Vleierij en bevestigingsbias</w:t>
      </w:r>
    </w:p>
    <w:p w14:paraId="2D8E40A1"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Chatbots zijn ontworpen om behulpzaam te zijn en geven vaak bevestigende feedback. Dat kan leiden tot te veel vertrouwen en te weinig tegenspraak.</w:t>
      </w:r>
    </w:p>
    <w:tbl>
      <w:tblPr>
        <w:tblW w:w="0" w:type="auto"/>
        <w:tblLook w:val="04A0" w:firstRow="1" w:lastRow="0" w:firstColumn="1" w:lastColumn="0" w:noHBand="0" w:noVBand="1"/>
      </w:tblPr>
      <w:tblGrid>
        <w:gridCol w:w="8640"/>
      </w:tblGrid>
      <w:tr w:rsidR="00B27D7D" w:rsidRPr="00B07954" w14:paraId="39DB1D1F" w14:textId="77777777" w:rsidTr="00596175">
        <w:tc>
          <w:tcPr>
            <w:tcW w:w="9746" w:type="dxa"/>
            <w:shd w:val="clear" w:color="auto" w:fill="F2F2F2"/>
          </w:tcPr>
          <w:p w14:paraId="45521BFB"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Praktijkvoorbeeld</w:t>
            </w:r>
          </w:p>
          <w:p w14:paraId="7A084E90"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Je vraagt feedback op een opdrachtomschrijving. De AI zegt vooral dat het ‘sterk’ is,</w:t>
            </w:r>
          </w:p>
          <w:p w14:paraId="2BBAD71C"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 xml:space="preserve">maar benoemt niet dat leerdoelen en </w:t>
            </w:r>
            <w:proofErr w:type="spellStart"/>
            <w:r w:rsidRPr="006332C1">
              <w:rPr>
                <w:color w:val="000000" w:themeColor="text1"/>
                <w:lang w:val="nl-NL"/>
              </w:rPr>
              <w:t>toetsbaarheid</w:t>
            </w:r>
            <w:proofErr w:type="spellEnd"/>
            <w:r w:rsidRPr="006332C1">
              <w:rPr>
                <w:color w:val="000000" w:themeColor="text1"/>
                <w:lang w:val="nl-NL"/>
              </w:rPr>
              <w:t xml:space="preserve"> ontbreken.</w:t>
            </w:r>
          </w:p>
        </w:tc>
      </w:tr>
    </w:tbl>
    <w:p w14:paraId="25F900D6" w14:textId="77777777" w:rsidR="00B27D7D" w:rsidRPr="006332C1" w:rsidRDefault="00B27D7D" w:rsidP="00936394">
      <w:pPr>
        <w:spacing w:before="0" w:after="0" w:line="240" w:lineRule="auto"/>
        <w:rPr>
          <w:color w:val="000000" w:themeColor="text1"/>
          <w:lang w:val="nl-NL"/>
        </w:rPr>
      </w:pPr>
    </w:p>
    <w:p w14:paraId="5CA1CBA9" w14:textId="77777777" w:rsidR="00B27D7D" w:rsidRPr="006332C1" w:rsidRDefault="00B27D7D" w:rsidP="00936394">
      <w:pPr>
        <w:pStyle w:val="Kop3"/>
        <w:spacing w:before="0" w:line="240" w:lineRule="auto"/>
        <w:rPr>
          <w:color w:val="000000" w:themeColor="text1"/>
        </w:rPr>
      </w:pPr>
      <w:r w:rsidRPr="006332C1">
        <w:rPr>
          <w:color w:val="000000" w:themeColor="text1"/>
        </w:rPr>
        <w:t>Wat helpt:</w:t>
      </w:r>
    </w:p>
    <w:p w14:paraId="460EFBE5"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Vraag expliciet om kritiek en tegenargumenten.</w:t>
      </w:r>
    </w:p>
    <w:p w14:paraId="47E25070"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Gebruik een ‘red team’ stap: laat AI actief fouten en risico’s zoeken.</w:t>
      </w:r>
    </w:p>
    <w:p w14:paraId="3D5517A5" w14:textId="77777777" w:rsidR="00371B3A" w:rsidRPr="006332C1" w:rsidRDefault="00371B3A" w:rsidP="00936394">
      <w:pPr>
        <w:pStyle w:val="Lijstopsomteken"/>
        <w:numPr>
          <w:ilvl w:val="0"/>
          <w:numId w:val="0"/>
        </w:numPr>
        <w:spacing w:before="0" w:after="0" w:line="240" w:lineRule="auto"/>
        <w:ind w:left="360"/>
        <w:rPr>
          <w:color w:val="000000" w:themeColor="text1"/>
          <w:lang w:val="nl-NL"/>
        </w:rPr>
      </w:pPr>
    </w:p>
    <w:tbl>
      <w:tblPr>
        <w:tblW w:w="0" w:type="auto"/>
        <w:tblLook w:val="04A0" w:firstRow="1" w:lastRow="0" w:firstColumn="1" w:lastColumn="0" w:noHBand="0" w:noVBand="1"/>
      </w:tblPr>
      <w:tblGrid>
        <w:gridCol w:w="8640"/>
      </w:tblGrid>
      <w:tr w:rsidR="00B27D7D" w:rsidRPr="006332C1" w14:paraId="025F23CE" w14:textId="77777777" w:rsidTr="00596175">
        <w:tc>
          <w:tcPr>
            <w:tcW w:w="9746" w:type="dxa"/>
            <w:shd w:val="clear" w:color="auto" w:fill="F2F2F2"/>
          </w:tcPr>
          <w:p w14:paraId="5034C722"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Voorbeeldprompt</w:t>
            </w:r>
          </w:p>
          <w:p w14:paraId="13C83327" w14:textId="77777777" w:rsidR="00B27D7D" w:rsidRPr="006332C1" w:rsidRDefault="00B27D7D" w:rsidP="00936394">
            <w:pPr>
              <w:spacing w:before="0" w:after="0" w:line="240" w:lineRule="auto"/>
              <w:rPr>
                <w:color w:val="000000" w:themeColor="text1"/>
              </w:rPr>
            </w:pPr>
            <w:r w:rsidRPr="006332C1">
              <w:rPr>
                <w:color w:val="000000" w:themeColor="text1"/>
                <w:lang w:val="nl-NL"/>
              </w:rPr>
              <w:t xml:space="preserve">“Wees streng. Noem 5 zwakke plekken, 5 risico’s (incl. privacy/integriteit) en 5 concrete verbeteringen. </w:t>
            </w:r>
            <w:r w:rsidRPr="006332C1">
              <w:rPr>
                <w:color w:val="000000" w:themeColor="text1"/>
              </w:rPr>
              <w:t xml:space="preserve">Geen </w:t>
            </w:r>
            <w:proofErr w:type="spellStart"/>
            <w:r w:rsidRPr="006332C1">
              <w:rPr>
                <w:color w:val="000000" w:themeColor="text1"/>
              </w:rPr>
              <w:t>complimenten</w:t>
            </w:r>
            <w:proofErr w:type="spellEnd"/>
            <w:r w:rsidRPr="006332C1">
              <w:rPr>
                <w:color w:val="000000" w:themeColor="text1"/>
              </w:rPr>
              <w:t>.”</w:t>
            </w:r>
          </w:p>
        </w:tc>
      </w:tr>
    </w:tbl>
    <w:p w14:paraId="16ED5800" w14:textId="77777777" w:rsidR="00B27D7D" w:rsidRPr="006332C1" w:rsidRDefault="00B27D7D" w:rsidP="00936394">
      <w:pPr>
        <w:spacing w:before="0" w:after="0" w:line="240" w:lineRule="auto"/>
        <w:rPr>
          <w:color w:val="000000" w:themeColor="text1"/>
        </w:rPr>
      </w:pPr>
    </w:p>
    <w:p w14:paraId="2A55BA64" w14:textId="77777777" w:rsidR="00B27D7D" w:rsidRPr="006332C1" w:rsidRDefault="00B27D7D" w:rsidP="00936394">
      <w:pPr>
        <w:pStyle w:val="Kop2"/>
        <w:spacing w:before="0" w:line="240" w:lineRule="auto"/>
        <w:rPr>
          <w:color w:val="000000" w:themeColor="text1"/>
        </w:rPr>
      </w:pPr>
      <w:r>
        <w:rPr>
          <w:color w:val="000000" w:themeColor="text1"/>
        </w:rPr>
        <w:t>5</w:t>
      </w:r>
      <w:r w:rsidRPr="006332C1">
        <w:rPr>
          <w:color w:val="000000" w:themeColor="text1"/>
        </w:rPr>
        <w:t>.4 Bias en oneerlijkheid</w:t>
      </w:r>
    </w:p>
    <w:p w14:paraId="35DC5643" w14:textId="77777777" w:rsidR="00B27D7D" w:rsidRDefault="00B27D7D" w:rsidP="00936394">
      <w:pPr>
        <w:spacing w:before="0" w:after="0" w:line="240" w:lineRule="auto"/>
        <w:rPr>
          <w:color w:val="000000" w:themeColor="text1"/>
          <w:lang w:val="nl-NL"/>
        </w:rPr>
      </w:pPr>
      <w:r w:rsidRPr="006332C1">
        <w:rPr>
          <w:color w:val="000000" w:themeColor="text1"/>
          <w:lang w:val="nl-NL"/>
        </w:rPr>
        <w:t>AI kan bias reproduceren via trainingsdata of via jouw prompt. Dat kan leiden tot stereotypering, scheve voorbeelden of ongelijke adviezen.</w:t>
      </w:r>
    </w:p>
    <w:p w14:paraId="2AE988CF" w14:textId="77777777" w:rsidR="00371B3A" w:rsidRPr="006332C1" w:rsidRDefault="00371B3A" w:rsidP="00936394">
      <w:pPr>
        <w:spacing w:before="0" w:after="0" w:line="240" w:lineRule="auto"/>
        <w:rPr>
          <w:color w:val="000000" w:themeColor="text1"/>
          <w:lang w:val="nl-NL"/>
        </w:rPr>
      </w:pPr>
    </w:p>
    <w:tbl>
      <w:tblPr>
        <w:tblW w:w="0" w:type="auto"/>
        <w:tblLook w:val="04A0" w:firstRow="1" w:lastRow="0" w:firstColumn="1" w:lastColumn="0" w:noHBand="0" w:noVBand="1"/>
      </w:tblPr>
      <w:tblGrid>
        <w:gridCol w:w="8640"/>
      </w:tblGrid>
      <w:tr w:rsidR="00B27D7D" w:rsidRPr="009539C9" w14:paraId="39E595B0" w14:textId="77777777" w:rsidTr="00596175">
        <w:tc>
          <w:tcPr>
            <w:tcW w:w="9746" w:type="dxa"/>
            <w:shd w:val="clear" w:color="auto" w:fill="F2F2F2"/>
          </w:tcPr>
          <w:p w14:paraId="60E60A33"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Praktijkvoorbeeld (onderwijs)</w:t>
            </w:r>
          </w:p>
          <w:p w14:paraId="600EFBFA" w14:textId="2013BA51" w:rsidR="00B27D7D" w:rsidRPr="006332C1" w:rsidRDefault="00B27D7D" w:rsidP="00936394">
            <w:pPr>
              <w:spacing w:before="0" w:after="0" w:line="240" w:lineRule="auto"/>
              <w:rPr>
                <w:color w:val="000000" w:themeColor="text1"/>
                <w:lang w:val="nl-NL"/>
              </w:rPr>
            </w:pPr>
            <w:r w:rsidRPr="006332C1">
              <w:rPr>
                <w:color w:val="000000" w:themeColor="text1"/>
                <w:lang w:val="nl-NL"/>
              </w:rPr>
              <w:t>Je laat AI casussen genereren. Verdachten of partijen krijgen steeds dezelfde (stereotiepe) achtergrond.</w:t>
            </w:r>
            <w:r w:rsidR="00D96BA1">
              <w:rPr>
                <w:color w:val="000000" w:themeColor="text1"/>
                <w:lang w:val="nl-NL"/>
              </w:rPr>
              <w:t xml:space="preserve"> </w:t>
            </w:r>
            <w:r w:rsidRPr="006332C1">
              <w:rPr>
                <w:color w:val="000000" w:themeColor="text1"/>
                <w:lang w:val="nl-NL"/>
              </w:rPr>
              <w:t>Studenten krijgen onbewust een scheef beeld.</w:t>
            </w:r>
          </w:p>
        </w:tc>
      </w:tr>
    </w:tbl>
    <w:p w14:paraId="37AC620C" w14:textId="77777777" w:rsidR="00B27D7D" w:rsidRPr="006332C1" w:rsidRDefault="00B27D7D" w:rsidP="00936394">
      <w:pPr>
        <w:spacing w:before="0" w:after="0" w:line="240" w:lineRule="auto"/>
        <w:rPr>
          <w:color w:val="000000" w:themeColor="text1"/>
          <w:lang w:val="nl-NL"/>
        </w:rPr>
      </w:pPr>
    </w:p>
    <w:tbl>
      <w:tblPr>
        <w:tblW w:w="0" w:type="auto"/>
        <w:tblLook w:val="04A0" w:firstRow="1" w:lastRow="0" w:firstColumn="1" w:lastColumn="0" w:noHBand="0" w:noVBand="1"/>
      </w:tblPr>
      <w:tblGrid>
        <w:gridCol w:w="8640"/>
      </w:tblGrid>
      <w:tr w:rsidR="00B27D7D" w:rsidRPr="00B07954" w14:paraId="53E7D6B2" w14:textId="77777777" w:rsidTr="00596175">
        <w:tc>
          <w:tcPr>
            <w:tcW w:w="9746" w:type="dxa"/>
            <w:shd w:val="clear" w:color="auto" w:fill="F2F2F2"/>
          </w:tcPr>
          <w:p w14:paraId="6B3A296B"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Praktijkvoorbeeld (feedback)</w:t>
            </w:r>
          </w:p>
          <w:p w14:paraId="7965DD4D" w14:textId="75B26BC1" w:rsidR="00B27D7D" w:rsidRPr="006332C1" w:rsidRDefault="00B27D7D" w:rsidP="00936394">
            <w:pPr>
              <w:spacing w:before="0" w:after="0" w:line="240" w:lineRule="auto"/>
              <w:rPr>
                <w:color w:val="000000" w:themeColor="text1"/>
                <w:lang w:val="nl-NL"/>
              </w:rPr>
            </w:pPr>
            <w:r w:rsidRPr="006332C1">
              <w:rPr>
                <w:color w:val="000000" w:themeColor="text1"/>
                <w:lang w:val="nl-NL"/>
              </w:rPr>
              <w:t>Je gebruikt AI om feedback te genereren. Zonder het te merken is de toon bij sommige studenten strenger,</w:t>
            </w:r>
            <w:r w:rsidR="00D96BA1">
              <w:rPr>
                <w:color w:val="000000" w:themeColor="text1"/>
                <w:lang w:val="nl-NL"/>
              </w:rPr>
              <w:t xml:space="preserve"> </w:t>
            </w:r>
            <w:r w:rsidRPr="006332C1">
              <w:rPr>
                <w:color w:val="000000" w:themeColor="text1"/>
                <w:lang w:val="nl-NL"/>
              </w:rPr>
              <w:t>of is feedback minder concreet bij taalzwakkere teksten.</w:t>
            </w:r>
          </w:p>
        </w:tc>
      </w:tr>
    </w:tbl>
    <w:p w14:paraId="00245118" w14:textId="77777777" w:rsidR="00B27D7D" w:rsidRPr="006332C1" w:rsidRDefault="00B27D7D" w:rsidP="00936394">
      <w:pPr>
        <w:spacing w:before="0" w:after="0" w:line="240" w:lineRule="auto"/>
        <w:rPr>
          <w:color w:val="000000" w:themeColor="text1"/>
          <w:lang w:val="nl-NL"/>
        </w:rPr>
      </w:pPr>
    </w:p>
    <w:p w14:paraId="0C47C4D0" w14:textId="77777777" w:rsidR="00B27D7D" w:rsidRPr="006332C1" w:rsidRDefault="00B27D7D" w:rsidP="00936394">
      <w:pPr>
        <w:pStyle w:val="Kop3"/>
        <w:spacing w:before="0" w:line="240" w:lineRule="auto"/>
        <w:rPr>
          <w:color w:val="000000" w:themeColor="text1"/>
        </w:rPr>
      </w:pPr>
      <w:r w:rsidRPr="006332C1">
        <w:rPr>
          <w:color w:val="000000" w:themeColor="text1"/>
        </w:rPr>
        <w:t>Wat helpt:</w:t>
      </w:r>
    </w:p>
    <w:p w14:paraId="385610CB"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Vraag om variatie en controleer representatie.</w:t>
      </w:r>
    </w:p>
    <w:p w14:paraId="58CF0A8F"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Laat AI expliciet checken op stereotypering en pas aan.</w:t>
      </w:r>
    </w:p>
    <w:p w14:paraId="19D5042A"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 xml:space="preserve">Gebruik </w:t>
      </w:r>
      <w:proofErr w:type="spellStart"/>
      <w:r w:rsidRPr="006332C1">
        <w:rPr>
          <w:color w:val="000000" w:themeColor="text1"/>
          <w:lang w:val="nl-NL"/>
        </w:rPr>
        <w:t>rubrics</w:t>
      </w:r>
      <w:proofErr w:type="spellEnd"/>
      <w:r w:rsidRPr="006332C1">
        <w:rPr>
          <w:color w:val="000000" w:themeColor="text1"/>
          <w:lang w:val="nl-NL"/>
        </w:rPr>
        <w:t xml:space="preserve"> en criteria als leidraad; laat AI niet ‘beoordelen’.</w:t>
      </w:r>
    </w:p>
    <w:p w14:paraId="0DA0160B" w14:textId="77777777" w:rsidR="00371B3A" w:rsidRPr="006332C1" w:rsidRDefault="00371B3A" w:rsidP="00936394">
      <w:pPr>
        <w:pStyle w:val="Lijstopsomteken"/>
        <w:numPr>
          <w:ilvl w:val="0"/>
          <w:numId w:val="0"/>
        </w:numPr>
        <w:spacing w:before="0" w:after="0" w:line="240" w:lineRule="auto"/>
        <w:ind w:left="360"/>
        <w:rPr>
          <w:color w:val="000000" w:themeColor="text1"/>
          <w:lang w:val="nl-NL"/>
        </w:rPr>
      </w:pPr>
    </w:p>
    <w:tbl>
      <w:tblPr>
        <w:tblW w:w="0" w:type="auto"/>
        <w:tblLook w:val="04A0" w:firstRow="1" w:lastRow="0" w:firstColumn="1" w:lastColumn="0" w:noHBand="0" w:noVBand="1"/>
      </w:tblPr>
      <w:tblGrid>
        <w:gridCol w:w="8640"/>
      </w:tblGrid>
      <w:tr w:rsidR="00B27D7D" w:rsidRPr="00B07954" w14:paraId="6067E3EB" w14:textId="77777777" w:rsidTr="00596175">
        <w:tc>
          <w:tcPr>
            <w:tcW w:w="9746" w:type="dxa"/>
            <w:shd w:val="clear" w:color="auto" w:fill="F2F2F2"/>
          </w:tcPr>
          <w:p w14:paraId="1C0D8E89"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Voorbeeldprompt</w:t>
            </w:r>
          </w:p>
          <w:p w14:paraId="4F21D7FD"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“Genereer 5 casussen met variatie in achtergrond, context en rol. Controleer op stereotypering en licht toe hoe je bias hebt verminderd.”</w:t>
            </w:r>
          </w:p>
        </w:tc>
      </w:tr>
    </w:tbl>
    <w:p w14:paraId="0C9F9480" w14:textId="77777777" w:rsidR="00B27D7D" w:rsidRPr="006332C1" w:rsidRDefault="00B27D7D" w:rsidP="00936394">
      <w:pPr>
        <w:spacing w:before="0" w:after="0" w:line="240" w:lineRule="auto"/>
        <w:rPr>
          <w:color w:val="000000" w:themeColor="text1"/>
          <w:lang w:val="nl-NL"/>
        </w:rPr>
      </w:pPr>
    </w:p>
    <w:p w14:paraId="6110BC14" w14:textId="77777777" w:rsidR="00B27D7D" w:rsidRPr="006332C1" w:rsidRDefault="00B27D7D" w:rsidP="00936394">
      <w:pPr>
        <w:pStyle w:val="Kop2"/>
        <w:spacing w:before="0" w:line="240" w:lineRule="auto"/>
        <w:rPr>
          <w:color w:val="000000" w:themeColor="text1"/>
          <w:lang w:val="nl-NL"/>
        </w:rPr>
      </w:pPr>
      <w:r>
        <w:rPr>
          <w:color w:val="000000" w:themeColor="text1"/>
          <w:lang w:val="nl-NL"/>
        </w:rPr>
        <w:t>5</w:t>
      </w:r>
      <w:r w:rsidRPr="006332C1">
        <w:rPr>
          <w:color w:val="000000" w:themeColor="text1"/>
          <w:lang w:val="nl-NL"/>
        </w:rPr>
        <w:t>.5 Privacy en vertrouwelijkheid</w:t>
      </w:r>
    </w:p>
    <w:p w14:paraId="5A0C3357" w14:textId="77777777" w:rsidR="00B27D7D" w:rsidRDefault="00B27D7D" w:rsidP="00936394">
      <w:pPr>
        <w:spacing w:before="0" w:after="0" w:line="240" w:lineRule="auto"/>
        <w:rPr>
          <w:color w:val="000000" w:themeColor="text1"/>
        </w:rPr>
      </w:pPr>
      <w:r w:rsidRPr="006332C1">
        <w:rPr>
          <w:color w:val="000000" w:themeColor="text1"/>
          <w:lang w:val="nl-NL"/>
        </w:rPr>
        <w:t xml:space="preserve">In prompts kunnen persoonsgegevens of vertrouwelijke gegevens zitten, ook als je geen naam noemt. </w:t>
      </w:r>
      <w:proofErr w:type="spellStart"/>
      <w:r w:rsidRPr="006332C1">
        <w:rPr>
          <w:color w:val="000000" w:themeColor="text1"/>
        </w:rPr>
        <w:t>Unieke</w:t>
      </w:r>
      <w:proofErr w:type="spellEnd"/>
      <w:r w:rsidRPr="006332C1">
        <w:rPr>
          <w:color w:val="000000" w:themeColor="text1"/>
        </w:rPr>
        <w:t xml:space="preserve"> </w:t>
      </w:r>
      <w:proofErr w:type="spellStart"/>
      <w:r w:rsidRPr="006332C1">
        <w:rPr>
          <w:color w:val="000000" w:themeColor="text1"/>
        </w:rPr>
        <w:t>combinaties</w:t>
      </w:r>
      <w:proofErr w:type="spellEnd"/>
      <w:r w:rsidRPr="006332C1">
        <w:rPr>
          <w:color w:val="000000" w:themeColor="text1"/>
        </w:rPr>
        <w:t xml:space="preserve"> van </w:t>
      </w:r>
      <w:proofErr w:type="spellStart"/>
      <w:r w:rsidRPr="006332C1">
        <w:rPr>
          <w:color w:val="000000" w:themeColor="text1"/>
        </w:rPr>
        <w:t>feiten</w:t>
      </w:r>
      <w:proofErr w:type="spellEnd"/>
      <w:r w:rsidRPr="006332C1">
        <w:rPr>
          <w:color w:val="000000" w:themeColor="text1"/>
        </w:rPr>
        <w:t xml:space="preserve"> </w:t>
      </w:r>
      <w:proofErr w:type="spellStart"/>
      <w:r w:rsidRPr="006332C1">
        <w:rPr>
          <w:color w:val="000000" w:themeColor="text1"/>
        </w:rPr>
        <w:t>kunnen</w:t>
      </w:r>
      <w:proofErr w:type="spellEnd"/>
      <w:r w:rsidRPr="006332C1">
        <w:rPr>
          <w:color w:val="000000" w:themeColor="text1"/>
        </w:rPr>
        <w:t xml:space="preserve"> </w:t>
      </w:r>
      <w:proofErr w:type="spellStart"/>
      <w:r w:rsidRPr="006332C1">
        <w:rPr>
          <w:color w:val="000000" w:themeColor="text1"/>
        </w:rPr>
        <w:t>herleidbaar</w:t>
      </w:r>
      <w:proofErr w:type="spellEnd"/>
      <w:r w:rsidRPr="006332C1">
        <w:rPr>
          <w:color w:val="000000" w:themeColor="text1"/>
        </w:rPr>
        <w:t xml:space="preserve"> </w:t>
      </w:r>
      <w:proofErr w:type="spellStart"/>
      <w:r w:rsidRPr="006332C1">
        <w:rPr>
          <w:color w:val="000000" w:themeColor="text1"/>
        </w:rPr>
        <w:t>zijn</w:t>
      </w:r>
      <w:proofErr w:type="spellEnd"/>
      <w:r w:rsidRPr="006332C1">
        <w:rPr>
          <w:color w:val="000000" w:themeColor="text1"/>
        </w:rPr>
        <w:t>.</w:t>
      </w:r>
    </w:p>
    <w:p w14:paraId="5F941671" w14:textId="77777777" w:rsidR="00371B3A" w:rsidRPr="006332C1" w:rsidRDefault="00371B3A" w:rsidP="00936394">
      <w:pPr>
        <w:spacing w:before="0" w:after="0" w:line="240" w:lineRule="auto"/>
        <w:rPr>
          <w:color w:val="000000" w:themeColor="text1"/>
        </w:rPr>
      </w:pPr>
    </w:p>
    <w:tbl>
      <w:tblPr>
        <w:tblW w:w="0" w:type="auto"/>
        <w:tblLook w:val="04A0" w:firstRow="1" w:lastRow="0" w:firstColumn="1" w:lastColumn="0" w:noHBand="0" w:noVBand="1"/>
      </w:tblPr>
      <w:tblGrid>
        <w:gridCol w:w="8640"/>
      </w:tblGrid>
      <w:tr w:rsidR="00B27D7D" w:rsidRPr="00B07954" w14:paraId="2B6C4EDA" w14:textId="77777777" w:rsidTr="00596175">
        <w:tc>
          <w:tcPr>
            <w:tcW w:w="9746" w:type="dxa"/>
            <w:shd w:val="clear" w:color="auto" w:fill="F2F2F2"/>
          </w:tcPr>
          <w:p w14:paraId="211A75E9"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Praktijkvoorbeeld</w:t>
            </w:r>
          </w:p>
          <w:p w14:paraId="0F2A354D"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Je plakt een ‘geanonimiseerde’ stagecasus in een AI-tool. Er staan plaats, datum en functie in.</w:t>
            </w:r>
          </w:p>
          <w:p w14:paraId="614B93A7"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Die combinatie maakt de casus toch herleidbaar voor betrokkenen.</w:t>
            </w:r>
          </w:p>
        </w:tc>
      </w:tr>
    </w:tbl>
    <w:p w14:paraId="7519CB39" w14:textId="77777777" w:rsidR="00B27D7D" w:rsidRPr="006332C1" w:rsidRDefault="00B27D7D" w:rsidP="00936394">
      <w:pPr>
        <w:spacing w:before="0" w:after="0" w:line="240" w:lineRule="auto"/>
        <w:rPr>
          <w:color w:val="000000" w:themeColor="text1"/>
          <w:lang w:val="nl-NL"/>
        </w:rPr>
      </w:pPr>
    </w:p>
    <w:p w14:paraId="7996353A" w14:textId="3984B97C" w:rsidR="00B27D7D" w:rsidRPr="006332C1" w:rsidRDefault="00B27D7D" w:rsidP="00936394">
      <w:pPr>
        <w:pStyle w:val="Kop3"/>
        <w:spacing w:before="0" w:line="240" w:lineRule="auto"/>
        <w:rPr>
          <w:color w:val="000000" w:themeColor="text1"/>
        </w:rPr>
      </w:pPr>
      <w:r w:rsidRPr="006332C1">
        <w:rPr>
          <w:color w:val="000000" w:themeColor="text1"/>
        </w:rPr>
        <w:t>Wat helpt:</w:t>
      </w:r>
    </w:p>
    <w:p w14:paraId="1284E517"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Vervang namen, plaatsen, organisaties en rol-aanduidingen door generieke termen.</w:t>
      </w:r>
    </w:p>
    <w:p w14:paraId="0F554FF1"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Maak details minder specifiek (bijv. ‘gemeente’ in plaats van ‘Gemeente X’).</w:t>
      </w:r>
    </w:p>
    <w:p w14:paraId="56E886F3"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Werk met fictieve casussen of samenvattingen als dat kan.</w:t>
      </w:r>
    </w:p>
    <w:p w14:paraId="2F610EE2" w14:textId="77777777" w:rsidR="00371B3A" w:rsidRPr="006332C1" w:rsidRDefault="00371B3A" w:rsidP="00936394">
      <w:pPr>
        <w:pStyle w:val="Lijstopsomteken"/>
        <w:numPr>
          <w:ilvl w:val="0"/>
          <w:numId w:val="0"/>
        </w:numPr>
        <w:spacing w:before="0" w:after="0" w:line="240" w:lineRule="auto"/>
        <w:ind w:left="360"/>
        <w:rPr>
          <w:color w:val="000000" w:themeColor="text1"/>
          <w:lang w:val="nl-NL"/>
        </w:rPr>
      </w:pPr>
    </w:p>
    <w:tbl>
      <w:tblPr>
        <w:tblW w:w="0" w:type="auto"/>
        <w:tblLook w:val="04A0" w:firstRow="1" w:lastRow="0" w:firstColumn="1" w:lastColumn="0" w:noHBand="0" w:noVBand="1"/>
      </w:tblPr>
      <w:tblGrid>
        <w:gridCol w:w="8640"/>
      </w:tblGrid>
      <w:tr w:rsidR="00B27D7D" w:rsidRPr="006332C1" w14:paraId="56427FA5" w14:textId="77777777" w:rsidTr="00596175">
        <w:tc>
          <w:tcPr>
            <w:tcW w:w="9746" w:type="dxa"/>
            <w:shd w:val="clear" w:color="auto" w:fill="F2F2F2"/>
          </w:tcPr>
          <w:p w14:paraId="318DED2C"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Snelle checkvraag</w:t>
            </w:r>
          </w:p>
          <w:p w14:paraId="2CD0831B" w14:textId="77777777" w:rsidR="00B27D7D" w:rsidRPr="006332C1" w:rsidRDefault="00B27D7D" w:rsidP="00936394">
            <w:pPr>
              <w:spacing w:before="0" w:after="0" w:line="240" w:lineRule="auto"/>
              <w:rPr>
                <w:color w:val="000000" w:themeColor="text1"/>
              </w:rPr>
            </w:pPr>
            <w:r w:rsidRPr="006332C1">
              <w:rPr>
                <w:color w:val="000000" w:themeColor="text1"/>
                <w:lang w:val="nl-NL"/>
              </w:rPr>
              <w:t xml:space="preserve">“Zou iemand uit mijn team/klas/werkveld dit kunnen herkennen?” </w:t>
            </w:r>
            <w:r w:rsidRPr="006332C1">
              <w:rPr>
                <w:color w:val="000000" w:themeColor="text1"/>
              </w:rPr>
              <w:t xml:space="preserve">Zo ja: </w:t>
            </w:r>
            <w:proofErr w:type="spellStart"/>
            <w:r w:rsidRPr="006332C1">
              <w:rPr>
                <w:color w:val="000000" w:themeColor="text1"/>
              </w:rPr>
              <w:t>aanpassen</w:t>
            </w:r>
            <w:proofErr w:type="spellEnd"/>
            <w:r w:rsidRPr="006332C1">
              <w:rPr>
                <w:color w:val="000000" w:themeColor="text1"/>
              </w:rPr>
              <w:t>.</w:t>
            </w:r>
          </w:p>
        </w:tc>
      </w:tr>
    </w:tbl>
    <w:p w14:paraId="5027B8CE" w14:textId="77777777" w:rsidR="00B27D7D" w:rsidRPr="006332C1" w:rsidRDefault="00B27D7D" w:rsidP="00936394">
      <w:pPr>
        <w:spacing w:before="0" w:after="0" w:line="240" w:lineRule="auto"/>
        <w:rPr>
          <w:color w:val="000000" w:themeColor="text1"/>
        </w:rPr>
      </w:pPr>
    </w:p>
    <w:p w14:paraId="1EE984D7" w14:textId="77777777" w:rsidR="00B27D7D" w:rsidRPr="006332C1" w:rsidRDefault="00B27D7D" w:rsidP="00936394">
      <w:pPr>
        <w:pStyle w:val="Kop2"/>
        <w:spacing w:before="0" w:line="240" w:lineRule="auto"/>
        <w:rPr>
          <w:color w:val="000000" w:themeColor="text1"/>
        </w:rPr>
      </w:pPr>
      <w:r>
        <w:rPr>
          <w:color w:val="000000" w:themeColor="text1"/>
        </w:rPr>
        <w:t>5.</w:t>
      </w:r>
      <w:r w:rsidRPr="006332C1">
        <w:rPr>
          <w:color w:val="000000" w:themeColor="text1"/>
        </w:rPr>
        <w:t>6 Academische integriteit</w:t>
      </w:r>
    </w:p>
    <w:p w14:paraId="7F99E2F3"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AI-gebruik kan botsen met leerdoelen als onduidelijk is wat studenten zelf moeten doen. Problemen ontstaan vooral bij schrijfopdrachten, reflecties, literatuuronderzoek en take-home toetsen.</w:t>
      </w:r>
    </w:p>
    <w:tbl>
      <w:tblPr>
        <w:tblW w:w="0" w:type="auto"/>
        <w:tblLook w:val="04A0" w:firstRow="1" w:lastRow="0" w:firstColumn="1" w:lastColumn="0" w:noHBand="0" w:noVBand="1"/>
      </w:tblPr>
      <w:tblGrid>
        <w:gridCol w:w="8640"/>
      </w:tblGrid>
      <w:tr w:rsidR="00B27D7D" w:rsidRPr="00B07954" w14:paraId="03950FD8" w14:textId="77777777" w:rsidTr="00596175">
        <w:tc>
          <w:tcPr>
            <w:tcW w:w="9746" w:type="dxa"/>
            <w:shd w:val="clear" w:color="auto" w:fill="F2F2F2"/>
          </w:tcPr>
          <w:p w14:paraId="4DA482FB"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Praktijkvoorbeeld</w:t>
            </w:r>
          </w:p>
          <w:p w14:paraId="3B41B704"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Studenten leveren plots allemaal ‘perfecte’ teksten in. Je ziet weinig eigen stem.</w:t>
            </w:r>
          </w:p>
          <w:p w14:paraId="6316FA81"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Het is onduidelijk of ze hebben geleerd te redeneren en bronnen te controleren.</w:t>
            </w:r>
          </w:p>
        </w:tc>
      </w:tr>
    </w:tbl>
    <w:p w14:paraId="35328C1E" w14:textId="77777777" w:rsidR="00B27D7D" w:rsidRPr="006332C1" w:rsidRDefault="00B27D7D" w:rsidP="00936394">
      <w:pPr>
        <w:pStyle w:val="Kop3"/>
        <w:spacing w:before="0" w:line="240" w:lineRule="auto"/>
        <w:rPr>
          <w:color w:val="000000" w:themeColor="text1"/>
        </w:rPr>
      </w:pPr>
      <w:r w:rsidRPr="006332C1">
        <w:rPr>
          <w:color w:val="000000" w:themeColor="text1"/>
        </w:rPr>
        <w:lastRenderedPageBreak/>
        <w:t>Wat helpt:</w:t>
      </w:r>
    </w:p>
    <w:p w14:paraId="6F362812"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Maak per opdracht expliciet: wat mag AI doen, wat moet de student zelf doen, en wat moet worden vermeld.</w:t>
      </w:r>
    </w:p>
    <w:p w14:paraId="0BAC3E31" w14:textId="77777777" w:rsidR="00B27D7D" w:rsidRDefault="00B27D7D" w:rsidP="00936394">
      <w:pPr>
        <w:pStyle w:val="Lijstopsomteken"/>
        <w:spacing w:before="0" w:after="0" w:line="240" w:lineRule="auto"/>
        <w:rPr>
          <w:color w:val="000000" w:themeColor="text1"/>
          <w:lang w:val="nl-NL"/>
        </w:rPr>
      </w:pPr>
      <w:r w:rsidRPr="006332C1">
        <w:rPr>
          <w:color w:val="000000" w:themeColor="text1"/>
          <w:lang w:val="nl-NL"/>
        </w:rPr>
        <w:t xml:space="preserve">Koppel regels aan het leerdoel (bijv. redeneren, </w:t>
      </w:r>
      <w:proofErr w:type="spellStart"/>
      <w:r w:rsidRPr="006332C1">
        <w:rPr>
          <w:color w:val="000000" w:themeColor="text1"/>
          <w:lang w:val="nl-NL"/>
        </w:rPr>
        <w:t>bronzoeken</w:t>
      </w:r>
      <w:proofErr w:type="spellEnd"/>
      <w:r w:rsidRPr="006332C1">
        <w:rPr>
          <w:color w:val="000000" w:themeColor="text1"/>
          <w:lang w:val="nl-NL"/>
        </w:rPr>
        <w:t>, argumentatie).</w:t>
      </w:r>
    </w:p>
    <w:p w14:paraId="609F9703" w14:textId="77777777" w:rsidR="00D96BA1" w:rsidRPr="006332C1" w:rsidRDefault="00D96BA1" w:rsidP="00936394">
      <w:pPr>
        <w:pStyle w:val="Lijstopsomteken"/>
        <w:numPr>
          <w:ilvl w:val="0"/>
          <w:numId w:val="0"/>
        </w:numPr>
        <w:spacing w:before="0" w:after="0" w:line="240" w:lineRule="auto"/>
        <w:ind w:left="360"/>
        <w:rPr>
          <w:color w:val="000000" w:themeColor="text1"/>
          <w:lang w:val="nl-NL"/>
        </w:rPr>
      </w:pPr>
    </w:p>
    <w:tbl>
      <w:tblPr>
        <w:tblW w:w="0" w:type="auto"/>
        <w:tblLook w:val="04A0" w:firstRow="1" w:lastRow="0" w:firstColumn="1" w:lastColumn="0" w:noHBand="0" w:noVBand="1"/>
      </w:tblPr>
      <w:tblGrid>
        <w:gridCol w:w="8640"/>
      </w:tblGrid>
      <w:tr w:rsidR="00B27D7D" w:rsidRPr="00B07954" w14:paraId="7705A487" w14:textId="77777777" w:rsidTr="00596175">
        <w:tc>
          <w:tcPr>
            <w:tcW w:w="9746" w:type="dxa"/>
            <w:shd w:val="clear" w:color="auto" w:fill="F2F2F2"/>
          </w:tcPr>
          <w:p w14:paraId="69DA96D2" w14:textId="77777777" w:rsidR="00B27D7D" w:rsidRPr="006332C1" w:rsidRDefault="00B27D7D" w:rsidP="00936394">
            <w:pPr>
              <w:spacing w:before="0" w:after="0" w:line="240" w:lineRule="auto"/>
              <w:rPr>
                <w:color w:val="000000" w:themeColor="text1"/>
                <w:lang w:val="nl-NL"/>
              </w:rPr>
            </w:pPr>
            <w:r w:rsidRPr="006332C1">
              <w:rPr>
                <w:b/>
                <w:color w:val="000000" w:themeColor="text1"/>
                <w:lang w:val="nl-NL"/>
              </w:rPr>
              <w:t>Voorbeeldtekst voor opdrachtomschrijving</w:t>
            </w:r>
          </w:p>
          <w:p w14:paraId="01D8D8E6" w14:textId="77777777" w:rsidR="00B27D7D" w:rsidRPr="006332C1" w:rsidRDefault="00B27D7D" w:rsidP="00936394">
            <w:pPr>
              <w:spacing w:before="0" w:after="0" w:line="240" w:lineRule="auto"/>
              <w:rPr>
                <w:color w:val="000000" w:themeColor="text1"/>
                <w:lang w:val="nl-NL"/>
              </w:rPr>
            </w:pPr>
            <w:r w:rsidRPr="006332C1">
              <w:rPr>
                <w:color w:val="000000" w:themeColor="text1"/>
                <w:lang w:val="nl-NL"/>
              </w:rPr>
              <w:t>“AI mag gebruikt worden voor brainstorm, structuur en taalcorrectie. Je moet zelf bronnen zoeken en controleren, argumentatie opbouwen en conclusies trekken. Voeg een korte AI-paragraaf toe: welke tool, waarvoor gebruikt, welke checks gedaan.”</w:t>
            </w:r>
          </w:p>
        </w:tc>
      </w:tr>
    </w:tbl>
    <w:p w14:paraId="5B16D30C" w14:textId="77777777" w:rsidR="00B27D7D" w:rsidRPr="00B27D7D" w:rsidRDefault="00B27D7D" w:rsidP="00936394">
      <w:pPr>
        <w:spacing w:before="0" w:after="0" w:line="240" w:lineRule="auto"/>
        <w:rPr>
          <w:color w:val="000000" w:themeColor="text1"/>
          <w:lang w:val="nl-NL"/>
        </w:rPr>
      </w:pPr>
    </w:p>
    <w:p w14:paraId="15AB46FB" w14:textId="77777777" w:rsidR="00B27D7D" w:rsidRPr="006332C1" w:rsidRDefault="00B27D7D" w:rsidP="00936394">
      <w:pPr>
        <w:pStyle w:val="Kop2"/>
        <w:spacing w:before="0" w:line="240" w:lineRule="auto"/>
        <w:rPr>
          <w:color w:val="000000" w:themeColor="text1"/>
          <w:lang w:val="nl-NL"/>
        </w:rPr>
      </w:pPr>
      <w:r>
        <w:rPr>
          <w:color w:val="000000" w:themeColor="text1"/>
          <w:lang w:val="nl-NL"/>
        </w:rPr>
        <w:t>5</w:t>
      </w:r>
      <w:r w:rsidRPr="006332C1">
        <w:rPr>
          <w:color w:val="000000" w:themeColor="text1"/>
          <w:lang w:val="nl-NL"/>
        </w:rPr>
        <w:t>.</w:t>
      </w:r>
      <w:r>
        <w:rPr>
          <w:color w:val="000000" w:themeColor="text1"/>
          <w:lang w:val="nl-NL"/>
        </w:rPr>
        <w:t>7</w:t>
      </w:r>
      <w:r w:rsidRPr="006332C1">
        <w:rPr>
          <w:color w:val="000000" w:themeColor="text1"/>
          <w:lang w:val="nl-NL"/>
        </w:rPr>
        <w:t xml:space="preserve"> Mini-checklist: veilig en verstandig AI-gebruik in 60 seconden</w:t>
      </w:r>
    </w:p>
    <w:p w14:paraId="66CED9EE" w14:textId="77777777" w:rsidR="00B27D7D" w:rsidRPr="00D96BA1" w:rsidRDefault="00B27D7D" w:rsidP="00974A8A">
      <w:pPr>
        <w:pStyle w:val="Lijstnummering"/>
        <w:numPr>
          <w:ilvl w:val="0"/>
          <w:numId w:val="28"/>
        </w:numPr>
        <w:spacing w:before="0" w:after="0" w:line="240" w:lineRule="auto"/>
        <w:rPr>
          <w:color w:val="000000" w:themeColor="text1"/>
        </w:rPr>
      </w:pPr>
      <w:r w:rsidRPr="00D96BA1">
        <w:rPr>
          <w:color w:val="000000" w:themeColor="text1"/>
          <w:lang w:val="nl-NL"/>
        </w:rPr>
        <w:t xml:space="preserve">Feitencheck: bevat dit juridische feiten/uitspraken? </w:t>
      </w:r>
      <w:proofErr w:type="spellStart"/>
      <w:r w:rsidRPr="00D96BA1">
        <w:rPr>
          <w:color w:val="000000" w:themeColor="text1"/>
        </w:rPr>
        <w:t>Verifiëren</w:t>
      </w:r>
      <w:proofErr w:type="spellEnd"/>
      <w:r w:rsidRPr="00D96BA1">
        <w:rPr>
          <w:color w:val="000000" w:themeColor="text1"/>
        </w:rPr>
        <w:t>.</w:t>
      </w:r>
    </w:p>
    <w:p w14:paraId="288B7BFE" w14:textId="77777777" w:rsidR="00B27D7D" w:rsidRPr="006332C1" w:rsidRDefault="00B27D7D" w:rsidP="00936394">
      <w:pPr>
        <w:pStyle w:val="Lijstnummering"/>
        <w:spacing w:before="0" w:after="0" w:line="240" w:lineRule="auto"/>
        <w:rPr>
          <w:color w:val="000000" w:themeColor="text1"/>
        </w:rPr>
      </w:pPr>
      <w:r w:rsidRPr="006332C1">
        <w:rPr>
          <w:color w:val="000000" w:themeColor="text1"/>
          <w:lang w:val="nl-NL"/>
        </w:rPr>
        <w:t xml:space="preserve">Herleidbaarheid: staat er (in)direct persoonsgegevens of vertrouwelijke info in? </w:t>
      </w:r>
      <w:proofErr w:type="spellStart"/>
      <w:r w:rsidRPr="006332C1">
        <w:rPr>
          <w:color w:val="000000" w:themeColor="text1"/>
        </w:rPr>
        <w:t>Anonimiseren</w:t>
      </w:r>
      <w:proofErr w:type="spellEnd"/>
      <w:r w:rsidRPr="006332C1">
        <w:rPr>
          <w:color w:val="000000" w:themeColor="text1"/>
        </w:rPr>
        <w:t>.</w:t>
      </w:r>
    </w:p>
    <w:p w14:paraId="0A2094C5" w14:textId="77777777" w:rsidR="00B27D7D" w:rsidRPr="006332C1" w:rsidRDefault="00B27D7D" w:rsidP="00936394">
      <w:pPr>
        <w:pStyle w:val="Lijstnummering"/>
        <w:spacing w:before="0" w:after="0" w:line="240" w:lineRule="auto"/>
        <w:rPr>
          <w:color w:val="000000" w:themeColor="text1"/>
        </w:rPr>
      </w:pPr>
      <w:r w:rsidRPr="006332C1">
        <w:rPr>
          <w:color w:val="000000" w:themeColor="text1"/>
          <w:lang w:val="nl-NL"/>
        </w:rPr>
        <w:t xml:space="preserve">Biascheck: zitten er stereotyperingen of scheve aannames in? </w:t>
      </w:r>
      <w:proofErr w:type="spellStart"/>
      <w:r w:rsidRPr="006332C1">
        <w:rPr>
          <w:color w:val="000000" w:themeColor="text1"/>
        </w:rPr>
        <w:t>Aanpassen</w:t>
      </w:r>
      <w:proofErr w:type="spellEnd"/>
      <w:r w:rsidRPr="006332C1">
        <w:rPr>
          <w:color w:val="000000" w:themeColor="text1"/>
        </w:rPr>
        <w:t>.</w:t>
      </w:r>
    </w:p>
    <w:p w14:paraId="1EF806B6" w14:textId="77777777" w:rsidR="00B27D7D" w:rsidRPr="006332C1" w:rsidRDefault="00B27D7D" w:rsidP="00936394">
      <w:pPr>
        <w:pStyle w:val="Lijstnummering"/>
        <w:spacing w:before="0" w:after="0" w:line="240" w:lineRule="auto"/>
        <w:rPr>
          <w:color w:val="000000" w:themeColor="text1"/>
        </w:rPr>
      </w:pPr>
      <w:r w:rsidRPr="006332C1">
        <w:rPr>
          <w:color w:val="000000" w:themeColor="text1"/>
          <w:lang w:val="nl-NL"/>
        </w:rPr>
        <w:t xml:space="preserve">Doelcheck: past dit bij het leerdoel? </w:t>
      </w:r>
      <w:r w:rsidRPr="006332C1">
        <w:rPr>
          <w:color w:val="000000" w:themeColor="text1"/>
        </w:rPr>
        <w:t xml:space="preserve">Zo </w:t>
      </w:r>
      <w:proofErr w:type="spellStart"/>
      <w:r w:rsidRPr="006332C1">
        <w:rPr>
          <w:color w:val="000000" w:themeColor="text1"/>
        </w:rPr>
        <w:t>niet</w:t>
      </w:r>
      <w:proofErr w:type="spellEnd"/>
      <w:r w:rsidRPr="006332C1">
        <w:rPr>
          <w:color w:val="000000" w:themeColor="text1"/>
        </w:rPr>
        <w:t xml:space="preserve">: </w:t>
      </w:r>
      <w:proofErr w:type="spellStart"/>
      <w:r w:rsidRPr="006332C1">
        <w:rPr>
          <w:color w:val="000000" w:themeColor="text1"/>
        </w:rPr>
        <w:t>herontwerp</w:t>
      </w:r>
      <w:proofErr w:type="spellEnd"/>
      <w:r w:rsidRPr="006332C1">
        <w:rPr>
          <w:color w:val="000000" w:themeColor="text1"/>
        </w:rPr>
        <w:t>.</w:t>
      </w:r>
    </w:p>
    <w:p w14:paraId="2C262FFD" w14:textId="77777777" w:rsidR="00B27D7D" w:rsidRPr="006332C1" w:rsidRDefault="00B27D7D" w:rsidP="00936394">
      <w:pPr>
        <w:pStyle w:val="Lijstnummering"/>
        <w:spacing w:before="0" w:after="0" w:line="240" w:lineRule="auto"/>
        <w:rPr>
          <w:color w:val="000000" w:themeColor="text1"/>
        </w:rPr>
      </w:pPr>
      <w:r w:rsidRPr="006332C1">
        <w:rPr>
          <w:color w:val="000000" w:themeColor="text1"/>
          <w:lang w:val="nl-NL"/>
        </w:rPr>
        <w:t xml:space="preserve">Transparantie: moet ik AI-gebruik melden (richting studenten/collega’s)? </w:t>
      </w:r>
      <w:proofErr w:type="spellStart"/>
      <w:r w:rsidRPr="006332C1">
        <w:rPr>
          <w:color w:val="000000" w:themeColor="text1"/>
        </w:rPr>
        <w:t>Vermeld</w:t>
      </w:r>
      <w:proofErr w:type="spellEnd"/>
      <w:r w:rsidRPr="006332C1">
        <w:rPr>
          <w:color w:val="000000" w:themeColor="text1"/>
        </w:rPr>
        <w:t xml:space="preserve"> </w:t>
      </w:r>
      <w:proofErr w:type="spellStart"/>
      <w:r w:rsidRPr="006332C1">
        <w:rPr>
          <w:color w:val="000000" w:themeColor="text1"/>
        </w:rPr>
        <w:t>kort</w:t>
      </w:r>
      <w:proofErr w:type="spellEnd"/>
      <w:r w:rsidRPr="006332C1">
        <w:rPr>
          <w:color w:val="000000" w:themeColor="text1"/>
        </w:rPr>
        <w:t>.</w:t>
      </w:r>
    </w:p>
    <w:p w14:paraId="500BB568" w14:textId="7A330A9C" w:rsidR="00371B3A" w:rsidRDefault="00B27D7D" w:rsidP="00936394">
      <w:pPr>
        <w:pStyle w:val="Lijstnummering"/>
        <w:spacing w:before="0" w:after="0" w:line="240" w:lineRule="auto"/>
        <w:rPr>
          <w:color w:val="000000" w:themeColor="text1"/>
        </w:rPr>
      </w:pPr>
      <w:r w:rsidRPr="006332C1">
        <w:rPr>
          <w:color w:val="000000" w:themeColor="text1"/>
          <w:lang w:val="nl-NL"/>
        </w:rPr>
        <w:t xml:space="preserve">Verantwoordelijkheid: kan ik dit met mijn naam eronder verdedigen? </w:t>
      </w:r>
      <w:r w:rsidRPr="006332C1">
        <w:rPr>
          <w:color w:val="000000" w:themeColor="text1"/>
        </w:rPr>
        <w:t xml:space="preserve">Zo </w:t>
      </w:r>
      <w:proofErr w:type="spellStart"/>
      <w:r w:rsidRPr="006332C1">
        <w:rPr>
          <w:color w:val="000000" w:themeColor="text1"/>
        </w:rPr>
        <w:t>niet</w:t>
      </w:r>
      <w:proofErr w:type="spellEnd"/>
      <w:r w:rsidRPr="006332C1">
        <w:rPr>
          <w:color w:val="000000" w:themeColor="text1"/>
        </w:rPr>
        <w:t xml:space="preserve">: </w:t>
      </w:r>
      <w:proofErr w:type="spellStart"/>
      <w:r w:rsidRPr="006332C1">
        <w:rPr>
          <w:color w:val="000000" w:themeColor="text1"/>
        </w:rPr>
        <w:t>niet</w:t>
      </w:r>
      <w:proofErr w:type="spellEnd"/>
      <w:r w:rsidRPr="006332C1">
        <w:rPr>
          <w:color w:val="000000" w:themeColor="text1"/>
        </w:rPr>
        <w:t xml:space="preserve"> </w:t>
      </w:r>
      <w:proofErr w:type="spellStart"/>
      <w:r w:rsidRPr="006332C1">
        <w:rPr>
          <w:color w:val="000000" w:themeColor="text1"/>
        </w:rPr>
        <w:t>gebruiken</w:t>
      </w:r>
      <w:proofErr w:type="spellEnd"/>
      <w:r w:rsidRPr="006332C1">
        <w:rPr>
          <w:color w:val="000000" w:themeColor="text1"/>
        </w:rPr>
        <w:t>.</w:t>
      </w:r>
    </w:p>
    <w:p w14:paraId="1A4C3FAA" w14:textId="77777777" w:rsidR="00B27D7D" w:rsidRPr="006332C1" w:rsidRDefault="00B27D7D" w:rsidP="00936394">
      <w:pPr>
        <w:pStyle w:val="Lijstnummering"/>
        <w:numPr>
          <w:ilvl w:val="0"/>
          <w:numId w:val="0"/>
        </w:numPr>
        <w:spacing w:before="0" w:after="0" w:line="240" w:lineRule="auto"/>
        <w:ind w:left="360"/>
        <w:rPr>
          <w:color w:val="000000" w:themeColor="text1"/>
        </w:rPr>
      </w:pPr>
    </w:p>
    <w:p w14:paraId="6C3B2EF8" w14:textId="57F6CD6F" w:rsidR="00B27D7D" w:rsidRPr="006332C1" w:rsidRDefault="00B27D7D" w:rsidP="00936394">
      <w:pPr>
        <w:pStyle w:val="Kop2"/>
        <w:spacing w:before="0" w:line="240" w:lineRule="auto"/>
        <w:rPr>
          <w:color w:val="000000" w:themeColor="text1"/>
          <w:lang w:val="nl-NL"/>
        </w:rPr>
      </w:pPr>
      <w:r>
        <w:rPr>
          <w:color w:val="000000" w:themeColor="text1"/>
          <w:lang w:val="nl-NL"/>
        </w:rPr>
        <w:t>5</w:t>
      </w:r>
      <w:r w:rsidRPr="006332C1">
        <w:rPr>
          <w:color w:val="000000" w:themeColor="text1"/>
          <w:lang w:val="nl-NL"/>
        </w:rPr>
        <w:t>.</w:t>
      </w:r>
      <w:r w:rsidR="00371B3A">
        <w:rPr>
          <w:color w:val="000000" w:themeColor="text1"/>
          <w:lang w:val="nl-NL"/>
        </w:rPr>
        <w:t>8</w:t>
      </w:r>
      <w:r w:rsidRPr="006332C1">
        <w:rPr>
          <w:color w:val="000000" w:themeColor="text1"/>
          <w:lang w:val="nl-NL"/>
        </w:rPr>
        <w:t xml:space="preserve"> Rode vlaggen: signalen dat je moet stoppen en checken</w:t>
      </w:r>
    </w:p>
    <w:p w14:paraId="3585D848"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AI geeft bronnen die je niet kunt vinden.</w:t>
      </w:r>
    </w:p>
    <w:p w14:paraId="6AC7031E"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AI noemt artikelen/uitspraken zonder datum of instantie.</w:t>
      </w:r>
    </w:p>
    <w:p w14:paraId="6FCF823E"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Output klinkt te perfect en te stellig.</w:t>
      </w:r>
    </w:p>
    <w:p w14:paraId="06C4778B"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Je prompt bevat echte casusdetails of herleidbare informatie.</w:t>
      </w:r>
    </w:p>
    <w:p w14:paraId="3A2ABC14"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AI geeft ‘wat mag’-adviezen zonder nuance of context.</w:t>
      </w:r>
    </w:p>
    <w:p w14:paraId="147E2808" w14:textId="77777777" w:rsidR="00B27D7D" w:rsidRPr="006332C1" w:rsidRDefault="00B27D7D" w:rsidP="00936394">
      <w:pPr>
        <w:pStyle w:val="Lijstopsomteken"/>
        <w:spacing w:before="0" w:after="0" w:line="240" w:lineRule="auto"/>
        <w:rPr>
          <w:color w:val="000000" w:themeColor="text1"/>
          <w:lang w:val="nl-NL"/>
        </w:rPr>
      </w:pPr>
      <w:r w:rsidRPr="006332C1">
        <w:rPr>
          <w:color w:val="000000" w:themeColor="text1"/>
          <w:lang w:val="nl-NL"/>
        </w:rPr>
        <w:t>Je merkt dat je het klakkeloos wilt overnemen omdat het tijd scheelt.</w:t>
      </w:r>
    </w:p>
    <w:p w14:paraId="00041283" w14:textId="77777777" w:rsidR="00D878B9" w:rsidRPr="00862DF4" w:rsidRDefault="00D878B9" w:rsidP="00936394">
      <w:pPr>
        <w:spacing w:before="0" w:after="0" w:line="240" w:lineRule="auto"/>
        <w:rPr>
          <w:lang w:val="nl-NL"/>
        </w:rPr>
      </w:pPr>
    </w:p>
    <w:sectPr w:rsidR="00D878B9" w:rsidRPr="00862DF4" w:rsidSect="00034616">
      <w:headerReference w:type="default" r:id="rId52"/>
      <w:footerReference w:type="default" r:id="rId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04BEF" w14:textId="77777777" w:rsidR="0043793C" w:rsidRDefault="0043793C" w:rsidP="009612DE">
      <w:pPr>
        <w:spacing w:after="0" w:line="240" w:lineRule="auto"/>
      </w:pPr>
      <w:r>
        <w:separator/>
      </w:r>
    </w:p>
  </w:endnote>
  <w:endnote w:type="continuationSeparator" w:id="0">
    <w:p w14:paraId="3B5A922B" w14:textId="77777777" w:rsidR="0043793C" w:rsidRDefault="0043793C" w:rsidP="00961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604020202020204"/>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650471"/>
      <w:docPartObj>
        <w:docPartGallery w:val="Page Numbers (Bottom of Page)"/>
        <w:docPartUnique/>
      </w:docPartObj>
    </w:sdtPr>
    <w:sdtContent>
      <w:p w14:paraId="60A040A1" w14:textId="27388BD8" w:rsidR="00936394" w:rsidRDefault="00936394">
        <w:pPr>
          <w:pStyle w:val="Voettekst"/>
          <w:jc w:val="right"/>
        </w:pPr>
        <w:r>
          <w:fldChar w:fldCharType="begin"/>
        </w:r>
        <w:r>
          <w:instrText>PAGE   \* MERGEFORMAT</w:instrText>
        </w:r>
        <w:r>
          <w:fldChar w:fldCharType="separate"/>
        </w:r>
        <w:r>
          <w:rPr>
            <w:lang w:val="nl-NL"/>
          </w:rPr>
          <w:t>2</w:t>
        </w:r>
        <w:r>
          <w:fldChar w:fldCharType="end"/>
        </w:r>
      </w:p>
    </w:sdtContent>
  </w:sdt>
  <w:p w14:paraId="3AD531F6" w14:textId="77777777" w:rsidR="00F34E9F" w:rsidRDefault="00F34E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3AB6E" w14:textId="77777777" w:rsidR="0043793C" w:rsidRDefault="0043793C" w:rsidP="009612DE">
      <w:pPr>
        <w:spacing w:after="0" w:line="240" w:lineRule="auto"/>
      </w:pPr>
      <w:r>
        <w:separator/>
      </w:r>
    </w:p>
  </w:footnote>
  <w:footnote w:type="continuationSeparator" w:id="0">
    <w:p w14:paraId="1CAB16C1" w14:textId="77777777" w:rsidR="0043793C" w:rsidRDefault="0043793C" w:rsidP="00961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FE483" w14:textId="44565EC8" w:rsidR="00F34E9F" w:rsidRDefault="00F34E9F">
    <w:pPr>
      <w:pStyle w:val="Koptekst"/>
    </w:pPr>
  </w:p>
  <w:p w14:paraId="73113D30" w14:textId="77777777" w:rsidR="009612DE" w:rsidRDefault="009612D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A1BAE7E8"/>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5E14C3CE"/>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5AC546C"/>
    <w:multiLevelType w:val="multilevel"/>
    <w:tmpl w:val="173E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B50648"/>
    <w:multiLevelType w:val="multilevel"/>
    <w:tmpl w:val="620A9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1143D2"/>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567CAF"/>
    <w:multiLevelType w:val="multilevel"/>
    <w:tmpl w:val="41E4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B629E1"/>
    <w:multiLevelType w:val="multilevel"/>
    <w:tmpl w:val="D04C9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F823C7"/>
    <w:multiLevelType w:val="multilevel"/>
    <w:tmpl w:val="8ED6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3A5820"/>
    <w:multiLevelType w:val="multilevel"/>
    <w:tmpl w:val="154A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DD5FCE"/>
    <w:multiLevelType w:val="multilevel"/>
    <w:tmpl w:val="4B1A9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3E5666"/>
    <w:multiLevelType w:val="multilevel"/>
    <w:tmpl w:val="8588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862FB5"/>
    <w:multiLevelType w:val="multilevel"/>
    <w:tmpl w:val="DFF8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8130FB"/>
    <w:multiLevelType w:val="multilevel"/>
    <w:tmpl w:val="707002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B33A94"/>
    <w:multiLevelType w:val="multilevel"/>
    <w:tmpl w:val="0CFA5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D60840"/>
    <w:multiLevelType w:val="multilevel"/>
    <w:tmpl w:val="7ECAA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6849EF"/>
    <w:multiLevelType w:val="multilevel"/>
    <w:tmpl w:val="45CAB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962E90"/>
    <w:multiLevelType w:val="multilevel"/>
    <w:tmpl w:val="7ECAA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9A39A3"/>
    <w:multiLevelType w:val="multilevel"/>
    <w:tmpl w:val="BA66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22720A"/>
    <w:multiLevelType w:val="multilevel"/>
    <w:tmpl w:val="4EF4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4E0F08"/>
    <w:multiLevelType w:val="multilevel"/>
    <w:tmpl w:val="9DAC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517452"/>
    <w:multiLevelType w:val="multilevel"/>
    <w:tmpl w:val="6642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746BAC"/>
    <w:multiLevelType w:val="multilevel"/>
    <w:tmpl w:val="F27C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B2250A"/>
    <w:multiLevelType w:val="multilevel"/>
    <w:tmpl w:val="53F0B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D21D56"/>
    <w:multiLevelType w:val="multilevel"/>
    <w:tmpl w:val="4C445E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7FF39A8"/>
    <w:multiLevelType w:val="multilevel"/>
    <w:tmpl w:val="6424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4C508D"/>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0C16E0"/>
    <w:multiLevelType w:val="hybridMultilevel"/>
    <w:tmpl w:val="70D61D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A141DAD"/>
    <w:multiLevelType w:val="multilevel"/>
    <w:tmpl w:val="466A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BE48B9"/>
    <w:multiLevelType w:val="multilevel"/>
    <w:tmpl w:val="276E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CA123A"/>
    <w:multiLevelType w:val="multilevel"/>
    <w:tmpl w:val="E358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C77E0B"/>
    <w:multiLevelType w:val="multilevel"/>
    <w:tmpl w:val="7CFC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1E6CD0"/>
    <w:multiLevelType w:val="multilevel"/>
    <w:tmpl w:val="5C24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A06690"/>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FCA31F6"/>
    <w:multiLevelType w:val="multilevel"/>
    <w:tmpl w:val="B46A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5F454D"/>
    <w:multiLevelType w:val="multilevel"/>
    <w:tmpl w:val="AB1A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98613A"/>
    <w:multiLevelType w:val="multilevel"/>
    <w:tmpl w:val="4B1A90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30520F1"/>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38E470B"/>
    <w:multiLevelType w:val="multilevel"/>
    <w:tmpl w:val="4B1A90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5A2696E"/>
    <w:multiLevelType w:val="multilevel"/>
    <w:tmpl w:val="012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B62DCA"/>
    <w:multiLevelType w:val="multilevel"/>
    <w:tmpl w:val="9C20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806127"/>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ADB4EF1"/>
    <w:multiLevelType w:val="multilevel"/>
    <w:tmpl w:val="61D6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D92BD2"/>
    <w:multiLevelType w:val="multilevel"/>
    <w:tmpl w:val="ADA2B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CF900D9"/>
    <w:multiLevelType w:val="multilevel"/>
    <w:tmpl w:val="4220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9C00DB"/>
    <w:multiLevelType w:val="multilevel"/>
    <w:tmpl w:val="1C28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BA6441"/>
    <w:multiLevelType w:val="multilevel"/>
    <w:tmpl w:val="B8644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EAA68D4"/>
    <w:multiLevelType w:val="multilevel"/>
    <w:tmpl w:val="ADA2B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EDF6F24"/>
    <w:multiLevelType w:val="multilevel"/>
    <w:tmpl w:val="F82E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FFA5731"/>
    <w:multiLevelType w:val="multilevel"/>
    <w:tmpl w:val="882A2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2F640FC"/>
    <w:multiLevelType w:val="multilevel"/>
    <w:tmpl w:val="8F78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017CC6"/>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3F4443A"/>
    <w:multiLevelType w:val="multilevel"/>
    <w:tmpl w:val="746C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59771F"/>
    <w:multiLevelType w:val="multilevel"/>
    <w:tmpl w:val="7BB6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D22D3E"/>
    <w:multiLevelType w:val="multilevel"/>
    <w:tmpl w:val="D85E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703653"/>
    <w:multiLevelType w:val="multilevel"/>
    <w:tmpl w:val="A66E4F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59B4A9E"/>
    <w:multiLevelType w:val="multilevel"/>
    <w:tmpl w:val="9C78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61449F0"/>
    <w:multiLevelType w:val="multilevel"/>
    <w:tmpl w:val="74D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161F1E"/>
    <w:multiLevelType w:val="multilevel"/>
    <w:tmpl w:val="1444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1B6B63"/>
    <w:multiLevelType w:val="multilevel"/>
    <w:tmpl w:val="048E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7F65D2"/>
    <w:multiLevelType w:val="multilevel"/>
    <w:tmpl w:val="0142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83B794C"/>
    <w:multiLevelType w:val="multilevel"/>
    <w:tmpl w:val="70AA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8B252C0"/>
    <w:multiLevelType w:val="multilevel"/>
    <w:tmpl w:val="A3D0F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8E015EC"/>
    <w:multiLevelType w:val="multilevel"/>
    <w:tmpl w:val="84F0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91A5309"/>
    <w:multiLevelType w:val="multilevel"/>
    <w:tmpl w:val="A804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97D2EC0"/>
    <w:multiLevelType w:val="multilevel"/>
    <w:tmpl w:val="5616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9B75E43"/>
    <w:multiLevelType w:val="multilevel"/>
    <w:tmpl w:val="F4FE5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9FC424B"/>
    <w:multiLevelType w:val="multilevel"/>
    <w:tmpl w:val="F586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C3C0520"/>
    <w:multiLevelType w:val="hybridMultilevel"/>
    <w:tmpl w:val="BEA8E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3CF82E40"/>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E3F415E"/>
    <w:multiLevelType w:val="multilevel"/>
    <w:tmpl w:val="E46A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F172074"/>
    <w:multiLevelType w:val="multilevel"/>
    <w:tmpl w:val="4EAA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F7936FA"/>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00D01E9"/>
    <w:multiLevelType w:val="multilevel"/>
    <w:tmpl w:val="E1DA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1ED5250"/>
    <w:multiLevelType w:val="multilevel"/>
    <w:tmpl w:val="83F0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2335032"/>
    <w:multiLevelType w:val="multilevel"/>
    <w:tmpl w:val="A7D2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4EE284C"/>
    <w:multiLevelType w:val="multilevel"/>
    <w:tmpl w:val="31E2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5062BE4"/>
    <w:multiLevelType w:val="multilevel"/>
    <w:tmpl w:val="E95E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66C6A90"/>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7C879B5"/>
    <w:multiLevelType w:val="multilevel"/>
    <w:tmpl w:val="F0F6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D03621"/>
    <w:multiLevelType w:val="multilevel"/>
    <w:tmpl w:val="ADAA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A695DE3"/>
    <w:multiLevelType w:val="multilevel"/>
    <w:tmpl w:val="43A8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ABE1DB4"/>
    <w:multiLevelType w:val="multilevel"/>
    <w:tmpl w:val="5DFA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AF15296"/>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B3A3A0D"/>
    <w:multiLevelType w:val="multilevel"/>
    <w:tmpl w:val="7AB2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B5F3EB7"/>
    <w:multiLevelType w:val="hybridMultilevel"/>
    <w:tmpl w:val="0632E8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4C343D03"/>
    <w:multiLevelType w:val="multilevel"/>
    <w:tmpl w:val="CB00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14100DD"/>
    <w:multiLevelType w:val="multilevel"/>
    <w:tmpl w:val="84983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21B0DA3"/>
    <w:multiLevelType w:val="multilevel"/>
    <w:tmpl w:val="A7367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32739BB"/>
    <w:multiLevelType w:val="multilevel"/>
    <w:tmpl w:val="F41A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382657D"/>
    <w:multiLevelType w:val="hybridMultilevel"/>
    <w:tmpl w:val="8850C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53EE2382"/>
    <w:multiLevelType w:val="multilevel"/>
    <w:tmpl w:val="E7E4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5502116"/>
    <w:multiLevelType w:val="multilevel"/>
    <w:tmpl w:val="F424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6036AE2"/>
    <w:multiLevelType w:val="multilevel"/>
    <w:tmpl w:val="7362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73B460A"/>
    <w:multiLevelType w:val="multilevel"/>
    <w:tmpl w:val="3FD8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8475F5E"/>
    <w:multiLevelType w:val="hybridMultilevel"/>
    <w:tmpl w:val="C3AE889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591B2024"/>
    <w:multiLevelType w:val="multilevel"/>
    <w:tmpl w:val="6C54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B076D41"/>
    <w:multiLevelType w:val="multilevel"/>
    <w:tmpl w:val="436A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BA171E7"/>
    <w:multiLevelType w:val="multilevel"/>
    <w:tmpl w:val="E05E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D596917"/>
    <w:multiLevelType w:val="multilevel"/>
    <w:tmpl w:val="E122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DA00A43"/>
    <w:multiLevelType w:val="multilevel"/>
    <w:tmpl w:val="D298B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FC9729F"/>
    <w:multiLevelType w:val="multilevel"/>
    <w:tmpl w:val="190C3D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2812B7F"/>
    <w:multiLevelType w:val="multilevel"/>
    <w:tmpl w:val="7ECAA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2A1092F"/>
    <w:multiLevelType w:val="multilevel"/>
    <w:tmpl w:val="FB02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3E51488"/>
    <w:multiLevelType w:val="multilevel"/>
    <w:tmpl w:val="CF0A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5D72A0D"/>
    <w:multiLevelType w:val="multilevel"/>
    <w:tmpl w:val="E0189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71A2EA5"/>
    <w:multiLevelType w:val="multilevel"/>
    <w:tmpl w:val="57E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9D54F1E"/>
    <w:multiLevelType w:val="multilevel"/>
    <w:tmpl w:val="E16A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D1F1791"/>
    <w:multiLevelType w:val="multilevel"/>
    <w:tmpl w:val="9152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D7D314B"/>
    <w:multiLevelType w:val="multilevel"/>
    <w:tmpl w:val="96C8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EE225FB"/>
    <w:multiLevelType w:val="multilevel"/>
    <w:tmpl w:val="83F0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F5A23D6"/>
    <w:multiLevelType w:val="multilevel"/>
    <w:tmpl w:val="1C64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25625CE"/>
    <w:multiLevelType w:val="multilevel"/>
    <w:tmpl w:val="15E8C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3B96145"/>
    <w:multiLevelType w:val="multilevel"/>
    <w:tmpl w:val="B39A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49C4E41"/>
    <w:multiLevelType w:val="multilevel"/>
    <w:tmpl w:val="9ED0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237E3F"/>
    <w:multiLevelType w:val="multilevel"/>
    <w:tmpl w:val="AF2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61129C1"/>
    <w:multiLevelType w:val="multilevel"/>
    <w:tmpl w:val="0A1C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6195BAC"/>
    <w:multiLevelType w:val="multilevel"/>
    <w:tmpl w:val="1922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7F11D06"/>
    <w:multiLevelType w:val="multilevel"/>
    <w:tmpl w:val="6636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8CA3998"/>
    <w:multiLevelType w:val="multilevel"/>
    <w:tmpl w:val="9012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B13196"/>
    <w:multiLevelType w:val="multilevel"/>
    <w:tmpl w:val="0DB42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B832037"/>
    <w:multiLevelType w:val="multilevel"/>
    <w:tmpl w:val="1CB8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C0A7131"/>
    <w:multiLevelType w:val="multilevel"/>
    <w:tmpl w:val="4B1A9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D574250"/>
    <w:multiLevelType w:val="multilevel"/>
    <w:tmpl w:val="7ECAA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DED53BF"/>
    <w:multiLevelType w:val="multilevel"/>
    <w:tmpl w:val="3568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F774E1F"/>
    <w:multiLevelType w:val="multilevel"/>
    <w:tmpl w:val="5E44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9026024">
    <w:abstractNumId w:val="5"/>
  </w:num>
  <w:num w:numId="2" w16cid:durableId="269897976">
    <w:abstractNumId w:val="3"/>
  </w:num>
  <w:num w:numId="3" w16cid:durableId="337388012">
    <w:abstractNumId w:val="2"/>
  </w:num>
  <w:num w:numId="4" w16cid:durableId="1433547687">
    <w:abstractNumId w:val="4"/>
  </w:num>
  <w:num w:numId="5" w16cid:durableId="1606383063">
    <w:abstractNumId w:val="1"/>
  </w:num>
  <w:num w:numId="6" w16cid:durableId="1523589367">
    <w:abstractNumId w:val="0"/>
  </w:num>
  <w:num w:numId="7" w16cid:durableId="1811824603">
    <w:abstractNumId w:val="4"/>
    <w:lvlOverride w:ilvl="0">
      <w:startOverride w:val="1"/>
    </w:lvlOverride>
  </w:num>
  <w:num w:numId="8" w16cid:durableId="1569076033">
    <w:abstractNumId w:val="4"/>
    <w:lvlOverride w:ilvl="0">
      <w:startOverride w:val="1"/>
    </w:lvlOverride>
  </w:num>
  <w:num w:numId="9" w16cid:durableId="444033942">
    <w:abstractNumId w:val="4"/>
    <w:lvlOverride w:ilvl="0">
      <w:startOverride w:val="1"/>
    </w:lvlOverride>
  </w:num>
  <w:num w:numId="10" w16cid:durableId="1021205829">
    <w:abstractNumId w:val="4"/>
    <w:lvlOverride w:ilvl="0">
      <w:startOverride w:val="1"/>
    </w:lvlOverride>
  </w:num>
  <w:num w:numId="11" w16cid:durableId="1654141913">
    <w:abstractNumId w:val="4"/>
    <w:lvlOverride w:ilvl="0">
      <w:startOverride w:val="1"/>
    </w:lvlOverride>
  </w:num>
  <w:num w:numId="12" w16cid:durableId="305551542">
    <w:abstractNumId w:val="4"/>
    <w:lvlOverride w:ilvl="0">
      <w:startOverride w:val="1"/>
    </w:lvlOverride>
  </w:num>
  <w:num w:numId="13" w16cid:durableId="1825243578">
    <w:abstractNumId w:val="4"/>
    <w:lvlOverride w:ilvl="0">
      <w:startOverride w:val="1"/>
    </w:lvlOverride>
  </w:num>
  <w:num w:numId="14" w16cid:durableId="102725115">
    <w:abstractNumId w:val="6"/>
  </w:num>
  <w:num w:numId="15" w16cid:durableId="323707906">
    <w:abstractNumId w:val="23"/>
  </w:num>
  <w:num w:numId="16" w16cid:durableId="330302680">
    <w:abstractNumId w:val="88"/>
  </w:num>
  <w:num w:numId="17" w16cid:durableId="455410746">
    <w:abstractNumId w:val="4"/>
    <w:lvlOverride w:ilvl="0">
      <w:startOverride w:val="1"/>
    </w:lvlOverride>
  </w:num>
  <w:num w:numId="18" w16cid:durableId="1126629639">
    <w:abstractNumId w:val="4"/>
    <w:lvlOverride w:ilvl="0">
      <w:startOverride w:val="1"/>
    </w:lvlOverride>
  </w:num>
  <w:num w:numId="19" w16cid:durableId="1196388577">
    <w:abstractNumId w:val="4"/>
    <w:lvlOverride w:ilvl="0">
      <w:startOverride w:val="1"/>
    </w:lvlOverride>
  </w:num>
  <w:num w:numId="20" w16cid:durableId="1078945170">
    <w:abstractNumId w:val="4"/>
    <w:lvlOverride w:ilvl="0">
      <w:startOverride w:val="1"/>
    </w:lvlOverride>
  </w:num>
  <w:num w:numId="21" w16cid:durableId="1344285623">
    <w:abstractNumId w:val="19"/>
  </w:num>
  <w:num w:numId="22" w16cid:durableId="1496796886">
    <w:abstractNumId w:val="63"/>
  </w:num>
  <w:num w:numId="23" w16cid:durableId="965164656">
    <w:abstractNumId w:val="4"/>
    <w:lvlOverride w:ilvl="0">
      <w:startOverride w:val="1"/>
    </w:lvlOverride>
  </w:num>
  <w:num w:numId="24" w16cid:durableId="346907235">
    <w:abstractNumId w:val="65"/>
  </w:num>
  <w:num w:numId="25" w16cid:durableId="186136240">
    <w:abstractNumId w:val="57"/>
  </w:num>
  <w:num w:numId="26" w16cid:durableId="1749762526">
    <w:abstractNumId w:val="62"/>
  </w:num>
  <w:num w:numId="27" w16cid:durableId="109472301">
    <w:abstractNumId w:val="85"/>
  </w:num>
  <w:num w:numId="28" w16cid:durableId="1692074123">
    <w:abstractNumId w:val="4"/>
    <w:lvlOverride w:ilvl="0">
      <w:startOverride w:val="1"/>
    </w:lvlOverride>
  </w:num>
  <w:num w:numId="29" w16cid:durableId="1658260821">
    <w:abstractNumId w:val="26"/>
  </w:num>
  <w:num w:numId="30" w16cid:durableId="1913156105">
    <w:abstractNumId w:val="69"/>
  </w:num>
  <w:num w:numId="31" w16cid:durableId="2041854219">
    <w:abstractNumId w:val="17"/>
  </w:num>
  <w:num w:numId="32" w16cid:durableId="2055694272">
    <w:abstractNumId w:val="44"/>
  </w:num>
  <w:num w:numId="33" w16cid:durableId="1823541939">
    <w:abstractNumId w:val="7"/>
  </w:num>
  <w:num w:numId="34" w16cid:durableId="1639920166">
    <w:abstractNumId w:val="50"/>
  </w:num>
  <w:num w:numId="35" w16cid:durableId="476843211">
    <w:abstractNumId w:val="11"/>
  </w:num>
  <w:num w:numId="36" w16cid:durableId="1299798855">
    <w:abstractNumId w:val="115"/>
  </w:num>
  <w:num w:numId="37" w16cid:durableId="145437912">
    <w:abstractNumId w:val="128"/>
  </w:num>
  <w:num w:numId="38" w16cid:durableId="612053635">
    <w:abstractNumId w:val="10"/>
  </w:num>
  <w:num w:numId="39" w16cid:durableId="360127876">
    <w:abstractNumId w:val="25"/>
  </w:num>
  <w:num w:numId="40" w16cid:durableId="950362794">
    <w:abstractNumId w:val="18"/>
  </w:num>
  <w:num w:numId="41" w16cid:durableId="1111820507">
    <w:abstractNumId w:val="113"/>
  </w:num>
  <w:num w:numId="42" w16cid:durableId="438259923">
    <w:abstractNumId w:val="77"/>
  </w:num>
  <w:num w:numId="43" w16cid:durableId="1426266620">
    <w:abstractNumId w:val="46"/>
  </w:num>
  <w:num w:numId="44" w16cid:durableId="1170677056">
    <w:abstractNumId w:val="123"/>
  </w:num>
  <w:num w:numId="45" w16cid:durableId="1575817188">
    <w:abstractNumId w:val="70"/>
  </w:num>
  <w:num w:numId="46" w16cid:durableId="417865488">
    <w:abstractNumId w:val="100"/>
  </w:num>
  <w:num w:numId="47" w16cid:durableId="103426814">
    <w:abstractNumId w:val="96"/>
  </w:num>
  <w:num w:numId="48" w16cid:durableId="689571426">
    <w:abstractNumId w:val="28"/>
  </w:num>
  <w:num w:numId="49" w16cid:durableId="1566841211">
    <w:abstractNumId w:val="127"/>
  </w:num>
  <w:num w:numId="50" w16cid:durableId="560944325">
    <w:abstractNumId w:val="45"/>
  </w:num>
  <w:num w:numId="51" w16cid:durableId="1851218977">
    <w:abstractNumId w:val="94"/>
  </w:num>
  <w:num w:numId="52" w16cid:durableId="745613729">
    <w:abstractNumId w:val="60"/>
  </w:num>
  <w:num w:numId="53" w16cid:durableId="1990479035">
    <w:abstractNumId w:val="80"/>
  </w:num>
  <w:num w:numId="54" w16cid:durableId="331488111">
    <w:abstractNumId w:val="97"/>
  </w:num>
  <w:num w:numId="55" w16cid:durableId="322510057">
    <w:abstractNumId w:val="56"/>
  </w:num>
  <w:num w:numId="56" w16cid:durableId="1701979395">
    <w:abstractNumId w:val="87"/>
  </w:num>
  <w:num w:numId="57" w16cid:durableId="2125270678">
    <w:abstractNumId w:val="43"/>
  </w:num>
  <w:num w:numId="58" w16cid:durableId="1586376388">
    <w:abstractNumId w:val="53"/>
  </w:num>
  <w:num w:numId="59" w16cid:durableId="300773432">
    <w:abstractNumId w:val="89"/>
  </w:num>
  <w:num w:numId="60" w16cid:durableId="1454134971">
    <w:abstractNumId w:val="107"/>
  </w:num>
  <w:num w:numId="61" w16cid:durableId="1784155557">
    <w:abstractNumId w:val="35"/>
  </w:num>
  <w:num w:numId="62" w16cid:durableId="1426220300">
    <w:abstractNumId w:val="31"/>
  </w:num>
  <w:num w:numId="63" w16cid:durableId="635989961">
    <w:abstractNumId w:val="83"/>
  </w:num>
  <w:num w:numId="64" w16cid:durableId="1204055488">
    <w:abstractNumId w:val="68"/>
  </w:num>
  <w:num w:numId="65" w16cid:durableId="2064715561">
    <w:abstractNumId w:val="51"/>
  </w:num>
  <w:num w:numId="66" w16cid:durableId="1321806296">
    <w:abstractNumId w:val="101"/>
  </w:num>
  <w:num w:numId="67" w16cid:durableId="1954359906">
    <w:abstractNumId w:val="114"/>
  </w:num>
  <w:num w:numId="68" w16cid:durableId="757865898">
    <w:abstractNumId w:val="99"/>
  </w:num>
  <w:num w:numId="69" w16cid:durableId="1449541108">
    <w:abstractNumId w:val="73"/>
  </w:num>
  <w:num w:numId="70" w16cid:durableId="1780491925">
    <w:abstractNumId w:val="124"/>
  </w:num>
  <w:num w:numId="71" w16cid:durableId="735006360">
    <w:abstractNumId w:val="108"/>
  </w:num>
  <w:num w:numId="72" w16cid:durableId="1690641174">
    <w:abstractNumId w:val="34"/>
  </w:num>
  <w:num w:numId="73" w16cid:durableId="995262194">
    <w:abstractNumId w:val="59"/>
  </w:num>
  <w:num w:numId="74" w16cid:durableId="424346310">
    <w:abstractNumId w:val="102"/>
  </w:num>
  <w:num w:numId="75" w16cid:durableId="2093891116">
    <w:abstractNumId w:val="24"/>
  </w:num>
  <w:num w:numId="76" w16cid:durableId="440731280">
    <w:abstractNumId w:val="92"/>
  </w:num>
  <w:num w:numId="77" w16cid:durableId="278800940">
    <w:abstractNumId w:val="90"/>
  </w:num>
  <w:num w:numId="78" w16cid:durableId="525486053">
    <w:abstractNumId w:val="33"/>
  </w:num>
  <w:num w:numId="79" w16cid:durableId="2097631365">
    <w:abstractNumId w:val="104"/>
  </w:num>
  <w:num w:numId="80" w16cid:durableId="1703048119">
    <w:abstractNumId w:val="74"/>
  </w:num>
  <w:num w:numId="81" w16cid:durableId="62609471">
    <w:abstractNumId w:val="27"/>
  </w:num>
  <w:num w:numId="82" w16cid:durableId="2060934290">
    <w:abstractNumId w:val="55"/>
  </w:num>
  <w:num w:numId="83" w16cid:durableId="1859614796">
    <w:abstractNumId w:val="16"/>
  </w:num>
  <w:num w:numId="84" w16cid:durableId="1630823248">
    <w:abstractNumId w:val="76"/>
  </w:num>
  <w:num w:numId="85" w16cid:durableId="340164293">
    <w:abstractNumId w:val="49"/>
  </w:num>
  <w:num w:numId="86" w16cid:durableId="1867599439">
    <w:abstractNumId w:val="37"/>
  </w:num>
  <w:num w:numId="87" w16cid:durableId="2141410957">
    <w:abstractNumId w:val="13"/>
  </w:num>
  <w:num w:numId="88" w16cid:durableId="1256522340">
    <w:abstractNumId w:val="32"/>
  </w:num>
  <w:num w:numId="89" w16cid:durableId="2089837430">
    <w:abstractNumId w:val="103"/>
  </w:num>
  <w:num w:numId="90" w16cid:durableId="703409889">
    <w:abstractNumId w:val="110"/>
  </w:num>
  <w:num w:numId="91" w16cid:durableId="944574438">
    <w:abstractNumId w:val="52"/>
  </w:num>
  <w:num w:numId="92" w16cid:durableId="1150361770">
    <w:abstractNumId w:val="22"/>
  </w:num>
  <w:num w:numId="93" w16cid:durableId="1555703388">
    <w:abstractNumId w:val="91"/>
  </w:num>
  <w:num w:numId="94" w16cid:durableId="316148250">
    <w:abstractNumId w:val="78"/>
  </w:num>
  <w:num w:numId="95" w16cid:durableId="1519270560">
    <w:abstractNumId w:val="58"/>
  </w:num>
  <w:num w:numId="96" w16cid:durableId="430399594">
    <w:abstractNumId w:val="79"/>
  </w:num>
  <w:num w:numId="97" w16cid:durableId="2039501182">
    <w:abstractNumId w:val="30"/>
  </w:num>
  <w:num w:numId="98" w16cid:durableId="955522300">
    <w:abstractNumId w:val="125"/>
  </w:num>
  <w:num w:numId="99" w16cid:durableId="819618725">
    <w:abstractNumId w:val="39"/>
  </w:num>
  <w:num w:numId="100" w16cid:durableId="1505970985">
    <w:abstractNumId w:val="119"/>
  </w:num>
  <w:num w:numId="101" w16cid:durableId="872575231">
    <w:abstractNumId w:val="41"/>
  </w:num>
  <w:num w:numId="102" w16cid:durableId="59911522">
    <w:abstractNumId w:val="54"/>
  </w:num>
  <w:num w:numId="103" w16cid:durableId="107286994">
    <w:abstractNumId w:val="72"/>
  </w:num>
  <w:num w:numId="104" w16cid:durableId="998390620">
    <w:abstractNumId w:val="4"/>
    <w:lvlOverride w:ilvl="0">
      <w:startOverride w:val="1"/>
    </w:lvlOverride>
  </w:num>
  <w:num w:numId="105" w16cid:durableId="805201989">
    <w:abstractNumId w:val="61"/>
  </w:num>
  <w:num w:numId="106" w16cid:durableId="1999183830">
    <w:abstractNumId w:val="120"/>
  </w:num>
  <w:num w:numId="107" w16cid:durableId="1097478084">
    <w:abstractNumId w:val="9"/>
  </w:num>
  <w:num w:numId="108" w16cid:durableId="890577777">
    <w:abstractNumId w:val="42"/>
  </w:num>
  <w:num w:numId="109" w16cid:durableId="1338194039">
    <w:abstractNumId w:val="109"/>
  </w:num>
  <w:num w:numId="110" w16cid:durableId="167987811">
    <w:abstractNumId w:val="122"/>
  </w:num>
  <w:num w:numId="111" w16cid:durableId="560681253">
    <w:abstractNumId w:val="15"/>
  </w:num>
  <w:num w:numId="112" w16cid:durableId="553390995">
    <w:abstractNumId w:val="48"/>
  </w:num>
  <w:num w:numId="113" w16cid:durableId="1060175971">
    <w:abstractNumId w:val="21"/>
  </w:num>
  <w:num w:numId="114" w16cid:durableId="1056709577">
    <w:abstractNumId w:val="117"/>
  </w:num>
  <w:num w:numId="115" w16cid:durableId="1393849276">
    <w:abstractNumId w:val="121"/>
  </w:num>
  <w:num w:numId="116" w16cid:durableId="610598930">
    <w:abstractNumId w:val="8"/>
  </w:num>
  <w:num w:numId="117" w16cid:durableId="1314797975">
    <w:abstractNumId w:val="67"/>
  </w:num>
  <w:num w:numId="118" w16cid:durableId="1176724137">
    <w:abstractNumId w:val="12"/>
  </w:num>
  <w:num w:numId="119" w16cid:durableId="1352563502">
    <w:abstractNumId w:val="66"/>
  </w:num>
  <w:num w:numId="120" w16cid:durableId="166598017">
    <w:abstractNumId w:val="112"/>
  </w:num>
  <w:num w:numId="121" w16cid:durableId="1909267331">
    <w:abstractNumId w:val="36"/>
  </w:num>
  <w:num w:numId="122" w16cid:durableId="633173272">
    <w:abstractNumId w:val="64"/>
  </w:num>
  <w:num w:numId="123" w16cid:durableId="1328510757">
    <w:abstractNumId w:val="106"/>
  </w:num>
  <w:num w:numId="124" w16cid:durableId="51662967">
    <w:abstractNumId w:val="118"/>
  </w:num>
  <w:num w:numId="125" w16cid:durableId="56124213">
    <w:abstractNumId w:val="95"/>
  </w:num>
  <w:num w:numId="126" w16cid:durableId="1894999661">
    <w:abstractNumId w:val="47"/>
  </w:num>
  <w:num w:numId="127" w16cid:durableId="1406221063">
    <w:abstractNumId w:val="75"/>
  </w:num>
  <w:num w:numId="128" w16cid:durableId="1480802792">
    <w:abstractNumId w:val="81"/>
  </w:num>
  <w:num w:numId="129" w16cid:durableId="2083018337">
    <w:abstractNumId w:val="40"/>
  </w:num>
  <w:num w:numId="130" w16cid:durableId="2139835748">
    <w:abstractNumId w:val="29"/>
  </w:num>
  <w:num w:numId="131" w16cid:durableId="81147806">
    <w:abstractNumId w:val="86"/>
  </w:num>
  <w:num w:numId="132" w16cid:durableId="1616712291">
    <w:abstractNumId w:val="116"/>
  </w:num>
  <w:num w:numId="133" w16cid:durableId="608195968">
    <w:abstractNumId w:val="38"/>
  </w:num>
  <w:num w:numId="134" w16cid:durableId="394667780">
    <w:abstractNumId w:val="84"/>
  </w:num>
  <w:num w:numId="135" w16cid:durableId="1092622369">
    <w:abstractNumId w:val="14"/>
  </w:num>
  <w:num w:numId="136" w16cid:durableId="1748572270">
    <w:abstractNumId w:val="111"/>
  </w:num>
  <w:num w:numId="137" w16cid:durableId="1362896379">
    <w:abstractNumId w:val="93"/>
  </w:num>
  <w:num w:numId="138" w16cid:durableId="769929217">
    <w:abstractNumId w:val="126"/>
  </w:num>
  <w:num w:numId="139" w16cid:durableId="1632860985">
    <w:abstractNumId w:val="105"/>
  </w:num>
  <w:num w:numId="140" w16cid:durableId="381901965">
    <w:abstractNumId w:val="20"/>
  </w:num>
  <w:num w:numId="141" w16cid:durableId="1142699021">
    <w:abstractNumId w:val="82"/>
  </w:num>
  <w:num w:numId="142" w16cid:durableId="718943020">
    <w:abstractNumId w:val="98"/>
  </w:num>
  <w:num w:numId="143" w16cid:durableId="1070231430">
    <w:abstractNumId w:val="7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B94"/>
    <w:rsid w:val="00001836"/>
    <w:rsid w:val="00001A0A"/>
    <w:rsid w:val="00002206"/>
    <w:rsid w:val="00002DE6"/>
    <w:rsid w:val="0000516C"/>
    <w:rsid w:val="00006DCB"/>
    <w:rsid w:val="00006EC3"/>
    <w:rsid w:val="00011A9C"/>
    <w:rsid w:val="00014577"/>
    <w:rsid w:val="000148AA"/>
    <w:rsid w:val="0001558E"/>
    <w:rsid w:val="00016891"/>
    <w:rsid w:val="0002270B"/>
    <w:rsid w:val="0002435A"/>
    <w:rsid w:val="00024B70"/>
    <w:rsid w:val="00024B8B"/>
    <w:rsid w:val="00032473"/>
    <w:rsid w:val="00033E05"/>
    <w:rsid w:val="00033FAB"/>
    <w:rsid w:val="00034616"/>
    <w:rsid w:val="000370DA"/>
    <w:rsid w:val="000400E2"/>
    <w:rsid w:val="00045162"/>
    <w:rsid w:val="000454E3"/>
    <w:rsid w:val="00046BFC"/>
    <w:rsid w:val="0004708E"/>
    <w:rsid w:val="000478FA"/>
    <w:rsid w:val="000561A9"/>
    <w:rsid w:val="0006063C"/>
    <w:rsid w:val="000639D0"/>
    <w:rsid w:val="0006483A"/>
    <w:rsid w:val="0006770B"/>
    <w:rsid w:val="00070A56"/>
    <w:rsid w:val="00073F2D"/>
    <w:rsid w:val="00074C8F"/>
    <w:rsid w:val="000752A9"/>
    <w:rsid w:val="00075B15"/>
    <w:rsid w:val="00077903"/>
    <w:rsid w:val="000846A0"/>
    <w:rsid w:val="00086DA3"/>
    <w:rsid w:val="00087490"/>
    <w:rsid w:val="0009021C"/>
    <w:rsid w:val="00093B02"/>
    <w:rsid w:val="000949EF"/>
    <w:rsid w:val="00095324"/>
    <w:rsid w:val="000A0502"/>
    <w:rsid w:val="000A1642"/>
    <w:rsid w:val="000A71CD"/>
    <w:rsid w:val="000B0665"/>
    <w:rsid w:val="000B0F97"/>
    <w:rsid w:val="000B5264"/>
    <w:rsid w:val="000B5F85"/>
    <w:rsid w:val="000C6528"/>
    <w:rsid w:val="000D1266"/>
    <w:rsid w:val="000D3DBB"/>
    <w:rsid w:val="000D5B88"/>
    <w:rsid w:val="000E00FA"/>
    <w:rsid w:val="000E0911"/>
    <w:rsid w:val="000E097B"/>
    <w:rsid w:val="000E3AEC"/>
    <w:rsid w:val="000E6882"/>
    <w:rsid w:val="000E7C97"/>
    <w:rsid w:val="000F243E"/>
    <w:rsid w:val="000F2D83"/>
    <w:rsid w:val="000F69E6"/>
    <w:rsid w:val="001002E3"/>
    <w:rsid w:val="00100556"/>
    <w:rsid w:val="00104438"/>
    <w:rsid w:val="00106FF0"/>
    <w:rsid w:val="00107ECB"/>
    <w:rsid w:val="0011294E"/>
    <w:rsid w:val="00120292"/>
    <w:rsid w:val="001227B7"/>
    <w:rsid w:val="001250C3"/>
    <w:rsid w:val="001251E3"/>
    <w:rsid w:val="00126D3D"/>
    <w:rsid w:val="00130371"/>
    <w:rsid w:val="00132198"/>
    <w:rsid w:val="00134C86"/>
    <w:rsid w:val="001421B5"/>
    <w:rsid w:val="00143635"/>
    <w:rsid w:val="00144D29"/>
    <w:rsid w:val="001451C9"/>
    <w:rsid w:val="0015074B"/>
    <w:rsid w:val="0016303A"/>
    <w:rsid w:val="00164560"/>
    <w:rsid w:val="00164AD9"/>
    <w:rsid w:val="00165905"/>
    <w:rsid w:val="00165F11"/>
    <w:rsid w:val="0016620C"/>
    <w:rsid w:val="00171495"/>
    <w:rsid w:val="00173227"/>
    <w:rsid w:val="0017395F"/>
    <w:rsid w:val="00173EAD"/>
    <w:rsid w:val="00182584"/>
    <w:rsid w:val="001843FE"/>
    <w:rsid w:val="00184E4C"/>
    <w:rsid w:val="00186AF6"/>
    <w:rsid w:val="001922E3"/>
    <w:rsid w:val="0019316A"/>
    <w:rsid w:val="001950E6"/>
    <w:rsid w:val="001977A4"/>
    <w:rsid w:val="00197D60"/>
    <w:rsid w:val="001A0AEA"/>
    <w:rsid w:val="001A30B3"/>
    <w:rsid w:val="001A5932"/>
    <w:rsid w:val="001B41E8"/>
    <w:rsid w:val="001B5119"/>
    <w:rsid w:val="001B674A"/>
    <w:rsid w:val="001B7D8D"/>
    <w:rsid w:val="001C3B5A"/>
    <w:rsid w:val="001C5A09"/>
    <w:rsid w:val="001D0156"/>
    <w:rsid w:val="001D29D7"/>
    <w:rsid w:val="001D654E"/>
    <w:rsid w:val="001D7ED7"/>
    <w:rsid w:val="001E2964"/>
    <w:rsid w:val="001E53F1"/>
    <w:rsid w:val="001F43FE"/>
    <w:rsid w:val="001F6EA9"/>
    <w:rsid w:val="0020201C"/>
    <w:rsid w:val="002071F0"/>
    <w:rsid w:val="00210B55"/>
    <w:rsid w:val="00211E4E"/>
    <w:rsid w:val="00214938"/>
    <w:rsid w:val="0022185A"/>
    <w:rsid w:val="002230AA"/>
    <w:rsid w:val="0022321E"/>
    <w:rsid w:val="00224F18"/>
    <w:rsid w:val="002347C0"/>
    <w:rsid w:val="00243664"/>
    <w:rsid w:val="00244EDF"/>
    <w:rsid w:val="002463C1"/>
    <w:rsid w:val="00246940"/>
    <w:rsid w:val="00250261"/>
    <w:rsid w:val="0025253B"/>
    <w:rsid w:val="002527AA"/>
    <w:rsid w:val="00253D30"/>
    <w:rsid w:val="00255139"/>
    <w:rsid w:val="0025644A"/>
    <w:rsid w:val="0025733A"/>
    <w:rsid w:val="00257723"/>
    <w:rsid w:val="00261E45"/>
    <w:rsid w:val="00264535"/>
    <w:rsid w:val="00264897"/>
    <w:rsid w:val="00264B01"/>
    <w:rsid w:val="0026739D"/>
    <w:rsid w:val="00270C8A"/>
    <w:rsid w:val="00271C2E"/>
    <w:rsid w:val="00273D10"/>
    <w:rsid w:val="00274C77"/>
    <w:rsid w:val="00275525"/>
    <w:rsid w:val="0027579F"/>
    <w:rsid w:val="00281449"/>
    <w:rsid w:val="00282D6D"/>
    <w:rsid w:val="0028680D"/>
    <w:rsid w:val="0029191B"/>
    <w:rsid w:val="00293724"/>
    <w:rsid w:val="0029639D"/>
    <w:rsid w:val="002A313B"/>
    <w:rsid w:val="002A478E"/>
    <w:rsid w:val="002A4FF8"/>
    <w:rsid w:val="002A609E"/>
    <w:rsid w:val="002B16E3"/>
    <w:rsid w:val="002B1E1A"/>
    <w:rsid w:val="002B4C5D"/>
    <w:rsid w:val="002B638F"/>
    <w:rsid w:val="002C123E"/>
    <w:rsid w:val="002C29B1"/>
    <w:rsid w:val="002C4767"/>
    <w:rsid w:val="002C5908"/>
    <w:rsid w:val="002D0E77"/>
    <w:rsid w:val="002D30DD"/>
    <w:rsid w:val="002E0974"/>
    <w:rsid w:val="002E4EFC"/>
    <w:rsid w:val="002E7649"/>
    <w:rsid w:val="002F1A3C"/>
    <w:rsid w:val="002F1C19"/>
    <w:rsid w:val="002F4E44"/>
    <w:rsid w:val="003007CC"/>
    <w:rsid w:val="00301F2E"/>
    <w:rsid w:val="00305D47"/>
    <w:rsid w:val="003071E1"/>
    <w:rsid w:val="0030763B"/>
    <w:rsid w:val="00307DAE"/>
    <w:rsid w:val="0031048E"/>
    <w:rsid w:val="00312BFB"/>
    <w:rsid w:val="00314C40"/>
    <w:rsid w:val="00315903"/>
    <w:rsid w:val="0031698C"/>
    <w:rsid w:val="00316B68"/>
    <w:rsid w:val="00316CB2"/>
    <w:rsid w:val="00317BA1"/>
    <w:rsid w:val="003245A9"/>
    <w:rsid w:val="00324AA5"/>
    <w:rsid w:val="003258F1"/>
    <w:rsid w:val="00325D2C"/>
    <w:rsid w:val="003267EB"/>
    <w:rsid w:val="00326F90"/>
    <w:rsid w:val="00333035"/>
    <w:rsid w:val="00334A6A"/>
    <w:rsid w:val="0033555D"/>
    <w:rsid w:val="003407F9"/>
    <w:rsid w:val="003510CD"/>
    <w:rsid w:val="00351BC1"/>
    <w:rsid w:val="00353331"/>
    <w:rsid w:val="003544B5"/>
    <w:rsid w:val="00354D0F"/>
    <w:rsid w:val="0036063B"/>
    <w:rsid w:val="00361791"/>
    <w:rsid w:val="003620C8"/>
    <w:rsid w:val="00362BA0"/>
    <w:rsid w:val="003632A2"/>
    <w:rsid w:val="00367F37"/>
    <w:rsid w:val="00371B03"/>
    <w:rsid w:val="00371B3A"/>
    <w:rsid w:val="0037299D"/>
    <w:rsid w:val="00373C8A"/>
    <w:rsid w:val="003756F9"/>
    <w:rsid w:val="00377221"/>
    <w:rsid w:val="003809EF"/>
    <w:rsid w:val="00380F4D"/>
    <w:rsid w:val="003827EC"/>
    <w:rsid w:val="00387949"/>
    <w:rsid w:val="00387BA6"/>
    <w:rsid w:val="00394B99"/>
    <w:rsid w:val="003A09D6"/>
    <w:rsid w:val="003A1839"/>
    <w:rsid w:val="003A5D5B"/>
    <w:rsid w:val="003A5E5F"/>
    <w:rsid w:val="003A68EC"/>
    <w:rsid w:val="003A7C5D"/>
    <w:rsid w:val="003B43D9"/>
    <w:rsid w:val="003B5C26"/>
    <w:rsid w:val="003C280E"/>
    <w:rsid w:val="003C499B"/>
    <w:rsid w:val="003D196D"/>
    <w:rsid w:val="003D6CA9"/>
    <w:rsid w:val="003D7E86"/>
    <w:rsid w:val="003E5317"/>
    <w:rsid w:val="003F08E6"/>
    <w:rsid w:val="003F5B2A"/>
    <w:rsid w:val="00400630"/>
    <w:rsid w:val="00400A1B"/>
    <w:rsid w:val="00406A35"/>
    <w:rsid w:val="00407730"/>
    <w:rsid w:val="00420DFD"/>
    <w:rsid w:val="004217DF"/>
    <w:rsid w:val="00421CAC"/>
    <w:rsid w:val="00424212"/>
    <w:rsid w:val="00425C26"/>
    <w:rsid w:val="004260C7"/>
    <w:rsid w:val="004268DE"/>
    <w:rsid w:val="00426EC2"/>
    <w:rsid w:val="00431542"/>
    <w:rsid w:val="00432ED4"/>
    <w:rsid w:val="00433875"/>
    <w:rsid w:val="0043410B"/>
    <w:rsid w:val="004344F8"/>
    <w:rsid w:val="00435188"/>
    <w:rsid w:val="00435DD8"/>
    <w:rsid w:val="0043793C"/>
    <w:rsid w:val="00441C13"/>
    <w:rsid w:val="00443F79"/>
    <w:rsid w:val="0044739E"/>
    <w:rsid w:val="00447B3C"/>
    <w:rsid w:val="00455234"/>
    <w:rsid w:val="00462CF6"/>
    <w:rsid w:val="00463ADD"/>
    <w:rsid w:val="00463F83"/>
    <w:rsid w:val="00465206"/>
    <w:rsid w:val="00465CB5"/>
    <w:rsid w:val="00471A9C"/>
    <w:rsid w:val="00473BC7"/>
    <w:rsid w:val="00473D0C"/>
    <w:rsid w:val="00473FF6"/>
    <w:rsid w:val="00474ED6"/>
    <w:rsid w:val="00474F5B"/>
    <w:rsid w:val="00475142"/>
    <w:rsid w:val="00475622"/>
    <w:rsid w:val="004833D5"/>
    <w:rsid w:val="00487070"/>
    <w:rsid w:val="00487886"/>
    <w:rsid w:val="00490067"/>
    <w:rsid w:val="00491B08"/>
    <w:rsid w:val="00491FCE"/>
    <w:rsid w:val="00492794"/>
    <w:rsid w:val="00493649"/>
    <w:rsid w:val="0049606C"/>
    <w:rsid w:val="00496A67"/>
    <w:rsid w:val="00497919"/>
    <w:rsid w:val="004A1850"/>
    <w:rsid w:val="004A3EC3"/>
    <w:rsid w:val="004A5BC0"/>
    <w:rsid w:val="004A6FCD"/>
    <w:rsid w:val="004B3492"/>
    <w:rsid w:val="004B5A46"/>
    <w:rsid w:val="004B754F"/>
    <w:rsid w:val="004C0503"/>
    <w:rsid w:val="004D29E5"/>
    <w:rsid w:val="004D4135"/>
    <w:rsid w:val="004D423B"/>
    <w:rsid w:val="004E32A7"/>
    <w:rsid w:val="004E4758"/>
    <w:rsid w:val="004E48F0"/>
    <w:rsid w:val="004E5EAA"/>
    <w:rsid w:val="004F3F13"/>
    <w:rsid w:val="00500B10"/>
    <w:rsid w:val="00502C5D"/>
    <w:rsid w:val="00504913"/>
    <w:rsid w:val="005073A6"/>
    <w:rsid w:val="005129C3"/>
    <w:rsid w:val="00514721"/>
    <w:rsid w:val="00514F42"/>
    <w:rsid w:val="0051543B"/>
    <w:rsid w:val="00520BAB"/>
    <w:rsid w:val="005217C6"/>
    <w:rsid w:val="00521E37"/>
    <w:rsid w:val="005246EE"/>
    <w:rsid w:val="0053335D"/>
    <w:rsid w:val="005336A2"/>
    <w:rsid w:val="0053401F"/>
    <w:rsid w:val="005352E4"/>
    <w:rsid w:val="005358CC"/>
    <w:rsid w:val="00540AC3"/>
    <w:rsid w:val="0054122E"/>
    <w:rsid w:val="00541C4A"/>
    <w:rsid w:val="005449E2"/>
    <w:rsid w:val="0054792C"/>
    <w:rsid w:val="00550D1F"/>
    <w:rsid w:val="00552F41"/>
    <w:rsid w:val="005531B0"/>
    <w:rsid w:val="0055490C"/>
    <w:rsid w:val="0055670E"/>
    <w:rsid w:val="005616A7"/>
    <w:rsid w:val="00562B41"/>
    <w:rsid w:val="00571C5D"/>
    <w:rsid w:val="005722BD"/>
    <w:rsid w:val="005732C8"/>
    <w:rsid w:val="00573F05"/>
    <w:rsid w:val="00576302"/>
    <w:rsid w:val="0057793D"/>
    <w:rsid w:val="00586473"/>
    <w:rsid w:val="00596702"/>
    <w:rsid w:val="005976CA"/>
    <w:rsid w:val="005A0B3D"/>
    <w:rsid w:val="005A12DD"/>
    <w:rsid w:val="005A1D34"/>
    <w:rsid w:val="005A651D"/>
    <w:rsid w:val="005A782C"/>
    <w:rsid w:val="005B114E"/>
    <w:rsid w:val="005B2054"/>
    <w:rsid w:val="005C0E7C"/>
    <w:rsid w:val="005C13A7"/>
    <w:rsid w:val="005C3707"/>
    <w:rsid w:val="005C4F0E"/>
    <w:rsid w:val="005C5F14"/>
    <w:rsid w:val="005C78A3"/>
    <w:rsid w:val="005D09BE"/>
    <w:rsid w:val="005D0EA8"/>
    <w:rsid w:val="005D14E2"/>
    <w:rsid w:val="005D18BD"/>
    <w:rsid w:val="005D19E3"/>
    <w:rsid w:val="005D1AAB"/>
    <w:rsid w:val="005D3CDF"/>
    <w:rsid w:val="005E02AB"/>
    <w:rsid w:val="005E1991"/>
    <w:rsid w:val="005E3493"/>
    <w:rsid w:val="005E3D63"/>
    <w:rsid w:val="005E6FCA"/>
    <w:rsid w:val="005F13AE"/>
    <w:rsid w:val="005F1E7C"/>
    <w:rsid w:val="005F50BE"/>
    <w:rsid w:val="005F7593"/>
    <w:rsid w:val="00600378"/>
    <w:rsid w:val="00600F51"/>
    <w:rsid w:val="00604CB6"/>
    <w:rsid w:val="00610AAA"/>
    <w:rsid w:val="00614863"/>
    <w:rsid w:val="006155D0"/>
    <w:rsid w:val="00615957"/>
    <w:rsid w:val="00617D3E"/>
    <w:rsid w:val="00623078"/>
    <w:rsid w:val="0062344B"/>
    <w:rsid w:val="00625200"/>
    <w:rsid w:val="00634BB8"/>
    <w:rsid w:val="00637193"/>
    <w:rsid w:val="00646544"/>
    <w:rsid w:val="006511F8"/>
    <w:rsid w:val="0065420D"/>
    <w:rsid w:val="00655AB6"/>
    <w:rsid w:val="00661894"/>
    <w:rsid w:val="0066700A"/>
    <w:rsid w:val="00667B23"/>
    <w:rsid w:val="0067092B"/>
    <w:rsid w:val="00671E7F"/>
    <w:rsid w:val="00671F03"/>
    <w:rsid w:val="00674338"/>
    <w:rsid w:val="0068466A"/>
    <w:rsid w:val="00686E6E"/>
    <w:rsid w:val="0069211D"/>
    <w:rsid w:val="00693EB3"/>
    <w:rsid w:val="00695662"/>
    <w:rsid w:val="006A05D8"/>
    <w:rsid w:val="006A1C25"/>
    <w:rsid w:val="006A66BB"/>
    <w:rsid w:val="006B2285"/>
    <w:rsid w:val="006B7D40"/>
    <w:rsid w:val="006C534A"/>
    <w:rsid w:val="006D4F7C"/>
    <w:rsid w:val="006D57A5"/>
    <w:rsid w:val="006D753A"/>
    <w:rsid w:val="006D7B22"/>
    <w:rsid w:val="006E098D"/>
    <w:rsid w:val="006E58AB"/>
    <w:rsid w:val="006E7467"/>
    <w:rsid w:val="006F0740"/>
    <w:rsid w:val="006F1F32"/>
    <w:rsid w:val="006F2A8C"/>
    <w:rsid w:val="006F3367"/>
    <w:rsid w:val="006F3483"/>
    <w:rsid w:val="006F546A"/>
    <w:rsid w:val="006F5CB4"/>
    <w:rsid w:val="007011EB"/>
    <w:rsid w:val="00703862"/>
    <w:rsid w:val="007059E8"/>
    <w:rsid w:val="00706CD6"/>
    <w:rsid w:val="007113BF"/>
    <w:rsid w:val="00711A91"/>
    <w:rsid w:val="00711CBB"/>
    <w:rsid w:val="0071438E"/>
    <w:rsid w:val="0071447E"/>
    <w:rsid w:val="00716168"/>
    <w:rsid w:val="00716283"/>
    <w:rsid w:val="007173BB"/>
    <w:rsid w:val="00727A82"/>
    <w:rsid w:val="0073424D"/>
    <w:rsid w:val="0073641A"/>
    <w:rsid w:val="00736A0D"/>
    <w:rsid w:val="00741083"/>
    <w:rsid w:val="00747DD3"/>
    <w:rsid w:val="007517C4"/>
    <w:rsid w:val="007625FB"/>
    <w:rsid w:val="0076718C"/>
    <w:rsid w:val="00770205"/>
    <w:rsid w:val="007718B3"/>
    <w:rsid w:val="00774736"/>
    <w:rsid w:val="007765FF"/>
    <w:rsid w:val="00780480"/>
    <w:rsid w:val="00783D31"/>
    <w:rsid w:val="0078461D"/>
    <w:rsid w:val="0079121F"/>
    <w:rsid w:val="00794771"/>
    <w:rsid w:val="0079642A"/>
    <w:rsid w:val="007A2ECA"/>
    <w:rsid w:val="007A4EFD"/>
    <w:rsid w:val="007B0C03"/>
    <w:rsid w:val="007B53BF"/>
    <w:rsid w:val="007B66F9"/>
    <w:rsid w:val="007B7635"/>
    <w:rsid w:val="007C24AF"/>
    <w:rsid w:val="007D16FA"/>
    <w:rsid w:val="007D4FFC"/>
    <w:rsid w:val="007D60FA"/>
    <w:rsid w:val="007D6DC7"/>
    <w:rsid w:val="007D720A"/>
    <w:rsid w:val="007E1714"/>
    <w:rsid w:val="007E182D"/>
    <w:rsid w:val="007E25E4"/>
    <w:rsid w:val="007F50CE"/>
    <w:rsid w:val="007F76A4"/>
    <w:rsid w:val="008032D6"/>
    <w:rsid w:val="00816AE8"/>
    <w:rsid w:val="0081796F"/>
    <w:rsid w:val="008202D5"/>
    <w:rsid w:val="00820A2F"/>
    <w:rsid w:val="00823C95"/>
    <w:rsid w:val="00824ED7"/>
    <w:rsid w:val="00825774"/>
    <w:rsid w:val="00827995"/>
    <w:rsid w:val="0083087E"/>
    <w:rsid w:val="00832393"/>
    <w:rsid w:val="00833BF3"/>
    <w:rsid w:val="008370C4"/>
    <w:rsid w:val="00854B40"/>
    <w:rsid w:val="00855A6E"/>
    <w:rsid w:val="00856495"/>
    <w:rsid w:val="0086081E"/>
    <w:rsid w:val="00860E62"/>
    <w:rsid w:val="00862DF4"/>
    <w:rsid w:val="0087353A"/>
    <w:rsid w:val="00873969"/>
    <w:rsid w:val="00875312"/>
    <w:rsid w:val="00875E9E"/>
    <w:rsid w:val="0088106D"/>
    <w:rsid w:val="00882406"/>
    <w:rsid w:val="008830E5"/>
    <w:rsid w:val="00886F8D"/>
    <w:rsid w:val="008A3699"/>
    <w:rsid w:val="008B03FE"/>
    <w:rsid w:val="008B08AB"/>
    <w:rsid w:val="008B3189"/>
    <w:rsid w:val="008B3E5B"/>
    <w:rsid w:val="008C09D9"/>
    <w:rsid w:val="008C10D5"/>
    <w:rsid w:val="008C25AB"/>
    <w:rsid w:val="008D3BAC"/>
    <w:rsid w:val="008D6388"/>
    <w:rsid w:val="008E0F34"/>
    <w:rsid w:val="008E2EE6"/>
    <w:rsid w:val="008E3F4F"/>
    <w:rsid w:val="008E4AE8"/>
    <w:rsid w:val="008E4FB8"/>
    <w:rsid w:val="008E5E33"/>
    <w:rsid w:val="008E627A"/>
    <w:rsid w:val="008F0988"/>
    <w:rsid w:val="008F0D81"/>
    <w:rsid w:val="008F0FCD"/>
    <w:rsid w:val="008F2DA7"/>
    <w:rsid w:val="008F4796"/>
    <w:rsid w:val="008F6374"/>
    <w:rsid w:val="00900883"/>
    <w:rsid w:val="0090162A"/>
    <w:rsid w:val="00901CF1"/>
    <w:rsid w:val="00901E19"/>
    <w:rsid w:val="00904DAD"/>
    <w:rsid w:val="0090657F"/>
    <w:rsid w:val="00911F7F"/>
    <w:rsid w:val="00911F82"/>
    <w:rsid w:val="00913501"/>
    <w:rsid w:val="00913B29"/>
    <w:rsid w:val="00916B03"/>
    <w:rsid w:val="00922282"/>
    <w:rsid w:val="00925C7B"/>
    <w:rsid w:val="00930FE7"/>
    <w:rsid w:val="00931500"/>
    <w:rsid w:val="00932827"/>
    <w:rsid w:val="00934DA1"/>
    <w:rsid w:val="00936394"/>
    <w:rsid w:val="00937A56"/>
    <w:rsid w:val="009539C9"/>
    <w:rsid w:val="009612DE"/>
    <w:rsid w:val="00964632"/>
    <w:rsid w:val="00970391"/>
    <w:rsid w:val="009719BD"/>
    <w:rsid w:val="00974170"/>
    <w:rsid w:val="00974A8A"/>
    <w:rsid w:val="00976AD5"/>
    <w:rsid w:val="00976C95"/>
    <w:rsid w:val="00976F19"/>
    <w:rsid w:val="00980CC8"/>
    <w:rsid w:val="00985E58"/>
    <w:rsid w:val="00986264"/>
    <w:rsid w:val="00986B58"/>
    <w:rsid w:val="00987D96"/>
    <w:rsid w:val="00997C2C"/>
    <w:rsid w:val="009A1ED3"/>
    <w:rsid w:val="009A2C3C"/>
    <w:rsid w:val="009A6430"/>
    <w:rsid w:val="009A66BD"/>
    <w:rsid w:val="009A7B8C"/>
    <w:rsid w:val="009B08C7"/>
    <w:rsid w:val="009B168B"/>
    <w:rsid w:val="009B4012"/>
    <w:rsid w:val="009C2973"/>
    <w:rsid w:val="009C2F0A"/>
    <w:rsid w:val="009C3FD0"/>
    <w:rsid w:val="009D2241"/>
    <w:rsid w:val="009D27F4"/>
    <w:rsid w:val="009D2941"/>
    <w:rsid w:val="009D3919"/>
    <w:rsid w:val="009D5BB4"/>
    <w:rsid w:val="009E06B6"/>
    <w:rsid w:val="009E264E"/>
    <w:rsid w:val="009E28D0"/>
    <w:rsid w:val="009E2D56"/>
    <w:rsid w:val="009E2FD5"/>
    <w:rsid w:val="009E3016"/>
    <w:rsid w:val="009F0227"/>
    <w:rsid w:val="009F332A"/>
    <w:rsid w:val="009F381E"/>
    <w:rsid w:val="009F5E38"/>
    <w:rsid w:val="009F60FC"/>
    <w:rsid w:val="009F7B73"/>
    <w:rsid w:val="00A065D4"/>
    <w:rsid w:val="00A10152"/>
    <w:rsid w:val="00A117C3"/>
    <w:rsid w:val="00A11D10"/>
    <w:rsid w:val="00A140A1"/>
    <w:rsid w:val="00A151A3"/>
    <w:rsid w:val="00A24B61"/>
    <w:rsid w:val="00A274DE"/>
    <w:rsid w:val="00A33578"/>
    <w:rsid w:val="00A354E9"/>
    <w:rsid w:val="00A35A49"/>
    <w:rsid w:val="00A45826"/>
    <w:rsid w:val="00A47756"/>
    <w:rsid w:val="00A47970"/>
    <w:rsid w:val="00A50EE0"/>
    <w:rsid w:val="00A56D60"/>
    <w:rsid w:val="00A57767"/>
    <w:rsid w:val="00A62CAB"/>
    <w:rsid w:val="00A63B66"/>
    <w:rsid w:val="00A64FBD"/>
    <w:rsid w:val="00A65245"/>
    <w:rsid w:val="00A65275"/>
    <w:rsid w:val="00A7006A"/>
    <w:rsid w:val="00A72303"/>
    <w:rsid w:val="00A74F89"/>
    <w:rsid w:val="00A8360E"/>
    <w:rsid w:val="00A83C9B"/>
    <w:rsid w:val="00A85E8B"/>
    <w:rsid w:val="00A90C5D"/>
    <w:rsid w:val="00A91862"/>
    <w:rsid w:val="00A92B3F"/>
    <w:rsid w:val="00A94EBC"/>
    <w:rsid w:val="00A968F3"/>
    <w:rsid w:val="00AA114A"/>
    <w:rsid w:val="00AA183A"/>
    <w:rsid w:val="00AA1D8D"/>
    <w:rsid w:val="00AA3ACC"/>
    <w:rsid w:val="00AA4EC2"/>
    <w:rsid w:val="00AB2478"/>
    <w:rsid w:val="00AB3262"/>
    <w:rsid w:val="00AB6059"/>
    <w:rsid w:val="00AB6BA6"/>
    <w:rsid w:val="00AC1D2F"/>
    <w:rsid w:val="00AC2F07"/>
    <w:rsid w:val="00AC425C"/>
    <w:rsid w:val="00AD17C3"/>
    <w:rsid w:val="00AD408A"/>
    <w:rsid w:val="00AE0D0C"/>
    <w:rsid w:val="00AE30AB"/>
    <w:rsid w:val="00AE66A6"/>
    <w:rsid w:val="00AF0729"/>
    <w:rsid w:val="00AF5BD1"/>
    <w:rsid w:val="00AF5EFF"/>
    <w:rsid w:val="00AF7706"/>
    <w:rsid w:val="00B03958"/>
    <w:rsid w:val="00B07954"/>
    <w:rsid w:val="00B107DB"/>
    <w:rsid w:val="00B10CD4"/>
    <w:rsid w:val="00B11472"/>
    <w:rsid w:val="00B15AB0"/>
    <w:rsid w:val="00B16152"/>
    <w:rsid w:val="00B162EA"/>
    <w:rsid w:val="00B16B4D"/>
    <w:rsid w:val="00B214BB"/>
    <w:rsid w:val="00B2439D"/>
    <w:rsid w:val="00B24D24"/>
    <w:rsid w:val="00B26872"/>
    <w:rsid w:val="00B27D7D"/>
    <w:rsid w:val="00B33B15"/>
    <w:rsid w:val="00B41E45"/>
    <w:rsid w:val="00B421FE"/>
    <w:rsid w:val="00B44AA2"/>
    <w:rsid w:val="00B45BFB"/>
    <w:rsid w:val="00B46449"/>
    <w:rsid w:val="00B46811"/>
    <w:rsid w:val="00B47730"/>
    <w:rsid w:val="00B503BB"/>
    <w:rsid w:val="00B524EE"/>
    <w:rsid w:val="00B57667"/>
    <w:rsid w:val="00B628ED"/>
    <w:rsid w:val="00B654AF"/>
    <w:rsid w:val="00B668CB"/>
    <w:rsid w:val="00B670D6"/>
    <w:rsid w:val="00B670F9"/>
    <w:rsid w:val="00B70701"/>
    <w:rsid w:val="00B71CFC"/>
    <w:rsid w:val="00B74EA8"/>
    <w:rsid w:val="00B801F6"/>
    <w:rsid w:val="00B82E0A"/>
    <w:rsid w:val="00B83575"/>
    <w:rsid w:val="00B83CAF"/>
    <w:rsid w:val="00B873F0"/>
    <w:rsid w:val="00B9694D"/>
    <w:rsid w:val="00BA179D"/>
    <w:rsid w:val="00BA633F"/>
    <w:rsid w:val="00BB0197"/>
    <w:rsid w:val="00BB604F"/>
    <w:rsid w:val="00BB6418"/>
    <w:rsid w:val="00BC05C5"/>
    <w:rsid w:val="00BC2A40"/>
    <w:rsid w:val="00BC4C7A"/>
    <w:rsid w:val="00BC67B2"/>
    <w:rsid w:val="00BC6865"/>
    <w:rsid w:val="00BD0F31"/>
    <w:rsid w:val="00BD5ECE"/>
    <w:rsid w:val="00BE0BD8"/>
    <w:rsid w:val="00BE0F17"/>
    <w:rsid w:val="00BF2816"/>
    <w:rsid w:val="00BF5F3B"/>
    <w:rsid w:val="00BF6181"/>
    <w:rsid w:val="00C01F54"/>
    <w:rsid w:val="00C0395C"/>
    <w:rsid w:val="00C04EE5"/>
    <w:rsid w:val="00C0545C"/>
    <w:rsid w:val="00C07171"/>
    <w:rsid w:val="00C178DD"/>
    <w:rsid w:val="00C2154F"/>
    <w:rsid w:val="00C25AD7"/>
    <w:rsid w:val="00C2787B"/>
    <w:rsid w:val="00C30399"/>
    <w:rsid w:val="00C30653"/>
    <w:rsid w:val="00C30ACF"/>
    <w:rsid w:val="00C33427"/>
    <w:rsid w:val="00C33C14"/>
    <w:rsid w:val="00C34928"/>
    <w:rsid w:val="00C35A70"/>
    <w:rsid w:val="00C3709B"/>
    <w:rsid w:val="00C43E82"/>
    <w:rsid w:val="00C45B04"/>
    <w:rsid w:val="00C45FF6"/>
    <w:rsid w:val="00C46623"/>
    <w:rsid w:val="00C467C7"/>
    <w:rsid w:val="00C46BA2"/>
    <w:rsid w:val="00C46EE8"/>
    <w:rsid w:val="00C47C56"/>
    <w:rsid w:val="00C50043"/>
    <w:rsid w:val="00C515FF"/>
    <w:rsid w:val="00C51F60"/>
    <w:rsid w:val="00C53C6E"/>
    <w:rsid w:val="00C545FB"/>
    <w:rsid w:val="00C56528"/>
    <w:rsid w:val="00C633F0"/>
    <w:rsid w:val="00C63EF8"/>
    <w:rsid w:val="00C70303"/>
    <w:rsid w:val="00C71363"/>
    <w:rsid w:val="00C71C80"/>
    <w:rsid w:val="00C7402E"/>
    <w:rsid w:val="00C77692"/>
    <w:rsid w:val="00C77BCE"/>
    <w:rsid w:val="00C77F7C"/>
    <w:rsid w:val="00C803C7"/>
    <w:rsid w:val="00C9346E"/>
    <w:rsid w:val="00CA4BBA"/>
    <w:rsid w:val="00CB0664"/>
    <w:rsid w:val="00CB085C"/>
    <w:rsid w:val="00CB486B"/>
    <w:rsid w:val="00CC1AC2"/>
    <w:rsid w:val="00CC5B57"/>
    <w:rsid w:val="00CC6E1D"/>
    <w:rsid w:val="00CD0368"/>
    <w:rsid w:val="00CD423C"/>
    <w:rsid w:val="00CD62C6"/>
    <w:rsid w:val="00CD721B"/>
    <w:rsid w:val="00CE0EF3"/>
    <w:rsid w:val="00CE13B2"/>
    <w:rsid w:val="00CE1D03"/>
    <w:rsid w:val="00CE1F71"/>
    <w:rsid w:val="00CE6500"/>
    <w:rsid w:val="00CE7745"/>
    <w:rsid w:val="00CF06E7"/>
    <w:rsid w:val="00CF0E83"/>
    <w:rsid w:val="00CF7457"/>
    <w:rsid w:val="00D005B0"/>
    <w:rsid w:val="00D00FC6"/>
    <w:rsid w:val="00D06CDC"/>
    <w:rsid w:val="00D21803"/>
    <w:rsid w:val="00D2293D"/>
    <w:rsid w:val="00D26268"/>
    <w:rsid w:val="00D264FD"/>
    <w:rsid w:val="00D27653"/>
    <w:rsid w:val="00D3379D"/>
    <w:rsid w:val="00D35528"/>
    <w:rsid w:val="00D40F04"/>
    <w:rsid w:val="00D4168B"/>
    <w:rsid w:val="00D43E27"/>
    <w:rsid w:val="00D45F54"/>
    <w:rsid w:val="00D46610"/>
    <w:rsid w:val="00D46CA8"/>
    <w:rsid w:val="00D55B1F"/>
    <w:rsid w:val="00D56975"/>
    <w:rsid w:val="00D6449A"/>
    <w:rsid w:val="00D71A65"/>
    <w:rsid w:val="00D77CA8"/>
    <w:rsid w:val="00D8348F"/>
    <w:rsid w:val="00D85221"/>
    <w:rsid w:val="00D868FE"/>
    <w:rsid w:val="00D878B9"/>
    <w:rsid w:val="00D96BA1"/>
    <w:rsid w:val="00D97C74"/>
    <w:rsid w:val="00DA5B15"/>
    <w:rsid w:val="00DA7542"/>
    <w:rsid w:val="00DA7E58"/>
    <w:rsid w:val="00DB13E9"/>
    <w:rsid w:val="00DB63E6"/>
    <w:rsid w:val="00DB6C95"/>
    <w:rsid w:val="00DC5954"/>
    <w:rsid w:val="00DC6A06"/>
    <w:rsid w:val="00DD02AE"/>
    <w:rsid w:val="00DE063C"/>
    <w:rsid w:val="00DE3CD0"/>
    <w:rsid w:val="00DE5575"/>
    <w:rsid w:val="00DE5613"/>
    <w:rsid w:val="00DE64CC"/>
    <w:rsid w:val="00DE6DB7"/>
    <w:rsid w:val="00DF5AC7"/>
    <w:rsid w:val="00DF769F"/>
    <w:rsid w:val="00E03D63"/>
    <w:rsid w:val="00E069D0"/>
    <w:rsid w:val="00E07C6B"/>
    <w:rsid w:val="00E07CD4"/>
    <w:rsid w:val="00E1361D"/>
    <w:rsid w:val="00E15408"/>
    <w:rsid w:val="00E17708"/>
    <w:rsid w:val="00E21554"/>
    <w:rsid w:val="00E231D1"/>
    <w:rsid w:val="00E25809"/>
    <w:rsid w:val="00E26237"/>
    <w:rsid w:val="00E271B0"/>
    <w:rsid w:val="00E30722"/>
    <w:rsid w:val="00E373F5"/>
    <w:rsid w:val="00E37FBB"/>
    <w:rsid w:val="00E41A4D"/>
    <w:rsid w:val="00E445B8"/>
    <w:rsid w:val="00E478FA"/>
    <w:rsid w:val="00E47AF0"/>
    <w:rsid w:val="00E52275"/>
    <w:rsid w:val="00E52602"/>
    <w:rsid w:val="00E53D6A"/>
    <w:rsid w:val="00E602EE"/>
    <w:rsid w:val="00E60E9F"/>
    <w:rsid w:val="00E665ED"/>
    <w:rsid w:val="00E71743"/>
    <w:rsid w:val="00E7400F"/>
    <w:rsid w:val="00E763D0"/>
    <w:rsid w:val="00E81449"/>
    <w:rsid w:val="00E918F4"/>
    <w:rsid w:val="00E922ED"/>
    <w:rsid w:val="00E95064"/>
    <w:rsid w:val="00E97933"/>
    <w:rsid w:val="00E97DDF"/>
    <w:rsid w:val="00EA0A69"/>
    <w:rsid w:val="00EA1DD5"/>
    <w:rsid w:val="00EA4106"/>
    <w:rsid w:val="00EA453E"/>
    <w:rsid w:val="00EA4544"/>
    <w:rsid w:val="00EA5AA7"/>
    <w:rsid w:val="00EA7AD6"/>
    <w:rsid w:val="00EB0ED0"/>
    <w:rsid w:val="00EB26FC"/>
    <w:rsid w:val="00EB3F25"/>
    <w:rsid w:val="00EB470E"/>
    <w:rsid w:val="00EC0197"/>
    <w:rsid w:val="00EC2BDD"/>
    <w:rsid w:val="00EC46D6"/>
    <w:rsid w:val="00EC6DF3"/>
    <w:rsid w:val="00ED191C"/>
    <w:rsid w:val="00ED6A6B"/>
    <w:rsid w:val="00EE05E8"/>
    <w:rsid w:val="00EE56A3"/>
    <w:rsid w:val="00EE5E38"/>
    <w:rsid w:val="00EF4A8A"/>
    <w:rsid w:val="00EF4E71"/>
    <w:rsid w:val="00EF55EF"/>
    <w:rsid w:val="00EF5792"/>
    <w:rsid w:val="00F014A0"/>
    <w:rsid w:val="00F0235B"/>
    <w:rsid w:val="00F1027E"/>
    <w:rsid w:val="00F145CE"/>
    <w:rsid w:val="00F14C25"/>
    <w:rsid w:val="00F15F1E"/>
    <w:rsid w:val="00F204EE"/>
    <w:rsid w:val="00F22824"/>
    <w:rsid w:val="00F24DEF"/>
    <w:rsid w:val="00F24E20"/>
    <w:rsid w:val="00F26EA7"/>
    <w:rsid w:val="00F34E9F"/>
    <w:rsid w:val="00F414B9"/>
    <w:rsid w:val="00F44E7F"/>
    <w:rsid w:val="00F452A1"/>
    <w:rsid w:val="00F5537E"/>
    <w:rsid w:val="00F56225"/>
    <w:rsid w:val="00F6127E"/>
    <w:rsid w:val="00F61B68"/>
    <w:rsid w:val="00F645B4"/>
    <w:rsid w:val="00F64EBC"/>
    <w:rsid w:val="00F70B15"/>
    <w:rsid w:val="00F71316"/>
    <w:rsid w:val="00F73735"/>
    <w:rsid w:val="00F7585E"/>
    <w:rsid w:val="00F77051"/>
    <w:rsid w:val="00F7718B"/>
    <w:rsid w:val="00F81962"/>
    <w:rsid w:val="00F82F6A"/>
    <w:rsid w:val="00F84816"/>
    <w:rsid w:val="00F87E54"/>
    <w:rsid w:val="00F90888"/>
    <w:rsid w:val="00F92FCB"/>
    <w:rsid w:val="00F9388D"/>
    <w:rsid w:val="00F93A30"/>
    <w:rsid w:val="00FA4218"/>
    <w:rsid w:val="00FA6A8A"/>
    <w:rsid w:val="00FA7573"/>
    <w:rsid w:val="00FB12C4"/>
    <w:rsid w:val="00FB1C65"/>
    <w:rsid w:val="00FB5E5D"/>
    <w:rsid w:val="00FC32C0"/>
    <w:rsid w:val="00FC3557"/>
    <w:rsid w:val="00FC35A9"/>
    <w:rsid w:val="00FC4D7E"/>
    <w:rsid w:val="00FC5D63"/>
    <w:rsid w:val="00FC6619"/>
    <w:rsid w:val="00FC693F"/>
    <w:rsid w:val="00FC7D20"/>
    <w:rsid w:val="00FD55EC"/>
    <w:rsid w:val="00FD60D7"/>
    <w:rsid w:val="00FE1E0B"/>
    <w:rsid w:val="00FE28F2"/>
    <w:rsid w:val="00FE4470"/>
    <w:rsid w:val="00FE4638"/>
    <w:rsid w:val="00FE504C"/>
    <w:rsid w:val="00FE5369"/>
    <w:rsid w:val="00FE7E9E"/>
    <w:rsid w:val="00FF05FF"/>
    <w:rsid w:val="00FF25AE"/>
    <w:rsid w:val="00FF6A61"/>
    <w:rsid w:val="00FF6ECF"/>
    <w:rsid w:val="00FF7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E10271"/>
  <w14:defaultImageDpi w14:val="300"/>
  <w15:docId w15:val="{B2125F6E-E24D-4E4B-839A-88D59D563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2F6A"/>
  </w:style>
  <w:style w:type="paragraph" w:styleId="Kop1">
    <w:name w:val="heading 1"/>
    <w:basedOn w:val="Standaard"/>
    <w:next w:val="Standaard"/>
    <w:link w:val="Kop1Char"/>
    <w:uiPriority w:val="9"/>
    <w:qFormat/>
    <w:rsid w:val="00F82F6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F82F6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F82F6A"/>
    <w:pPr>
      <w:pBdr>
        <w:top w:val="single" w:sz="6" w:space="2" w:color="4F81BD" w:themeColor="accent1"/>
      </w:pBdr>
      <w:spacing w:before="300" w:after="0"/>
      <w:outlineLvl w:val="2"/>
    </w:pPr>
    <w:rPr>
      <w:caps/>
      <w:color w:val="243F60" w:themeColor="accent1" w:themeShade="7F"/>
      <w:spacing w:val="15"/>
    </w:rPr>
  </w:style>
  <w:style w:type="paragraph" w:styleId="Kop4">
    <w:name w:val="heading 4"/>
    <w:basedOn w:val="Standaard"/>
    <w:next w:val="Standaard"/>
    <w:link w:val="Kop4Char"/>
    <w:uiPriority w:val="9"/>
    <w:semiHidden/>
    <w:unhideWhenUsed/>
    <w:qFormat/>
    <w:rsid w:val="00F82F6A"/>
    <w:pPr>
      <w:pBdr>
        <w:top w:val="dotted" w:sz="6" w:space="2" w:color="4F81BD" w:themeColor="accent1"/>
      </w:pBdr>
      <w:spacing w:before="200" w:after="0"/>
      <w:outlineLvl w:val="3"/>
    </w:pPr>
    <w:rPr>
      <w:caps/>
      <w:color w:val="365F91" w:themeColor="accent1" w:themeShade="BF"/>
      <w:spacing w:val="10"/>
    </w:rPr>
  </w:style>
  <w:style w:type="paragraph" w:styleId="Kop5">
    <w:name w:val="heading 5"/>
    <w:basedOn w:val="Standaard"/>
    <w:next w:val="Standaard"/>
    <w:link w:val="Kop5Char"/>
    <w:uiPriority w:val="9"/>
    <w:semiHidden/>
    <w:unhideWhenUsed/>
    <w:qFormat/>
    <w:rsid w:val="00F82F6A"/>
    <w:pPr>
      <w:pBdr>
        <w:bottom w:val="single" w:sz="6" w:space="1" w:color="4F81BD" w:themeColor="accent1"/>
      </w:pBdr>
      <w:spacing w:before="200" w:after="0"/>
      <w:outlineLvl w:val="4"/>
    </w:pPr>
    <w:rPr>
      <w:caps/>
      <w:color w:val="365F91" w:themeColor="accent1" w:themeShade="BF"/>
      <w:spacing w:val="10"/>
    </w:rPr>
  </w:style>
  <w:style w:type="paragraph" w:styleId="Kop6">
    <w:name w:val="heading 6"/>
    <w:basedOn w:val="Standaard"/>
    <w:next w:val="Standaard"/>
    <w:link w:val="Kop6Char"/>
    <w:uiPriority w:val="9"/>
    <w:semiHidden/>
    <w:unhideWhenUsed/>
    <w:qFormat/>
    <w:rsid w:val="00F82F6A"/>
    <w:pPr>
      <w:pBdr>
        <w:bottom w:val="dotted" w:sz="6" w:space="1" w:color="4F81BD" w:themeColor="accent1"/>
      </w:pBdr>
      <w:spacing w:before="200" w:after="0"/>
      <w:outlineLvl w:val="5"/>
    </w:pPr>
    <w:rPr>
      <w:caps/>
      <w:color w:val="365F91" w:themeColor="accent1" w:themeShade="BF"/>
      <w:spacing w:val="10"/>
    </w:rPr>
  </w:style>
  <w:style w:type="paragraph" w:styleId="Kop7">
    <w:name w:val="heading 7"/>
    <w:basedOn w:val="Standaard"/>
    <w:next w:val="Standaard"/>
    <w:link w:val="Kop7Char"/>
    <w:uiPriority w:val="9"/>
    <w:semiHidden/>
    <w:unhideWhenUsed/>
    <w:qFormat/>
    <w:rsid w:val="00F82F6A"/>
    <w:pPr>
      <w:spacing w:before="200" w:after="0"/>
      <w:outlineLvl w:val="6"/>
    </w:pPr>
    <w:rPr>
      <w:caps/>
      <w:color w:val="365F91" w:themeColor="accent1" w:themeShade="BF"/>
      <w:spacing w:val="10"/>
    </w:rPr>
  </w:style>
  <w:style w:type="paragraph" w:styleId="Kop8">
    <w:name w:val="heading 8"/>
    <w:basedOn w:val="Standaard"/>
    <w:next w:val="Standaard"/>
    <w:link w:val="Kop8Char"/>
    <w:uiPriority w:val="9"/>
    <w:semiHidden/>
    <w:unhideWhenUsed/>
    <w:qFormat/>
    <w:rsid w:val="00F82F6A"/>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82F6A"/>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82F6A"/>
    <w:pPr>
      <w:spacing w:after="0" w:line="240" w:lineRule="auto"/>
    </w:pPr>
  </w:style>
  <w:style w:type="character" w:customStyle="1" w:styleId="Kop1Char">
    <w:name w:val="Kop 1 Char"/>
    <w:basedOn w:val="Standaardalinea-lettertype"/>
    <w:link w:val="Kop1"/>
    <w:uiPriority w:val="9"/>
    <w:rsid w:val="00F82F6A"/>
    <w:rPr>
      <w:caps/>
      <w:color w:val="FFFFFF" w:themeColor="background1"/>
      <w:spacing w:val="15"/>
      <w:sz w:val="22"/>
      <w:szCs w:val="22"/>
      <w:shd w:val="clear" w:color="auto" w:fill="4F81BD" w:themeFill="accent1"/>
    </w:rPr>
  </w:style>
  <w:style w:type="character" w:customStyle="1" w:styleId="Kop2Char">
    <w:name w:val="Kop 2 Char"/>
    <w:basedOn w:val="Standaardalinea-lettertype"/>
    <w:link w:val="Kop2"/>
    <w:uiPriority w:val="9"/>
    <w:rsid w:val="00F82F6A"/>
    <w:rPr>
      <w:caps/>
      <w:spacing w:val="15"/>
      <w:shd w:val="clear" w:color="auto" w:fill="DBE5F1" w:themeFill="accent1" w:themeFillTint="33"/>
    </w:rPr>
  </w:style>
  <w:style w:type="character" w:customStyle="1" w:styleId="Kop3Char">
    <w:name w:val="Kop 3 Char"/>
    <w:basedOn w:val="Standaardalinea-lettertype"/>
    <w:link w:val="Kop3"/>
    <w:uiPriority w:val="9"/>
    <w:rsid w:val="00F82F6A"/>
    <w:rPr>
      <w:caps/>
      <w:color w:val="243F60" w:themeColor="accent1" w:themeShade="7F"/>
      <w:spacing w:val="15"/>
    </w:rPr>
  </w:style>
  <w:style w:type="paragraph" w:styleId="Titel">
    <w:name w:val="Title"/>
    <w:basedOn w:val="Standaard"/>
    <w:next w:val="Standaard"/>
    <w:link w:val="TitelChar"/>
    <w:uiPriority w:val="10"/>
    <w:qFormat/>
    <w:rsid w:val="00F82F6A"/>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elChar">
    <w:name w:val="Titel Char"/>
    <w:basedOn w:val="Standaardalinea-lettertype"/>
    <w:link w:val="Titel"/>
    <w:uiPriority w:val="10"/>
    <w:rsid w:val="00F82F6A"/>
    <w:rPr>
      <w:rFonts w:asciiTheme="majorHAnsi" w:eastAsiaTheme="majorEastAsia" w:hAnsiTheme="majorHAnsi" w:cstheme="majorBidi"/>
      <w:caps/>
      <w:color w:val="4F81BD" w:themeColor="accent1"/>
      <w:spacing w:val="10"/>
      <w:sz w:val="52"/>
      <w:szCs w:val="52"/>
    </w:rPr>
  </w:style>
  <w:style w:type="paragraph" w:styleId="Ondertitel">
    <w:name w:val="Subtitle"/>
    <w:basedOn w:val="Standaard"/>
    <w:next w:val="Standaard"/>
    <w:link w:val="OndertitelChar"/>
    <w:uiPriority w:val="11"/>
    <w:qFormat/>
    <w:rsid w:val="00F82F6A"/>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F82F6A"/>
    <w:rPr>
      <w:caps/>
      <w:color w:val="595959" w:themeColor="text1" w:themeTint="A6"/>
      <w:spacing w:val="10"/>
      <w:sz w:val="21"/>
      <w:szCs w:val="21"/>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82F6A"/>
    <w:rPr>
      <w:i/>
      <w:iCs/>
      <w:sz w:val="24"/>
      <w:szCs w:val="24"/>
    </w:rPr>
  </w:style>
  <w:style w:type="character" w:customStyle="1" w:styleId="CitaatChar">
    <w:name w:val="Citaat Char"/>
    <w:basedOn w:val="Standaardalinea-lettertype"/>
    <w:link w:val="Citaat"/>
    <w:uiPriority w:val="29"/>
    <w:rsid w:val="00F82F6A"/>
    <w:rPr>
      <w:i/>
      <w:iCs/>
      <w:sz w:val="24"/>
      <w:szCs w:val="24"/>
    </w:rPr>
  </w:style>
  <w:style w:type="character" w:customStyle="1" w:styleId="Kop4Char">
    <w:name w:val="Kop 4 Char"/>
    <w:basedOn w:val="Standaardalinea-lettertype"/>
    <w:link w:val="Kop4"/>
    <w:uiPriority w:val="9"/>
    <w:semiHidden/>
    <w:rsid w:val="00F82F6A"/>
    <w:rPr>
      <w:caps/>
      <w:color w:val="365F91" w:themeColor="accent1" w:themeShade="BF"/>
      <w:spacing w:val="10"/>
    </w:rPr>
  </w:style>
  <w:style w:type="character" w:customStyle="1" w:styleId="Kop5Char">
    <w:name w:val="Kop 5 Char"/>
    <w:basedOn w:val="Standaardalinea-lettertype"/>
    <w:link w:val="Kop5"/>
    <w:uiPriority w:val="9"/>
    <w:semiHidden/>
    <w:rsid w:val="00F82F6A"/>
    <w:rPr>
      <w:caps/>
      <w:color w:val="365F91" w:themeColor="accent1" w:themeShade="BF"/>
      <w:spacing w:val="10"/>
    </w:rPr>
  </w:style>
  <w:style w:type="character" w:customStyle="1" w:styleId="Kop6Char">
    <w:name w:val="Kop 6 Char"/>
    <w:basedOn w:val="Standaardalinea-lettertype"/>
    <w:link w:val="Kop6"/>
    <w:uiPriority w:val="9"/>
    <w:semiHidden/>
    <w:rsid w:val="00F82F6A"/>
    <w:rPr>
      <w:caps/>
      <w:color w:val="365F91" w:themeColor="accent1" w:themeShade="BF"/>
      <w:spacing w:val="10"/>
    </w:rPr>
  </w:style>
  <w:style w:type="character" w:customStyle="1" w:styleId="Kop7Char">
    <w:name w:val="Kop 7 Char"/>
    <w:basedOn w:val="Standaardalinea-lettertype"/>
    <w:link w:val="Kop7"/>
    <w:uiPriority w:val="9"/>
    <w:semiHidden/>
    <w:rsid w:val="00F82F6A"/>
    <w:rPr>
      <w:caps/>
      <w:color w:val="365F91" w:themeColor="accent1" w:themeShade="BF"/>
      <w:spacing w:val="10"/>
    </w:rPr>
  </w:style>
  <w:style w:type="character" w:customStyle="1" w:styleId="Kop8Char">
    <w:name w:val="Kop 8 Char"/>
    <w:basedOn w:val="Standaardalinea-lettertype"/>
    <w:link w:val="Kop8"/>
    <w:uiPriority w:val="9"/>
    <w:semiHidden/>
    <w:rsid w:val="00F82F6A"/>
    <w:rPr>
      <w:caps/>
      <w:spacing w:val="10"/>
      <w:sz w:val="18"/>
      <w:szCs w:val="18"/>
    </w:rPr>
  </w:style>
  <w:style w:type="character" w:customStyle="1" w:styleId="Kop9Char">
    <w:name w:val="Kop 9 Char"/>
    <w:basedOn w:val="Standaardalinea-lettertype"/>
    <w:link w:val="Kop9"/>
    <w:uiPriority w:val="9"/>
    <w:semiHidden/>
    <w:rsid w:val="00F82F6A"/>
    <w:rPr>
      <w:i/>
      <w:iCs/>
      <w:caps/>
      <w:spacing w:val="10"/>
      <w:sz w:val="18"/>
      <w:szCs w:val="18"/>
    </w:rPr>
  </w:style>
  <w:style w:type="paragraph" w:styleId="Bijschrift">
    <w:name w:val="caption"/>
    <w:basedOn w:val="Standaard"/>
    <w:next w:val="Standaard"/>
    <w:uiPriority w:val="35"/>
    <w:semiHidden/>
    <w:unhideWhenUsed/>
    <w:qFormat/>
    <w:rsid w:val="00F82F6A"/>
    <w:rPr>
      <w:b/>
      <w:bCs/>
      <w:color w:val="365F91" w:themeColor="accent1" w:themeShade="BF"/>
      <w:sz w:val="16"/>
      <w:szCs w:val="16"/>
    </w:rPr>
  </w:style>
  <w:style w:type="character" w:styleId="Zwaar">
    <w:name w:val="Strong"/>
    <w:uiPriority w:val="22"/>
    <w:qFormat/>
    <w:rsid w:val="00F82F6A"/>
    <w:rPr>
      <w:b/>
      <w:bCs/>
    </w:rPr>
  </w:style>
  <w:style w:type="character" w:styleId="Nadruk">
    <w:name w:val="Emphasis"/>
    <w:uiPriority w:val="20"/>
    <w:qFormat/>
    <w:rsid w:val="00F82F6A"/>
    <w:rPr>
      <w:caps/>
      <w:color w:val="243F60" w:themeColor="accent1" w:themeShade="7F"/>
      <w:spacing w:val="5"/>
    </w:rPr>
  </w:style>
  <w:style w:type="paragraph" w:styleId="Duidelijkcitaat">
    <w:name w:val="Intense Quote"/>
    <w:basedOn w:val="Standaard"/>
    <w:next w:val="Standaard"/>
    <w:link w:val="DuidelijkcitaatChar"/>
    <w:uiPriority w:val="30"/>
    <w:qFormat/>
    <w:rsid w:val="00F82F6A"/>
    <w:pPr>
      <w:spacing w:before="240" w:after="240" w:line="240" w:lineRule="auto"/>
      <w:ind w:left="1080" w:right="1080"/>
      <w:jc w:val="center"/>
    </w:pPr>
    <w:rPr>
      <w:color w:val="4F81BD" w:themeColor="accent1"/>
      <w:sz w:val="24"/>
      <w:szCs w:val="24"/>
    </w:rPr>
  </w:style>
  <w:style w:type="character" w:customStyle="1" w:styleId="DuidelijkcitaatChar">
    <w:name w:val="Duidelijk citaat Char"/>
    <w:basedOn w:val="Standaardalinea-lettertype"/>
    <w:link w:val="Duidelijkcitaat"/>
    <w:uiPriority w:val="30"/>
    <w:rsid w:val="00F82F6A"/>
    <w:rPr>
      <w:color w:val="4F81BD" w:themeColor="accent1"/>
      <w:sz w:val="24"/>
      <w:szCs w:val="24"/>
    </w:rPr>
  </w:style>
  <w:style w:type="character" w:styleId="Subtielebenadrukking">
    <w:name w:val="Subtle Emphasis"/>
    <w:uiPriority w:val="19"/>
    <w:qFormat/>
    <w:rsid w:val="00F82F6A"/>
    <w:rPr>
      <w:i/>
      <w:iCs/>
      <w:color w:val="243F60" w:themeColor="accent1" w:themeShade="7F"/>
    </w:rPr>
  </w:style>
  <w:style w:type="character" w:styleId="Intensievebenadrukking">
    <w:name w:val="Intense Emphasis"/>
    <w:uiPriority w:val="21"/>
    <w:qFormat/>
    <w:rsid w:val="00F82F6A"/>
    <w:rPr>
      <w:b/>
      <w:bCs/>
      <w:caps/>
      <w:color w:val="243F60" w:themeColor="accent1" w:themeShade="7F"/>
      <w:spacing w:val="10"/>
    </w:rPr>
  </w:style>
  <w:style w:type="character" w:styleId="Subtieleverwijzing">
    <w:name w:val="Subtle Reference"/>
    <w:uiPriority w:val="31"/>
    <w:qFormat/>
    <w:rsid w:val="00F82F6A"/>
    <w:rPr>
      <w:b/>
      <w:bCs/>
      <w:color w:val="4F81BD" w:themeColor="accent1"/>
    </w:rPr>
  </w:style>
  <w:style w:type="character" w:styleId="Intensieveverwijzing">
    <w:name w:val="Intense Reference"/>
    <w:uiPriority w:val="32"/>
    <w:qFormat/>
    <w:rsid w:val="00F82F6A"/>
    <w:rPr>
      <w:b/>
      <w:bCs/>
      <w:i/>
      <w:iCs/>
      <w:caps/>
      <w:color w:val="4F81BD" w:themeColor="accent1"/>
    </w:rPr>
  </w:style>
  <w:style w:type="character" w:styleId="Titelvanboek">
    <w:name w:val="Book Title"/>
    <w:uiPriority w:val="33"/>
    <w:qFormat/>
    <w:rsid w:val="00F82F6A"/>
    <w:rPr>
      <w:b/>
      <w:bCs/>
      <w:i/>
      <w:iCs/>
      <w:spacing w:val="0"/>
    </w:rPr>
  </w:style>
  <w:style w:type="paragraph" w:styleId="Kopvaninhoudsopgave">
    <w:name w:val="TOC Heading"/>
    <w:basedOn w:val="Kop1"/>
    <w:next w:val="Standaard"/>
    <w:uiPriority w:val="39"/>
    <w:semiHidden/>
    <w:unhideWhenUsed/>
    <w:qFormat/>
    <w:rsid w:val="00F82F6A"/>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Standaardalinea-lettertype"/>
    <w:uiPriority w:val="99"/>
    <w:unhideWhenUsed/>
    <w:rsid w:val="00171495"/>
    <w:rPr>
      <w:color w:val="0000FF" w:themeColor="hyperlink"/>
      <w:u w:val="single"/>
    </w:rPr>
  </w:style>
  <w:style w:type="character" w:styleId="Onopgelostemelding">
    <w:name w:val="Unresolved Mention"/>
    <w:basedOn w:val="Standaardalinea-lettertype"/>
    <w:uiPriority w:val="99"/>
    <w:semiHidden/>
    <w:unhideWhenUsed/>
    <w:rsid w:val="00171495"/>
    <w:rPr>
      <w:color w:val="605E5C"/>
      <w:shd w:val="clear" w:color="auto" w:fill="E1DFDD"/>
    </w:rPr>
  </w:style>
  <w:style w:type="paragraph" w:styleId="Normaalweb">
    <w:name w:val="Normal (Web)"/>
    <w:basedOn w:val="Standaard"/>
    <w:uiPriority w:val="99"/>
    <w:semiHidden/>
    <w:unhideWhenUsed/>
    <w:rsid w:val="009A7B8C"/>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820A2F"/>
    <w:rPr>
      <w:color w:val="800080" w:themeColor="followedHyperlink"/>
      <w:u w:val="single"/>
    </w:rPr>
  </w:style>
  <w:style w:type="paragraph" w:customStyle="1" w:styleId="font-claude-response-body">
    <w:name w:val="font-claude-response-body"/>
    <w:basedOn w:val="Standaard"/>
    <w:rsid w:val="00B44AA2"/>
    <w:pPr>
      <w:spacing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pilot.microsoft.com/" TargetMode="External"/><Relationship Id="rId18" Type="http://schemas.openxmlformats.org/officeDocument/2006/relationships/hyperlink" Target="http://www.rechtsorde.nl/tutorial" TargetMode="External"/><Relationship Id="rId26" Type="http://schemas.openxmlformats.org/officeDocument/2006/relationships/image" Target="media/image5.png"/><Relationship Id="rId39" Type="http://schemas.openxmlformats.org/officeDocument/2006/relationships/hyperlink" Target="http://www.aistudio.google.com" TargetMode="External"/><Relationship Id="rId21" Type="http://schemas.openxmlformats.org/officeDocument/2006/relationships/hyperlink" Target="http://www.rechtsorde.nl/tutorial" TargetMode="External"/><Relationship Id="rId34" Type="http://schemas.openxmlformats.org/officeDocument/2006/relationships/hyperlink" Target="https://gemini.google.com" TargetMode="External"/><Relationship Id="rId42" Type="http://schemas.openxmlformats.org/officeDocument/2006/relationships/hyperlink" Target="https://ai.studio/apps/drive/1ZCaqvuWsw0WU0NOmDy5eg10F2SAZwXKo" TargetMode="External"/><Relationship Id="rId47" Type="http://schemas.openxmlformats.org/officeDocument/2006/relationships/hyperlink" Target="https://teams.microsoft.com/dl/launcher/launcher.html?url=%2F_%23%2Fl%2Fchannel%2F19%3AsnuROTVlWeNfB_Pdd8PCw64h_rHa9uqOLtCES8EoHW81%40thread.tacv2%2FGeneral%3FgroupId%3D59e1c1b1-62de-421b-9570-aabdea366668%26tenantId%3D87c50b58-2ef2-423d-a4db-1fa7c84efcfa&amp;type=channel&amp;deeplinkId=5552511a-657d-4aa6-9f83-2974fbd5fc5e&amp;directDl=true&amp;msLaunch=true&amp;enableMobilePage=true&amp;suppressPrompt=true" TargetMode="External"/><Relationship Id="rId50" Type="http://schemas.openxmlformats.org/officeDocument/2006/relationships/hyperlink" Target="https://www.researchgate.net/publication/398773643_Het_hbo_in_transformatie_de_doorwerking_van_AI_naar_onderwijs/link/694298a20c98040d481e7444/download?_tp=eyJjb250ZXh0Ijp7ImZpcnN0UGFnZSI6InB1YmxpY2F0aW9uIiwicGFnZSI6InB1YmxpY2F0aW9uIn19"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uckduckgo.com/?q=DuckDuckGo+AI+Chat&amp;ia=chat&amp;duckai=1" TargetMode="External"/><Relationship Id="rId29" Type="http://schemas.openxmlformats.org/officeDocument/2006/relationships/image" Target="media/image7.png"/><Relationship Id="rId11" Type="http://schemas.openxmlformats.org/officeDocument/2006/relationships/hyperlink" Target="https://chatgpt.com/" TargetMode="External"/><Relationship Id="rId24" Type="http://schemas.openxmlformats.org/officeDocument/2006/relationships/hyperlink" Target="https://www.linkedin.com/posts/barendlast_chatgpt-ai-activity-7414180169256587264-22ve/?utm_source=share&amp;utm_medium=member_android&amp;rcm=ACoAAAOcWxkBYJ5FtwoYVd6YOEIsvMCmEGc6y8M"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hyperlink" Target="https://notebooklm.google/" TargetMode="External"/><Relationship Id="rId45" Type="http://schemas.openxmlformats.org/officeDocument/2006/relationships/hyperlink" Target="https://claude.ai/public/artifacts/ab02fddd-7fd0-43c7-9da3-af82e9d0b367"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rechtwijs-f76d1cbb.base44.app/Home"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ur01.safelinks.protection.outlook.com/?url=https%3A%2F%2Fcreativecommons.org%2Flicenses%2Fby-nc%2F4.0%2Fdeed.nl&amp;data=05%7C02%7Cmmh.vankuijk%40avans.nl%7Ce4641bdb7b554243408c08de5a7552ba%7C87c50b582ef2423da4db1fa7c84efcfa%7C0%7C0%7C639047657105753228%7CUnknown%7CTWFpbGZsb3d8eyJFbXB0eU1hcGkiOnRydWUsIlYiOiIwLjAuMDAwMCIsIlAiOiJXaW4zMiIsIkFOIjoiTWFpbCIsIldUIjoyfQ%3D%3D%7C0%7C%7C%7C&amp;sdata=p%2BxFHSwYvduGu1g1oEHNugOtbqlafcz400KbRj2r0GY%3D&amp;reserved=0" TargetMode="External"/><Relationship Id="rId14" Type="http://schemas.openxmlformats.org/officeDocument/2006/relationships/hyperlink" Target="https://claude.ai/" TargetMode="External"/><Relationship Id="rId22" Type="http://schemas.openxmlformats.org/officeDocument/2006/relationships/hyperlink" Target="https://aivoorstudenten.nl/" TargetMode="External"/><Relationship Id="rId27" Type="http://schemas.openxmlformats.org/officeDocument/2006/relationships/hyperlink" Target="https://www.synthesia.io/nl"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www.aistudio.google.com" TargetMode="External"/><Relationship Id="rId48" Type="http://schemas.openxmlformats.org/officeDocument/2006/relationships/hyperlink" Target="https://avans.sharepoint.com/sites/DPO-aanbodontwikkelenatavans/SitePages/AI-Learning-Lab-25-26.aspx?csf=1&amp;web=1&amp;e=FRTZEi&amp;ovuser=87c50b58-2ef2-423d-a4db-1fa7c84efcfa%2cl.lijten%40avans.nl&amp;OR=Teams-HL&amp;CT=1749028586263&amp;clickparams=eyJBcHBOYW1lIjoiVGVhbXMtRGVza3RvcCIsIkFwcFZlcnNpb24iOiI0OS8yNTA1MDQwMTYyMCIsIkhhc0ZlZGVyYXRlZFVzZXIiOmZhbHNlfQ%3d%3d&amp;CID=71c6a4a1-f0d7-c000-c8d4-723dfb221452&amp;cidOR=SPO" TargetMode="Externa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gemini.google.com/" TargetMode="External"/><Relationship Id="rId17" Type="http://schemas.openxmlformats.org/officeDocument/2006/relationships/hyperlink" Target="http://www.rechtsorde.nl/genial" TargetMode="External"/><Relationship Id="rId25" Type="http://schemas.openxmlformats.org/officeDocument/2006/relationships/hyperlink" Target="https://www.linkedin.com/search/results/all/?keywords=%23chatgpt&amp;origin=HASH_TAG_FROM_FEED" TargetMode="External"/><Relationship Id="rId33" Type="http://schemas.openxmlformats.org/officeDocument/2006/relationships/image" Target="media/image11.png"/><Relationship Id="rId38" Type="http://schemas.openxmlformats.org/officeDocument/2006/relationships/hyperlink" Target="https://aistudio.google.com/apps/drive/1itbcWFSPlIIyYTfxgTd55rZwCnsZj8ZE?showPreview=true&amp;showAssistant=true&amp;fullscreenApplet=true" TargetMode="External"/><Relationship Id="rId46" Type="http://schemas.openxmlformats.org/officeDocument/2006/relationships/hyperlink" Target="https://mymedia.avans.nl/channel/Praktijkvoorbeelden+Gebruik+van+AI/69569" TargetMode="External"/><Relationship Id="rId20" Type="http://schemas.openxmlformats.org/officeDocument/2006/relationships/hyperlink" Target="http://www.rechtsorde.nl/genial" TargetMode="External"/><Relationship Id="rId41" Type="http://schemas.openxmlformats.org/officeDocument/2006/relationships/hyperlink" Target="https://notebooklm.googl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at.mistral.ai/chat"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www.felienne.com/nl/nieuwsbri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87c50b58-2ef2-423d-a4db-1fa7c84efcfa}" enabled="0" method="" siteId="{87c50b58-2ef2-423d-a4db-1fa7c84efcfa}" removed="1"/>
</clbl:labelList>
</file>

<file path=docProps/app.xml><?xml version="1.0" encoding="utf-8"?>
<Properties xmlns="http://schemas.openxmlformats.org/officeDocument/2006/extended-properties" xmlns:vt="http://schemas.openxmlformats.org/officeDocument/2006/docPropsVTypes">
  <Template>Normal.dotm</Template>
  <TotalTime>2749</TotalTime>
  <Pages>102</Pages>
  <Words>30944</Words>
  <Characters>175144</Characters>
  <Application>Microsoft Office Word</Application>
  <DocSecurity>0</DocSecurity>
  <Lines>6486</Lines>
  <Paragraphs>4579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201509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Ivo Wouters</cp:lastModifiedBy>
  <cp:revision>896</cp:revision>
  <dcterms:created xsi:type="dcterms:W3CDTF">2026-01-06T14:08:00Z</dcterms:created>
  <dcterms:modified xsi:type="dcterms:W3CDTF">2026-01-27T08:25:00Z</dcterms:modified>
  <cp:category/>
</cp:coreProperties>
</file>