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624E6" w14:textId="77777777" w:rsidR="00A82B0D" w:rsidRPr="0047507C" w:rsidRDefault="00000000">
      <w:pPr>
        <w:pStyle w:val="Titel"/>
        <w:rPr>
          <w:lang w:val="nl-NL"/>
        </w:rPr>
      </w:pPr>
      <w:r w:rsidRPr="0047507C">
        <w:rPr>
          <w:lang w:val="nl-NL"/>
        </w:rPr>
        <w:t>Bouw Je Eigen Da Vinci Vliegmachine</w:t>
      </w:r>
    </w:p>
    <w:p w14:paraId="3C6271C2" w14:textId="77777777" w:rsidR="00A82B0D" w:rsidRPr="0047507C" w:rsidRDefault="00000000">
      <w:pPr>
        <w:rPr>
          <w:lang w:val="nl-NL"/>
        </w:rPr>
      </w:pPr>
      <w:r w:rsidRPr="0047507C">
        <w:rPr>
          <w:lang w:val="nl-NL"/>
        </w:rPr>
        <w:br/>
        <w:t xml:space="preserve">Leonardo da Vinci, een genie uit de Renaissance, was gefascineerd door de mogelijkheid om te vliegen. </w:t>
      </w:r>
      <w:r w:rsidRPr="0047507C">
        <w:rPr>
          <w:lang w:val="nl-NL"/>
        </w:rPr>
        <w:br/>
        <w:t xml:space="preserve">Meer dan 500 jaar geleden ontwierp hij verschillende vliegmachines, waarvan sommige verbazingwekkend lijken op de moderne vliegtuigen. </w:t>
      </w:r>
      <w:r w:rsidRPr="0047507C">
        <w:rPr>
          <w:lang w:val="nl-NL"/>
        </w:rPr>
        <w:br/>
        <w:t xml:space="preserve">Vandaag duiken we in de wereld van da Vinci en bouwen we een draaiende replica van zijn beroemde vliegmachine met LEGO Spike Essential. </w:t>
      </w:r>
      <w:r w:rsidRPr="0047507C">
        <w:rPr>
          <w:lang w:val="nl-NL"/>
        </w:rPr>
        <w:br/>
        <w:t>Dit project helpt ons niet alleen de principes van vliegen te begrijpen, maar ook de briljante ideeën van da Vinci.</w:t>
      </w:r>
      <w:r w:rsidRPr="0047507C">
        <w:rPr>
          <w:lang w:val="nl-NL"/>
        </w:rPr>
        <w:br/>
      </w:r>
    </w:p>
    <w:p w14:paraId="27B2F007" w14:textId="77777777" w:rsidR="00A82B0D" w:rsidRDefault="00000000">
      <w:pPr>
        <w:pStyle w:val="Kop1"/>
      </w:pPr>
      <w:r>
        <w:t>Kernwoorden</w:t>
      </w:r>
    </w:p>
    <w:p w14:paraId="16AEFA23" w14:textId="77777777" w:rsidR="00A82B0D" w:rsidRDefault="00000000">
      <w:pPr>
        <w:pStyle w:val="Lijstopsomteken"/>
      </w:pPr>
      <w:r w:rsidRPr="0047507C">
        <w:rPr>
          <w:lang w:val="nl-NL"/>
        </w:rPr>
        <w:t xml:space="preserve">Aerodynamica: De studie van hoe lucht en vloeistoffen bewegen en interactie hebben met objecten. </w:t>
      </w:r>
      <w:r>
        <w:t>Cruciaal voor het vliegen.</w:t>
      </w:r>
    </w:p>
    <w:p w14:paraId="51BED007" w14:textId="77777777" w:rsidR="00A82B0D" w:rsidRDefault="00000000">
      <w:pPr>
        <w:pStyle w:val="Lijstopsomteken"/>
      </w:pPr>
      <w:r w:rsidRPr="0047507C">
        <w:rPr>
          <w:lang w:val="nl-NL"/>
        </w:rPr>
        <w:t xml:space="preserve">Innovatie: Het proces van het introduceren van nieuwe ideeën of methoden. </w:t>
      </w:r>
      <w:r>
        <w:t>Da Vinci was een meester in innovatie.</w:t>
      </w:r>
    </w:p>
    <w:p w14:paraId="203F890B" w14:textId="77777777" w:rsidR="00A82B0D" w:rsidRPr="0047507C" w:rsidRDefault="00000000">
      <w:pPr>
        <w:pStyle w:val="Lijstopsomteken"/>
        <w:rPr>
          <w:lang w:val="nl-NL"/>
        </w:rPr>
      </w:pPr>
      <w:r w:rsidRPr="0047507C">
        <w:rPr>
          <w:lang w:val="nl-NL"/>
        </w:rPr>
        <w:t>Renaissance: Een periode van culturele bloei in Europa waarin da Vinci leefde, gekenmerkt door ontwikkelingen in kunst, wetenschap en technologie.</w:t>
      </w:r>
    </w:p>
    <w:p w14:paraId="40791F12" w14:textId="77777777" w:rsidR="00A82B0D" w:rsidRDefault="00000000">
      <w:pPr>
        <w:pStyle w:val="Lijstopsomteken"/>
      </w:pPr>
      <w:r w:rsidRPr="0047507C">
        <w:rPr>
          <w:lang w:val="nl-NL"/>
        </w:rPr>
        <w:t xml:space="preserve">Propeller: Een draaiend apparaat dat, door zijn vorm, een voortstuwende kracht creëert. </w:t>
      </w:r>
      <w:r>
        <w:t>Essentieel voor veel vliegmachines van da Vinci.</w:t>
      </w:r>
    </w:p>
    <w:p w14:paraId="01A9D899" w14:textId="77777777" w:rsidR="00A82B0D" w:rsidRPr="0047507C" w:rsidRDefault="00000000">
      <w:pPr>
        <w:pStyle w:val="Lijstopsomteken"/>
        <w:rPr>
          <w:lang w:val="nl-NL"/>
        </w:rPr>
      </w:pPr>
      <w:r w:rsidRPr="0047507C">
        <w:rPr>
          <w:lang w:val="nl-NL"/>
        </w:rPr>
        <w:t>Zwaartekracht: De kracht die objecten naar de aarde trekt. Elke vliegmachine moet deze kracht overwinnen om te vliegen.</w:t>
      </w:r>
    </w:p>
    <w:p w14:paraId="6BE71E00" w14:textId="77777777" w:rsidR="00A82B0D" w:rsidRDefault="00000000">
      <w:pPr>
        <w:pStyle w:val="Lijstopsomteken"/>
      </w:pPr>
      <w:r w:rsidRPr="0047507C">
        <w:rPr>
          <w:lang w:val="nl-NL"/>
        </w:rPr>
        <w:t xml:space="preserve">Lift: De opwaartse kracht die een object helpt te stijgen of in de lucht te blijven. </w:t>
      </w:r>
      <w:r>
        <w:t>Belangrijk voor vliegtuigen en vliegmachines.</w:t>
      </w:r>
    </w:p>
    <w:p w14:paraId="1C76DD97" w14:textId="77777777" w:rsidR="00A82B0D" w:rsidRDefault="00000000">
      <w:pPr>
        <w:pStyle w:val="Lijstopsomteken"/>
      </w:pPr>
      <w:r w:rsidRPr="0047507C">
        <w:rPr>
          <w:lang w:val="nl-NL"/>
        </w:rPr>
        <w:t xml:space="preserve">Drag: Luchtweerstand; de kracht die tegen de bewegingsrichting van een object inwerkt. </w:t>
      </w:r>
      <w:r>
        <w:t>Het verminderen van drag is cruciaal voor efficiënt vliegen.</w:t>
      </w:r>
    </w:p>
    <w:p w14:paraId="171FA4FA" w14:textId="77777777" w:rsidR="00A82B0D" w:rsidRDefault="00000000">
      <w:pPr>
        <w:pStyle w:val="Lijstopsomteken"/>
      </w:pPr>
      <w:r w:rsidRPr="0047507C">
        <w:rPr>
          <w:lang w:val="nl-NL"/>
        </w:rPr>
        <w:t xml:space="preserve">Vleugel: Een onderdeel van een vliegmachine ontworpen om lift te genereren. </w:t>
      </w:r>
      <w:r>
        <w:t>Da Vinci's ontwerpen bevatten vaak vleugels gebaseerd op vogelvleugels.</w:t>
      </w:r>
    </w:p>
    <w:p w14:paraId="3408CA5C" w14:textId="77777777" w:rsidR="00A82B0D" w:rsidRPr="0047507C" w:rsidRDefault="00000000">
      <w:pPr>
        <w:pStyle w:val="Lijstopsomteken"/>
        <w:rPr>
          <w:lang w:val="nl-NL"/>
        </w:rPr>
      </w:pPr>
      <w:r w:rsidRPr="0047507C">
        <w:rPr>
          <w:lang w:val="nl-NL"/>
        </w:rPr>
        <w:t>Mechanica: De studie van beweging, krachten en energie. De vliegmachine ontwerpen van da Vinci waren gebaseerd op mechanische principes.</w:t>
      </w:r>
    </w:p>
    <w:p w14:paraId="50480676" w14:textId="77777777" w:rsidR="00A82B0D" w:rsidRPr="0047507C" w:rsidRDefault="00000000">
      <w:pPr>
        <w:pStyle w:val="Lijstopsomteken"/>
        <w:rPr>
          <w:lang w:val="nl-NL"/>
        </w:rPr>
      </w:pPr>
      <w:r w:rsidRPr="0047507C">
        <w:rPr>
          <w:lang w:val="nl-NL"/>
        </w:rPr>
        <w:t>Ontwerpdenken: Een proces voor creatieve probleemoplossing. Da Vinci gebruikte een vorm van ontwerpdenken om zijn uitvindingen te conceptualiseren.</w:t>
      </w:r>
    </w:p>
    <w:p w14:paraId="762CAAF1" w14:textId="77777777" w:rsidR="00A82B0D" w:rsidRDefault="00000000">
      <w:pPr>
        <w:pStyle w:val="Kop1"/>
      </w:pPr>
      <w:r>
        <w:t>Bouwconstructie</w:t>
      </w:r>
    </w:p>
    <w:p w14:paraId="2AA6C3BB" w14:textId="77777777" w:rsidR="00A82B0D" w:rsidRDefault="00000000">
      <w:pPr>
        <w:pStyle w:val="Lijstnummering"/>
      </w:pPr>
      <w:r w:rsidRPr="0047507C">
        <w:rPr>
          <w:lang w:val="nl-NL"/>
        </w:rPr>
        <w:t xml:space="preserve">Begin met het bouwen van een stevig frame dat de motor en de vleugels kan ondersteunen. </w:t>
      </w:r>
      <w:r>
        <w:t>Gebruik LEGO basisplaten en staven.</w:t>
      </w:r>
    </w:p>
    <w:p w14:paraId="5AAFB13A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Plaats de LEGO motor in het midden van het frame. Zorg ervoor dat de motor stevig vastzit.</w:t>
      </w:r>
    </w:p>
    <w:p w14:paraId="212EE52D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lastRenderedPageBreak/>
        <w:t>Bevestig tandwielen aan de motoras, zodat wanneer de motor draait, de tandwielen ook draaien.</w:t>
      </w:r>
    </w:p>
    <w:p w14:paraId="1F1AA06E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Gebruik lichte LEGO panelen om de vleugels te maken. Bevestig de vleugels aan asjes die verbonden zijn met de tandwielen.</w:t>
      </w:r>
    </w:p>
    <w:p w14:paraId="5B894E76" w14:textId="77777777" w:rsidR="00A82B0D" w:rsidRDefault="00000000">
      <w:pPr>
        <w:pStyle w:val="Lijstnummering"/>
      </w:pPr>
      <w:r w:rsidRPr="0047507C">
        <w:rPr>
          <w:lang w:val="nl-NL"/>
        </w:rPr>
        <w:t xml:space="preserve">Zorg ervoor dat de vleugels kunnen draaien door de asjes correct aan te sluiten op de tandwielen. </w:t>
      </w:r>
      <w:r>
        <w:t>Als de motor draait, moeten de vleugels draaien.</w:t>
      </w:r>
    </w:p>
    <w:p w14:paraId="3D93EF0B" w14:textId="77777777" w:rsidR="00A82B0D" w:rsidRDefault="00000000">
      <w:pPr>
        <w:pStyle w:val="Lijstnummering"/>
      </w:pPr>
      <w:r w:rsidRPr="0047507C">
        <w:rPr>
          <w:lang w:val="nl-NL"/>
        </w:rPr>
        <w:t xml:space="preserve">Pas de positie van de vleugels aan voor optimale beweging. </w:t>
      </w:r>
      <w:r>
        <w:t>Experimenteer met verschillende hoeken.</w:t>
      </w:r>
    </w:p>
    <w:p w14:paraId="6F463B3B" w14:textId="77777777" w:rsidR="00A82B0D" w:rsidRDefault="00000000">
      <w:pPr>
        <w:pStyle w:val="Lijstnummering"/>
      </w:pPr>
      <w:r w:rsidRPr="0047507C">
        <w:rPr>
          <w:lang w:val="nl-NL"/>
        </w:rPr>
        <w:t xml:space="preserve">Activeer de motor en observeer hoe de vleugels draaien. </w:t>
      </w:r>
      <w:r>
        <w:t>Maak aanpassingen waar nodig.</w:t>
      </w:r>
    </w:p>
    <w:p w14:paraId="745B3626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Voeg eventuele decoratieve elementen toe om je model meer op da Vinci's ontwerp te laten lijken.</w:t>
      </w:r>
    </w:p>
    <w:p w14:paraId="6A394969" w14:textId="77777777" w:rsidR="00A82B0D" w:rsidRDefault="00000000">
      <w:pPr>
        <w:pStyle w:val="Kop1"/>
      </w:pPr>
      <w:r>
        <w:t>Programmeren in LEGO Spike Essential</w:t>
      </w:r>
    </w:p>
    <w:p w14:paraId="32C239DB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Open de LEGO Spike app en kies voor een nieuw project.</w:t>
      </w:r>
    </w:p>
    <w:p w14:paraId="603251EF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Sleep een motorblok naar het programmeergebied.</w:t>
      </w:r>
    </w:p>
    <w:p w14:paraId="057E33B1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Stel de snelheid van de motor in op een medium waarde voor een realistische vleugelbeweging.</w:t>
      </w:r>
    </w:p>
    <w:p w14:paraId="5591B610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Kies hoe lang je wilt dat de vleugels draaien. Je kunt een tijdslimiet instellen of de motor laten draaien totdat je hem stopt.</w:t>
      </w:r>
    </w:p>
    <w:p w14:paraId="52025675" w14:textId="77777777" w:rsidR="00A82B0D" w:rsidRPr="0047507C" w:rsidRDefault="00000000">
      <w:pPr>
        <w:pStyle w:val="Lijstnummering"/>
        <w:rPr>
          <w:lang w:val="nl-NL"/>
        </w:rPr>
      </w:pPr>
      <w:r w:rsidRPr="0047507C">
        <w:rPr>
          <w:lang w:val="nl-NL"/>
        </w:rPr>
        <w:t>Om de vleugels continu te laten draaien, plaats je de motoractie in een loop.</w:t>
      </w:r>
    </w:p>
    <w:p w14:paraId="3EBBADC1" w14:textId="77777777" w:rsidR="00A82B0D" w:rsidRDefault="00000000">
      <w:pPr>
        <w:pStyle w:val="Lijstnummering"/>
      </w:pPr>
      <w:r w:rsidRPr="0047507C">
        <w:rPr>
          <w:lang w:val="nl-NL"/>
        </w:rPr>
        <w:t xml:space="preserve">Verbind je LEGO Spike met de app en test je programma. </w:t>
      </w:r>
      <w:r>
        <w:t>Pas aan waar nodig.</w:t>
      </w:r>
    </w:p>
    <w:p w14:paraId="4105AA7E" w14:textId="77777777" w:rsidR="00A82B0D" w:rsidRPr="0047507C" w:rsidRDefault="00000000">
      <w:pPr>
        <w:rPr>
          <w:lang w:val="nl-NL"/>
        </w:rPr>
      </w:pPr>
      <w:r w:rsidRPr="0047507C">
        <w:rPr>
          <w:lang w:val="nl-NL"/>
        </w:rPr>
        <w:br/>
        <w:t xml:space="preserve">Vandaag hebben we niet alleen een draaiende replica van Leonardo da Vinci's vliegmachine gebouwd, </w:t>
      </w:r>
      <w:r w:rsidRPr="0047507C">
        <w:rPr>
          <w:lang w:val="nl-NL"/>
        </w:rPr>
        <w:br/>
        <w:t xml:space="preserve">maar ook belangrijke principes van vliegen en innovatie geleerd. Door het bouwen en programmeren van de vliegmachine </w:t>
      </w:r>
      <w:r w:rsidRPr="0047507C">
        <w:rPr>
          <w:lang w:val="nl-NL"/>
        </w:rPr>
        <w:br/>
        <w:t>begrijpen we beter hoe da Vinci zijn tijd ver vooruit was en hoe we zijn ideeën nog steeds kunnen gebruiken om te leren en te innoveren.</w:t>
      </w:r>
      <w:r w:rsidRPr="0047507C">
        <w:rPr>
          <w:lang w:val="nl-NL"/>
        </w:rPr>
        <w:br/>
      </w:r>
    </w:p>
    <w:p w14:paraId="0AB428F3" w14:textId="77777777" w:rsidR="0047507C" w:rsidRPr="0047507C" w:rsidRDefault="0047507C">
      <w:pPr>
        <w:rPr>
          <w:lang w:val="nl-NL"/>
        </w:rPr>
      </w:pPr>
    </w:p>
    <w:p w14:paraId="07FCE6C5" w14:textId="77777777" w:rsidR="0047507C" w:rsidRPr="0047507C" w:rsidRDefault="0047507C">
      <w:pPr>
        <w:rPr>
          <w:lang w:val="nl-NL"/>
        </w:rPr>
      </w:pPr>
    </w:p>
    <w:p w14:paraId="551CACF1" w14:textId="77777777" w:rsidR="0047507C" w:rsidRPr="0047507C" w:rsidRDefault="0047507C">
      <w:pPr>
        <w:rPr>
          <w:lang w:val="nl-NL"/>
        </w:rPr>
      </w:pPr>
    </w:p>
    <w:p w14:paraId="12B858E2" w14:textId="77777777" w:rsidR="0047507C" w:rsidRPr="0047507C" w:rsidRDefault="0047507C">
      <w:pPr>
        <w:rPr>
          <w:lang w:val="nl-NL"/>
        </w:rPr>
      </w:pPr>
    </w:p>
    <w:p w14:paraId="597F3678" w14:textId="77777777" w:rsidR="0047507C" w:rsidRPr="0047507C" w:rsidRDefault="0047507C">
      <w:pPr>
        <w:rPr>
          <w:lang w:val="nl-NL"/>
        </w:rPr>
      </w:pPr>
    </w:p>
    <w:p w14:paraId="04E76165" w14:textId="77777777" w:rsidR="0047507C" w:rsidRDefault="0047507C">
      <w:pPr>
        <w:rPr>
          <w:lang w:val="nl-NL"/>
        </w:rPr>
      </w:pPr>
    </w:p>
    <w:p w14:paraId="1F9E4B4A" w14:textId="77777777" w:rsidR="0047507C" w:rsidRDefault="0047507C">
      <w:pPr>
        <w:rPr>
          <w:lang w:val="nl-NL"/>
        </w:rPr>
      </w:pPr>
    </w:p>
    <w:p w14:paraId="249E8F57" w14:textId="77777777" w:rsidR="0047507C" w:rsidRDefault="0047507C">
      <w:pPr>
        <w:rPr>
          <w:lang w:val="nl-NL"/>
        </w:rPr>
      </w:pPr>
    </w:p>
    <w:p w14:paraId="495A66D7" w14:textId="5A46395C" w:rsidR="0047507C" w:rsidRPr="0047507C" w:rsidRDefault="0047507C" w:rsidP="0047507C">
      <w:pPr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9FBEF4B" wp14:editId="5D556CA3">
            <wp:extent cx="4930140" cy="4930140"/>
            <wp:effectExtent l="0" t="0" r="3810" b="3810"/>
            <wp:docPr id="15579859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93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07C" w:rsidRPr="0047507C" w:rsidSect="00F65AF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73523290">
    <w:abstractNumId w:val="8"/>
  </w:num>
  <w:num w:numId="2" w16cid:durableId="1597397794">
    <w:abstractNumId w:val="6"/>
  </w:num>
  <w:num w:numId="3" w16cid:durableId="1617564481">
    <w:abstractNumId w:val="5"/>
  </w:num>
  <w:num w:numId="4" w16cid:durableId="1136945315">
    <w:abstractNumId w:val="4"/>
  </w:num>
  <w:num w:numId="5" w16cid:durableId="1872843059">
    <w:abstractNumId w:val="7"/>
  </w:num>
  <w:num w:numId="6" w16cid:durableId="299844130">
    <w:abstractNumId w:val="3"/>
  </w:num>
  <w:num w:numId="7" w16cid:durableId="1692147152">
    <w:abstractNumId w:val="2"/>
  </w:num>
  <w:num w:numId="8" w16cid:durableId="457727629">
    <w:abstractNumId w:val="1"/>
  </w:num>
  <w:num w:numId="9" w16cid:durableId="43124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7507C"/>
    <w:rsid w:val="00A82B0D"/>
    <w:rsid w:val="00AA1D8D"/>
    <w:rsid w:val="00B47730"/>
    <w:rsid w:val="00CB0664"/>
    <w:rsid w:val="00F65AF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7C3597"/>
  <w14:defaultImageDpi w14:val="300"/>
  <w15:docId w15:val="{85246689-F427-4E44-8711-06D96EDF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Arno Coenders</cp:lastModifiedBy>
  <cp:revision>2</cp:revision>
  <dcterms:created xsi:type="dcterms:W3CDTF">2013-12-23T23:15:00Z</dcterms:created>
  <dcterms:modified xsi:type="dcterms:W3CDTF">2024-04-04T14:40:00Z</dcterms:modified>
  <cp:category/>
</cp:coreProperties>
</file>